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25 ноября 2021 года Кош-Агачским районным судом Республики Алтай по ст. 264.1 УК РФ к 80 часам обязательных работ, с лишением права заниматься деятельностью, связанной с управлением транспортными средствами, сроком на 2 года. Наказание в виде обязательных работ отбыто 14 января 2022 года. Дополнительное наказание в виде лишения права заниматься деятельностью, связанной с управлением транспортными средствами, отбыто 07 декабря 2023 года, -обвиняемой в совершении преступления, предусмотренного ч.2 ст. 264.1 УК РФ , УСТАНОВИЛ: ФИО1, являясь лицом, имеющим судимость за совершение в состоянии опьянения преступления, предусмотренного ст. 264.1 УК РФ , управляла автомобилем, находясь в состоянии опьянения, при следующих обстоятельствах: ФИО1 приговором Кош-Агачского районного суда Республики Алтай от 25 ноября 2021 года, вступившим в законную силу 07 декабря 2021 года, признана виновной в совершении преступления, предусмотренного ст. 264.1 УК РФ (в редакции Федерального закона от 23 апреля 2019 года №65-ФЗ), и ей назначено наказание в виде 80 часов обязательных работ, с лишением права заниматься деятельностью, связанной с управлением транспортными средствам, сроком на 2 года. Таким образом, ФИО1, в соответствии со статьей 86 УК РФ , является лицом, имеющим судимость за совершение преступления, предусмотренного ст. 264.1 УК РФ . 14 октября 2023 года, около 13 часов 30 минут, у ФИО1, находившейся в состоянии алкогольного опьянения на территории дома по &lt;адрес&gt; Республики Алтай, осознающей, что она является лицом, имеющим судимость за совершение преступления, предусмотренного ст. 264.1 УК РФ , то есть за управление автомобилем лицом, находящимся в состоянии опьянения, подвергнутым административному наказанию за управление транспортным средством в состоянии опьянения, возник преступный умысел, направленный на управление транспортным средством в состоянии алкогольного опьянения. После чего ФИО1, находясь в состоянии алкогольного опьянения в указанном месте и в указанное время, не сделав должных выводов, умышленно, осознавая противоправность своих действий, реализуя свой преступный умысел, направленный на управление транспортным средством в состоянии алкогольного опьянения, осознавая общественную опасность и противоправность своих действий в виде угрозы безопасности дорожного движения, в нарушение п.2.7 Правил дорожного движения РФ, утвержденных Постановлением Совета Министров - Правительства РФ от 23 октября 1993 года №1090, согласно которому, водителю запрещается управлять транспортным средством в состоянии опьянения (алкогольного, наркотического или иного), около 13 часов 30 минут 14 октября 2023 года села за руль своего автомобиля марки «Ниссан Санни» с государственным регистрационным знаком Е №, припаркованного на территории дома по &lt;адрес&gt; Республики Алтай, и, будучи в состоянии алкогольного опьянения, вставила ключ в замок зажигания, запустила его двигатель, а затем, выехав на автодорогу, направилась на указанном автомобиле в сторону дома по &lt;адрес&gt; Республики Алтай, где она посадила пассажиров и направилась в сторону магазина «Красное Белое», расположенного по &lt;адрес&gt; Республики Алтай. При подъезде к зданию указанного магазина ФИО1 припарковала свой автомобиль и по просьбе Свидетель №1 купила ей продукты и спиртное. После чего, 14 октября 2023 года, около 14 часов 15 минут, ФИО1 села за руль своего автомобиля марки «Ниссан Санни» с государственным регистрационным знаком № и, запустив его двигатель, развернувшись, направилась в сторону дома по &lt;адрес&gt; Республики Алтай. Продолжая движение, 14 октября 2023 года, около 14 часов 17 минут, напротив здания, расположенного по &lt;адрес&gt; Республики Алтай, ФИО1 была остановлена сотрудниками ДПС ОГИБДД Отделения МВД России по Кош-Агачскому району в целях проверки документов на право пользования и управления транспортным средством. 14 октября 2023 года, в 14 часов 17 минут, напротив здания по ул.Советская, д.54 в с.Кош-Агач Кош-Агачского района Республики Алтай, ФИО1 была отстранена от управления транспортным средством сотрудником ОГИБДД Отделения МВД России по Кош-Агачскому району, так как ввиду наличия запаха алкоголя изо рта, неустойчивости позы и нарушения речи ФИО1 имелись достаточные основания полагать, что последняя находится в состоянии алкогольного опьянения. Затем, в указанном же месте, в салоне патрульного автомобиля ФИО1 было предложено пройти освидетельствование на состояние алкогольного опьянения с использованием анализатора концентрации паров алкоголя в выдыхаемом воздухе «АКПЭ- 01М», на что она ответила отказом. 14 октября 2023 года, около 14 часов 45 минут, ФИО1 было предложено пройти освидетельствование на состояние алкогольного опьянения в БУЗ РА «Кош-Агачская РБ», на что последняя ответила отказом, при этом не выполнила законное требование уполномоченного должностного лица - инспектора дорожно-постовой службы о прохождении медицинского освидетельствования на состояние опьянения в порядке и на основаниях, предусмотренных Правилами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утвержденными постановлением Правительства РФ от 21 октября 2022 года №1882, тем самым признав себя лицом, находившимся в состоянии опьянения. В судебном заседании подсудимая ФИО1 поддержала ранее заявленное ею ходатайство о постановлении в отношении нее приговора без проведения судебного разбирательства, то есть о рассмотрении уголовного дела в особом порядке принятия судебного решения. Подсудимая ФИО1 полностью признала себя виновной в предъявленном обвинении, не оспаривая обстоятельств совершенного ею преступления, изложенного в обвинительном акте. Государственный обвинитель и защитник в судебном заседании не возражали против рассмотрения уголовного дела в особом порядке принятия судебного решения. В судебном заседании суд убедился, что ходатайство о рассмотрении уголовного дела в особом порядке подсудимой ФИО1 заявлено добровольно, своевременно, после консультации с защитником и в присутствии последнего, а также в том, что подсудимая ФИО1 осознает как особенности рассмотрения уголовного дела в особом порядке, так и последствия постановления в отношении нее приговора без проведения судебного разбирательства, то есть в особом порядке принятия судебного решения. Соблюдая отмеченные условия, суд приходит к выводу, что обвинение, с которым согласилась подсудимая ФИО1, является обоснованным, подтверждается доказательствами, собранными по делу, подсудимая понимает существо предъявленного ей обвинения и согласна с ним в полном объеме, основания для прекращения уголовного дела отсутствуют, а потому у суда имеются полные основания для постановления в отношении подсудимой ФИО1 приговора без проведения судебного разбирательства. Суд квалифицирует действия подсудимой ФИО1 по ч.2 ст. 264.1 УК РФ – как управление автомобилем лицом, находящимся в состоянии опьянения, имеющим судимость за совершение в состоянии опьянения преступления, предусмотренного настоящей статьей. При назначении вида и размера наказания подсудимой ФИО1 суд, руководствуясь принципами гуманизма и справедливости, учитывает характер и степень общественной опасности содеянного, а именно то, что совершенное ею преступление, в соответствии с ч.2 ст. 15 УК РФ , относится к категории преступлений небольшой тяжести, данные о личности виновной, смягчающие наказание обстоятельства, семейное положение подсудимой, влияние назначенного наказания на исправление подсудимой и на условия жизни ее семьи. При изучении личности подсудимой ФИО1 суд признает и учитывает следующее: ФИО1 на учете у нарколога, психиатра и фтизиатра не состоит, отрицательно характеризуется участковым уполномоченным полиции по месту жительства, положительно – главой администрации МО «Кош-Агачское сельское поселение», имеет благодарственное письмо за воспитание внучек, одна из которых также награждалась грамотами и дипломом. В качестве обстоятельств, смягчающих наказание подсудимой ФИО1, в соответствии со ст. 61 УК РФ , суд признает и учитывает: полное признание своей вины и раскаяние в содеянном, активное способствование расследованию преступления, состояние здоровья, как самой подсудимой, имеющей хроническое заболевание, так и ее брата, имеющего хроническое заболевание и группу инвалидности, а также матери сожителя, имеющей хронические заболевания, группу инвалидности, за которой подсудимая осуществляет уход. Оснований для признания иных обстоятельств в качестве смягчающих наказание подсудимой судом не установлено. Обстоятельств, отягчающих наказание подсудимой ФИО1, предусмотренных ст. 63 УК РФ , в судебном заседании не установлено. Учитывая характер, конкретные обстоятельства и степень общественной опасности совершенного подсудимой преступления, личность виновной, совокупность смягчающих наказание обстоятельств, при отсутствии отягчающих наказание обстоятельств, учитывая влияние назначенного наказания на исправление и перевоспитание ФИО1, принимая во внимание, что последняя совершила умышленное преступление против безопасности дорожного движения в период отбытия дополнительного наказания по приговору Кош-Агачского районного суда Республики Алтай от 25 ноября 2021 года, которым была осуждена за совершение аналогичного преступления, что свидетельствует о нежелании подсудимой становиться на путь исправления и сделать соответствующие выводы, в связи с чем, суд считает целесообразным назначить ФИО1 за совершенное преступление наказание в виде реального лишения свободы, размер которого суд определяет в пределах санкции ч.2 ст. 264.1 УК РФ , с применением положений ч.ч.1,5 ст. 62 УК РФ , с лишением права заниматься деятельностью, связанной с управлением транспортными средствами, так как менее строгий вид наказания не сможет обеспечить достижение целей наказания достижение целей наказания и исправление подсудимой невозможно без изоляции ее от общества. Исключительных обстоятельств либо их совокупности, дающих основания для применения к подсудимой ст. 64 УК РФ , назначения иных видов наказания, в том числе применение ст. 53.1 , ст. 73 УК РФ , а также для постановления приговора без назначения наказания и освобождения от наказания, суд не усматривает и считает, что цели исправления ФИО1 могут быть достигнуты только путем реального лишения ее свободы. Оснований для назначения ФИО1 окончательного наказания по правилам ст. 70 УК РФ суд не усматривает, поскольку дополнительное наказание, назначенное приговором Кош-Агачского районного суда Республики Алтай от 25 ноября 2021 года, в виде лишения права заниматься деятельностью, связанной с управлением транспортными средствами, отбыто ФИО1 07 декабря 2023 года. В соответствии с п.«а» ч.1 ст. 58 УК РФ , назначенное основное наказание в виде лишения свободы ФИО1 надлежит отбывать в колонии-поселении. Вопрос о вещественных доказательствах по делу суд разрешает в соответствии с требованиями ч.3 ст. 81 УПК РФ , при этом: DVD-диск с видеозаписью подлежит хранению в материалах уголовного дела. Суд также исходит из требований п.«д» ч.1 ст. 104.1 УК РФ , согласно которому, транспортное средство, принадлежащее обвиняемому и использованное им при совершении преступления, предусмотренного статьей 264.1 УК РФ , подлежит конфискации, то есть принудительному безвозмездному изъятию и обращению в собственность государства. Как установлено из исследованных судом материалов уголовного дела, а также пояснений ФИО1, автомобиль марки «Ниссан Санни» с государственным регистрационным номером №, принадлежит подсудимой ФИО1 и использовался ею при совершении преступления. Обстоятельств, препятствующих конфискации указанного имущества подсудимой, судом не установлено. С учетом изложенного, принадлежащий ФИО1 автомобиль марки «Ниссан Санни» с государственным регистрационным номером №, подлежит конфискации в собственность государства. Процессуальные издержки по делу в виде выплаты вознаграждения адвокатам, в соответствии с ч.10 ст. 316 УПК РФ , взысканию с подсудимой не подлежат. На основании изложенного и руководствуясь ст.ст. - , - , 316 УПК РФ , суд ПРИГОВОРИЛ: ФИО1 признать виновной в совершении преступления, предусмотренного ч.2 ст. 264.1 УК РФ , и назначить ей наказание в виде лишения свободы сроком 7 месяцев, с лишением права заниматься деятельностью, связанной с управлением транспортными средствами, сроком на 3 года, с отбыванием наказания в виде лишения свободы в колонии-поселении. Меру процессуального принуждения в виде обязательства о явке в отношении ФИО1 отменить по вступлении приговора в законную силу. Обязать осужденную ФИО1 по вступлении приговора в законную силу самостоятельно проследовать к месту отбывания наказания, за счет государства, на основании предписания, врученного территориальным органом уголовно-исполнительной системы. В соответствии с ч.3 ст.75.1 УИК РФ, срок отбывания наказания в виде лишения свободы осужденной ФИО1 исчислять со дня ее прибытия в колонию-поселение, с зачетом в срок лишения свободы времени следования к месту отбывания наказания в соответствии с предписанием, из расчета один день за один день. Срок дополнительного наказания в виде лишения права заниматься деятельностью, связанной с управлением транспортными средствами, в размере 3 года, исчислять с момента отбытия ФИО1 основного наказания в виде лишения свободы. Освободить ФИО1 от уплаты процессуальных издержек в виде выплаты вознаграждения адвокатам, отнести данные издержки на счет федерального бюджета. Вещественные доказательства по вступлении приговора в законную силу: DVD-диск с видеозаписью хранить в материалах уголовного дела; автомобиль марки «Ниссан Санни» с государственным регистрационным номером №, находящийся на территории специализированной стоянки, конфисковать в собственность государства. Арест, наложенный постановлением судьи Кош-Агачского районного суда Республики Алтай от 10 ноября 2023 года на автомобиль марки «Ниссан Санни» с государственным регистрационным номером &lt;***&gt;, снять. Приговор может быть обжалован в апелляционном порядке с соблюдением требований ст. 317 УПК РФ в Судебную коллегию по уголовным делам Верховного Суда Республики Алтай через Кош-Агачский районный суд Республики Алтай в течение 15 суток со дня его провозглашения. В случае подачи апелляционной жалобы осужденная вправе ходатайствовать о своем участии в рассмотрении уголовного дела судом апелляционной инстанции, о чем она должна указать в своей жалобе или возражениях. Председательствующий А.В.Вершинина Суд: Кош-Агачский районный суд (Республика Алтай) (подробнее) Судьи дела: Вершинина Анастасия Владимировна (судья) (подробнее) Последние документы по делу: Апелляционное постановление от 11 марта 2024 г. по делу № 1-11/2024 Приговор от 13 февраля 2024 г. по делу № 1-11/2024 Приговор от 10 января 2024 г. по делу № 1-11/2024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