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Зеленодольск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20 февраля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