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17 часов 15 минут, в магазине «PYATEROCHKA № Stupino RUS», расположенном по адресу: &lt;адрес&gt;, &lt;адрес&gt;, &lt;адрес&gt;, было произведено списание денежных средств в размере 72 рубля 48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 17 часов 17 минут, в магазине «PYATEROCHKA № Stupino RUS», расположенном по адресу: &lt;адрес&gt;, &lt;адрес&gt;, &lt;адрес&gt;, было произведено списание денежных средств в размере 169 рублей 98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 17 часов 22 минуты, в магазине «PYATEROCHKA № Stupino RUS», расположенном по адресу: &lt;адрес&gt;, &lt;адрес&gt;, &lt;адрес&gt;, было произведено списание денежных средств в размере 562 рубля 98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в 17 часов 22 минуты, в магазине «PYATEROCHKA № Stupino RUS», расположенном по адресу: &lt;адрес&gt;, &lt;адрес&gt;, &lt;адрес&gt;, было произведено списание денежных средств в размере 8 рублей 49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в 17 часов 26 минут, в магазине «Cafe Pekarnya Malino RUS», расположенном по адресу: &lt;адрес&gt;, &lt;адрес&gt;, &lt;адрес&gt;, было произведено списание денежных средств в размере 560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в 17 часов 28 минут, в магазине «Cafe Pekarnya Malino RUS», расположенном по адресу: &lt;адрес&gt;, &lt;адрес&gt;, &lt;адрес&gt;, было произведено списание денежных средств в размере 50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ДД.ММ.ГГГГ в 17 часов 50 минут, в магазине «PYATEROCHKA № Stupino RUS», расположенном по адресу: &lt;адрес&gt;, &lt;адрес&gt;, &lt;адрес&gt;, было произведено списание денежных средств в размере 750 рублей.</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ДД.ММ.ГГГГ в 17 часов 51 минуту, в магазине «PYATEROCHKA № Stupino RUS», расположенном по адресу: &lt;адрес&gt;, &lt;адрес&gt;, &lt;адрес&gt;, было произведено списание денежных средств в размере 499 рублей 98 коп. От сотрудников полиции он узнал, что кражу его денежных средств, находящихся на банковской карте, с расчетным счетом № банка ПАО «Сбербанк России» ДД.ММ.ГГГГ совершили ФИО1 и ФИО2, ранее он его и ее никогда не видел и не знает, пользоваться его денежными средствами он им не разрешал. После того как он увидел списания с моей банковской карты, он позвонил в полицию. Около 18 часов 30 минут приехали сотрудники полиции, которым он рассказал о случившемся, и дал показания, которые были зафиксированы в объяснении. После чего в период с 19 часов 10 минут по 19 часов 20 минут был составлено протокол осмотра места происшествия с его участие, в данном протоколе был осмотрен его мобильный телефон марки Redmi Xiaomi 10, приложение «Сбербанк» с историей операций за ДД.ММ.ГГГГ в период времени с 17 часов 15 минут по 17 часов 51 минут. После чего он написал заявление о привлечении к уголовной ответственности, неизвестное лицо, которое ДД.ММ.ГГГГ в период времени с 17 часов 15 минут по 17 часов 51 минут тайно похитило денежные средства с расчетного счета ПАО «Сбербанк» на имя Потерпевший №1, в сумме 2 673 рублей 91 копейка. На данный момент у него на руках находятся распечатанные скриншоты из личного кабинета «Сбербанк онлайн» на 8-ми листах формата А4, копия выписки с банковского счета ПАО «Сбербанк России» № на 2-х листах формата А4, которые он готов выдать следователю. Таким образом, ему был причинен материальный ущерб на общую сумму 2673 рублей 91 коп. Причиненный ущерб является для него существенным, так как его средний заработок составляет 40000 рублей, а также у него есть 2 потребительских кредита. Согласно заявлению от ДД.ММ.ГГГГ, Потерпевший №1 просит привлечь к уголовной ответственности неизвестное ей лицо, которое в период времени с 17 часов 15 мин. по 17 часов 51 мин. похитило с принадлежащего ему банковского счета денежные средства на общую сумму 2673 рубля 91 коп. (т.1, л.д. 14) Свидетель ФИО22 суду показала, что работает заместителем директора магазина «Пятерочка» ОАО «Агроторг» расположенного по адресу: &lt;адрес&gt;, &lt;адрес&gt;, &lt;адрес&gt;. Весером ДД.ММ.ГГГГ она находилась на рабочем месте, когда к ней подошла кассир, которая высказала ей опасения по-поводу того, что одна из посетительниц магазина, по ее мнению, приобретает товары по краденной банковской карточке, поскольку пробивает каждый раз товар путем бесконтактной оплаты по банковской карте на сумму не более 1000 рублей, т.е. без введения пин-кода. В данной посетительнице она узнала ранее знакомую ей ФИО2, поскольку та ранее работала у них в магазине. ФИО3 сначала пробила два хлеба, затем еще два каких-то продукта, после чего у нее заблокировалась карта и она ушла из магазина. Затем приехали сотрудники полиции, которым она все рассказала и выдала записи с камер наблюдения, на которых было видно, что сначала товар банковской картой оплачивал ФИО1, а в самом начале записи, ведущейся со входа магазина, было видно, как ФИО1 у входа в магазин поднял с земли карту. Из оглашенных в порядке ч.1 ст. 281 УПК РФ показаний свидетелей по делу следует: - свидетель ФИО23: что у ее мужа - Потерпевший №1 имелась банковская карта банка «Сбербанк», золотистого цвета, номер которой она не помнит. Также к данной карте были подключены СМС-уведомления о совершенных операциях по данной карте. 28.11.2023г. Потерпевший №1 дал ей данную банковскую карту банка «Сбербанк», чтобы она сходила в магазин и купила продукты питания и расплатилась данной картой. Около 16 часов 30 минут она направилась в магазин «Пятерочка», расположенный по адресу: &lt;адрес&gt;, &lt;адрес&gt;, &lt;адрес&gt;, вл. 6, чтобы купить продукты питания. Около 16 часов 35 минут она зашла в магазин «Пятерочка», расположенный по вышеуказанному адресу, купила продукты питания, покупки она оплачивала банковской картой банка «Сбербанк», которую убрала в карман своей куртки. Затем она вышла из магазина и направилась в сторону дома, где проживает ее брат Потерпевший №1. Когда она вернулась домой, то через некоторое время, около 17 часов 15 минут, на мобильный телефон ее мужа Потерпевший №1 с абонентским номером «+№» стали приходить СМС-уведомления о совершенных операциях, а именно: о покупках в магазинах «Пятерочка» и магазине «Пекарня». Потерпевший №1 спросил ее, где банковская карта банка «Сбербанк», на что она ответила, что ее потеряла. После чего ее муж Потерпевший №1 вызвал полицию. Через некоторое время, около 18 часов 30 минут, приехали сотрудники полиции, которым она рассказала о случившемся и дала показания, которые были зафиксированы в объяснении. После чего она с сотрудниками полиции поехали к магазину «Пятерочка», расположенный по адресу: &lt;адрес&gt;, &lt;адрес&gt;, &lt;адрес&gt;, вл. 6, где в период с 19 часов 50 минут по 19 часов 58 минут, осмотрели место происшествия, также она показала место, где она возможно выронила банковскую карту банка «Сбербанк», принадлежащую ее мужу Потерпевший №1 (т. 1, л.д. 72-74); - свидетель ФИО24: что она проживает совместно со своим знакомым ФИО1. ДД.ММ.ГГГГ она находилась дома. Примерно в 13 часов к ней в гости пришла ее знакомая ФИО2. Около 17 часов они с Ириной сидели и распивали спиртные напитки, домой с работы пришел Александр Чикит. После чего Александр что-то сказал Ирине, она оделась и ушла. Что происходило дальше, она не может вспомнить, поскольку находилась в состоянии алкогольного опьянения. О том, что ФИО1 и ФИО2 ходили в магазин, покупали продукты и расплачивались, найденной Александром банковской картой, она узнала от сотрудников полиции, которые приехали к ней домой около 21 часа тех же суток. (т. 1 л.д. 72-74); - свидетель ФИО27: что он проходит службу ФИО4 ОМВД России по городскому округу Ступино в должности оперуполномоченного ОУР ФИО4 ОМВД России по городскому округу Ступино. ДД.ММ.ГГГГ в ФИО4 ОМВД России по городскому округу Ступино было зарегистрировано заявление КУСП № 6974 от гр-на Потерпевший №1, о привлечении к ответственности неизвестного лица, которое 28.11.2023г., в период времени с 17 часов 15 минут по 17 часов 51 минут, тайно похитило денежные средства с расчетного счета ПАО «Сбербанк» на имя Потерпевший №1, в сумме 2673 рублей 91 коп. От Потерпевший №1 было получено объяснение по данному факту и в период времени с 19 часов 10 минут по 19 часов 20 минуты тех же суток, с участием Потерпевший №1, по адресу: &lt;адрес&gt;, &lt;адрес&gt;, был проведен осмотра места происшествия. В ходе осмотра места происшествия был исследован мобильный телефон марки Redmi Xiaomi 10, приложение «Сбербанк» с историей операций за 28.11.2023г., в период времени с 17 часов 15 минут по 17 часов 51 минут. Также, ходе осмотра места происшествия был осмотрен вход и выход из магазина «Пятерочка №», а также прилегающая к магазину территория. В ходе осмотра места происшествия ФИО23 (супруга заявителя) было указано место, где она выронила банковскую карту банка ПАО «Сбербанк» золотистого цвета, принадлежащую Потерпевший №1 (т. 1 л.д. 72-74); - свидетель ФИО28: что он проходит службу в ФИО4 ОМВД России по городскому округу Ступино в должности оперуполномоченного ОУР ФИО4 ОМВД России по городскому округу Ступино. 28.11.2023г. в ФИО4 ОМВД России по городскому округу Ступино было зарегистрировано заявление КУСП № от ДД.ММ.ГГГГ от гр. Потерпевший №1 о факте хищения у него с банковского счета денежных средств. В результате проведения оперативно-розыскных мероприятий была установлена причастность к совершению преступления ФИО2 и ФИО1 В тот же день в ФИО4 ОМВД России по городскому округу Ступино они были доставлены для дачи объяснений. В период времени с 21 часа 40 минут по 22 часа 00 минуты с участием гр. ФИО25, и гр. ФИО2 по адресу: &lt;адрес&gt;, &lt;адрес&gt;, &lt;адрес&gt;, был проведен осмотр места происшествия, в ходе которого исследован торговый зал и кассовая зона магазина «Пекарня», где ФИО2 покупала продукты питания и расплачивалась банковской картой, ей не принадлежащей. (т. 1 л.д. 72-74); - свидетель ФИО25: что он работает в магазине «Пекарня», расположенном по адресу: &lt;адрес&gt;, &lt;адрес&gt;, &lt;адрес&gt;, в должности продавец-кассир. 28.11.2023г. он находился на рабочем месте. Около 17 часов 25 минут к нему в магазин зашла неизвестная ему женщина и купила курицу-гриль, в 17 часов 28 минут данная женщина купила у него пирожок с картошкой и беляш. При отплате вышеуказанных товаров данная женщина использовала банковскую карту банка «Сбербанк» золотистого цвета. Затем данная женщина забрала покупки и ушла в неизвестном направлении. После этого, около 21 часа 30 минут, в магазин «Пекарня», расположенном по адресу: &lt;адрес&gt;, &lt;адрес&gt;, &lt;адрес&gt;, &lt;адрес&gt; приехали сотрудники полиции, которые также привезли неизвестную ей ранее женщину, которая расплачивалась банковской картой у него в магазине, как в последствии оказалось ФИО2 Сотрудникам полиции он рассказал о случившемся, и дал показания, которые были зафиксированы в объяснении. После чего с участием его и гр. ФИО3 в магазине «Пятерочка «2272», расположенный по адресу: &lt;адрес&gt;, &lt;адрес&gt;, &lt;адрес&gt;, &lt;адрес&gt;, был проведен осмотр места происшествия, в ходе которого осмотрен торговый зал и кассовая зона вышеуказанного магазина, на которой гр. ФИО2 расплачивалась банковской картой ей не принадлежащей. (т. 1, л.д. 72-74); - свидетель ФИО26: о том, что он проходит службу в ФИО4 ОМВД России по городскому округу Ступино в должности оперуполномоченного ОУР ФИО4 ОМВД России по городскому округу Ступино. 28.11.2023г. в ФИО4 ОМВД России по городскому округу Ступино было зарегистрировано заявление КУСП № от 28.11.2023г. от гр. Потерпевший №1, о привлечении к ответственности неизвестного лица, которое 28.11.2023г., в период времени с 17 часов 15 минут по 17 часов 51 минут, тайно похитило денежные средства с расчетного счета ПАО «Сбербанк» на имя Потерпевший №1, в сумме 2 673 рублей 91 коп. В результате проведения оперативно-розыскных мероприятий была установлена причастность к совершению преступления ФИО2 и ФИО1 В период времени с 21 часа 10 минут по 21 час 20 минуты с участием ФИО22 и ФИО2 по адресу: &lt;адрес&gt;, &lt;адрес&gt;, &lt;адрес&gt;, &lt;адрес&gt;, был проведен осмотр места происшествия. В ходе осмотра места происшествия исследована кассовая зона магазина «Пятерочка «2272», а также кассовые аппараты, с помощью которых ФИО2 расплачивалась банковской картой, ей не принадлежащей. На следующий день, в период времени с 16 часов 20 минут по 16 часов 30 минут с участием гр. ФИО1, по адресу: &lt;адрес&gt;, &lt;адрес&gt;, &lt;адрес&gt;, вл.6, был проведен осмотр места происшествия - территории, прилегающей к магазину «Пятерочка №2272» по адресу: &lt;адрес&gt;, &lt;адрес&gt;, &lt;адрес&gt;, &lt;адрес&gt;, где ФИО1 нашел банковскую карту банка ПАО «Сбербанк» золотистого цвета. В тот же денб, в период времени с 18 часов 30 минут по 18 часов 40 минут, с участием ФИО1, по адресу: &lt;адрес&gt;, &lt;адрес&gt;, &lt;адрес&gt;, провден осмотр места происшествия - участка местности, расположенного в 2 метрах от края проезжей части на &lt;адрес&gt;&lt;адрес&gt;&lt;адрес&gt;, где ФИО1 выбросил банковскую карту банка ПАО «Сбербанк». (т. 1, л.д. 72-74) Помимо изложенных показаний потерпевшего и свидетелей виновность подсудимых в инкриминируемых им преступных действиях подтверждается совокупностью исследованных по делу письменных доказательств, а именно: - карточкой происшествия №192-1 290 754-2 от 28.11.2023г. (КУСП №6968 от 28.11.2023), согласно которой 28.11.2023 в магазине, расположенному по адресу: &lt;адрес&gt;, &lt;адрес&gt;, потеряли банковскую карту, с которой списываются деньги (т. 1, л.д. 16); - рапортом ФИО26 от 29.11.2023г, согласно которому в результате проведения оперативно-розыскных мероприятий была установлена причастность к совершению преступления гр. ФИО2, ДД.ММ.ГГГГ года рождения, зарегистрированной и проживающей по адресу: &lt;адрес&gt;, &lt;адрес&gt;, &lt;адрес&gt;, гражданки РФ, уроженки &lt;адрес&gt; и гр. ФИО1, ДД.ММ.ГГГГ года рождения, регистрации на территории РФ не имеющего, проживающего по адресу: &lt;адрес&gt;, &lt;адрес&gt;, &lt;адрес&gt;, гражданина Украины, уроженца &lt;адрес&gt; (т. 1, л.д. 7); - протоколом осмотра места происшествия от 28.11.2023г. с участием Потерпевший №1, согласно которому установлено и осмотрено место совершения преступления: &lt;адрес&gt;, &lt;адрес&gt;. В данном протоколе был осмотрен его мобильный телефон марки Redmi Xiaomi 10, приложение «Сбербанк» с историей операций за 28.11.2023г., в период времени с 17 часов 15 минут по 17 часов 51 минут (т. 1, л.д 20-22); - протоколом осмотра места происшествия от 28.11.2023г. с участием ФИО23, согласно которому установлено и осмотрено место совершения преступления: вход и выход из магазина «Пятерочка», расположенное по адресу: &lt;адрес&gt;, &lt;адрес&gt;, &lt;адрес&gt;, &lt;адрес&gt;, где ФИО23 выронила банковскую карту банка «Сбербанк», принадлежащую Потерпевший №1 (т. 1 л.д 23-26); - протоколом осмотра места происшествия от 28.11.2023г. с участием ФИО22 и ФИО2, согласно которому установлено и осмотрено место совершения преступления: кассовая зона помещение магазина «Пятерочка», расположенное по адресу: &lt;адрес&gt;, &lt;адрес&gt;, &lt;адрес&gt;, &lt;адрес&gt;, где ФИО2 расплачивалась банковской картой банка «Сбербанк», ей не принадлежащей, в ходе осмотра места происшествия изъят CD-R диск с видеозаписями с камер наблюдения (т. 1 л.д 27-30); - протоколом осмотра места происшествия от 28.11.2023г. с участием ФИО25, ФИО2, согласно которому установлено и осмотрено место совершения преступления: кассовая зона помещение магазина «Пекарня», расположенное по адресу: &lt;адрес&gt;, &lt;адрес&gt;, &lt;адрес&gt;, &lt;адрес&gt;, где ФИО2 расплачивалась банковской картой банка «Сбербанк», ей не принадлежащей. (т. 1 л.д 27-30); - протоколом осмотра места происшествия от 28.11.2023г. с участием ФИО1, согласно которому установлено и осмотрено место совершения преступления: вход и выход из магазина «Пятерочка», расположенное по адресу: &lt;адрес&gt;, &lt;адрес&gt;, &lt;адрес&gt;, &lt;адрес&gt;, где ФИО1 нашел банковскую карту банка «Сбербанк», принадлежащую Потерпевший №1 (т. 1 л.д 23-26); - протоколом осмотра места происшествия от 28.11.2023г. с участием ФИО1, согласно которому установлено и осмотрено место совершения преступления: участок местности размерами 5*5 м, расположенное по адресу: &lt;адрес&gt;, &lt;адрес&gt;, &lt;адрес&gt;, где ФИО1 выбросил банковскую карту банка «Сбербанк», принадлежащую Потерпевший №1 (т. 1, л.д 23-26); - протокол выемки от ДД.ММ.ГГГГ, согласно которому у потерпевшего Потерпевший №1 изъяты: распечатанные скриншоты из личного кабинета «Сбербанк онлайн» на 8-ми листах формата А4, копия выписки с банковского счета ПАО «Сбербанк России» № на 2-х листах формата А4, справка 2-НДФЛ за 9 месяцев 2023 года на 1 листе формата А4. (т. 1, л.д. 41-44). Изъятые в ходе проведения указанных следственных действий предметы в последующем осмотрены и приобщены к делу в качестве вещественных доказательств. Давая юридическую оценку вышеизложенным доказательствам в совокупности, суд исходит из того, что они относимы, допустимы и достоверны, полностью и в деталях согласуются между собой, лишены каких-либо противоречий, последовательны и логичны, в связи с чем суд основывает на них свое решение, а виновность ФИО1 и ФИО2 в совершении инкриминируемых им преступных действий считает полностью установленной и доказанной. Так, анализ исследованных по делу и тщательно проанализированных доказательств позволяют суду прийти к выводу о том, что подсудимые, совершая хищение принадлежащих потерпевшему денежных средств, действовали группой лиц по предварительному сговору, о чем свидетельствуют распределенные между ними роли в процессе осуществления ими указанного преступления. Поскольку в процессе преступных действий подсудимых были совершены хищения принадлежащих потерпевшему денежных средств путем незаконного использования банковской карточки последнего, обоснованно квалифицированы преступные действия каждого из подсудимых, как хищение денежных средств с банковского счета потерпевшего. Таким образом, суд, соглашаясь с государственным обвинением, считает доказанным, что ФИО1 и ФИО2, действуя группой лиц и по предварительному сговору между собой 28.11.2023г. совершили тайное хищение с принадлежащего потерпевшему Потерпевший №1 банковского счета денежных средств на общую сумму 2673 рубля 91 копейки, квалифицируя эти их действия по п. «в» ч. 3 ст. 158 УК РФ – как кражу, то есть тайное хищение чужого имущества, совершенную группой лиц по предварительному сговору, с банковского счета. При определении вида и размера наказания суд учитывает характер и степень общественной опасности содеянного подсудимыми, данные об их личностях, а также влияние назначенного наказания на их исправление и условия жизни их семей. К обстоятельствам, смягчающим подсудимым ФИО1 и ФИО2 наказание, суд, в соответствии с ч. 2 ст. 61 УК РФ , относит полное признание ими вины, а также раскаяние в содеянном. Обстоятельств, отягчающих подсудимым наказание, судом не установлено. Вместе с тем, учитывая обстоятельства совершенных подсудимыми преступных действий, их тяжесть и общественную опасность, суд не усматривает достаточных оснований к применению к подсудимым положений, предусмотренных ч. 1 ст. , ст.ст. , , , 82.1 УК РФ . При назначении наказания подсудимым суд также учитывает, что ФИО1 и ФИО2 к уголовной ответственности привлекаются впервые, на учетах у врачей: нарколога и психиатра не состоят, характеризуются по месту жительства удовлетворительно, ФИО1 страдает от последствий перенесенных инсультов, ФИО3 – оказывает поддержку и уход супругу – инвалиду 2-й группы, а также является выехавшей добровольно из зоны отселения. Данные обстоятельства в совокупности с последующим поведением ФИО1 и ФИО2, свидетельствующем об их деятельном раскаянии и исправлении, суд признает исключительными и с учетом материального положения семей подсудимых полагает возможным применить ст. 64 УК РФ и назначить каждому из них наказание в виде штрафа в размере ниже низшего предела, чем предусмотрено санкцией ч. 3 ст. 158 УК РФ . На основании изложенного, руководствуясь ст.ст. - и 313 УПК РФ , Ступинский городской суд ПРИГОВОРИЛ: ФИО1 и ФИО2 признать виновными в совершении преступления, предусмотренного п. «г» ч. 3 ст. 158 УК РФ , на основании которой назначить каждому из них наказание с применением ст. 64 УК РФ в виде штрафа в размере 15000 (пятнадцати тысяч) рублей, который подлежит перечислению по следующим реквизитам: Получатель: Управление Федерального казначейства по Московской области; ИНН &lt;***&gt;; КПП 502201001; № счета получателя: 40101810845250010102, в ГУ Банка России по ЦФО г. Москва 35; БИК 044525000; ОКТМО 46738000; КБК 18811621010016000140 УИН (для ФИО5) 188 5 5023 01 440 000 754 6 УИН (для ФИО1) 188 5 5023 01 440 000 754 7 Меру пресечения ФИО1 и ФИО2 – подписку о невыезде – до вступления приговора в законную силу оставить без изменения. По вступлении приговора в законную силу вещественные доказательства по делу: CD-R диск VS №LH3186CD26093265D3 с видеозаписями; распечатанные скриншоты из личного кабинета «Сбербанк онлайн» на 8-ми листах формата А4, копию выписки с банковского счета ПАО «Сбербанк России» №№ на 2-х листах формата А4, справку 2-НДФЛ за 9 месяцев 2023 года на 1 листе формата А4 – хранить в материалах уголовного дела. Приговор может быть обжалован в апелляционном порядке в Московский областной суд через Ступинский городской суд в течение 15 суток со дня его провозглашения. В случае подачи апелляционных жалоб или представления осужденные вправе ходатайствовать о своем участии в рассмотрении уголовного дела судом апелляционной инстанции. Председательствующий по делу: В.Е. Чекушкин Суд: Ступинский городской суд (Московская область) (подробнее) Судьи дела: Чекушкин Владимир Евгеньевич (судья) (подробнее) Последние документы по делу: Приговор от 4 июля 2024 г. по делу № 1-51/2024 Приговор от 28 мая 2024 г. по делу № 1-51/2024 Приговор от 28 мая 2024 г. по делу № 1-51/2024 Приговор от 24 апреля 2024 г. по делу № 1-51/2024 Приговор от 20 марта 2024 г. по делу № 1-51/2024 Приговор от 12 марта 2024 г. по делу № 1-51/2024 Приговор от 11 марта 2024 г. по делу № 1-51/2024 Приговор от 4 марта 2024 г. по делу № 1-51/2024 Приговор от 26 февраля 2024 г. по делу № 1-51/2024 Приговор от 18 февраля 2024 г. по делу № 1-51/2024 Приговор от 18 февраля 2024 г. по делу № 1-51/2024 Приговор от 12 февраля 2024 г. по делу № 1-51/2024 Приговор от 6 февраля 2024 г. по делу № 1-51/2024 Приговор от 28 января 2024 г. по делу № 1-51/2024 Приговор от 25 января 2024 г. по делу № 1-51/2024 Постановление от 24 января 2024 г. по делу № 1-51/2024 Постановление от 17 января 2024 г. по делу № 1-51/2024 Постановление от 15 января 2024 г. по делу № 1-51/2024 Приговор от 9 января 2024 г. по делу № 1-51/2024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