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Белово</w:t>
      </w:r>
    </w:p>
    <w:p>
      <w:pPr>
        <w:spacing w:after="200"/>
        <w:jc w:val="center"/>
      </w:pPr>
      <w:r>
        <w:rPr>
          <w:rFonts w:ascii="Times New Roman" w:hAnsi="Times New Roman" w:eastAsia="Times New Roman" w:cs="Times New Roman"/>
          <w:b w:val="0"/>
          <w:i w:val="0"/>
          <w:sz w:val="22"/>
        </w:rPr>
        <w:t>02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04.12.2018 года Беловским городским судом Кемеровской области по п. «а» ч. 3 ст. 158 УК РФ к 2 годам 2 месяцам лишения свободы, с отбыванием наказания в исправительной колонии особого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21.12.2018 года Беловским городским судом Кемеровской области по п. «в» ч. 2 ст. 158 УК РФ к 2 годам лишения свободы, в соответствии с ч. 5 ст. 69 УК РФ путем частичного сложения наказания по приговору от 04.12.2018 года к 2 годам 6 месяцам лишения свободы с отбыванием наказания в исправительной колонии особого режима, 06.05.2021 года освобожден по отбытии наказания (09.02.2021 года решением Центрального районного суда г. Новокузнецка Кемеровской области установлен административный надзор сроком 8 лет);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17.06.2022 Беловским городским судом Кемеровской области, с учетом изменений, внесенных апелляционным определением Кемеровского областного суда от 01.03.2023, по ст. 314.1 ч.1, п. «а» ч. 3 ст. , п. «б» ч. 2 ст. , ст. ч.3 УК РФ к 2 годам 2 месяцам лишения свободы с отбыванием наказания в исправительной колонии строгого режима. Освобожден 25.10.2023 по отбытии наказания. Решением Яйского районного суда Кемеровской области от 20.06.2023 установлен административный надзор сроком на 8 лет, обвиняемого в совершении преступления, предусмотренного ч. 1 ст. 314.1 УК РФ УСТАНОВИЛ: ФИО1 совершил неприбытие без уважительных причин лица, в отношении которого установлен административный надзор при освобождении из мест лишения свободы, к избранному им месту жительства или пребывания в определенный администрацией исправительного учреждения срок, в целях уклонения от административного надзора, при следующих обстоятельствах: ФИО1, являясь лицом, в отношении которого решением Яйского районного суда Кемеровской области- Кузбасса от 20.06.2023 года установлен административный надзор сроком на 8 лет, с административными ограничениями в виде: запрещения пребывания в местах, где осуществляется продажа спиртных напитков (кафе, бары, рестораны, клубы), запрещение пребывания вне жилого, являющегося местом жительства либо пребывания в период с 22 часов до 06 часов, запрещение выезда за пределы Кемеровской области- Кузбасса, обязательной явки один раз в месяц в органы внутренних дел по месту жительства, пребывания или фактического нахождения для регистрации. 25.10.2023 года в ФКУ ИК-37 получил предписание с которым ознакомлен под роспись, о том что не позднее 25.10.2023 должен прибыть к избранному им месту жительства (пребывания), по избранному им адресу: &lt;адрес&gt;, в течении 3-х рабочих дней, не позднее 27.10.2023т года встать на учет в отдел МВД России «Беловский», ознакомился с административными ограничениями своих прав и свобод, установленными в отношении него судом, предупрежден об уголовной ответственности по ст. 314.1 УК РФ за уклонение от административного надзора. 25.10.2023 года освободился из мест лишения свободы. С 25.10.2023 года по 04.11.2023 года, не имея уважительных причин, уклонялся от административного надзора, а именно: умышленно с целью уклонения от административного надзора и исполнения возложенных судом административных ограничений, не желая контроля со стороны сотрудников органов внутренних дел, осуществляющих в отношении него административный надзор, 25.10.2023 года самовольно, без уважительных причин не прибыл к избранному им месту жительства (пребывания), по избранному им адресу: &lt;адрес&gt;, не проживал, не пребывал и фактически не находился, в течении 3-х рабочих дней не встал на учет в отдел МВД России «Беловский», с 25.10.2023 пребывал по другому адресу места жительства по &lt;адрес&gt;, с 26.10.2023 по 04.11.2023 пребывал по адресу &lt;адрес&gt;, однако с целью уклонения административного надзора сотрудников органов внутренних дел, осуществляющих в отношении него административный надзор, о новом адресе места пребывания не уведомил, от органов осуществляющих в отношении него административный надзор, скрывался, до момента его обнаружения сотрудниками полиции Отдела МВД России «Беловский» 04.11.2023 года Подсудимый ФИО1 в судебном заседании вину в совершенном преступлении признал полностью, от дачи показаний в соответствии со ст. 51 Конституции РФ отказался. По ходатайству государственного обвинителя были оглашены показания подозреваемого ФИО1, данные в ходе дознания (л.д. 46-48, 125-127), согласно которым, решением Яйского районного суда Кемеровской области от 20.06.2023 в отношении него был установлен административный надзор сроком на 8 лет, с установлением ряда ограничений. 25.10.2023 он освободился из мест лишения свободы, и ему, в течение 3-х рабочих дней, было необходимо явиться и встать на учет в Отдел МВД России «Беловский». Также, он был предупрежден об уголовной ответственности по ст. 314.1 УК РФ . В г.Белово он прибыл в 20:00 часов 25.10.2023, сразу прошел к знакомой ФИО6, у которой пробыл 25 и 26 октября 2023 года. После, с 26.10.2023 находился у своего знакомого Свидетель №7, употреблял спиртное и ночевал у него до 03.11.2023. Сразу по месту своего жительства по адресу: &lt;адрес&gt; не пошел, т.к. не знал в каком состоянии находится дом, т.к. в нем длительное время никто не проживал, хотел расслабиться после колонии, а потом загулял, т.е. выпивал и перестал себя контролировать. В вязи с этим не встал на учет в отдел полиции. 04.11.2023 он пришел домой по &lt;адрес&gt;, в состоянии алкогольного опьянения, и лег спать. В тот день приехал участковый полиции, и он был доставлен в отдел полиции «Беловский» для дачи объяснений. В период с 25.10.2023 по 03.11.2023 на стационарном лечении не находился. Осознает, что своими действиями уклонялся от административного надзора. Оглашенные показания подсудимый ФИО1 поддержал. Вина ФИО1 в совершении преступления подтверждается совокупностью исследованных в судебном заседании доказательств. Оглашенными в порядке ч.1 ст. 281 УПК РФ показаниями свидетеля Свидетель №2, данными в ходе предварительного расследования, о том, что он служит в должности участкового полиции ОМВД России «Беловский». ФИО1, 25.10.2023 освобожден по отбытии срока наказания из ФКУ ИК-37 ГУФСИН России по Кемеровской области-Кузбассу. Решением Яйского районного суда Кемеровской области от 20.06.2023 в отношении ФИО1 установлен административный надзор сроком на 8 лет с рядом ограничений. Согласно предписания, ФИО1 обязан прибыть не позднее 25.10.2023 к избранному месту проживания или пребывания, находящемся по адресу: &lt;адрес&gt;, в течение 3-х рабочих дней со дня прибытия к избранному месту жительства, обязан явиться для постановки на учет в ОМВД России «Беловский». ФИО1 под роспись предупрежден об уголовной ответственности по ст. 314.1 УК РФ . Однако, ФИО1 в установленный срок для постановки на учет не прибыл. При проверке адреса ФИО1 29.10.2023 и 01.11.2023 года, и обходе дома, им было установлено, что в доме длительное время никто не проживает, в доме грязно, признаки проживания отсутствуют. 04.11.2023 местонахождения ФИО1 было установлено. Как пояснил ФИО1, после освобождения стал употреблять спиртные напитки, по указанному им месту пребывания не находился, проживал у различных знакомых, на учет в полицию не встал. За данный период за медицинской помощью не обращался. Он понимал, что таким образом уклоняется от административного надзора. (л.д.93-95). Оглашенными в порядке ч.1 ст. 281 УПК РФ показаниями свидетеля ФИО4, данными в ходе предварительного расследования, о том, что она работает в должности инспектора административного надзора, в ее обязанности входит проверка по месту жительства лиц, освободившихся из мест лишения свободы, за которыми судом установлен административный надзор. ФИО1 освобожден из мест лишения свободы 25.10.2023 по отбытии срока наказания. Решением Яйского районного суда Кемеровской области от 20.06.2023 в отношении ФИО1 установлен административный надзор сроком на 8 лет, с установлением ряда ограничений. По освобождении, ФИО1, согласно предписания, выданного ФКУ ИК-37, обязан прибыть не позднее 25.10.2023 по избранному месту жительства или пребывания по адресу: &lt;адрес&gt; и, в течение 3-х рабочих дней со дня прибытия, встать на учет в ОМВД России «Беловский». Однако, ФИО1 в установленный срок для постановки на учет в Отдел МВД России «Беловский» не прибыл. 29.10.2023 и 01.11.2023 ФИО1, был проверен по месту жительства участковым полиции, однако ФИО5 дома не находился, следов проживания в доме не установлено. 04.11.2023 участковым полиции местонахождение ФИО1 было установлено. Как пояснил ФИО1, после освобождения он стал употреблять спиртное, проживал у малознакомых людей, по месту жительства не находился, в отдел полиции для постановки на учет не прибыл. 04.11.2023 ФИО1 был поставлен под административный надзор. В действиях ФИО1 содержатся признаки преступления, предусмотренного ч.1 ст. 314.1 УК РФ . (л.д. 96-99). Оглашенными в порядке ч.1 ст. 281 УПК РФ показаниями свидетеля Свидетель №3, данными в ходе предварительного расследования, о том, что в период с 26.10.2023 по 03.11.2023 он заходил в гости к своему соседу ФИО2 Б, у которого в этот период проживал ранее незнакомый ему ФИО1, с которым они распивали спиртное. 04.11.2023 ФИО1 ушел, куда, ему не известно. (л.д.100-101). Оглашенными в порядке ч.1 ст. 281 УПК РФ показаниями свидетеля Свидетель №4, данными в ходе предварительного расследования, о том, что до октября 2023 года в доме по &lt;адрес&gt;, расположенном по соседству с ее домом, никто не проживал. Соседи, чтобы посторонние лица не ходили в данный дом, заколотили входную дверь. В один из дней в конце октября 2023 года она увидела, что в доме топится печь, но в доме никто не появился. Позднее, от сотрудников полиции узнала, что в доме намерен проживать ФИО1, освободившийся из мест лишения свободы. (л.д. 102-103). Оглашенными в порядке ч.1 ст. 281 УПК РФ показаниями свидетеля Свидетель №5, данными в ходе предварительного расследования, о том, что 03.11.2023 к ней пришел ее племянник ФИО1, который оставил у нее паспорт и справку об освобождении, т.к. боялся их потерять. До данного дня и после ФИО1 у нее не находился. Ей не известно, когда он освободился из мест лишения свободы. (л.д. 110-111). Оглашенными в порядке ч.1 ст. 281 УПК РФ показаниями свидетеля Свидетель №6, данными в ходе предварительного расследования, о том, что в кафе «Аристократ» ранее работала ФИО6 27.10.2023 ФИО6 рассказала ей, что 25, 26 октября 2023 года познакомилась с ФИО1, они вместе распивали спиртное. 29.10.2023 ФИО6 пожаловалась ей, что ФИО1 не отдает ей ключи от квартиры, в которой она проживает. Она, вместе с ФИО16 проехали по месту жительства ФИО6, где находился ФИО1 и, т.к. он грубо разговаривал, вел себя агрессивно, они вызвали сотрудников полиции. (л.д. 112-113). Оглашенными в порядке ч.1 ст. 281 УПК РФ показаниями свидетеля Свидетель №7, данными в ходе предварительного расследования, о том, что в период с 26.10.2023 по ДД.ММ.ГГГГ у него проживал ФИО1 и они, практически каждый день, употребляли спиртное.. 04.11.2023 ФИО1 ушел и более он его не видел. О том, что ФИО1, освободился из мест лишения свободы и ему необходимо встать на учет, он не знал. (л.д. 116-117). Вина подсудимого подтверждается также письменными доказательствами по делу: - актом посещения поднадзорного лица по месту жительства или пребывания от 29.10.2023, согласно которого на момент проверки адреса &lt;адрес&gt;, ФИО1 дома отсутствовал, со слов соседей по данном адресу не проживет. (л.д.5); - актом посещения поднадзорного лица по месту жительства или пребывания от 01.11.2023, согласно которого на момент проверки адреса &lt;адрес&gt;, ФИО1 дома отсутствовал, со слов соседей по данном адресу не проживет. (л.д.6); - копией решения Яйского районного суда Кемеровской области от 20.06.2023, согласно которого, на освобождаемым из мест лишения свободы ФИО1, ДД.ММ.ГГГГ ДД.ММ.ГГГГ, по отбытии наказания, назначенного по приговору Беловского городского суда Кемеровской области отт17.06.2022. установить административный надзор сроком на 8 лет, исчисляя срок со дня постановки на учет в ОВД по избранному месту жительства, пребывании и фактического нахождения, с установлением ряда ограничений. (л.д. 9-10); - предписанием от 25.10.2023. согласно которого ФИО1 обязан прибыть не позднее 25.10.2023 к избранному месту жительства или пребывания, находящемуся по адресу: &lt;адрес&gt;. В течение 3-х дней со дня прибытия к избранному месту жительства/пребывания, обязан явиться для постановки на учет в отдел полиции «Беловский». Предупрежден об уголовной ответственности по ст. 314 УК РФ . (л.д.11); - справкой об освобождении № от ДД.ММ.ГГГГ ФКУ ИК-37, выданной ФИО1, ДД.ММ.ГГГГ об освобождении по отбытии срока наказания. Следует к месту жительства: &lt;адрес&gt; (л.д. 14); - протоколом осмотра места происшествия от 15.11.2023, согласно которому осмотрен дом по &lt;адрес&gt; (л.д. 15-18); - протоколом осмотра документов от 15.01.2024, согласно которого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копии материала административного надзора, зарегистрированные в КУСП ОМВД России «Беловский» за № от ДД.ММ.ГГГГ: рапорт об обнаружении в действиях ФИО1 признаков преступления, предусмотренного ст. 314.1 ч. 1 УК РФ; копия акта посещения поднадзорного лица от 29.10.2023; копия акта посещения поднадзорного лица от 01.11.2023; объяснение Свидетель №5; объяснение Свидетель №4; копия решения Яйского районного суда Кемеровской области от 20.06.2023 в отношении ФИО1; копия предписания в отношении ФИО1; копия паспорта ФИО1; копия справки об освобождении на ФИО1; протокол осмотра места происшествия; постановление о продлении срока проверки по сообщению до 10 суток; объяснение ФИО6; сведения ИБД-Регион на ФИО6; объяснение Свидетель №6; поручение; постановление о продлении срока проверки со сообщению до 30 суток; объяснение Свидетель №7; копия паспорта Свидетель №7; объяснение Свидетель №3, копия паспорта Свидетель №3; объяснение ФИО1, справка по результатам проверки ОСК, ИБД-Р на ФИО1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копия решения Яйского районного суда Кемеровской области по делу № от 20.06.2023 об установлении в отношении ФИО1 административного надзора на срок 8 лет, с установлением ряда ограничений. Решение вступило в законную силу 05.07.2023. (л.д. 104-107). Проанализировав исследованные доказательства, суд приходит к выводу, что по настоящему уголовному делу органом дознания собраны относимые, достоверные и допустимые доказательства, которые в своей совокупности являются достаточными для установления виновности ФИО1 в совершении инкриминированного преступления. Так, ФИО1 не отрицает, что после освобождения из мест лишения свободы не исполнил обязанность явиться для постановки на учет в орган внутренних дел в течение 3 рабочих дней со дня прибытия к избранному им месту жительства, т.е. в срок, определенный администрацией исправительного учреждения. Показания подсудимого подтверждаются показаниями свидетелей Свидетель №2, ФИО4, Свидетель №4, Свидетель №5, Свидетель №7, Свидетель №3, Свидетель №6 Оценивая показания свидетелей, суд признает их достоверными, поскольку они являются последовательными, в целом непротиворечивыми и согласующимися с письменными доказательствами. Суд доверяет показаниям свидетелей, не усматривая оснований для оговора подсудимого. Суд квалифицирует действия подсудимого ФИО1 по ч.1 ст. 314.1 УК РФ , как неприбытие без уважительных причин лица, в отношении которого установлен административный надзор при освобождении из мест лишения свободы, к избранному им месту жительства или пребывания в определенный администрацией исправительного учреждения срок, совершенное в целях уклонения от административного надзора. При назначении вида и размера наказания суд учитывает характер и степень общественной опасности содеянного, личность подсудимого, &lt;данные изъяты&gt;, обстоятельства, смягчающие наказание, а также влияние назначенного наказания на исправление осужденного и на условия жизни его семьи. В качестве смягчающих наказание обстоятельств подсудимому суд учитывает признание вины, раскаяние в содеянном, состояние здоровья подсудимого и его близких лиц (осуществление ухода за сестрой и оказание помощи матери). Обстоятельств, отягчающих наказание подсудимому, судом не установлено. Наличие в действиях ФИО1 рецидива преступлений, в соответствии с положениями ч.2 ст. 63 УК РФ не может повторно учитываться при назначении наказания. Преступление, совершенное подсудимым, относится к категории небольшой тяжести, следовательно, применение ч.6 ст. 15 УК РФ невозможно. Исключительных обстоятельств, существенно уменьшающих степень общественной опасности преступлений, по делу не установлено, в связи с чем, оснований для применения ст. 64 УК РФ не имеется. Кроме того, судом не установлено оснований для освобождения подсудимого от уголовной ответственности в соответствии со ст.ст. , 76.2 , 78 УК РФ . В соответствии со ст. ч.2 Уголовного кодекса Российской Федерации уголовное наказание применяется в целях восстановления социальной справедливости, а также в целях исправления лица, совершившего преступление, и предупреждения совершения им новых преступлений. При определении вида наказания, принимая во все обстоятельства по делу, в том числе установленные по делу смягчающие вину обстоятельства и данные о личности подсудимого, суд пришел к выводу о возможности достичь целей наказания – восстановление социальной справедливости, предупреждение совершения новых преступлений и исправления подсудимого путем назначения ему наказания в виде обязательных работ, предусмотренных санкцией ч.1 ст. 314.1 УК РФ . Суд назначает подсудимому наказание по правилам ст. 49 УК РФ . При разрешении вопроса о судьбе вещественных доказательств суд руководствуется положениями ст. 81 УПК РФ . На основании изложенного и руководствуясь ст.ст. - 309 УПК РФ , суд ПРИГОВОРИЛ: ФИО1 признать виновным в совершении преступления, предусмотренного ч. 1 ст. 314.1 УК РФ и назначить наказание в виде 180 (ста восьмидесяти) часов обязательных работ, с отбыванием наказания в местах, определяемых органами местного самоуправления по согласованию с уголовно-исполнительной инспекцией. До вступления приговора в законную силу, меру пресечения в отношении ФИО1 оставить без изменения в виде подписки о невыезде и надлежащем поведении. По вступлении приговора в законную силу, вещественные доказательства по делу – копии материала административного надзора, копия решения Яйского районного суда от 20.06.2023, оставить хранящимися в материалах дела. Приговор может быть обжалован в апелляционном порядке в Кемеровский областной суд в течение 15 суток со дня провозглашения. В случае подачи апелляционной жалобы, осужденный вправе ходатайствовать о своем участии в рассмотрении дела судом апелляционной инстанции. Разъяснить осуждённому его право ходатайствовать о назначении ему защитника (адвоката) - за счёт средств государства, для участия в суде апелляционной инстанции, либо поручать осуществление своей защиты избранному им защитнику - за счёт собственных средств. Судья (подпись) Н.Н. Третьякова Суд: Беловский городской суд (Кемеровская область) (подробнее) Судьи дела: Третьякова Н.Н. (судья) (подробнее) Последние документы по делу: Постановление от 12 февраля 2025 г. по делу № 1-326/2024 Приговор от 9 февраля 2025 г. по делу № 1-326/2024 Приговор от 20 августа 2024 г. по делу № 1-326/2024 Приговор от 3 июня 2024 г. по делу № 1-326/2024 Приговор от 1 апреля 2024 г. по делу № 1-326/2024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