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обвиняемого в совершении преступлений, предусмотренных ст. 158.1 , ч.1 ст. , ч.3 ст. , ст. 158.1 , ч.3 ст. , ст. 158.1 УК РФ , установил: ФИО5 совершил грабеж, то есть открытое хищение чужого имущества; будучи лицом, подвергнутым административному наказанию за мелкое хищение, предусмотренное ч.2 ст. 7.27 КоАП РФ, совершил мелкое хищение чужого имущества; а также будучи лицом, подвергнутым административному наказанию за мелкое хищение, предусмотренное ч.2 ст. 7.27 КоАП РФ, совершил два покушения на мелкое хищение чужого имущества при следующих обстоятельствах. ФИО5 постановлением мирового судьи судебного участка №2 г.Собинки, Собинского района и ЗАТО г.Радужный от 29 мая 2020 года, вступившим в законную силу 29 июня 2020 года, был признан виновным в совершении административного правонарушения, предусмотренного ч.2 ст. 7.27 Кодекса Российской Федерации об административных правонарушениях и ему было назначено наказание в виде административного штрафа в размере 3 000 рублей. 27 октября 2022 года исполнительное производство возбужденное в отделении службы судебных приставов Петушинского района по постановлению мирового судьи судебного участка №2 г.Собинки, Собинского района и ЗАТО г.Радужный от 29 мая 2020 года окончено в связи с истечением срока давности исполнения судебного акта. Однако в соответствии с ч.1 ст. 4.6 Кодекса Российской Федерации об административных правонарушениях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ФИО5, будучи подвергнутым административному наказанию и будучи в состоянии алкогольного опьянения, 4 июня 2023 года около 17 часов 40 минут с целью хищения товарно-материальных ценностей, вошел в помещение магазина «Пятерочка» Общество с ограниченной ответственностью * расположенного по адресу: адрес. Реализуя свой преступный умысел, 4 июня 2023 года около 17 часов 40 минут ФИО5, умышлено из корыстных побуждений, находясь в помещении торгового зала магазина * расположенного по указанному адресу, воспользовавшись тем, что за его действиями никто не наблюдает, тайно, путем свободного доступа похитил 1 бутылку водки «Русский Стандарт 40%» объемом 1 литр, стоимостью 479 рублей 75 копеек, без учета налога на добавленную стоимость, принадлежащую * Совершив хищение вышеуказанного товара, ФИО5 вышел из помещения магазина, и скрылся с места совершения преступления, распорядившись похищенным имуществом по своему усмотрению. В результате противоправных действий ФИО5 * был причинен материальный ущерб на общую сумму 479 рублей 75 копеек, без учета налога на добавленную стоимость. 5 июня 2023 года около 10 часов 11 минут ФИО5 будучи в состоянии алкогольного опьянения с целью хищения товарно-материальных ценностей вошел в помещение магазина «Пятерочка» Общество с ограниченной ответственностью * расположенного по адресу: адрес. Реализуя свой преступный умысел, 5 июня 2023 года около 10 часов 11 минут ФИО5 умышлено, из корыстных побуждений находясь в помещении торгового зала магазина «Пятерочка» * расположенного по указанному адресу, открыто для кассира Свидетель №2, без применения насилия похитил: набор конфет «А. ФИО6», весом 192г, стоимостью 192 рубля 40 копеек; 1 бутылку водки «BIONIKA GRAPEFRUIT» объемом 0,5 литров, стоимостью 230 рублей 05 копеек; кетчуп томатный «HEINZ», весом 800г, в количестве 1 штуки, стоимостью 105 рублей 80 копеек, без учета налога на добавленную стоимость. Похищенный товар ФИО5 поместил в рукава своей кофты, кроме набора конфет «А. ФИО6», весом 192г, стоимостью 192 рубля 40 копеек, который ФИО5 оставил у себя руке. Продолжая реализовывать свой преступный умысел ФИО5 с похищенным товаром прошел через кассовый узел и не расплатившись за товар направился к выходу из магазина. Однако при выходе из магазина ФИО5 был замечен кассиром Свидетель №2, которая потребовала вернуть похищенный товар. Требования Свидетель №2 вернуть похищенное ФИО5 проигнорировал и вышел из магазина, тем самым открыто похитил указанное имущество и распорядился похищенным по своему усмотрению. В результате хищения ФИО5 набора конфет «А. ФИО6», весом 192г, стоимостью 192 рубля 40 копеек; 1 бутылки водки «BIONIKA GRAPEFRUIT» объемом 0,5 литров, стоимостью 230 рублей 05 копеек; кетчупа томатного «HEINZ», весом 800г, в количестве 1 штуки, стоимостью 105 рублей 80 копеек, ООО «Агроторг» был причинен материальный ущерб на общую сумму 528 рублей 25 копеек без учета налога на добавленную стоимость. ФИО5 постановлением мирового судьи судебного участка №2 г.Собинки, Собинского района и ЗАТО г.Радужный от 29 мая 2020 года, вступившим в законную силу 29 июня 2020 года, был признан виновным в совершении административного правонарушения, предусмотренного ч.2 ст. 7.27 Кодекса Российской Федерации об административных правонарушениях, и ему было назначено наказание в виде административного штрафа в размере 3 000 рублей. 27 октября 2022 года исполнительное производство возбужденное в отделении службы судебных приставов Петушинского района по постановлению мирового судьи судебного участка №2 г.Собинки, Собинского района и ЗАТО г.Радужный от 29 мая 2020 года, окончено в связи с истечением срока давности исполнения судебного акта. Однако в соответствии с ч.1 ст. 4.6 Кодекса Российской Федерации об административных правонарушениях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ФИО5, будучи подвергнутым административному наказанию и будучи в состоянии алкогольного опьянения, 5 июня 2023 года около 13 часов 47 минут, с целью хищения товарно-материальных ценностей вошел в помещение магазина «Атак» Общества с ограниченной ответственностью «Атак», расположенного по адресу: адрес. Реализуя свой преступный умысел, 5 июня 2023 года около 13 часов 47 минут ФИО5, умышлено из корыстных побуждений, находясь в помещении торгового зала магазина «Атак» *, расположенного по указанному адресу, воспользовавшись тем, что за его действиями никто не наблюдает, тайно, путем свободного доступа пытался похитить 3 единицы «Молоко цельное сгущенное ГОСТ», массой 600г каждая, стоимостью 118 рублей 36 копеек за 1 единицу, на общую сумму 355 рублей 08 копеек; майонез «Провансаль Слобода оливковый м.д.ж. 67%», объемом 800 мл, в количестве 1 штуки, стоимостью 117 рублей 62 копейки; 2 упаковки «Яйцо куриное С1 Лето», в каждой упаковке по 20 штук, стоимостью 156 рублей 25 копеек за 1 упаковку, на общую сумму 312 рублей 50 копеек, без учета налога на добавленную стоимость, принадлежащие * Похищенный товар ФИО5 сложил в пакет, прошел через кассовый узел и не расплатившись за товар попытался покинуть магазин. Однако, преступление не было доведено до конца, так как ФИО5 был задержан при выходе из магазина сотрудником указанного магазина. Тем самым ФИО5 не довел свой преступный умысел до конца по независящим от него обстоятельствам, так как был застигнут на месте совершения преступления. В результате преступных действий ФИО5, * мог быть причинен материальный ущерб на общую сумму 785 рублей 20 копеек без учета налога на добавленную стоимость. ФИО5 постановлением мирового судьи судебного участка №2 г.Собинки, Собинского района и ЗАТО г.Радужный от 29 мая 2020 года, вступившим в законную силу 29 июня 2020 года, был признан виновным в совершении административного правонарушения, предусмотренного ч.2 ст. 7.27 Кодекса Российской Федерации об административных правонарушениях, и ему было назначено наказание в виде административного штрафа в размере 3 000 рублей. 27 октября 2022 года исполнительное производство возбужденное в отделении службы судебных приставов Петушинского района по постановлению мирового судьи судебного участка №2 г.Собинки, Собинского района и ЗАТО г.Радужный от 29 мая 2020 года, окончено в связи с истечением срока давности исполнения судебного акта. Однако в соответствии с ч.1 ст. 4.6 Кодекса Российской Федерации об административных правонарушениях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ФИО5, будучи подвергнутым административному наказанию и будучи в состоянии алкогольного опьянения, 18 июня 2023 года около 11 часов 20 минут с целью хищения товарно-материальных ценностей, вошел в помещение магазина «Дикси» Акционерного общества * расположенного по адресу: адрес. Реализуя свой преступный умысел, 18 июня 2023 года около 11 часов 20 минут ФИО5, умышлено из корыстных побуждений, находясь в помещении торгового зала магазина * расположенного по указанному адресу воспользовавшись тем, что за его действиями никто не наблюдает, тайно, путем свободного доступа пытался похитить 1 бутылку водки «Хорта особая серебряная прохлада» объемом 1 литр, стоимостью 405 рублей 75 копеек, без учета налога на добавленную стоимость, принадлежащую *». Похищенный товар ФИО5 положил в рукав своей кофты, прошел через кассовый узел и не расплатившись за товар попытался покинуть магазин. Однако, преступление не было доведено до конца, так как ФИО5 был задержан при выходе из магазина сотрудником указанного магазина. Тем самым ФИО5 не довел свой преступный умысел до конца по независящим от него обстоятельствам, так как был застигнут на месте совершения преступления. В результате преступных действий ФИО5 * мог быть причинен материальный ущерб на общую сумму 405 рублей 75 копеек без учета налога на добавленную стоимость. В судебном заседании подсудимый ФИО5 виновным себя признал полностью, от дачи показаний отказался, воспользовавшись ст. 51 Конституции РФ. Из оглашенных на основании п.3 ч.1 ст. 276 УПК РФ показаний ФИО5, допрошенного в качестве подозреваемого, следует, что на протяжении длительного времени он ни где не работает, на жизнь зарабатывает случайными подработками. 29 мая 2020 года постановлением мирового судьи судебного участка №2 г.Собинка, Собинского района и ЗАТО Радужный Владимирской области он был признан виновным в совершении административного правонарушения предусмотренного ч.2 ст. 7.27 КоАП РФ,ему было назначено административное наказание в виде административного штрафа в размере 3 000 рублей.Решение суда он не оспаривал и оно вступило в законную силу 29 июня 2020 года,административный штраф в размере 3 000 рублей он до настоящего времени не оплатил, так как у него нет денежных средств.4 июня 2023 годаоколо 17 часов 40 минут он проходил мимо магазина «Пятерочка» расположенного по адресу: адрес, и в тот момент ему захотелось выпить спиртных напитков, но денежных средств на покупку спиртного у него не было, и он решил зайти в указанный магазин и похитить спиртные напитки, чтобы в дальнейшем их распить дома. Он вошел в указанный магазин, прошел в торговый зал и подошел к стеллажам с различным ассортиментом алкогольной продукции. Возле указанного стеллажа он посмотрел по сторонам, чтобы убедиться, что за его действиями ни кто не наблюдает и убедившись, что за ним ни кто не наблюдает взял со стеллажа в руку 1 бутылку водки «Русский стандарт» объемом 1 литр, которую спрятал в рукав своей кофты. Затем он отошел от указанного стеллажа и направился к выходу из магазина. Пройдя мимо кассовых линий и не оплатив товар, который находился у него в рукаве кофты он вышел из магазина и направился домой, где распил похищенную бутылку водки. 5 июня 2023 около 10 часов 11 минутон проходил мимо магазина «Пятерочка» расположенного по адресу: адрес, и в тот момент у него возник умысел зайти в указанный магазин и похитить товарно-материальные ценности, чтобы в дальнейшем их употребить в пищу, так как денег на покупку товара у него нет. Он вошел в указанный магазин, прошел в торговый зал магазина и подошел к стеллажам с различным ассортиментом алкогольной продукции. После чего с указанного стеллажа он взял одну бутылку водки марки «Bionica» объемом 0,5 литров, отошел от указанного стеллажа и спрятал в рукав своей кофты.Затемон подошел к соседнему стеллажу, с которого взял кетчуп «HEINZ» в количестве 1 штуки, который так же спрятал в другой рукав своей кофты и направился к выходу из магазина.Когда он шел к выходу из магазина, то со стеллажа с различным ассортиментом шоколадной продукции, который расположен рядом с кассовыми узлами взял в руку 1 коробку конфет «А. ФИО6» и продолжая держать в руке коробку конфет «А. ФИО6» направился к кассовым узлам. В момент хищения он не обращал внимание смотрит ли кто то за его действиями, так как ему это было не интересно, но допускает, что его действия были замечены. Когда он подошел к кассовым узлам то увидел, что имеется пустая касса и онрешил, что покинет магазин с похищенным им товаром через пустую кассовую линию.Когда он стал проходить пустую кассу, то сотрудник магазина, который находился за соседней кассой увидела как он прошел мимо пустой кассы и не оплатил коробку конфет «А. ФИО6», которую он держал в руке направился к выходу. В тот момент сотрудник магазина крикнула в его адрес «Стой, верни товар». В тот момент он понял,что сотрудник магазина увидела как он похитил из указанного магазина товар и его действия стали замечены. Однако на требования сотрудника магазина остановиться и отдать товар он никак не отреагировал, хотя отчетливо их слышал. После чего он вышел из магазина на улицу и ускорил свой шаг, так как отдавать похищенный товар не собирался. Когда он вышел из магазина на улицу и пошел по адрес, то услышал, что кто-то кричит «Стой верни товар». Тогда он обернулся и увидел двух сотрудников магазина,которые быстрым шагом шли за ним и кричали в его адрес «Стой, верни товар».В тот момент он понял, что это сотрудники магазина, так как на них были одеты жилеты сотрудников магазина.В тот момент он так же отчетливо слышал требования сотрудников магазина, но на их требования никак не отреагировал, а лишь ускорил свой шаг. Тогда сотрудники магазина подбежали к нему и остановили его. После чего сотрудник магазина, которая сказала ему, что она является директором магазина и представилась как Д попросила его вернуть ей коробку конфет «А. ФИО6», так как сотрудники магазина видели как он похищал указанный товар. Однако отдавать похищенное он не собирался и продолжил держать коробку конфет в руке. Тогда Д без применения насилия вырвала из его руки коробку конфет «А. ФИО6» и совместно со своим сотрудником направились обратно в магазин, а он пошел дальше по адрес,при этом у него в рукавахкофты остался похищенный им товар, а именно 1 бутылка водки «Bionica» объемом 0,5 литров, кетчуп «HEINZ» в количестве 1 штуки. Когда он подошел к магазину «Куриный дом», который расположен на адрес, то снова услышал, что кто-то кричит «Стой верни товар». Когда он обернулся, то снова увидел тех же сотрудников магазина. Тогда он понял, что сотрудники магазина узнали, что он вернул им не весь похищенный товар, а так же он снова отчетливо слышалтребования сотрудников магазина остановиться и вернуть похищенное, но на них никак не отреагировал, лишь ускорил свой шаг. Тогда сотрудники магазина снова подбежали к нему и Д схватила его за рукав кофты и стала просить вернуть товар, который он похитил. Так как он не собирался отдавать похищенный товар, то одернул руку за которую его держала Д и она увидела, что в рукаве кофты у него что то находится. Тогда Д без применения насилия достала из рукава его кофтыкетчуп «HEINZ» в количестве 1 штуки, который он похитил из указанного магазина. Так как в тот момент он увидел, что Д хочет осмотреть другой рукав его кофты, в котором у него находилась похищенная им 1 бутылка водки «Bionica» объемом 0,5 литров, то он вырвался из рук Д и побежал к себе домой, при этом обратил внимание, что Д со своим сотрудником магазина преследовать его не стали. В тот же день он похищенную им бутылку водки из магазина «Пятерочка» расположенного по адресу: адрес распил один. Если бысотрудники магазина не отобрали у него коробку конфет «А. ФИО6» и кетчуп «HEINZ» в количестве 1 штуки, то он бы употребил их в пищу. 5 июня 2023 годаоколо 13 часов 47 минутон проходил мимо магазина * расположенного по адресу: адрес, и в тот момент у него возник умысел войти в указанный магазин и похитить товарно-материальные ценности, чтобы в дальнейшем их употребить в пищу. Тогда он вошел в указанный магазин, прошел в торговый зал магазина и подошел к стеллажам с различным ассортиментом молочной продукции.Возле указанногостеллажа он посмотрел по сторонам,чтобы убедиться, что за его действиями ни кто не наблюдает и убедившись, что за ним ни кто не наблюдает он взял со стеллажа молоко цельное сгущенное «ГОСТ» в количестве 3-х штук, майонез оливковый «Слобода» в количестве 1 штуки, который спрятал в пакет черного цвета, который был при нем и ранее находился у него в кармане брюк. После чего он подошел к соседнему стеллажу с которого взял 2 упаковки яиц «С1 Лето», которые так же положил в пакет, который был при нем.После чего он отошел от указанного стеллажа и направился к выходу из магазина. Пройдя мимо кассовых линий магазина и не оплатив товар, который находился у него в пакете он направился к выходу из магазина. При выходе из магазина он сразу же был остановлен сотрудниками магазина, которые завели его обратно в магазин и пояснили ему, что они видели как он похищал продукты питания, прошел мимо кассовых линий и не оплатил товар, который находится у него в пакете. Затем сотрудники магазина попросили его показать содержимоепакета.Тогда он понял, что его преступные действия были замечены, открыл пакет и достал из него молоко цельноесгущенное «ГОСТ» в количестве 3-х штук, майонез оливковый «Слобода» в количестве 1 штуки, 2 упаковки яиц «С1 Лето», а так же пояснил, что указанный товар он похитил.Если бы сотрудники магазина не остановили его, то с похищенным товаром он вышел из магазина и распорядился им по своему усмотрению, а именно употребил в пищу. 18 июня 2023 года около 11 часов 20 минутон проходил мимо магазина «Дикси» расположенного по адресу: адрес, и в тот момент ему захотелось выпить спиртных напитков, но денежных средств на покупку спиртного у него не былои он решил зайти в указанный магазин и похитить спиртные напитки, чтобы в дальнейшем их распить дома. Он вошел в указанный магазин, прошел в торговый зал магазина и подошел к стеллажам с различным ассортиментом алкогольной продукции. Возле указанного стеллажа он посмотрел по сторонам, чтобы убедиться, что за его действиями ни кто не наблюдает и убедившись,что за ним ни кто не наблюдает он взял со стеллажа в руку 1 бутылку водки «Хорта» объемом 1 литр, которую незамедлительно спрятал в рукав своей кофты в которую был одет. После чего он отошел от указанного стеллажа и направился к выходу из магазина. Пройдя мимо кассовых линий магазина и не оплатив товар, который находился у него в рукаве кофты он направился к выходу из магазина.При выходе из магазина он сразу же был остановленсотрудником магазина, который завел его обратно в магазин и пояснил ему, что они видели как он прошел мимо кассовых линий и не оплатил товар, который находится у него в рукаве кофты. Затем сотрудник магазина попросила его показать содержимое кофты. Тогда он понял, что его преступные действия были замечены и достал из рукава кофтыбутылку водки «Хорта» объемом 1 литр, а так же пояснил, что указанный товар он похитил. Если бы сотрудники магазина не остановили его, то с похищенным товаром он вышел из магазина и распорядился им по своему усмотрению, а именно распил дома (т.1 л.д.169-177) При проверке показаний на месте ФИО5 также подробно пояснял по обстоятельствам хищений, добровольно и самостоятельно, без какого-либо давления указал магазины, из которых он совершил хищения товаров (т.1 л.д.239-247) Как установлено в судебном заседании, признательные показания ФИО5 в ходе дознания получены в установленном законом порядке, в том числе с участием защитника. Они являются логичными и последовательными, согласуются между собой, подтверждаются другими доказательствами по уголовному делу. Показания ФИО5 не противоречат фактическим обстоятельствам уголовного дела. В ходе дознания ФИО5 предусмотренные законом права подозреваемого, его право на защиту, положения ст. 51 Конституции РФ разъяснялись, они были ему известны и понятны. ФИО5 предупреждался о том, что его показания могут быть использованы в качестве доказательств, в том числе и при последующем отказе от них. По поводу ведения следственных действий с участием ФИО5 ни от него, ни от его защитника-адвоката замечаний не поступало. В каждом протоколе имеется запись об отсутствии замечаний к нему, оснований не доверять которой у суда не имеется. На основании изложенного суд приходит к выводу о том, что признательные показания ФИО5 в ходе предварительного расследования являются допустимыми доказательствами и их необходимо положить в основу приговора, поскольку они подтверждаются совокупностью иных доказательств, согласуются с ними и не противоречат фактическим обстоятельствам уголовного дела, в связи с чем самооговора судом не установлено. Вина ФИО5 в совершении указанных преступлений помимо оглашенных признательных показаний также подтверждается показаниями представителей потерпевших, свидетелей, данными, содержащимися в исследованных письменных материалах уголовного дела, в их совокупности. По преступлению, предусмотренному ст. 158.1 УК РФ . Постановлением мирового судьи судебного участка №2 г.Собинки, Собинского района и ЗАТО г.Радужный Владимирской области от 29 мая 2020 года, вступившим в законную силу 29 июня 2020 года, ФИО5 был признан виновным в совершении административного правонарушения, предусмотренного ч.2 ст. 7.27 КоАП РФ и ему было назначено наказание в виде административного штрафа в размере 3 000 рублей. Штраф не оплачен (т.1 л.д.51-52) Из показаний представителя потерпевшего Д следует, что она состоит в должности директора магазина * по адресу: адрес. В ее должностные обязанности входит организация работы магазина, контроль за работой сотрудников магазина. 5 июня 2023 года в дневное время суток она совместно с Свидетель №3 проводила пересчет алкогольной продукции находящейся в магазине. При пересчете товарно-материальных ценностей ими было установлено, что отсутствует одна бутылка водки «Русский Стандарт» объемом 1 литр. После обнаружения недостачи она с Свидетель №3 направились в служебное помещение, чтобы просмотреть видеозаписи с камер видеонаблюдения установленных в торговом зале указанного магазина. При просмотре видеозаписей было установлено, что 4 июня 2023 года около 17 часов 40 минут в помещение магазина вошел ранее известный ей ФИО5, который неоднократно совершал хищение товарно-материальных ценностей из магазинов * расположенных на территории адрес. В тот день ФИО5 был одет в кофту черно-белого цвета, брюки светлого цвета, обувь светлого цвета. После чего ФИО5 подошел к стеллажу с алкогольной продукцией, посмотрел по сторонам и взял с указанного стеллажа 1 бутылку водки, которую спрятал в рукав своей кофты. После чего ФИО5 прошел мимо кассовой линии и не оплатив товар, который находился у него в рукаве кофты вышел из магазина на улицу и ушел в неизвестном направлении. ФИО5 похитил из указанного магазина 1 бутылку водки «Русский Стандарт» объемом 1 литр, стоимостью 479 рублей 75 копеек без учета налога на добавленную стоимость, чем причинил * материальный ущерб на сумму 479 рублей 75 копеек (т.1 л.д.135-137) Из товарной накладной от 30.05.2023 следует, что * поставило в магазин «Пятерочка» водку «Русский Стандарт» объемом 1 литр стоимостью 479 рублей 75 копеек за штуку для реализации (т.1 л.д.48-49) Согласно инвентаризационному акту и справке об ущербе в магазине «Пятерочка», расположенному по адресу: адрес установлена недостача товарно-материальных ценностей, а именно 1 бутылки водки «Русский Стандарт» объемом 1 литр стоимостью 479 рублей 75 копеек без учета НДС (т.1 л.д.45,46) Свидетель Свидетель №3 в ходе расследования показала, что состоит в должности администратора магазина * по адресу: адрес. 5 июня 2023 года в дневное время суток она совместно с директором указанного магазина Д проводили пересчет алкогольной продукции находящейся в указанном магазине. При пересчете алкогольной продукции ими было установлено, что отсутствует одна бутылка водки «Русский Стандарт» объемом 1 литр. После чего она совместно с Д направились в служебное помещение, чтобы просмотреть видеозаписи с камер видеонаблюдения установленных в торговом зале указанного магазина, чтобы установить лицо совершившие хищение указанного товара. При просмотре видеозаписей было установлено, что 4 июня 2023 года около 17 часов 40 минут в помещение магазина вошел ранее известный ей ФИО5, который неоднократно совершал хищение товарно-материальных ценностей из магазинов «Пятерочка» расположенных на территории адрес. В тот день ФИО5 был одет в кофту черно-белого цвета, брюки светлого цвета, обувь светлого цвета. После чего ФИО5 подошел к стеллажу с алкогольной продукцией, посмотрел по сторонам и взял с указанного стеллажа 1 бутылку водки, которую спрятал в рукав своей кофты. После чего ФИО5 прошел мимо кассовой линии и не оплатив товар, который находился у него в рукаве кофты вышел из магазина на улицу и ушел в неизвестном направлении. Таким образом, ФИО5 4 июня 2023 года похитил из магазина 1 бутылку водки «Русский Стандарт» объемом 1 литр, стоимостью 479 рублей 75 копеек без учета налога на добавленную стоимость (т.1 л.д.138-140) Показания свидетеля Свидетель №3 соответствуют ее заявлению в ОМВД России по адрес от 05.06.2023 в котором она просит привлечь к уголовной ответственности лицо, совершившее 4 июня 2023 года хищение товарно-материальных ценностей из магазина * по адресу: адрес на общую сумму 479 рублей 75 копеек (т.1 л.д.38) Согласно протоколу осмотра места происшествия от 05.06.2023 было осмотрено помещение магазина * расположенного по адресу: адрес, в ходе которого зафиксирована обстановка на месте совершения преступления, изъят диск с видеозаписью от 4 июня 2023 года, который в дальнейшем был признан вещественным доказательством. Участвующая в осмотре представитель потерпевшего Д указала на место, откуда в магазине были похищены товарно-материальные ценности (т.1 л.д.40-42) Как следует из протокола осмотра предметов от 29.07.2023 с участием подозреваемого ФИО5 и защитника Гилевой О.Ю. был осмотрен диск с видеозаписью от 4 июня 2023 года изъятый в ходе осмотра места происшествия из магазина * расположенного по адресу: адрес, на котором зафиксировано хищение ФИО5 товарно-материальных ценностей из магазина. Участвующий в осмотре ФИО5 пояснил, что на видеозаписи запечатлен он в момент совершения хищения из магазина (т.1 л.д.100-104) По преступлению, предусмотренному ч.1 ст. 161 УК РФ . Представитель потерпевшего Д в ходе расследования пояснила, что состоит в должности директора магазина * по адресу: адрес. 5 июня 2023 года около 10 часов 12 минут она услышала, как кассир магазина Свидетель №2 закричала, что мужчина вышел на улицу не оплатив товар, при этом П указала на мужчину, который быстрым шагом отходил от магазина.Данный мужчина был одет в кофту черно-белого цвета, брюки светлого цвета, обувь светлого цвета, а так же в руках держал коробку конфет «А. ФИО6». Тогда она совместно со Свидетель №1, которая является администратором указанного магазина, незамедлительно направились на улицу, чтобы остановить указанного мужчину. Когда она вышла из магазина на улицу то увидела, что мужчина на которого указала Свидетель №2, это ранее известный ей ФИО5, который ранее неоднократно совершал хищения товарно-материальных ценностей из магазинов «Пятерочка» расположенных на территории адрес. Она и Свидетель №1 стали кричать ФИО5 «Стой, верни товар», но ФИО5 на их просьбы никак не отреагировал, а лишь ускорил свой шаг и продолжил движение по адрес. Тогда она и Свидетель №1 так же ускорили свой шаг и догнали ФИО5 около магазина «Магнит» расположенного на адрес. Когда она догнала ФИО5 то увидела, что он находится в состоянии алкогольного опьянения. Она сообщила ФИО5, что сотрудник магазина видела как он похищал товар и попросила ФИО5 вернуть ей обратно коробку конфет «А. ФИО6». ФИО5 не стал отрицать, что он похитил указанный товар, однако вернуть похищенный им товар отказался. Тогда она без применения насилия забрала из рук ФИО5 коробку конфет «А. ФИО6» и совместно со Свидетель №1 направилась обратно в магазин. Когда они вошли в магазин «Пятерочка», то Свидетель №2 сообщила ей, что она видела как ФИО5 так же похитил из магазина бутылку водки. Тогда она совместно со Свидетель №1 снова направились на улицу, чтобы найти ФИО5 и забрать у него похищенный товар. Когда она подбежала к магазину «Куриный дом», который так же расположен на адрес, то увидела ФИО5, который увидев ее стал быстрым шагом уходить от нее. Тогда она снова крикнула ФИО5 «Стой», но он на ее просьбу ни как не отреагировал и ускорил свой шаг. Тогда она подбежала к ФИО5, схватила его за рукав кофты и стала его удерживать, чтобы он не смог убежать от нее. Затем она стала говорить ФИО5, чтобы он отдал весь товар который похитил. В тот момент ФИО5 одернул руку за которую она держала его и она увидела, что в рукаве кофты находится какой то предмет. Тогда она без применения насилия достала из рукава кофты кетчуп «Heinz». Больше в рукаве кофты ФИО5 она ничего не обнаружила, а осмотреть второй рукав кофты она не успела, так как ФИО5 вырвался из ее рук и убежал в сторону магазина «Дельта» расположенного на адрес, а она его преследовать больше не стала, так как ей необходимо было вернуться обратно в магазин и приступить к своим должностным обязанностям. Когда она пришла в магазин «Пятерочка», то просмотрела видеозаписи с камер видеонаблюдения. В ходе просмотра видеозаписей было установлено, что ФИО5 действительно похитил указанный товар, а так же было установлено, что бутылку водки ФИО5 спрятал в рукав своей кофты, который она не успела осмотреть. После чего было установлено, что в тот день ФИО5 похитил из магазина набор конфет «А. ФИО6», весом 192г, стоимостью 192 рубля 40 копеек; 1 бутылку водки «BIONIKA GRAPEFRUIT» объемом 0,5 литров, стоимостью 230 рублей 05 копеек; кетчуп томатный «HEINZ», в количестве 1 штуки, весом 800г, стоимостью 105 рублей 80 копеек. В связи с тем, что ФИО5 с похищенной бутылкой водки «BIONIKA GRAPEFRUIT» скрылся, то *» причинен материальный ущерб на общую сумму 230 рублей 05 копеек. Так как набор конфет «А. ФИО6» и кетчуп томатный «HEINZ» были возвращены обратно в магазин, то ООО «Агроторг» мог быть причинен ущерб на сумму 298 рублей 20 копеек без учета налога на добавленную стоимость (т.1 л.д.119-122) Показания представителя потерпевшего Д соответствуют ее заявлению в ОМВД России по адрес от 05.06.2023 в котором она просит привлечь к уголовной ответственности лицо, совершившее 5 июня 2023 года хищение товарно-материальных ценностей из магазина «Пятерочка» ООО «Агроторг» по адресу: адрес на общую сумму 528 рублей 25 копеек (т.1 л.д.20) Из товарной накладной от 30.05.2023 следует, что * поставило в магазин «Пятерочка» набор конфет «А. ФИО6» стоимостью 192 рубля 40 копеек, водку «BIONIKA GRAPEFRUIT» стоимостью 230 рублей 05 копеек; кетчуп томатный «HEINZ» стоимостью 105 рублей 80 копеек для реализации (т.1 л.д.35-36) Согласно инвентаризационному акту и справке об ущербе в магазине «* расположенному по адресу: адрес установлена недостача товарно-материальных ценностей, а именно набора конфет «А. ФИО6» весом 192г, стоимостью 192 рубля 40 копеек; 1 бутылки водки «BIONIKA GRAPEFRUIT» объемом 0,5 литров, стоимостью 230 рублей 05 копеек; кетчупа томатного «HEINZ» в количестве 1 штуки, весом 800г, стоимостью 105 рублей 80 копеек (т.1 л.д.31,32) Как следует из справки о возврате товара, в магазин «Пятерочка» был возвращен набор конфет «А. ФИО6» и кетчуп томатный «HEINZ» в количестве 1 штуки (т.1 л.д.33) Свидетель Свидетель №1 в ходе расследования поясняла, что состоит в должности администратора магазина * расположенного по адресу: адрес. 5 июня 2023 года около 10 часов 12 минут она находилась в торговом зале магазина и услышала, что кассир магазина Свидетель №2 закричала, что мужчина вышел на улицу не оплатив товар. Она совместно с Д, которая является директором указанного магазина, подбежали к Свидетель №2 и она указала на мужчину, который быстрым шагом отходил от магазина. Данный мужчина был одет в кофту черно-белого цвета, брюки светлого цвета, обувь светлого цвета, а так же в руках держал коробку конфет «А. ФИО6». Она и Д направились на улицу, чтобы остановить указанного мужчину. Когда они вышли из магазина на улицу, то она увидела, что мужчина на которого указала Свидетель №2, это ФИО5, который ей известен как житель адрес, он ранее неоднократно совершал хищения товарно-материальных ценностей из магазинов «Пятерочка» расположенных на территории адрес. Она и Д стали кричать ФИО5 «Стой, верни товар который похитил». ФИО5 никак не отреагировал на их просьбы, а лишь ускорил свой шаг и продолжил движение по адрес. Тогда она и Д догнали ФИО5 около магазина «Магнит» расположенного на адрес. Она обратила внимание, что ФИО5 в тот момент находился в состоянии алкогольного опьянения. Д сообщила ФИО5, что сотрудник магазина видела как он похищал товар и попросила ФИО5 вернуть товар обратно. ФИО5 не стал отрицать, что он похитил указанный товар, однако вернуть похищенный им товар отказался. Тогда Д без применения насилия забрала из рук ФИО5 коробку конфет «А. ФИО6» и они направились обратно в магазин. Когда они вошли в магазин «Пятерочка», то Свидетель №2 сообщила им, что она видела как ФИО5 так же похитил из магазина бутылку водки. Тогда она с Д снова направились на улицу, чтобы найти ФИО5 и забрать у него похищенный товар. Когда они подбежали к магазину «Куриный дом», который расположен на адрес, то увидели ФИО5, который увидев их стал быстрым шагом уходить. Тогда Д снова крикнула ФИО5 «Стой, верни товар». ФИО5 на их просьбы ни как не отреагировал и ускорил свой шаг. Тогда они подбежали к ФИО5 и Д схватила его за рукав кофты и стала говорить ему, чтобы он отдал весь товар который похитил. В тот момент ФИО5 одернул руку за которую его держала Д и они обратили внимание, что в рукаве кофты ФИО5 находится какой-то предмет. Тогда Д без применения насилия достала из рукава кофты ФИО5 кетчуп «Heinz». Второй рукав кофты осмотреть Д не успела, так как ФИО5 вырвался из ее рук и убежал в сторону магазина «Дельта» расположенного на адрес, а они его преследовать больше не стали, так как им необходимо было вернуться обратно в магазин и приступить к своим должностным обязанностям. Когда онивернулись в магазин «Пятерочка», то ими были просмотрены видеозаписи с камер видеонаблюдения. В ходе просмотра видеозаписей было установлено, что ФИО5 действительно похитил из магазина указанный товар, а так же было установлено, что бутылку водки ФИО5 спрятал в рукав своей кофты, который Д не успела осмотреть. В тот день ФИО5 похитил из магазина набор конфет «А. ФИО6», весом 192г, стоимостью 192 рубля 40 копеек; 1 бутылку водки «BIONIKA GRAPEFRUIT» объемом 0,5 литров, стоимостью 230 рублей 05 копеек; кетчуп томатный «HEINZ» в количестве 1 штуки, весом 800г, стоимостью 105 рублей 80 копеек (т.1 л.д.123-125) Согласно показаниям свидетеля Свидетель №2 она состоит в должности продавца кассира магазина *», расположенного по адресу: адрес. 5 июня 2023 года около 10 часов 11 минут она находилась в торговом зале магазина и увидела как мужчина одетый в кофту черно-белого цвета, брюки светлого цвета, обувь светлого цвета взял со стеллажа с алкогольной продукцией одну бутылку водки, которую спрятал в рукав своей куртки. В дальнейшем ей от Д, которая является директором магазина стало известно, что это был ФИО5, который ранее неоднократно совершал хищение товарно-материальных ценностей из магазинов «Пятерочка» расположенных на территории адрес. Пресекать действия ФИО5 она не стала, и направилась на кассу, где стала его ожидать, чтобы посмотреть оплатит ли он товар. Спустя несколько минут она находясь за кассой увидела, как ФИО5 держа в руке коробку конфет «А. ФИО6» прошел мимо пустой кассовой линии и не оплатив товар направился к выходу из магазина. Увидев происходящие она стала кричать ФИО5 «Стой, верни товар», но ФИО5 на ее просьбы никак не отреагировал, а лишь быстрым шагом вышел из магазина. После чего она стала кричать сотрудникам магазина, что мужчина вышел на улицу не оплатив товар. В тот момент к ней подбежали сотрудники магазина, а именно Д и Свидетель №1, которым она рассказала о случившемся и указала на ФИО5, который быстрым шагом отходил от магазина. Д и Свидетель №1 направились на улицу, чтобы остановить ФИО5, при этом они стали кричать ему «Стой, верни товар», но ФИО5 никак не отреагировал на их просьбы, а лишь ускорил свой шаг и продолжил движение по адрес. Она совместно с Д и Свидетель №1 догонять ФИО5 не стала, а осталась в магазине и продолжила свою работу. Спустя несколько минут Д и Свидетель №1 вернулись обратно в магазин и она увидела в руках у Д коробку конфет «А. ФИО6», которую как она пояснила забрала у ФИО5 Она пояснила Д, что она так же видела как ФИО5 прятал в рукав куртки бутылку водки, которую он так же вынес из магазина. Тогда Д и Свидетель №1 снова выбежали из магазина на улицу, чтобы найти ФИО5 и забрать у него похищенный им товар. Спустя несколько минут Д и Свидетель №1 снова вернулись в магазин и она увидела, что в руках у Д находится кетчуп «Heinz» в количестве одной единицы. Д пояснила, что в одном рукаве кофты она у ФИО5 обнаружила указанный кетчуп, а осмотреть второй рукав кофты она не успела, так как ФИО5 убежал от нее. После чего были просмотрены видеозаписи с камер видеонаблюдения. В ходе просмотра видеозаписей было установлено, что ФИО5 похитил из магазина набор конфет «А. ФИО6», весом 192г, стоимостью 192 рубля 40 копеек, 1 бутылку водки «BIONIKA GRAPEFRUIT» объемом 0,5 литров, стоимостью 230 рублей 05 копеек, кетчуп томатный «HEINZ», в количестве 1 штуки, весом 800г, стоимостью 105 рублей 80 копеек (т.1 л.д.126-128) Согласно протоколу осмотра места происшествия от 05.06.2023 было осмотрено помещение магазина * расположенного по адресу: адрес, в ходе которого зафиксирована обстановка на месте совершения преступления, изъят диск с видеозаписью от 5 июня 2023 года, который в дальнейшем был признан вещественным доказательством. Участвующая в осмотре представитель потерпевшего Д указала на место, откуда в магазине были похищены товарно-материальные ценности (т.1 л.д.22-26) Как следует из протокола осмотра предметов от 29.07.2023 с участием подозреваемого ФИО5 и защитника Гилевой О.Ю. был осмотрен диск с видеозаписью от 5 июня 2023 года изъятый в ходе осмотра места происшествия из магазина * расположенного по адресу: адрес, на котором зафиксировано хищение ФИО5 товарно-материальных ценностей из магазина. Участвующий в осмотре ФИО5 пояснил, что на видеозаписи запечатлен он в момент совершения хищения из магазина (т.1 л.д.100-104) По преступлению, предусмотренному ч.3 ст. , ст. 158.1 УК РФ . Постановлением мирового судьи судебного участка №2 г.Собинки, Собинского района и ЗАТО г.Радужный Владимирской области от 29 мая 2020 года, вступившим в законную силу 29 июня 2020 года, ФИО5 был признан виновным в совершении административного правонарушения, предусмотренного ч.2 ст. 7.27 КоАП РФ и ему было назначено наказание в виде административного штрафа в размере 3 000 рублей. Штраф не оплачен (т.1 л.д.51-52) Из показаний представителя потерпевшего Ф в ходе расследования следует, что он состоит в должности директора магазина «* расположенного по адресу: адрес. 5 июня 2023 года около 13 часов 47 минут он находился в служебном помещении магазина, где ведется запись с камер видеонаблюдения установленных в торговом зале магазина. Вместе с ним в указанном помещении находилась Свидетель №5, которая является менеджером отдела указанного магазина. В тот момент он посмотрел на монитор, который показывал запись видеокамеры из торгового зала магазина. Он увидел, что к стеллажу с молочной продукцией подошел неизвестный ему мужчина, который в тот день был одет в брюки светлого цвета, кофту черно-белого цвета, обувь светлого цвета, в руках держал пакет черного цвета. В дальнейшем ему от самого мужчины и сотрудников полиции стало известно, что это был ФИО5, который является жителем адрес. Затем он увидел, что ФИО5 стал брать с указанного стеллажа различный товар и складывать его к себе в пакет, который был при нем, при этом периодически смотрел по сторонам. После того как ФИО5 положил в пакет необходимый ему товар, то он отошел от стеллажа с молочной продукцией и подошел к стеллажу на котором расположены коробки с куриными яйцами. После чего ФИО5 снова посмотрел по сторонам и взял с указанного стеллажа несколько коробок с яйцами, которые так же положил к себе в пакет, который был при нем. После чего он совместно с Свидетель №5 незамедлительно направились на кассы и стали дожидаться ФИО5, чтобы посмотреть оплатит ли он товар, который находился у него в пакете. Находясь у кассовых узлов он увидел, что ФИО5 держа в руке пакет в котором находились товарно-материальные ценности указанного магазина, прошел мимо касс и не оплатив товар, который находился у него в пакете направился к выходу из магазина. Тогда он при выходе из магазина догнал ФИО5 и попросил его вернуться обратно в магазин и вернуть похищенное, так как товар который находится у него в пакете он не оплатил. После чего он с ФИО5 подошел к столу и ФИО5 выложил на стол похищенный им товар, а именно: 3 единицы «Молоко цельное сгущенное ГОСТ», массой 600г каждая, стоимостью 118 рублей 36 копеек за 1 единицу, на общую сумму 355 рублей 08 копеек; майонез оливковый 67% «Слобода», объемом 800мл, в количестве 1 штуки, стоимостью 117 рублей 62 копейки; 2 упаковки яиц «С1 Лето», в каждой упаковке по 20 штук, стоимостью 156 рублей 25 копеек за 1 упаковку, на общую сумму 312 рублей 50 копеек, без учета налога на добавленную стоимость. В результате преступных действий ФИО5 * мог быть причинен материальный ущерб на общую сумму 785 рублей 20 копеек (т.1 л.д.146-148) Показания представителя потерпевшего Ф соответствуют его заявлению в ОМВД России по адрес от 05.06.2023 в котором он просит привлечь к уголовной ответственности лицо, совершившее 5 июня 2023 года хищение товарно-материальных ценностей из магазина * по адресу: адрес (т.1 л.д.55) Из товарных накладных от 28.04.2023 и от 01.06.2023, следует, что ООО «Главпродукт-контракт» поставило в ООО «Атак» «Молоко цельное сгущенное ГОСТ», массой 600г, стоимостью 118 рублей 36 копеек, майонез оливковый 67% «Слобода», объемом 800мл, стоимостью 117 рублей 62 копейки и яйцо куриное «С1 Лето», в упаковке по 20 штук, стоимостью 156 рублей 25 копеек для реализации (т.1 л.д.64-65,66-70,71-72) Согласно справке о стоимости от 05.06.2023, стоимость «Молоко цельное сгущенное ГОСТ», массой 600г составляет 118 рублей 36 копеек за 1 единицу, майонеза оливковый 67% «Слобода», объемом 800мл, составляет 117 рублей 62 копейки за 1 штуку, яйца «С1 Лето», 20 штук в упаковке, составляет 156 рублей 25 копеек за 1 упаковку (т.1 л.д.61) Как следует из справки о возврате товара от 05.06.2023, в магазин «Атак» были возвращены 3 единицы «Молоко цельное сгущенное ГОСТ», массой 600г каждая, майонез оливковый 67% «Слобода», объемом 800мл, в количестве 1 штуки, 2 упаковки яиц «С1 Лето», в каждой упаковке по 20 штук (т.1 л.д.62) Свидетель Свидетель №5 в ходе расследования показала, что состоит в должности менеджера отдела магазина «*», расположенного по адресу: адрес. 5 июня 2023 года около 13 часов 47 минут она находилась в служебном помещении магазина, где ведется запись с камер видеонаблюдения установленных в торговом зале магазина. Вместе с ней в указанном помещении так же находился Ф, который является директором указанного магазина. В какой-то момент Ф посмотрел на монитор, который показывал запись видеокамеры из торгового зала магазина, при этом подозвал ее к себе. Когда она посмотрела на монитор, то увидела, что к стеллажу с молочной продукцией подошел неизвестный ей мужчина, который в тот день был одет в брюки светлого цвета, кофту черно-белого цвета, обувь светлого цвета, в руках держал пакет черного цвета. В дальнейшем ей от самого мужчины и сотрудников полиции стало известно, что это был ФИО5, который является жителем адрес. Она увидела, что ФИО5 стал брать с указанного стеллажа различный товар и складывать его к себе в пакет, который был при нем, при этом периодически смотрел по сторонам. После того как ФИО5 положил в пакет необходимый ему товар, то он отошел от стеллажа с молочной продукцией и подошел к стеллажу, на котором расположены коробки с куриными яйцами. После чего ФИО5 снова посмотрел по сторонам и взял с указанного стеллажа несколько коробок с яйцами, которые так же положил к себе в пакет. После чего она совместно с Ф направилась на кассы, чтобы посмотреть оплатит ли ФИО5 товар, который находился у него в пакете. Находясь у кассовых узлов она увидела, что ФИО5 держа в руке пакет в котором находился различный товар, прошел мимо касс и не оплатив товар направился к выходу из магазина. Тогда Ф при выходе из магазина остановил ФИО5 и попросил его вернуться обратно в магазин и вернуть похищенное, так как товар который находится у него в пакете он не оплатил. Тогда ФИО5 подошел к столу и выложил на стол похищенный им товар, а именно: 3 единицы «Молоко цельное сгущенное ГОСТ», массой 600г каждая, стоимостью 118 рублей 36 копеек за 1 единицу, на общую сумму 355 рублей 08 копеек; майонез оливковый 67% «Слобода», объемом 800мл, в количестве 1 штуки, стоимостью 117 рублей 62 копейки; 2 упаковки яиц «С1 Лето», в каждой упаковке по 20 штук, стоимостью 156 рублей 25 копеек за 1 упаковку, на общую сумму 312 рублей 50 копеек без учета налога на добавленную стоимость. Таким образом * мог быть причинен материальный ущерб на общую сумму 785 рублей 20 копеек без учета налога на добавленную стоимость (т.1 л.д.149-151) Согласно протоколу осмотра места происшествия от 05.06.2023 было осмотрено помещение магазина * расположенного по адресу: адрес, в ходе которого зафиксирована обстановка на месте совершения преступления, изъят диск с видеозаписью от 5 июня 2023 года, который в дальнейшем был признан вещественным доказательством. Участвующий в осмотре представитель потерпевшего Ф указал на место, откуда в магазине были похищены товарно-материальные ценности (т.1 л.д.56-58) Как следует из протокола осмотра предметов от 29.07.2023 с участием подозреваемого ФИО5 и защитника Гилевой О.Ю. был осмотрен диск с видеозаписью от 5 июня 2023 года изъятый в ходе осмотра места происшествия из магазина «Атак», расположенного по адресу: адрес, на котором зафиксировано хищение ФИО5 товарно-материальных ценностей из магазина. Участвующий в осмотре ФИО5 пояснил, что на видеозаписи запечатлен он в момент совершения хищения из магазина (т.1 л.д.100-104) По преступлению, предусмотренному ч.3 ст. , ст. 158.1 УК РФ . Постановлением мирового судьи судебного участка №2 г.Собинки, Собинского района и ЗАТО г.Радужный Владимирской области от 29 мая 2020 года, вступившим в законную силу 29 июня 2020 года, ФИО5 был признан виновным в совершении административного правонарушения, предусмотренного ч.2 ст. 7.27 КоАП РФ и ему было назначено наказание в виде административного штрафа в размере 3 000 рублей. Штраф не оплачен (т.1 л.д.51-52) Представитель потерпевшего Г в ходе расследования показал, что состоит в должности специалиста безопасности * 18 июня 2023 года в вечернее время суток ему от Свидетель №4, которая является заместителем управляющего магазина «* расположенного по адресу: адрес стало известно, что 18 июня 2023 года около 11 часов 20 минут она находилась в служебном помещении магазина, где ведется запись с камер видеонаблюдения установленных в торговом зале, и в тот момент она посмотрела на монитор, который показывал запись видеокамеры из торгового зала магазина. Свидетель №4 увидела, что к стеллажу с алкогольной продукцией подошел ФИО5, который ей известен как житель адрес, а так же который неоднократно совершал хищение товарно-материальных ценностей из указанного магазина. Далее она увидела, что ФИО5 посмотрел по сторонам и со стеллажа с алкогольной продукцией взял 1 бутылку водки, которую спрятал в рукав своей кофты. Тогда она незамедлительно направилась на кассы и стала дожидаться ФИО5, чтобы посмотреть оплатит ли он товар, который спрятал в рукав своей кофты. Находясь у кассовых узлов она увидела, что ФИО5 прошел мимо касс и не оплатив товар, который находился у него в рукаве кофты направился к выходу из магазина. Тогда при выходе из магазина Свидетель №4 остановила ФИО5 и попросила его достать из рукава своей кофты товар, который он похитил. После чего ФИО5 достал из своего рукава 1 бутылку водки «Хорта» объемом 1 литр, стоимостью 405 рублей 75 копеек без учета налога на добавленную стоимость. В результате преступных действий ФИО5 * мог быть причинен материальный ущерб на общую сумму 405 рублей 75 копеек (т.1 л.д.157-159) Из показаний свидетеля Свидетель №4, данных в ходе расследования, следует, что она состоит в должности заместителя управляющего магазина «* по адресу: адрес. 18 июня 2023 года около 11 часов 20 минут она находилась в служебном помещении магазина, где ведется запись с камер видеонаблюдения установленных в торговом зале, и в тот момент она посмотрела на монитор, который показывал запись видеокамеры из торгового зала магазина. Она увидела, что к стеллажу с алкогольной продукцией подошел ФИО5, который ей известен как житель адрес, а так же который неоднократно совершал хищение товарно-материальных ценностей из указанного магазина. ФИО5 в тот день был одет в брюки светлого цвета, кофту черно-белого цвета, обувь светлого цвета, на голове была одета кепка черного цвета. Далее она увидела, что ФИО5 посмотрел по сторонам и со стеллажа с алкогольной продукцией взял 1 бутылку водки, которую спрятал в рукав своей кофты. Тогда она незамедлительно направился на кассы и стала дожидаться ФИО5, чтобы посмотреть оплатит ли он товар, который он спрятал в рукав своей кофты. Находясь у кассовых узлов она увидела, что ФИО5 прошел мимо касс и не оплатив товар, который находился у него в рукаве кофты направился к выходу из магазина. Тогда она при выходе из магазина остановила ФИО5 и попросила его достать из рукава своей кофты товар который он похитил. После чего ФИО5 достал из своего рукава 1 бутылку водки «Хорта» объемом 1 литр, стоимостью 405 рублей 75 копеек без учета налога на добавленную стоимость. В результате преступных действий ФИО5 * мог быть причинен материальный ущерб на общую сумму 405 рублей 75 копеек (т.1 л.д.160-162) Показания свидетеля Свидетель №4 соответствуют ее заявлению в ОМВД России по Петушинскому району от 18.06.2023 в котором она просит привлечь к уголовной ответственности лицо, совершившее 18 июня 2023 года хищение товарно-материальных ценностей из магазина * по адресу: адрес (т.1 л.д.78) Из товарной накладной от 05.06.2023 следует, что в магазин * была поставлена водка «Хорта» объемом 1 литр стоимостью 405 рублей 75 копеек для реализации (т.1 л.д.90-95) Согласно справке о стоимости от 18.06.2023, стоимость одной бутылки водки «Хорта» объемом 1 литр составляет 405 рублей 75 копеек (т.1 л.д.87) Как следует из справки о возврате товара от 18.06.2023, в магазин * была возвращена бутылка водки «Хорта» объемом 1 литр (т.1 л.д.88) Согласно протоколу осмотра места происшествия от 19.06.2023 было осмотрено помещение магазина * расположенного по адресу: адрес, в ходе которого зафиксирована обстановка на месте совершения преступления, изъят диск с видеозаписью от 18 июня 2023 года, который в дальнейшем был признан вещественным доказательством. Участвующая в осмотре Свидетель №4 указала на место, откуда в магазине были похищены товарно-материальные ценности (т.1 л.д.79-84) Как следует из протокола осмотра предметов от 29.07.2023 с участием подозреваемого ФИО5 и защитника Гилевой О.Ю. был осмотрен диск с видеозаписью от 18 июня 2023 года изъятый в ходе осмотра места происшествия из магазина «Дикси», расположенного по адресу: адрес, на котором зафиксировано хищение ФИО5 товарно-материальных ценностей из магазина. Участвующий в осмотре ФИО5 пояснил, что на видеозаписи запечатлен он в момент совершения хищения из магазина (т.1 л.д.100-104) Показания представителей потерпевших Д, Ф, Г, свидетелей Свидетель №3, Свидетель №1, Свидетель №2, Свидетель №5, Свидетель №4 данные в ходе предварительного следствия, доказательства, содержащиеся в исследованных судом материалах настоящего уголовного дела, суд признаёт относимыми и допустимыми доказательствами причастности ФИО5 к совершению преступлений, поскольку они получены в установленном законом порядке. Они последовательны, непротиворечивы, согласуются между собой. Кроме того, их достоверность объективно подтверждается другими доказательствами, исследованными в ходе судебного разбирательства, в частности, данными, полученными в результате проведения следственных действий, в связи с чем, суд считает возможным положить показания указанных представителей потерпевших и свидетелей в основу обвинения ФИО5 Оснований для оговора представителями потерпевших и свидетелями, либо их иной личной заинтересованности в привлечении ФИО5 к уголовной ответственности за преступления, судом не установлено, и из исследованных материалов уголовного дела не усматривается. Обстоятельств, которые могут поставить под сомнение достоверность результатов проведенных следственных действий, судом при рассмотрении уголовного дела не выявлено, поэтому суд также считает возможным положить их в основу обвинения подсудимого ФИО5 и учитывает в совокупности с другими доказательствами по делу исследованными судом. Суд приходит к выводу, что обстоятельства совершения преступлений, изложенные в обвинении ФИО5, объективно подтверждаются достаточной совокупностью доказательств, представленных стороной обвинения. В соответствии с изложенным, суд полагает вину ФИО5 в совершении преступлений полностью доказанной. Действия ФИО5 суд квалифицирует: по ст. 158.1 УК РФ как мелкое хищение чужого имущества, совершенное лицом, подвергнутым административному наказанию за мелкое хищение, предусмотренное ч.2 ст. 7.27 КоАП РФ; по ч.1 ст. 161 УК РФ как грабеж, то есть открытое хищение чужого имущества; по ч.3 ст. , ст. 158.1 УК РФ (преступление от 05.06.2023) как покушение на мелкое хищение чужого имущества, совершенное лицом, подвергнутым административному наказанию за мелкое хищение, предусмотренное ч.2 ст. 7.27 КоАП РФ; по ч.3 ст. , ст. 158.1 УК РФ (преступление от 18.06.2023) как покушение на мелкое хищение чужого имущества, совершенное лицом, подвергнутым административному наказанию за мелкое хищение, предусмотренное ч.2 ст. 7.27 КоАП РФ. Стоимость похищенного суд определяет в совокупности с показаниями представителей потерпевших, свидетелей, справок о стоимости товара, документов о проведенной инвентаризации. Размер ущерба стороной защиты не оспаривается и признается судом достоверным. В соответствии с заключением комиссии экспертов №168а от 30 января 2024 года у ФИО5 * В ходе судебного разбирательства ФИО5 не выразил сомнений в своем нормальном психическом состоянии, его поведение не отклонялось от общепринятых норм. При таких обстоятельствах, учитывая поведение ФИО5 в период предварительного и судебного следствия, когда он активно осуществлял свои процессуальные права, и, принимая во внимание заключение комиссии экспертов, суд не усматривает оснований для сомнений в психической полноценности подсудимого и в отношении содеянного признает его вменяемым. При назначении наказания суд учитывает положения ст.ст. , , 60 УК РФ , характер и степень общественной опасности совершенных деяний, данные о личности подсудимого, его возраст и состояние здоровья, наличие смягчающих обстоятельств, влияние назначенного наказания на исправление подсудимого и на условия жизни его семьи. ФИО5 совершил умышленное преступление средней тяжести и три умышленных преступления небольшой тяжести, привлекался к административной ответственности, имеет постоянное место жительства, где участковым уполномоченным характеризуется отрицательно, под наблюдением врача психиатра не состоит, состоит под диспансерным наблюдением врача нарколога с диагнозом «синдром зависимости от опиатов 2 степени», не трудоустроен, в зарегистрированном браке не состоит, детей не имеет. Обстоятельствами, смягчающими наказание виновного по каждому преступлению, являются в соответствии с п.«и» ч.1 ст. 61 УК РФ - активное способствование раскрытию и расследованию преступлений, выразившееся в даче ФИО5 подробных показаний об обстоятельствах совершенных преступлений, участии в следственных действиях; согласно ч.2 ст. 61 УК РФ - признание вины и раскаяние в содеянном, состояние здоровья виновного, наличие у него заболеваний, в том числе установленного заключением комиссии экспертов №168а, принесение извинений в судебном заседании, а также заявление ходатайства о рассмотрении дела в особом порядке судебного разбирательства. По преступлениям, предусмотренным ч.1 ст. , ч.3 ст. , ст. 158.1 , ч.3 ст. , ст. 158.1 УК РФ суд признает смягчающим наказание обстоятельством также явку с повинной, которая содержится в объяснениях ФИО5 (т.1 л.д.30,60,86). Обстоятельством, отягчающим наказание ФИО5 по преступлению, предусмотренному ч.3 ст. , ст. 158.1 УК РФ (преступление от 18.06.2023), согласно п.«а» ч.1 ст. 63 УК РФ - является рецидив преступлений (с учетом судимости по приговору Петушинского районного суда Владимирской области от 19.05.2023) Суд не усматривает оснований для признания состояния опьянения ФИО5 отягчающим наказание обстоятельством, так как само по себе совершение преступлений в состоянии опьянения не является единственным и достаточным основанием для признания такого состояния обстоятельством, отягчающим наказание, при этом в судебном заседании не были установлены объективные данные, свидетельствующие о влиянии состояния опьянения на поведение ФИО5 Анализируя вышеизложенное, фактические обстоятельства преступлений, принимая во внимание их характер и степень общественной опасности, суд приходит к выводу о том, что достижение целей наказания, предусмотренных ч.2 ст. 43 УК РФ , в том числе восстановление социальной справедливости, исправление виновного и предупреждение совершения новых преступлений, возможно только путем назначения ФИО5 наказания в виде лишения свободы. Учитывая наличие смягчающих обстоятельств, предусмотренных п.«и» ч.1 ст. 61 УК РФ , и отсутствие отягчающих обстоятельств, при назначении подсудимому наказания за совершение преступлений, предусмотренных ст. 158.1 , ч.1 ст. , ч.3 ст. , ст. 158.1 УК РФ (преступление от 05.06.2023) суд руководствуется правилами, предусмотренными ч.1 ст. 62 УК РФ . При назначении наказания в виде лишения свободы по ч.3 ст. , ст. 158.1 УК РФ (преступление от 18.06.2023) суд руководствуется ч.2 ст. 68 УК РФ , поскольку установлено отягчающее наказание обстоятельство рецидив преступлений. Несмотря на наличие смягчающих наказание обстоятельств оснований для применения ч.3 ст. 68 УК РФ суд не усматривает, поскольку применение данной нормы не обеспечит достижения целей уголовного наказания, предусмотренных ч.2 ст. 43 УК РФ . Исключительных обстоятельств, связанных с целями и мотивами преступлений, ролью виновного, его поведением во время или после совершения преступлений судом не установлено, в связи с чем основания для применения ст. 64 УК РФ при назначении наказания отсутствуют. С учетом фактических обстоятельств совершенного ФИО5 преступления, предусмотренного ч.1 ст. 161 УК РФ и степени его общественной опасности суд не усматривает оснований для изменения категории преступления на менее тяжкую, в порядке, предусмотренном ч.6 ст. 15 УК РФ . Оснований для применения к подсудимому как альтернативы лишению свободы принудительных работ и замены наказания в виде лишения свободы принудительными работами в соответствии со ст. 53.1 УК РФ суд не находит. Вместе с тем, принимая во внимание фактические обстоятельства совершенных преступлений, данные о личности ФИО5, совокупность смягчающих наказание обстоятельств, поведение виновного после совершения преступлений, суд полагает возможным исправление ФИО5 без реального отбывания наказания в виде лишения свободы в соответствии со ст. 73 УК РФ с возложением обязанностей, предусмотренных ч.5 ст. 73 УК РФ . Окончательное наказание подсудимому следует назначить путем частичного сложения, согласно ч.2 ст. 69 УК РФ . До вступления приговора в законную силу суд оставляет ФИО5 меру пресечения в виде подписки о невыезде и надлежащем поведении без изменения. Вопрос о судьбе вещественных доказательств суд разрешает согласно ч.3 ст. 81 УПК РФ . Защитником по назначению адвокатом Гилевой О.Ю. подано заявление о выплате вознаграждения за осуществление по судебному назначению защиты подсудимого ФИО5 при рассмотрении уголовного дела. Заявление адвоката подлежат удовлетворению в соответствии со ст.ст. - 132 УПК РФ с производством выплаты из федерального бюджета по отдельному судебному постановлению. Произведенные выплаты подлежат взысканию с ФИО5 в доход федерального бюджета, с учетом его возраста, состояния здоровья, трудоспособности, материального и семейного положения. Сведения о наличии у него инвалидности или его имущественной несостоятельности отсутствуют. Предусмотренных законом оснований для освобождения ФИО5 от оплаты процессуальных издержек судом не установлено. Руководствуясь ст.ст. , - 309 УПК РФ , суд, приговорил: ФИО5 признать виновным в совершении преступлений, предусмотренных ст. 158.1 , ч.1 ст. , ч.3 ст. , ст. 158.1 , ч.3 ст. , ст. 158.1 УК РФ за которые назначить ему наказание в виде лишения свободы: - по ст. 158.1 УК РФ на срок 6 (шесть) месяцев, - по ч.1 ст. 161 УК РФ на срок 1 (один) год, - по ч.3 ст. , ст. 158.1 УК РФ (преступление от 05.06.2023) на срок 3 (три) месяца, - по ч.3 ст. , ст. 158.1 УК РФ (преступление от 18.06.2023) на срок 4 (четыре) месяца. В соответствии с ч.2 ст. 69 УК РФ по совокупности преступлений путем частичного сложения назначенных наказаний определить ФИО5 окончательное наказание в виде лишения свободы на срок 1 (один) год 6 (шесть) месяцев. В соответствии со ст. 73 УК РФ назначенное ФИО5 наказание в виде лишения свободы считать условным с испытательным сроком 1 (один) год 6 (шесть) месяцев. Обязать ФИО5 трудоустроиться в течение месяца со дня вступления приговора в законную силу и извещать специализированный государственный орган, осуществляющий контроль за поведением условно-осужденного, об изменении им места работы,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ежемесячно, не реже 1 раза, в дни установленные данным органом, являться на регистрацию в указанный орган, пройти курс лечения от алкоголизма. До вступления приговора в законную силу меру пресечения ФИО5 в виде подписки о невыезде и надлежащем поведении оставить без изменения. Взыскать с ФИО5 в доход федерального бюджета процессуальные издержки по оплате вознаграждения адвокату Гилевой О.Ю. в сумме 19062 (девятнадцать тысяч шестьдесят два) рубля. После вступления приговора в законную силу вещественные доказательства: диски с видеозаписью - хранить при материалах уголовного дела. Приговор может быть обжалован в апелляционном порядке во Владимирский областной суд через Петушинский районный суд в течение 15 суток со дня его провозглашения. В случае подачи апелляционных жалоб, представлений осужденный вправе ходатайствовать о своем участии в рассмотрении уголовного дела судом апелляционной инстанции. Ходатайство об участии в рассмотрении дела судом апелляционной инстанции должно указываться в апелляционной жалобе осужденного. Председательствующий Ю.В. Шилова Суд: Петушинский районный суд (Владимирская область) (подробнее) Судьи дела: Шилова Юлия Вячеславовна (судья) (подробнее) Последние документы по делу: Приговор от 16 апреля 2024 г. по делу № 1-239/2023 Апелляционное постановление от 16 января 2024 г. по делу № 1-239/2023 Приговор от 25 декабря 2023 г. по делу № 1-239/2023 Приговор от 20 ноября 2023 г. по делу № 1-239/2023 Приговор от 19 июня 2023 г. по делу № 1-239/2023 Показать все документы по этому делу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