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Устойчивость группы, о чем свидетельствуют длительное существование и период преступной деятельности организованной группы, четкое распределение ролей и функций между всеми ее участниками, осознании каждым своей принадлежности к единому преступному формированию, планировании и подготовке совершаемых преступлений, постоянстве форм и методов преступных действий, объединении членов группы общим умыслом, согласованности их действий во взаимодействии друг с другом. Организованная группа имела руководителя в лице «организатора» – неустановленного лица; жесткие определенные правила, порядок осуществления деятельности и поведения; согласованность действий, планирование и расчет на длительный период осуществления преступной деятельности; согласованность личных и общих целей – всё это свидетельствует об ее устойчивости. Преступная деятельность носила длящийся характер, имела четко отработанный план действий по подготовке к совершению преступлений и их непосредственное совершение.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Сплоченность – определенная психическая общность членов организованной группы, основанная на единстве целей, намерений, социальных ценностей, превращающих их в единую преступную организацию, единое целое. Сплоченность членов в период совершения преступлений, действовавших согласованно для достижения общей преступной цели, в постоянной взаимосвязи друг с другом. О сплоченности свидетельствуют такие обстоятельства как прочные устоявшиеся связи между членами организованной группы, наличие общих интересов, а также в целом длительное существование организованной группы.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Заранее разработанный неустановленным лицом – «организатором» план совместной преступной деятельности, детализированный непосредственно перед совершением преступления или в ходе его совершения, сводился к определенным этапам, последовательное выполнение которых приводило к достижению цели – получению преступной прибыли, а также создавало убежденность в возможности безнаказанно осуществлять преступную деятельность, уклоняясь от уголовной ответственности: - сообщить участникам организованной группы о подготовке к совершению преступлений в отношении граждан, проживающих в конкретном населенном пункте Российской Федерации; - осуществить участниками организованной группы, выполняющими роль «помощников организатора», поиск, подбор и инструктирование участников организованной группы, выполняющих роль «курьеров», а также контроль их нахождения (организацию прибытия) на территории конкретного населенного пункта, выбранного неустановленным лицом – «организатором» для совершения преступлений, с последующим его информированием о подборе участников организованной группы и готовности «курьеров» к совершению преступлений, после чего передать сведения о «курьерах» участникам организованной группы, выполняющим роль «кураторов», которые в свою очередь будут координировать и обеспечивать взаимодействие между ее участниками, выполняющими роли «операторов call-центра» и «курьеров», при совершении конкретных преступлений; - осуществить участниками организованной группы, выполняющими роль «операторов call-центра», поиск и подбор стационарных абонентских номеров пожилых граждан, проживающих на территории конкретного населенного пункта Российской Федерации, определенного неустановленным лицом – «организатором» для совершения преступлений; - в назначенные дату и время, после готовности всех участников организованной группы к совершению преступлений, по указанию «организатора», осуществить участниками организованной группы, выполняющими роль «операторов call-центра», телефонные звонки на стационарные и мобильные абонентские номера пожилых граждан, проживающих в населенном пункте Российской Федерации, определенном неустановленным лицом – «организатором», в ходе которых, рассчитывая на их повышенную виктимность и излишнюю доверчивость, представиться в различные этапы диалога сотрудниками правоохранительных органов и (или) медицинскими работниками, а также близким родственником, сообщить заведомо ложную информацию о том, что последний является участником и виновником ДТП с тяжкими последствиями, тем самым оказать на пожилых граждан психологическое воздействие и ввести их в состояние сильного душевного волнения, после чего убедить в необходимости передать посредством личного контакта с посредником, являющимся участником организованной группы и выполняющим роль «курьера», наличные денежные средства, а также имущество в виде предметов первой необходимости близкому родственнику, с целью избежания привлечения к уголовной ответственности, возмещения понесенных материальных затрат в медицинском учреждении и заглаживания причиненного вреда, для последующей передачи их лицам, которые могут повлиять на принятие решения по факту произошедшего ДТП, в том числе сотрудникам правоохранительных органов и потерпевшей стороне, тем самым разрешить ситуацию в пользу его виновника. При согласии потерпевшего передать наличные денежные средства, выяснить адрес его проживания, после чего незамедлительно сообщить указанную информацию «куратору» для организации прибытия за денежными средствами участника организованной группы, выполняющего роль «курьера». Кроме того, чтобы исключить возможность потерпевшего связаться с родственниками и иными лицами до момента получения «курьером» наличных денежных средств, тем самым изобличить их обман, участники организованной группы, выполняющие роль «операторов call-центра», должны поддерживать общение с потерпевшим, постоянно оставаясь на линии связи; - осуществить участниками организованной группы, выполняющими роль «кураторов», координацию взаимодействия между участниками организованной группы, выполняющими роли «операторов call-центра» и «курьеров», при совершении конкретных преступлений, давая указания участникам в зависимости от складывающейся при совершении преступления обстановки; - осуществить участниками организованной группы, выполняющими роль «курьеров», по указанию «кураторов», прибытие по адресу проживания потерпевших и получение от последних собранных наличных денежных средств и иного имущества, названного с целью конспирации преступной деятельности, после чего, по указанию неустановленных лиц – «кураторов», произвести зачисление и перевод похищенных денежных средств на счета банковских карт, подконтрольные неустановленному лицу – «организатору»; - после хищения денежных средств граждан осуществить распределение преступного дохода, зависящего от степени и роли участия каждого в преступной деятельности участников организованной группы.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Наличие четкой внутренней структуры, состоящей из лиц, выполняющих строго определенные функциональные обязанности согласно преступного плана. Участвующие в организованной группе – ФИО1 и неустановленные лица, достоверно обладают информацией о том, что будут совершать неограниченное количество противоправных деяний, за которые могут понести уголовную ответственность. Деятельность организованной группы, связанная с хищением денежных средств граждан путем совершения мошенничеств, предполагала следующий состав участников, между которыми были строго распределены роли и обязанности в совершении преступлений, согласно разработанного преступного плана: «Организатор» – неустановленное лицо, которое, действуя согласно преступного плана, приняло на себя функции руководителя организованной группы и обязанность координировать преступные действия ее участников. Он же определил для себя следующий круг обязанностей: - осуществлять общее руководство организованной группой, выступая инициатором преступных намерений, определять способ и порядок совершения преступлений; - обеспечивать создание организационной и материальной базы для бесперебойной преступной деятельности организованной группы, материальное финансирование ее участников, с целью достижения преступного плана; - осуществлять поиск и подбор участников организованной группы для выполнения определённых функций и задач, распределять между ними роли; - осуществлять координацию и контроль за действиями участников организованной группы при совершении преступлений; - организовывать бесперебойную работу организованной группы, а в случае необходимости и отсутствия какого-либо звена (участника) – принять на себя выполнение данных функций и обязанностей; - разработать и обеспечить меры конспирации при совершении преступлений, требуя от участников организованной группы их неукоснительного соблюдения; - приискать (разработать) инструкции (шаблоны) общения, содержащие материалы психологического воздействия, манипулирования сознанием и обмана граждан, которые предоставить участникам организованной группы, выполняющим роль «операторов call-центра»; - осуществлять инструктирование подобранных участников организованной группы на роль «операторов call-центра» о методах работы, конспирации преступной деятельности, поведении при общении в ходе телефонных разговоров с потерпевшими от имени близких родственников, сотрудников правоохранительных органов и (или) медицинских работников, обеспечивая «операторов call-центра» заранее подготовленными инструкциями (шаблонами) общения; - осуществлять инструктирование подобранных участников организованной группы на роли «помощников организатора» и «кураторов» о методах работы, конспирации преступной деятельности, а также требованиях к подбору и вовлечению лиц, выполняющих роль «курьеров»; - осуществлять координацию и обеспечение взаимодействия между участниками организованной группы при совершении конкретных преступлений, возлагая при этом на лиц, выполняющих роль «кураторов», координацию взаимодействия между ее участниками, выполняющими роли «операторов call-центра» и «курьеров»; - поручать участникам организованной группы, выполняющим роль «кураторов», осуществлять контроль и инструктирование участников, подобранных на роль «курьеров», по соблюдению ими мер конспирации при совершении преступлений, а также о поведении при личном контакте с потерпевшими и строгом общении с ними по заранее подготовленным «легендам» (сведения о вымышленных событиях, которые «операторы call-центра» используют для обмана потерпевшего, содержащие данные: о лицах, осуществивших телефонные звонки потерпевшему; о произошедшем ДТП и родственнике, являющимся его участником и виновником; о лицах, которым предназначены наличные денежные средства и через кого (посредника – «курьера») необходимо их передать; о лице, направившем «курьера» к потерпевшему для получения наличных денежных средств, далее – «легенда»), осуществлении незамедлительных действий, направленных на зачисление и перевод похищенных денежных средств на счета банковских карт, подконтрольные «организатору»; - осуществлять поиск, оформление на третьих лиц (не осведомленных о преступной деятельности участников организованной группы) счетов банковских карт с возможностью их единоличного контроля, и обналичивания с них денежных средств, полученных в результате преступной деятельности организованной группы. Предоставлять сведения о реквизитах подконтрольных банковских карт участникам организованной группы для реализации ее преступных целей и задач; - после зачисления похищенных денежных средств на счета банковских карт, подконтрольные ему, осуществлять операции по распределению похищенных денежных средств между участниками организованной группы, определяя долю каждого участника при совершении преступления, тем самым распоряжаться похищенными денежными средствами. «Помощники организатора» – неустановленные лица, использующие в сети «Интернет» в мессенджере «...» аккаунт «...» имя пользователя ...», аккаунт «...» имя пользователя не указано, а также иные неустановленные лица, являющиеся активными участниками организованной группы, которые, будучи осведомленными о ее плане, целях и намерениях, приняли на себя следующие функции и обязанности: - по указанию «организатора» размещать в сети «Интернет» на различных сайтах, форумах социальной инженерии, в мессенджерах «рекламу» о наборе лиц, которые желают получать финансовую прибыль от совершения хищений денежных средств граждан путем обмана, выступая в роли «курьеров»; - посредством обмена сообщениями в сети «Интернет» в мессенджере «...», сообщать лицам, ответившим на «рекламу», сведения о плане, целях и намерениях участников организованной группы, о тактике и методике противоправной деятельности, с соблюдением мер конспирации, и предлагать вступить в преступный сговор, а именно совершать хищения денежных средств граждан путем обмана, выполняя роль «курьеров», разъясняя им функции и обязанности данных участников в составе организованной группы и размер полагающейся выплаты от суммы хищения денежных средств, составляющий от 2,5% до 10%; - проводить верификацию лиц, претендующих на роль «курьеров» в составе организованной группы, то есть процедуру подтверждения личности на достоверность предоставляемых персональных данных, проверке знаний, навыков, умений; -контролировать местонахождение участников организованной группы, выполняющих роль «курьеров», а также их готовность к совершению преступлений на территории различных субъектов Российской Федерации; - получив от «организатора» указания о необходимости подготовки к совершению преступлений в отношении граждан, проживающих в конкретном населенном пункте Российской Федерации, осуществлять поиск и подбор лиц, выполняющих роль «курьеров» на территории данного населенного пункта, а в случае их отсутствия – организовывать прибытие ранее вовлеченных лиц, выполняющих роль «курьеров», за счет денежных средств, подконтрольных «организатору», с последующим его информированием о готовности лиц, выполняющих роль «курьеров», к совершению преступлений на территории определённого населённого пункта; - сообщать «организатору» сведения о банковских счетах, используемых «курьерами», для реализации преступных целей и задач организованной группы, и в случае необходимости – для оплаты проезда данных участников организованной группы до населенного пункта, определенного «организатором», и проживания на его территории; - при готовности «курьеров» к выполнению своей преступной роли на территории населенного пункта, определенного «организатором» для совершения преступлений, передать сведения о них участникам организованной группы, выполняющим роль «кураторов», которые, в свою очередь, будут координировать и обеспечивать взаимодействие между участниками, выполняющими роли «операторов call-центра» и «курьеров», при совершении конкретных преступлений; - по поручению руководителя организованной группы получать часть денежных средств, добытых преступных путем, в качестве вознаграждения за совершение мошеннических действий. «Оператор call-центра» – неустановленные лица, являющиеся активными участниками организованной группы, которые, будучи осведомленными о ее плане, целях и намерениях, приняли на себя следующие функции и обязанности: - выполнять указания «организатора», соблюдать разработанные им меры конспирации и безопасности; - поддерживать прочные законспирированные связи между участниками организованной группы, выступающими в роли «операторов call-центра», посредством обмена сообщениями в сети «Интернет» в мессенджере «...»; - неукоснительно следовать инструкциям о методах конспирации, поведении при общении в ходе телефонных разговоров с потерпевшими, а также использовать заранее подготовленные шаблоны для общения с ними, предоставленные «организатором»; - осуществить поиск и подбор стационарных абонентских номеров пожилых граждан, проживающих на территории населенного пункта Российской Федерации, определенного неустановленным лицом – «организатором» для совершения преступлений; - по указанию «организатора» осуществить телефонные звонки на стационарные и мобильные абонентские номера телефонов пожилых граждан, проживающих в населенном пункте Российской Федерации, определенном неустановленным лицом – «организатором», в ходе которых, рассчитывая на их повышенную виктимность и излишнюю доверчивость, представиться в различные этапы диалога сотрудниками правоохранительных органов и (или) медицинскими работниками, а также близким родственником, сообщить заведомо ложную информацию о том, что близкий родственник является участником и виновником ДТП с тяжкими последствиями, тем самым оказать на пожилых граждан психологическое воздействие и ввести их в состояние сильного душевного волнения, после чего убедить в необходимости передать посредством личного контакта с посредником, являющимся участником организованной группы и выполняющим роль «курьера», наличные денежные средства, а также имущество в виде предметов первой необходимости близкому родственнику, с целью избежания привлечения к уголовной ответственности, возмещения понесенных материальных затрат в медицинском учреждении и заглаживания причиненного вреда, для последующей передачи их лицам, которые могут повлиять на принятие решения по факту произошедшего ДТП, в том числе сотрудникам правоохранительных органов и потерпевшей стороне, тем самым разрешить ситуацию в пользу его виновника. При согласии потерпевшего передать наличные денежные средства, выяснить адрес его проживания, после чего незамедлительно сообщить указанную информацию «куратору» для организации прибытия за денежными средствами участнику организованной группы, выполняющему роль «курьера». Кроме того, чтобы исключить возможность потерпевшего связаться с родственниками и иными лицами до момента получения «курьером» наличных денежных средств, тем самым изобличить их обман, участники организованной группы, выполняющие роль «операторов call-центра», должны поддерживать общение с потерпевшим, постоянно оставаясь на линии связи; - по поручению руководителя организованной группы получать часть денежных средств, добытых преступным путем, в качестве вознаграждения за выполнение мошеннических действий. «Куратор» – неустановленное лицо, использующее в сети «Интернет» в мессенджере «...» аккаунт «...» с именем пользователя ...», а также иные неустановленные лица, являющиеся активными участниками организованной группы, которые будучи осведомленными о ее плане, целях и намерениях, приняли на себя следующие функции и обязанности: - получив от «помощников организатора» сведения о данных «курьеров» и их нахождении (прибытии) на территорию конкретного населенного пункта Российской Федерации, определенного «организатором» для совершения преступлений, осуществлять общение с «курьерами» посредством сети «Интернет» в мессенджере «...», с целью контроля их действий и готовности оперативно выехать в назначенное им место; - координировать и обеспечивать взаимодействие между участниками организованной группы, выполняющими роли «операторов call-центра» и «курьера», при совершении конкретного преступления, а именно: получив от «оператора call-центра» сведения о потерпевшем, в отношении которого совершается преступление, о месте его проживания и сумме денежных средств, которую он готов передать «курьеру», а также сведения о «легенде», посредством обмена сообщениями в сети «Интернет» в мессенджере «...» незамедлительно передать данную информацию «курьеру», с целью выполнения им своей преступной роли в составе организованной группы; - инструктировать «курьеров» о необходимых мерах конспирации при совершении преступлений, а также об их поведении при личном контакте с потерпевшими, с учетом «легенды», используемой «операторами call-центра»; - получать от «организатора» сведения о счетах банковских карт, подконтрольных последнему, которые в последующем передать «курьерам» для зачисления на них похищенных денежных средств, за вычетом полагающейся суммы вознаграждения; - координировать действия «курьеров» непосредственно после получения похищенных денежных средств, с целью осуществления ими незамедлительных действий, направленных на зачисление и перевод похищенных денежных средств на счета банковских карт, подконтрольные «организатору»; - по указанию «организатора» определять суммы вознаграждений, полагающиеся «курьерам» в размере от 2,5% до 10% от сумм похищенных денежных средств, а также с учетом понесенных ими расходов на оплату транспортных услуг, при совершении преступлений; - по поручению руководителя организованной группы получать часть денежных средств, добытых преступных путем, в качестве вознаграждения за совершение мошеннических действий. «Курьер» – ФИО1, использующий в мессенджере «...» аккаунт «...» с именем пользователя ... а также иные неустановленные лица, являющиеся активными участниками организованной группы, которые, будучи осведомленными о ее плане, целях и намерениях, приняли на себя следующие функции и обязанности: - выполнять указания «помощников организаторов», «кураторов», поступающие посредством обмена сообщениями в сети «Интернет» в мессенджере «...»; - соблюдать инструкции о методах конспирации, поведении при личном контакте с потерпевшими; получив от «куратора» посредством обмена сообщениями в сети «Интернет» в мессенджере «...» информацию о потерпевших, включая их местонахождение, придерживаясь «легенде» в целях конспирации преступной деятельности, в кратчайший срок проследовать по месту их фактического проживания, и при личном контакте получать от них наличные денежные средства и иное имущество; - сообщать «куратору» посредством обмена сообщениями в сети «Интернет» в мессенджере «...», обо всех действиях, выполняемых им в ходе совершения преступления, а именно: отчет о времени, которое необходимо затратить, для того чтобы добраться до места проживания потерпевшего; отчет о получении денежных средств и их сумме; отчет о времени, которое потребуется, чтобы добраться до места расположения банкомата (платежного терминала) для зачисления наличных денежных средств на счет банковской карты; отчет о внесении и последующем переводе денежных средств на счета банковских карт, подконтрольные «организатору»; - соблюдать меры конспирации и безопасности, разработанные руководителем организованной группы, а именно: общение с «помощниками организатора», «кураторами» посредством обмена сообщениями в сети «Интернет» в мессенджере «...»; сокрытие лица маской, головы – капюшоном, шапкой; пересчет полученных наличных денежных средств в безлюдных, укромных местах; неразглашение информации о своей деятельности третьим лицам; - иметь в наличии банковские карты банковских организаций, являющихся предпочтительными для руководителя организованной группы, с использованием которых, по указанию «куратора», вносить похищенные наличные денежные средства посредством банкоматов (платежных терминалов) и в последующем осуществлять их переводы на счета банковских карт, подконтрольные «организатору», при этом направлять информацию «куратору» о выполнении указанных операций; - оставлять себе часть похищенных денежных средств в качестве вознаграждения за совершение преступления в сумме определенной «куратором» по указанию «организатора», с учетом расходов, понесенных на оплату транспортных услуг при совершении преступлений.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Высокая степень организованности и целенаправленности – наличие сложной внутренней структуры, а также звеньев, выполняющих строго определенные функциональные обязанности: дисциплина и конспирация. Руководство организованной группой – строгое подчинение по вертикали от организатора к исполнителям. Указания и распоряжения «организатора» обязательны и неукоснительно исполнялись всеми участниками организованной группы. «Организатор» преступной группы – неустановленное лицо, определяло цели совместной преступной деятельности; распределяло по собственному усмотрению преступный доход, зависящий от степени и роли участия каждого в преступной деятельности участников организованной группы.</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Характер и согласованность действий – последовательное и непрерывное осуществление каждого из этапов преступной деятельности, закрепление за каждым из участников определенной роли, взаимодействие между ними при осуществлении преступной деятельности. Схема преступной деятельности была постоянна.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Регенеративность – стремление незамедлительно заменить лицо, которое по каким-либо причинам прекратило участие в организованной группе, с целью обеспечения бесперебойной деятельности преступной группы.</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Корыстный мотив – получение материальной прибыли от совершения преступлений.</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Соблюдение специально разработанных мер конспирации о сокрытии совершаемых преступлений. Конспирация преступной деятельности организованной группы выразилась в маскировке преступной деятельности, а именно: - исключался личный контакт между участниками организованной группы, выполняющих роли «организатора», «помощников организатора», «операторов call-центра», «кураторов», «курьеров», во избежание идентификации данных о личности каждого из участников организованной группы; - исключался личный контакт участников организованной группы, выполняющих роли «организатора», «помощников организатора», «операторов call-центра», «кураторов», с потерпевшими, во избежание распространения информации, позволяющей идентифицировать каждого из участников организованной группы; - общение участников организованной группы – «операторов call-центра» с потерпевшими в период осуществления обмана производилось посредством телефонных переговоров с использованием неустановленных технических устройств и средств связи, позволяющих осуществлять доступ в сеть «Интернет», а также изменять абонентские номера звонивших во избежание распространения информации, позволяющей идентифицировать каждого из участников организованной группы; - в ходе совершения преступлений участники организованной группы должны обмениваться информацией о выполнении возложенных обязанностей, исключая личный контакт друг с другом посредством обмена сообщениями в сети «Интернет» в мессенджере «...», с применением средств криптографической защиты сообщений (использование непубличных чатов, групп); - участники организованной группы, выполняющие роль «курьеров», должны при личном контакте с потерпевшим скрывать лицо – маской, голову – капюшоном, шапкой; - использование банковских карт, открытых на третьих лиц, не осведомленных о преступной деятельности участников организованной группы.</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Территориальный признак – участники организованной группы осуществляли свою преступную деятельность на территории г. Сыктывкара Республики Коми, а также в иных местах на территории Российской Федерации, при этом организованная группа постоянно стремилась к расширению.</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Техническая оснащенность – созданная организованная группа использовала в ходе совершения преступлений следующее техническое (программное) оборудование: - неустановленные технические устройства и средства связи, позволяющие осуществлять доступ в сеть «Интернет», а также осуществлять телефонные звонки посредством сети «Интернет» и изменять абонентские номера; - неустановленные лица, выполняющие роль «помощников организатора», для совершения преступных действий использовали в мессенджере «...» аккаунт «...» имя пользователя ...», аккаунт «...» имя пользователя не указано; выполняющие роль «кураторов» – аккаунт «...» с именем пользователя ...», а также иные неустановленные аккаунты; - неустановленное лицо, выполняющее роль «организатора», использовало и предоставляло сведения участникам организованной группы о подконтрольных ему: банковском счете №... банковской карты АО «...» №..., открытом на имя ФИО23 при дистанционном обслуживании клиентов АО «...», имеющем юридический адрес: ...; банковском счете №... банковской карты АО «...» №..., открытом на имя ФИО24 при дистанционном обслуживании клиентов АО «...», имеющем юридический адрес: ... банковском счете №... банковской карты ... ...» №..., открытом на имя ... при дистанционном обслуживании клиентов АО «...», имеющем юридический адрес: ... банковском счете №... банковской карты АО «...» №... открытом на имя Свидетель №14 при дистанционном обслуживании клиентов АО «...», имеющем юридический адрес: ... «А», стр.26; банковском счете №... банковской карты АО «...» №... открытом на имя ... при дистанционном обслуживании клиентов АО «...», имеющем юридический адрес: ... «А», стр.26, а также иных неустановленных счетах банковских карт; - ФИО1 в ходе совершения преступлений использовал в мессенджере «...» аккаунт «...» с именем пользователя ...»; сотовый телефон марки «...» (IMEI1 №..., IMEI2 №...) с установленной в нем сим-картой оператора сотовой связи ООО «...» с абонентским номером ...; банковский счет №..., банковской карты АО «...» №... (дополнительная расчетная карта №...), открытый на имя ФИО1 при дистанционном обслуживании клиентов АО «...», имеющем юридический адрес: ... Созданная неустановленным лицом – «организатором» организованная группа в составе ФИО1, а также иных неустановленных лиц, умышленно, незаконно, путем обмана, с целью извлечения материальной выгоды, осознавая противоправный характер своей деятельности, действуя совместно и согласовано, совершили хищение денежных средств граждан при следующих обстоятельствах: Неустановленное лицо – «организатор» в период времени с 15 часов 45 минут ** ** ** до 09 часов 25 минут ** ** **, находясь на территории РФ, действуя совместно и согласованно с участниками организованной группы, преследуя единый корыстный преступный умысел, согласно отведенной ему преступной роли, осознавая что в состав организованной группы вошли лица, на которых возложены преступные роли: «помощников организатора», «операторов call-центра», «кураторов», «курьеров», используя неустановленные технические устройства и средства связи, позволяющие осуществлять доступ в сеть «Интернет», неустановленным способом сообщило участникам организованной группы – неустановленным лицам, выполняющим роли «помощников организатора» и «кураторов», о необходимости совершения преступлений, согласно разработанного им преступного плана, в отношении граждан, проживающих на территории г... Республики Коми. Неустановленное лицо – «помощник организатора», использующее в мессенджере аккаунт «...» имя пользователя не указано, совместно и согласованно с участниками организованной группы, преследуя единый корыстный преступный умысел, согласно отведенной ему преступной роли, находясь на территории РФ, получив в вышеуказанный период времени неустановленным способом указание от «организатора» на совершение преступлений в отношении граждан, проживающих на территории г. Сыктывкара Республики Коми, посредством обмена сообщениями в сети «Интернет» в мессенджере «...» с ФИО1, использующим аккаунт «...» с именем пользователя ...» выполняющим роль «курьера», в составе организованной группы, действуя с целью реализации единого корыстного преступного умысла, сообщило последнему о необходимости совершения преступлений на территории г. ... Республики Коми, на что ФИО1 дал свое согласие. После этого, неустановленное лицо – «помощник организатора», использующее в мессенджере аккаунт «...» имя пользователя не указано, находясь в вышеуказанные период времени и месте, обладая информацией о готовности ФИО1, выполняющего роль «курьера», совершать преступления на территории ... Республики Коми, передало сведения о нем неустановленному лицу – «организатору», а также участнику организованной группы, выполняющему роль «куратора», использующее в мессенджере аккаунт «Bearmаn» с именем пользователя ...», Неустановленное лицо, являющееся «организатором» и руководителем организованной группы, находясь в вышеуказанный период времени на территории РФ, с целью хищения чужого имущества путем обмана, преследуя цель незаконного материального обогащения, достоверно обладая информацией, полученной неустановленным способом от участника преступной группы, выполняющего роль «помощника организатора», о готовности участника преступной группы, выполняющего роль «курьера», - ФИО1 совершать преступления на территории г. ... Республики Коми, дало указание ее участникам, выполняющим роли «операторов call-центра» и «куратора», на совершение хищений денежных средств граждан, согласно разработанного преступного плана и распределённых ролей, в отношении жителей ... Республики Коми, а именно: 1) ** ** ** в период времени с 09 часов 26 минут до 10 часов 36 минут неустановленные лица – участники организованной группы, выполняющие роль и обязанности «операторов call-центра», по указанию и под руководством неустановленного лица – «организатора», находясь на территории РФ, с использованием неустановленных технических устройств и средств связи, позволяющих осуществлять телефонные звонки посредством сети «Интернет» и изменять абонентские номера, действуя совместно и согласованно с участниками организованной группы, преследуя единый корыстный преступный умысел, согласно отведенной им преступной роли, осуществили неоднократные телефонные звонки на стационарный абонентский №... оператора связи ПАО «...», находящийся в пользовании ФИО2 №2, проживающей по адресу: ..., а также неоднократные телефонные звонки на абонентский №... оператора сотовой связи ООО «...», находящийся в пользовании ФИО2 №2, который последняя сообщила неустановленному лицу – «оператору call-центра» в ходе телефонного разговора по стационарному телефону. При этом, неустановленные лица, выполняющие роль «операторов call-центра», находясь в вышеуказанные период времени и месте, действуя умышленно, из корыстных побуждений, в составе организованной группы, согласно отведенной преступной роли в совершении преступления, в ходе телефонных переговоров с ФИО2 №2, представляясь в ходе разговора с последней сотрудником правоохранительных органов, с целью оказания на нее психологического воздействия и введения ФИО2 №2 в состояние сильного душевного волнения, сообщили ей заведомо ложную информацию о том, что ее внучка является участником и виновником ДТП с тяжкими последствиями, в связи с чем внучка может быть привлечена к уголовной ответственности, и, с целью избежания наступления негативных последствий, необходимо передать имеющиеся у ФИО2 №2 наличные денежные средства через посредника – лицо, выполняющее роль «курьера», а также личные вещи для внучки, которые могут ей понадобиться при нахождении в медицинском учреждении. ФИО2 №2, ** ** ** в период времени с 09 часов 26 минут до 10 часов 36 минут, находясь по месту своего проживания, будучи введенная в заблуждение неустановленными лицами, выполняющими роль «операторов call-центра», в ходе телефонных разговоров, не подозревая о преступном характере действий, совершаемых в отношении нее последними, испытав сильное душевное волнение, связанное с опасением за жизнь и здоровье своей внучки Свидетель №1 восприняла указанные сведения, как правдивую информацию, ввиду чего сообщила информацию об имеющихся у нее наличных денежных средствах в сумме 400 000 рублей, которые она готова передать, и адрес своего места жительства. Далее, неустановленные лица, выполняющие роль «операторов call-центра», находясь в вышеуказанные период времени и месте, при неустановленных обстоятельствах, сообщили неустановленному лицу – «куратору», использующему в мессенджере «...» аккаунт «...» с именем пользователя ...», сведения об адресе места жительства ФИО2 №2, сумме наличных денежных средств, которые она готова передать, а также информацию об используемой ими «легенде» при общении с последней, при этом продолжая телефонные разговоры с ФИО2 №2, с целью конспирации преступной деятельности организованной группы, не давая возможности последней осуществить иные телефонные звонки. После чего, неустановленное лицо – «куратор», использующее в мессенджере «...» аккаунт «...» с именем пользователя ...», в вышеуказанный период времени, находясь на территории РФ, действуя совместно и согласованно с участниками организованной группы, преследуя единый корыстный преступный умысел, согласно отведенной ему преступной роли, обладая информацией о потерпевшей, полученной от неустановленных лиц, выполняющих роль «операторов call-центра», а также сведениями о нахождении ФИО1, выполняющего роль «курьера» на территории г. ... Республики Коми, местонахождение которого, с целью реализации преступного плана, предварительно организовано неустановленным лицом, использующим в мессенджере «...» аккаунт «...» имя пользователя не указано, выполняющим роль «помощника организатора», с использованием неустановленных технических устройств и средств связи, позволяющих осуществлять доступ в сеть «Интернет», посредством обмена сообщениями в мессенджере «...», дало указание ФИО1, использующему аккаунт «...» с именем пользователя ...», о необходимости его прибытия к месту жительства ФИО2 №2 по адресу: ..., с целью хищения принадлежащих ей наличных денежных средств, и «легенде», которой необходимо придерживаться при общении, в целях конспирации преступной деятельности организованной группы, а именно представиться водителем ... от следователя ФИО66. При этом, неустановленное лицо – «куратор», использующее в мессенджере «...» аккаунт «...» с именем пользователя ...», находясь в вышеуказанные период времени и месте, оставаясь на связи с ФИО1, посредством обмена сообщениями в мессенджере «...», стало координировать его действия и неустановленных лиц, выполняющих роль «операторов call-центра», сообщив последним информацию, что к ФИО2 №2 прибудет участник организованной группы – ФИО1, выполняющий роль и обязанности «курьера». После этого, неустановленные лица, выполняющие роль «операторов call-центра», находясь в вышеуказанные период времени и месте, действуя совместно и согласованно с участниками организованной группы, преследуя единый корыстный преступный умысел, согласно отведенной им преступной роли, продолжая телефонные разговоры от имени сотрудника правоохранительных органов, сообщили ФИО2 №2 о необходимости передачи наличных денежных средств и личных вещей для внучки через посредника – «курьера», который прибудет по месту её жительства. Затем ФИО1, в вышеуказанный период времени, находясь на территории г.... Республики Коми, действуя совместно и согласованно с участниками организованной группы, преследуя единый корыстный преступный умысел, согласно отведенной ему преступной роли «курьера», в соответствии с разработанным «организатором» преступным планом, а также под руководством неустановленного лица, выполняющего роль «куратора», используя находящийся при нем сотовый телефон марки «...» (IMEI1 №..., IMEI2 №...) с установленной в нем сим-картой оператора сотовой связи ООО «...» с абонентским номером ..., позволяющий осуществлять доступ в сеть «Интернет», получив сведения о месте жительства ФИО2 №2 и «легенде», осуществил заказ пассажирского такси при помощи приложения «...», направившись по адресу: ..., при этом отправив посредством обмена сообщениями в мессенджере «...» неустановленному лицу – «куратору», использующему в мессенджере «...» аккаунт «...» с именем пользователя ...», сведения о времени, которое необходимо затратить, для того чтобы добраться до места проживания потерпевшей. Далее, ФИО1, в вышеуказанный период времени, действуя совместно и согласованно с неустановленным лицом – «куратором» и другими неустановленными участниками организованной группы, преследуя единый корыстный преступный умысел, направленный на хищение денежных средств граждан путем обмана, реализуя общий для организованной группы преступный план, согласно отведенной ему роли «курьера», прибыл по адресу: ..., о чем посредством обмена сообщениями в мессенджере «...» сообщил неустановленному лицу – «куратору», которое, продолжая координировать действия участников организованной группы, дало указание ФИО1 о необходимости пройти к ..., по вышеуказанному адресу. После чего, ФИО1 в вышеуказанный период времени, продолжая реализацию единого корыстного преступного умысла участников организованной группы, прошел по указанию неустановленного лица, выполняющего роль – «куратора» к кв. ... ..., где получил от ФИО2 №2 пакет, не представляющий материальной ценности, в котором находились наличные денежные средства в сумме 400 000 рублей, а также два полотенца, простынь и наволочка, не представляющие материальной ценности для ФИО2 №2, тем самым похитив указанные денежные средства и имущество. Далее, ФИО1, согласно отведенной ему преступной роли «курьера», с похищенными денежными средствами и имуществом с места совершения преступления скрылся, при этом отправив «куратору» посредством обмена сообщениями в мессенджере «...» отчет о выполнении вышеуказанных действий и сумме похищенных денежных средств, а также распорядившись личными вещами, предназначенными для внучки ФИО2 №2 по своему усмотрению. Затем, согласно разработанного преступного плана неустановленным лицом – «организатором», и установленного последним размера вознаграждения «курьера» от суммы похищенных денежных средств, неустановленное лицо, выполняющее роль – «куратора», в вышеуказанный период времени, посредством обмена сообщениями в мессенджере «...» дало дальнейшее указание ФИО1 о распоряжении похищенными денежными средствами, а именно об их зачислении на счет банковской карты, подконтрольный «организатору», а также сообщило размер его вознаграждения. После чего, ** ** ** в период времени с 10 часов 37 минут до 10 часов 44 минут, ФИО1, находясь в помещении гипермаркета «...», расположенном по адресу: ..., действуя по указанию неустановленного лица, выполняющего роль – «куратора», согласно отведенной ему преступной роли «курьера», посредством банкомата АО «...» совершил зачисление наличных денежных средств в сумме 370 000 рублей на счет банковской карты АО «...» №..., подконтрольный неустановленному лицу – «организатору», и далее, посредством обмена сообщениями в мессенджере «...», сообщил об этом неустановленному лицу, выполняющему роль – «куратора». При этом ФИО1 оставил себе часть похищенных денежных средств в качестве вознаграждения за совершение преступления в сумме 30 000 рублей, определенной «куратором» по указанию «организатора», в дальнейшем распорядившись ими по своему усмотрению. После этого, неустановленное лицо – «организатор», согласно отведенной ему преступной роли, находясь на территории Российской Федерации, используя неустановленные технические устройства и средства связи, позволяющие осуществлять доступ в сеть «Интернет», получив сведения от неустановленного лица, выполняющего роль – «куратора», о зачислении наличных денежных средств на счет банковской карты, подконтрольный «организатору», распределило похищенные денежные средства между остальными участниками организованной группы, тем самым распорядившись ими. Таким образом, ФИО1 и неустановленные лица, выполняющие роли – «организатора», «помощников организатора», «операторов call-центра», «куратора», действуя умышленно, совместно и согласовано в составе организованной группы, из корыстных побуждений, с целью личного обогащения, путем обмана ФИО2 №2 похитили у последней денежные средства в сумме 400 000 рублей, а также имущество не представляющее материальной ценности ФИО2 №2, причинив ФИО2 №2 материальный ущерб в крупном размере в сумме 400 000 рублей. 2) ** ** ** в период времени с 10 часов 19 минут до 11 часов 45 минут, неустановленные лица – участники организованной группы, выполняющие роль и обязанности «операторов call-центра», по указанию и под руководством неустановленного лица – «организатора», находясь на территории РФ, с использованием неустановленных технических устройств и средств связи, позволяющих осуществлять телефонные звонки посредством сети «Интернет» и изменять абонентские номера, действуя совместно и согласованно с участниками организованной группы, преследуя единый корыстный преступный умысел, согласно отведенной им преступной роли, осуществили неоднократные телефонные звонки на стационарный абонентский номер ... оператора связи ПАО «...», находящийся в пользовании ФИО3, проживающей по адресу: .... При этом, неустановленные лица, выполняющие роль «операторов call-центра», находясь в вышеуказанные период времени и месте, действуя умышленно, из корыстных побуждений, в составе организованной группы, согласно отведенной преступной роли в совершении преступления, в ходе телефонных переговоров с ФИО3, представляясь в ходе разговора с последней ее дочерью, сотрудником правоохранительных органов, с целью оказания на нее психологического воздействия и введения ФИО3 в состояние сильного душевного волнения, сообщили ей заведомо ложную информацию о том, что ее дочь является участником и виновником ДТП с тяжкими последствиями, в связи с чем дочь может быть привлечена к уголовной ответственности, и с целью избежания наступления негативных последствий, необходимо передать имеющиеся у ФИО3 наличные денежные средства через посредника – лицо, выполняющее роль «курьера», а также личные вещи для дочери, которые могут ей понадобиться при нахождении в медицинском учреждении. ФИО3, ** ** ** в период времени с 10 часов 19 минут до 11 часов 45 минут, находясь по месту своего проживания, будучи введенная в заблуждение неустановленными лицами, выполняющими роль «операторов call-центра», в ходе телефонных разговоров, не подозревая о преступном характере действий, совершаемых в отношении нее последними, испытав сильное душевное волнение, связанное с опасением за жизнь и здоровье своей дочери Свидетель №5, восприняла указанные сведения, как правдивую информацию, ввиду чего сообщила информацию об имеющихся у нее наличных денежных средствах в сумме 200 000 рублей, которые она готова передать, и адрес своего места жительства. Далее, неустановленные лица, выполняющие роль «операторов call-центра», находясь в вышеуказанные период времени и месте, при неустановленных обстоятельствах, сообщили неустановленному лицу – «куратору», использующему в мессенджере «...» аккаунт «Bearmаn» с именем пользователя ... сведения об адресе места жительства ФИО3, сумме наличных денежных средств, которые она готова передать, а также информацию об используемой ими «легенде» при общении с последней, при этом продолжая телефонные разговоры с ФИО3, с целью конспирации преступной деятельности организованной группы, не давая возможности последней осуществить иные телефонные звонки. После чего, неустановленное лицо – «куратор», использующее в мессенджере «...» аккаунт «...» с именем пользователя ...», в вышеуказанный период времени, находясь на территории РФ, действуя совместно и согласованно с участниками организованной группы, преследуя единый корыстный преступный умысел, согласно отведенной ему преступной роли, обладая информацией о потерпевшей, полученной от неустановленных лиц, выполняющих роль «операторов call-центра», а также сведениями о нахождении ФИО1, выполняющего роль «курьера» на территории г. ... Республики Коми, местонахождение которого, с целью реализации преступного плана, предварительно организовано неустановленным лицом, использующим в мессенджере «...» аккаунт «...» имя пользователя не указано, выполняющим роль «помощника организатора», с использованием неустановленных технических устройств и средств связи, позволяющих осуществлять доступ в сеть «Интернет», посредством обмена сообщениями в мессенджере «...», дало указание ФИО1, использующему аккаунт «...» с именем пользователя ...», о необходимости его прибытия к месту жительства ФИО3 по адресу: ..., с целью хищения принадлежащих ей наличных денежных средств, и «легенде», которой необходимо придерживаться при общении, в целях конспирации преступной деятельности организованной группы, а именно представиться водителем ... от следователя ... ФИО16. При этом, неустановленное лицо – «куратор», использующее в мессенджере «...» аккаунт «...» с именем пользователя ...», находясь в вышеуказанные период времени и месте, оставаясь на связи с ФИО1, посредством обмена сообщениями в мессенджере «...», стало координировать его действия и неустановленных лиц, выполняющих роль «операторов call-центра», сообщив последним информацию, что к ФИО3 прибудет участник организованной группы – ФИО1, выполняющий роль и обязанности «курьера». После этого, неустановленные лица, выполняющие роль «операторов call-центра», находясь в вышеуказанные период времени и месте, действуя совместно и согласованно с участниками организованной группы, преследуя единый корыстный преступный умысел, согласно отведенной им преступной роли, продолжая телефонные разговоры от имени сотрудника правоохранительных органов, сообщили ФИО3 о необходимости передачи наличных денежных средств и личных вещей для дочери через посредника – «курьера», который прибудет по месту её жительства. Затем ФИО1, в вышеуказанный период времени, находясь на территории г... Республики Коми, действуя совместно и согласованно с участниками организованной группы, преследуя единый корыстный преступный умысел, согласно отведенной ему преступной роли «курьера», в соответствии с разработанным «организатором» преступным планом, а также под руководством неустановленного лица, выполняющего роль «куратора», используя находящийся при нем сотовый телефон марки «...» (IMEI1 №..., IMEI2 №...) с установленной в нем сим-картой оператора сотовой связи ООО «...» с абонентским номером ..., позволяющий осуществлять доступ в сеть «Интернет», получив сведения о месте жительства ФИО3 и «легенде», направился по адресу: ..., при этом отправив посредством обмена сообщениями в мессенджере «...» неустановленному лицу – «куратору», использующему в мессенджере «...» аккаунт «...» с именем пользователя ...», сведения о времени, которое необходимо затратить, для того чтобы добраться до места проживания потерпевшей. Далее, ФИО1 в вышеуказанный период времени, действуя совместно и согласованно с неустановленным в лицом – «куратором» и другими неустановленными участниками организованной группы, преследуя единый корыстный преступный умысел, направленный на хищение денежных средств граждан путем обмана, реализуя общий для организованной группы преступный план, согласно отведенной ему роли «курьера», прибыл по адресу: ..., о чем посредством обмена сообщениями в мессенджере «...» сообщил неустановленному лицу – «куратору», которое, продолжая координировать действия участников организованной группы, дало указание ФИО1 о необходимости пройти к квартире № ..., по вышеуказанному адресу. После чего, ФИО1 в вышеуказанный период времени, продолжая реализацию единого корыстного преступного умысла участников организованной группы, прошел по указанию неустановленного лица, выполняющего роль – «куратора» к .... 58 по ... Республики Коми, где получил от ФИО3 пакет не представляющий материальной ценности, в котором находились наличные денежные средства в сумме 200 000 рублей, а также простынь и полотенце, не представляющее материальной ценности для ФИО3, тем самым похитив указанные денежные средства и имущество. Далее, ФИО1, согласно отведенной ему преступной роли «курьера», с похищенными денежными средствами и имуществом с места совершения преступления скрылся, при этом отправив «куратору» посредством обмена сообщениями в мессенджере «...» отчет о выполнении вышеуказанных действий и сумме похищенных денежных средств, а также распорядившись личными вещами, предназначенными для дочери ФИО3 по своему усмотрению. Затем, согласно разработанного преступного плана неустановленным лицом – «организатором», и установленного последним размера вознаграждения «курьера» от суммы похищенных денежных средств, неустановленное лицо, выполняющее роль – «куратора», в вышеуказанный период времени, посредством обмена сообщениями в мессенджере «...» дало дальнейшее указание ФИО1 о распоряжении похищенными денежными средствами, а именно об их зачислении на счет банковской карты, подконтрольный «организатору», а также сообщило размер его вознаграждения. После чего, ** ** ** в период времени с 11 часов 46 минут до 11 часов 52 минут, ФИО1, находясь в помещении магазина «...», расположенного по адресу: ..., действуя по указанию неустановленного лица, выполняющего роль – «куратора», согласно отведенной ему преступной роли «курьера», посредством банкомата АО «...» совершил зачисление наличных денежных средств в сумме 183 000 рублей на счет банковской карты АО «...» №..., подконтрольный неустановленному лицу – «организатору», и далее, посредством обмена сообщениями в мессенджере «...», сообщил об этом неустановленному лицу, выполняющему роль – «куратора». При этом ФИО1 оставил себе часть похищенных денежных средств в качестве вознаграждения за совершение преступления в сумме 17 000 рублей, определенной «куратором» по указанию «организатора», в дальнейшем распорядившись ими по своему усмотрению. После этого, неустановленное лицо – «организатор», согласно отведенной ему преступной роли, находясь на территории РФ, используя неустановленные технические устройства и средства связи, позволяющие осуществлять доступ в сеть «Интернет», получив сведения от неустановленного лица, выполняющего роль – «куратора», о зачислении наличных денежных средств на счет банковской карты, подконтрольный «организатору», распределило похищенные денежные средства между остальными участниками организованной группы, тем самым распорядившись ими. Таким образом, ФИО1 и неустановленные лица, выполняющие роли – «организатора», «помощников организатора», «операторов call-центра», «куратора», действуя умышленно, совместно и согласовано в составе организованной группы, из корыстных побуждений, с целью личного обогащения, путем обмана ФИО3 похитили у последней денежные средства в сумме 200 000 рублей, а также имущество не представляющее материальной ценности ФИО3, причинив последней значительный материальный ущерб в сумме 200 000 рублей. 3) ** ** ** в период времени с 12 часов 03 минут до 13 часов 37 минут неустановленные лица – участники организованной группы, выполняющие роль и обязанности «операторов call-центра», по указанию и под руководством неустановленного лица – «организатора», находясь на территории РФ, с использованием неустановленных технических устройств и средств связи, позволяющих осуществлять телефонные звонки посредством сети «Интернет» и изменять абонентские номера, действуя совместно и согласованно с участниками организованной группы, преследуя единый корыстный преступный умысел, согласно отведенной им преступной роли, осуществили неоднократные телефонные звонки на стационарный абонентский номер ... оператора связи ПАО «...», находящийся в пользовании ФИО2 №1, проживающей по адресу: ..., а также неоднократные телефонные звонки на абонентский номер ... оператора сотовой связи ООО «...», находящийся в пользовании ФИО2 №1, который последняя сообщила неустановленному лицу – «оператору call-центра» в ходе телефонного разговора по стационарному телефону. При этом, неустановленные лица, выполняющие роль «операторов call-центра», находясь в вышеуказанные период времени и месте, действуя умышленно, из корыстных побуждений, в составе организованной группы, согласно отведенной преступной роли в совершении преступления, в ходе телефонных переговоров с ФИО2 №1, представляясь в ходе разговора с последней сотрудником правоохранительных органов, с целью оказания на нее психологического воздействия и введения ФИО2 №1 в состояние сильного душевного волнения, сообщили ей заведомо ложную информацию о том, что ее близкий родственник (невестка) является участником и виновником ДТП с тяжкими последствиями, в связи с чем ее близкий родственник (невестка) может быть привлечена к уголовной ответственности, и с целью избежания наступления негативных последствий, необходимо передать имеющиеся у ФИО2 №1 наличные денежные средства через посредника – лицо, выполняющее роль «курьера», а также личные вещи для близкого родственника (невестки), которые могут ей понадобиться при нахождении в медицинском учреждении. ФИО2 №1, ** ** ** в период времени с 12 часов 03 минут до 13 часов 37 минут, находясь по месту своего проживания, будучи введенная в заблуждение неустановленными лицами, выполняющими роль «операторов call-центра», в ходе телефонных разговоров, не подозревая о преступном характере действий, совершаемых в отношении нее последними, испытав сильное душевное волнение, связанное с опасением за жизнь и здоровье близкого родственника (невестки) Свидетель №3, восприняла указанные сведения, как правдивую информацию, ввиду чего сообщила информацию об имеющихся у нее наличных денежных средствах в сумме 200 000 рублей, которые она готова передать, и адрес своего места жительства. Далее, неустановленные лица, выполняющие роль «операторов call-центра», находясь в вышеуказанные период времени и месте, при неустановленных следствием обстоятельствах, сообщили неустановленному лицу – «куратору», использующему в мессенджере «...» аккаунт «...» c именем пользователя ...», сведения об адресе места жительства ФИО2 №1, сумме наличных денежных средств, которые она готова передать, а также информацию об используемой ими «легенде» при общении с последней, при этом продолжая телефонные разговоры с ФИО2 №1, с целью конспирации преступной деятельности организованной группы, не давая возможности последней осуществить иные телефонные звонки. После чего, неустановленное лицо – «куратор», использующее в мессенджере «...» аккаунт «...» c именем пользователя ...», в вышеуказанный период времени, находясь на территории РФ, действуя совместно и согласованно с участниками организованной группы, преследуя единый корыстный преступный умысел, согласно отведенной ему преступной роли, обладая информацией о потерпевшей, полученной от неустановленных лиц, выполняющих роль «операторов call-центра», а также сведениями о нахождении ФИО1, выполняющего роль «курьера» на территории г. ... Республики Коми, местонахождение которого, с целью реализации преступного плана, предварительно организовано неустановленным лицом, использующим в мессенджере «...» аккаунт «...» имя пользователя не указано, выполняющим роль «помощника организатора», с использованием неустановленных технических устройств и средств связи, позволяющих осуществлять доступ в сеть «Интернет», посредством обмена сообщениями в мессенджере «...», дало указание ФИО1, использующему аккаунт «...» с именем пользователя ...», о необходимости его прибытия к месту жительства ФИО2 №1 по адресу: ..., с целью хищения принадлежащих ей наличных денежных средств, и «легенде», которой необходимо придерживаться при общении, в целях конспирации преступной деятельности организованной группы, а именно представиться водителем ... от следователя ... При этом, неустановленное лицо – «куратор», использующее в мессенджере «...» аккаунт «...» c именем пользователя ...», находясь в вышеуказанные период времени и месте, оставаясь на связи с ФИО1, посредством обмена сообщениями в мессенджере «...», стало координировать его действия и неустановленных лиц, выполняющих роль «операторов call-центра», сообщив последним информацию, что к ФИО2 №1 прибудет участник организованной группы – ФИО1, выполняющий роль и обязанности «курьера». После этого, неустановленные лица, выполняющие роль «операторов call-центра», находясь в вышеуказанные период времени и месте, действуя совместно и согласованно с участниками организованной группы, преследуя единый корыстный преступный умысел, согласно отведенной им преступной роли, продолжая телефонные разговоры от имени сотрудника правоохранительных органов, сообщили ФИО2 №1 о необходимости передачи наличных денежных средств и личных вещей для близкого родственника (невестки) через посредника – «курьера», который прибудет по месту её жительства. Затем ФИО1 в вышеуказанный период времени, находясь на территории г... Республики Коми, действуя совместно и согласованно с участниками организованной группы, преследуя единый корыстный преступный умысел, согласно отведенной ему преступной роли «курьера», в соответствии с разработанным «организатором» преступным планом, а также под руководством неустановленного лица, выполняющего роль «куратора», используя находящийся при нем сотовый телефон марки ...» (IMEI1 №..., IMEI2 №...) с установленной в нем сим-картой оператора сотовой связи ООО «...» с абонентским номером ..., позволяющий осуществлять доступ в сеть «Интернет», получив сведения о месте жительства ФИО2 №1 и «легенде», осуществил заказ пассажирского такси при помощи приложения «...», направившись по адресу: ..., при этом отправив посредством обмена сообщениями в мессенджере «...» неустановленному лицу – «куратору», использующему в мессенджере «...» аккаунт «...» c именем пользователя ...», сведения о времени, которое необходимо затратить, для того чтобы добраться до места проживания потерпевшей. Далее, ФИО1 в вышеуказанный период времени, действуя совместно и согласованно с неустановленным лицом – «куратором» и другими неустановленными участниками организованной группы, преследуя единый корыстный преступный умысел, направленный на хищение денежных средств граждан путем обмана, реализуя общий для организованной группы преступный план, согласно отведенной ему роли «курьера», прибыл по адресу: ..., о чем посредством обмена сообщениями в мессенджере «...» сообщил неустановленному лицу – «куратору», которое, продолжая координировать действия участников организованной группы, дало указание ФИО1 о необходимости пройти к квартире №... по вышеуказанному адресу. После чего, ФИО1 в вышеуказанный период времени, продолжая реализацию единого корыстного преступного умысла участников организованной группы, прошел по указанию неустановленного лица, выполняющего роль – «куратора» к кв... ..., где получил от ФИО2 №1 пакет, не представляющий материальной ценности, в котором находились наличные денежные средства в сумме 200 000 рублей, а также полотенце, не представляющее материальной ценности для ФИО2 №1, тем самым похитив указанные денежные средства и имущество. Далее, ФИО1, согласно отведенной ему преступной роли «курьера», с похищенными денежными средствами и имуществом с места совершения преступления скрылся, при этом отправив «куратору» посредством обмена сообщениями в мессенджере «...» отчет о выполнении вышеуказанных действий и сумме похищенных денежных средств, а также распорядившись личными вещами, предназначенными для близкого родственника (невестки) ФИО2 №1 по своему усмотрению. Затем, согласно разработанного преступного плана неустановленным лицом – «организатором», и установленного последним размера вознаграждения «курьера» от суммы похищенных денежных средств, неустановленное лицо, выполняющее роль – «куратора», в вышеуказанный период времени, посредством обмена сообщениями в мессенджере «...» дало дальнейшее указание ФИО1 о распоряжении похищенными денежными средствами, а именно об их зачислении на счет банковской карты, подконтрольный «организатору», а также сообщило размер его вознаграждения. После чего, ** ** ** в период времени с 13 часов 38 минут до 13 часов 42 минут, ФИО1, находясь в торгово-развлекательном центре «...», расположенном по адресу: ..., действуя по указанию неустановленного лица, выполняющего роль – «куратора», согласно отведенной ему преступной роли «курьера», посредством банкомата АО «...» совершил зачисление наличных денежных средств в сумме 183 000 рублей на счет банковской карты АО «...» №..., подконтрольный неустановленному лицу – «организатору», и далее, посредством обмена сообщениями в мессенджере «...», сообщил об этом неустановленному лицу, выполняющему роль – «куратора». При этом ФИО1 оставил себе часть похищенных денежных средств в качестве вознаграждения за совершение преступления в сумме 17 000 рублей, определенной «куратором» по указанию «организатора», в дальнейшем распорядившись ими по своему усмотрению. После этого, неустановленное лицо – «организатор», согласно отведенной ему преступной роли, находясь на территории РФ, используя неустановленные технические устройства и средства связи, позволяющие осуществлять доступ в сеть «Интернет», получив сведения от неустановленного лица, выполняющего роль – «куратора», о зачислении наличных денежных средств на счет банковской карты, подконтрольный «организатору», распределило похищенные денежные средства между остальными участниками организованной группы, тем самым распорядившись ими. Таким образом, ФИО1 и неустановленные лица, выполняющие роли – «организатора», «помощников организатора», «операторов call-центра», «куратора», действуя умышленно, совместно и согласовано в составе организованной группы, из корыстных побуждений, с целью личного обогащения, путем обмана ФИО2 №1 похитили у последней денежные средства в сумме 200 000 рублей, а также имущество не представляющее материальной ценности ФИО2 №1, причинив последней значительный материальный ущерб в сумме 200 000 рублей. 4) ** ** ** в период времени с 08 часов 57 минут до 10 часов 01 минуты, неустановленные лица – участники организованной группы, выполняющие роль и обязанности «операторов call-центра», по указанию и под руководством неустановленного лица – «организатора», находясь на территории РФ, с использованием неустановленных технических устройств и средств связи, позволяющих осуществлять телефонные звонки посредством сети «Интернет» и изменять абонентские номера, действуя совместно и согласованно с участниками организованной группы, преследуя единый корыстный преступный умысел, согласно отведенной им преступной роли, осуществили неоднократные телефонные звонки на стационарный абонентский №... оператора связи ПАО ...», находящийся в пользовании ФИО2 №4, проживающей по адресу: ..., а также неоднократные телефонные звонки на абонентский №..., оператора сотовой связи ПАО «...», находящийся в пользовании ФИО2 №4, который последняя сообщила неустановленному лицу – «оператору call-центра» в ходе телефонного разговора по стационарному телефону. При этом, неустановленные лица, выполняющие роль «операторов call-центра», находясь в вышеуказанные период времени и месте, действуя умышленно, из корыстных побуждений, в составе организованной группы, согласно отведенной преступной роли в совершении преступления, в ходе телефонных переговоров с ФИО2 №4, представляясь в ходе разговора с последней юристом, с целью оказания на нее психологического воздействия и введения ФИО2 №4 в состояние сильного душевного волнения, сообщили ей заведомо ложную информацию о том, что ее дочь является участником и виновником ДТП с тяжкими последствиями, в связи с чем дочь может быть привлечена к уголовной ответственности, и, с целью избежания наступления негативных последствий, необходимо передать имеющиеся у ФИО2 №4 наличные денежные средства через посредника – лицо, выполняющее роль «курьера», а также личные вещи для дочери, которые могут ей понадобиться при нахождении в медицинском учреждении. ФИО2 №4, ** ** ** в период времени с 08 часов 57 минут до 10 часов 01 минуты, находясь по месту своего проживания, будучи введенная в заблуждение неустановленными лицами, выполняющими роль «операторов call-центра», в ходе телефонных разговоров, не подозревая о преступном характере действий, совершаемых в отношении нее последними, испытав сильное душевное волнение, связанное с опасением за жизнь и здоровье своей дочери Свидетель №7, восприняла указанные сведения, как правдивую информацию, ввиду чего сообщила информацию об имеющихся у нее наличных денежных средствах в сумме 365 000 рублей, которые она готова передать, и адрес своего места жительства. Далее, неустановленные лица, выполняющие роль «операторов call-центра», находясь в вышеуказанные период времени и месте, при неустановленных обстоятельствах, сообщили неустановленному лицу – «куратору», использующему в мессенджере «...» аккаунт «Bearmаn» с именем пользователя ...», сведения об адресе места жительства ФИО2 №4, сумме наличных денежных средств, которые она готова передать, а также информацию об используемой ими «легенде» при общении с последней, при этом продолжая телефонные разговоры с ФИО2 №4, с целью конспирации преступной деятельности организованной группы, не давая возможности последней осуществить иные телефонные звонки. После чего, неустановленное лицо – «куратор», использующее в мессенджере «...» аккаунт «...» с именем пользователя ...», в вышеуказанный период времени, находясь на территории РФ, действуя совместно и согласованно с участниками организованной группы, преследуя единый корыстный преступный умысел, согласно отведенной ему преступной роли, обладая информацией о потерпевшей, полученной от неустановленных лиц, выполняющих роль «операторов call-центра», а также сведениями о нахождении ФИО1, выполняющего роль «курьера» на территории г. ... Республики Коми, местонахождение которого, с целью реализации преступного плана, предварительно организовано неустановленным лицом, использующим в мессенджере «...» аккаунт «...» имя пользователя не указано, выполняющим роль «помощника организатора», с использованием неустановленных технических устройств и средств связи, позволяющих осуществлять доступ в сеть «Интернет», посредством обмена сообщениями в мессенджере «...», дало указание ФИО1, использующему аккаунт «...» с именем пользователя ...» о необходимости его прибытия к месту жительства ФИО2 №4 по адресу: ..., с целью хищения принадлежащих ей наличных денежных средств, и «легенде», которой необходимо придерживаться при общении, в целях конспирации преступной деятельности организованной группы, а именно представиться водителем ... от .... При этом, неустановленное лицо – «куратор», использующее в мессенджере «...» аккаунт «...» с именем пользователя ...», находясь в вышеуказанные период времени и месте, оставаясь на связи с ФИО1, посредством обмена сообщениями в мессенджере «...», стало координировать его действия и неустановленных лиц, выполняющих роль «операторов call-центра», сообщив последним информацию, что к ФИО2 №4 прибудет участник организованной группы – ФИО1, выполняющий роль и обязанности «курьера». После этого, неустановленные лица, выполняющие роль «операторов call-центра», находясь в вышеуказанные период времени и месте, действуя совместно и согласованно с участниками организованной группы, преследуя единый корыстный преступный умысел, согласно отведенной им преступной роли, продолжая телефонные разговоры, сообщили ФИО2 №4 о необходимости передачи наличных денежных средств и личных вещей для дочери через посредника – «курьера», который прибудет по месту её жительства. Затем ФИО1, в вышеуказанный период времени, находясь на территории г.... Республики Коми, действуя совместно и согласованно с участниками организованной группы, преследуя единый корыстный преступный умысел, согласно отведенной ему преступной роли «курьера», в соответствии с разработанным «организатором» преступным планом, а также под руководством неустановленного лица, выполняющего роль «куратора», используя находящийся при нем сотовый телефон марки «...» (IMEI1 №..., IMEI2 №...) с установленной в нем сим-картой оператора сотовой связи ООО «...» с абонентским номером ..., позволяющий осуществлять доступ в сеть «Интернет», получив сведения о месте жительства ФИО2 №4 и «легенде», осуществил заказ пассажирского такси при помощи приложения «...», направившись по адресу: ..., при этом отправив посредством обмена сообщениями в мессенджере «...» неустановленному лицу – «куратору» использующему в мессенджере «...» аккаунт «...» с именем пользователя ...», сведения о времени, которое необходимо затратить, для того чтобы добраться до места проживания потерпевшей. Далее, ФИО1, в вышеуказанный период времени, действуя совместно и согласованно с неустановленным лицом – «куратором» и другими неустановленными участниками организованной группы, преследуя единый корыстный преступный умысел, направленный на хищение денежных средств граждан путем обмана, реализуя общий для организованной группы преступный план, согласно отведенной ему роли «курьера», прибыл по адресу: ..., о чем посредством обмена сообщениями в мессенджере «...» сообщил неустановленному лицу – «куратору», которое, продолжая координировать действия участников организованной группы, дало указание ФИО1 о необходимости пройти к квартире № ..., по вышеуказанному адресу. После чего, ФИО1, в вышеуказанный период времени, продолжая реализацию единого корыстного преступного умысла участников организованной группы, прошел по указанию неустановленного лица, выполняющего роль – «куратора» к ... ..., где получил от ФИО2 №4 пакет не представляющий материальной ценности, в котором находились наличные денежные средства в сумме 365 000 рублей, а также два полотенца и простынь, не представляющие материальной ценности для ФИО2 №4, тем самым похитив указанные денежные средства и имущество. Далее, ФИО1, согласно отведенной ему преступной роли «курьера», с похищенными денежными средствами и имуществом с места совершения преступления скрылся, при этом отправив «куратору» посредством обмена сообщениями в мессенджере «...» отчет о выполнении вышеуказанных действий и сумме похищенных денежных средств, а также распорядившись личными вещами, предназначенными для дочери ФИО2 №4, по своему усмотрению. Затем, согласно разработанного преступного плана неустановленным лицом – «организатором», и установленного последним размера вознаграждения «курьера» от суммы похищенных денежных средств, неустановленное лицо, выполняющее роль – «куратора», в вышеуказанный период времени, посредством обмена сообщениями в мессенджере «...» дало дальнейшее указание ФИО1 о распоряжении похищенными денежными средствами, а именно об их зачислении на счет банковской карты, подконтрольный «организатору», а также сообщило размер его вознаграждения. После чего, ** ** ** в период времени с 10 часов 02 минут до 10 часов 11 минут, ФИО1, находясь в торгово-развлекательном центре «...», расположенном по адресу: ..., действуя по указанию неустановленного лица, выполняющего роль – «куратора», согласно отведенной ему преступной роли «курьера», посредством банкомата АО «...» совершил зачисление наличных денежных средств в сумме 340 000 рублей на счет банковской карты АО «...» №..., подконтрольный неустановленному лицу – «организатору», и далее, посредством обмена сообщениями в мессенджере «...», сообщил об этом неустановленному лицу, выполняющему роль – «куратора». При этом ФИО1, оставил себе часть похищенных денежных средств в качестве вознаграждения за совершение преступления в сумме 25 000 рублей, определенной «куратором» по указанию «организатора», в дальнейшем распорядившись ими по своему усмотрению. После этого, неустановленное лицо – «организатор», согласно отведенной ему преступной роли, находясь на территории РФ, используя неустановленные технические устройства и средства связи, позволяющие осуществлять доступ в сеть «Интернет», получив сведения от неустановленного лица, выполняющего роль – «куратора», о зачислении наличных денежных средств на счет банковской карты, подконтрольный «организатору», распределило похищенные денежные средства между остальными участниками организованной группы, тем самым распорядившись ими. Таким образом, ФИО1 и неустановленные лица, выполняющие роли – «организатора», «помощников организатора», «операторов call-центра», «куратора», действуя умышленно, совместно и согласовано в составе организованной группы, из корыстных побуждений, с целью личного обогащения, путем обмана ФИО2 №4 похитили у последней денежные средства в сумме 365 000 рублей, а также имущество не представляющее материальной ценности ФИО2 №4, причинив ФИО2 №4 материальный ущерб в крупном размере в сумме 365 000 рублей. 5) ** ** ** в период времени с 11 часов 22 минут до 12 часов 40 минут, неустановленные лица – участники организованной группы, выполняющие роль и обязанности «операторов call-центра», по указанию и под руководством неустановленного лица – «организатора», находясь на территории РФ, с использованием неустановленных технических устройств и средств связи, позволяющих осуществлять телефонные звонки посредством сети «Интернет» и изменять абонентские номера, действуя совместно и согласованно с участниками организованной группы, преследуя единый корыстный преступный умысел, согласно отведенной им преступной роли, осуществили неоднократные телефонные звонки на стационарный абонентский №... оператора связи ПАО «...», находящийся в пользовании ФИО4, проживающей по адресу: .... При этом, неустановленные лица, выполняющие роль «операторов call-центра», находясь в вышеуказанные период времени и месте, действуя умышленно, из корыстных побуждений, в составе организованной группы, согласно отведенной преступной роли в совершении преступления, в ходе телефонных переговоров с ФИО4, представляясь в ходе разговора с последней сотрудником правоохранительных органов, с целью оказания на нее психологического воздействия и введения ФИО4 в состояние сильного душевного волнения, сообщили ей заведомо ложную информацию о том, что ее дочь является участником и виновником ДТП с тяжкими последствиями, в связи с чем ее дочь может быть привлечена к уголовной ответственности, и, с целью избежания наступления негативных последствий, необходимо передать имеющиеся у ФИО4 наличные денежные средства через посредника – лицо, выполняющее роль «курьера». ФИО2 №6, ** ** ** в период времени с 11 часов 22 минут до 12 часов 40 минут, находясь по месту своего проживания, будучи введенная в заблуждение неустановленными лицами, выполняющими роль «операторов call-центра», в ходе телефонных разговоров, не подозревая о преступном характере действий, совершаемых в отношении нее последними, испытав сильное душевное волнение, связанное с опасением за жизнь и здоровье своей дочери ФИО25, восприняла указанные сведения, как правдивую информацию, ввиду чего сообщила информацию об имеющихся у нее наличных денежных средствах в сумме 470 000 рублей, которые она готова передать, и адрес своего места жительства. Далее, неустановленные лица, выполняющие роль «операторов call-центра», находясь в вышеуказанные период времени и месте, при неустановленных обстоятельствах, сообщили неустановленному лицу – «куратору», использующему в мессенджере «...» аккаунт «... с именем пользователя ...», сведения об адресе места жительства ФИО4, сумме наличных денежных средств, которые она готова передать, а также информацию об используемой ими «легенде» при общении с последней, при этом продолжая телефонные разговоры с ФИО4, с целью конспирации преступной деятельности организованной группы, не давая возможности последней осуществить иные телефонные звонки. После чего, неустановленное лицо – «куратор», использующее в мессенджере «...» аккаунт «...» с именем пользователя ...», в вышеуказанный период времени, находясь на территории РФ, действуя совместно и согласованно с участниками организованной группы, преследуя единый корыстный преступный умысел, согласно отведенной ему преступной роли, обладая информацией о потерпевшей, полученной от неустановленных лиц, выполняющих роль «операторов call-центра», а также сведениями о нахождении ФИО1, выполняющего роль «курьера» на территории г. ... Республики Коми, местонахождение которого, с целью реализации преступного плана, предварительно организовано неустановленным лицом, использующим в мессенджере «...» аккаунт «...» имя пользователя не указано, выполняющим роль «помощника организатора», с использованием неустановленных технических устройств и средств связи, позволяющих осуществлять доступ в сеть «Интернет», посредством обмена сообщениями в мессенджере «...», дало указание ФИО1, использующему аккаунт «...» с именем пользователя ...», о необходимости его прибытия к месту жительства ФИО4 по адресу: ..., с целью хищения принадлежащих ей наличных денежных средств, и «легенде», которой необходимо придерживаться при общении, в целях конспирации преступной деятельности организованной группы, а именно представиться водителем ... от следователя ФИО72 ФИО16. При этом, неустановленное лицо – «куратор», использующее в мессенджере «...» аккаунт «...» с именем пользователя ...», находясь в вышеуказанные период времени и месте, оставаясь на связи с ФИО1, посредством обмена сообщениями в мессенджере «...», стало координировать его действия и неустановленных в ходе следствия лиц, выполняющих роль «операторов call-центра», сообщив последним информацию, что к ФИО4 прибудет участник организованной группы – ФИО1, выполняющий роль и обязанности «курьера». После этого, неустановленные лица, выполняющие роль «операторов call-центра», находясь в вышеуказанные период времени и месте, действуя совместно и согласованно с участниками организованной группы, преследуя единый корыстный преступный умысел, согласно отведенной им преступной роли, продолжая телефонные разговоры от имени сотрудника правоохранительных органов, сообщили ФИО4 о необходимости передачи наличных денежных средств через посредника – «курьера», который прибудет по месту её жительства. Затем ФИО1, в вышеуказанный период времени, находясь на территории ..., Республики Коми, действуя совместно и согласованно с участниками организованной группы, преследуя единый корыстный преступный умысел, согласно отведенной ему преступной роли «курьера», в соответствии с разработанным «организатором» преступным планом, а также под руководством неустановленного лица, выполняющего роль «куратора», используя находящийся при нем сотовый телефон марки «...» (IMEI1 №..., IMEI2 №...) с установленной в нем сим-картой оператора сотовой связи ООО «...» с абонентским номером ..., позволяющий осуществлять доступ в сеть «Интернет», получив сведения о месте жительства ФИО4 и «легенде», осуществил заказ пассажирского такси при помощи приложения «...», направившись по адресу: ..., при этом отправив посредством обмена сообщениями в мессенджере «...» неустановленному лицу – «куратору» использующему в мессенджере «...» аккаунт «...» с именем пользователя ...», сведения о времени, которое необходимо затратить, для того чтобы добраться до места проживания потерпевшей. Далее, ФИО1, в вышеуказанный период времени, действуя совместно и согласованно с неустановленным лицом – «куратором» и другими неустановленными участниками организованной группы, преследуя единый корыстный преступный умысел, направленный на хищение денежных средств граждан путем обмана, реализуя общий для организованной группы преступный план, согласно отведенной ему роли «курьера», прибыл по адресу: ..., о чем посредством обмена сообщениями в мессенджере «...» сообщил неустановленному лицу – «куратору», которое, продолжая координировать действия участников организованной группы, дало указание ФИО1 о необходимости пройти к квартире №..., по вышеуказанному адресу. После чего, ФИО1 в вышеуказанный период времени, продолжая реализацию единого корыстного преступного умысла участников организованной группы, прошел по указанию неустановленного лица, выполняющего роль – «куратора» к ..., где получил от ФИО4 наличные денежные средства в сумме 470 000 рублей, тем самым похитив их. Далее, ФИО1, согласно отведенной ему преступной роли «курьера», с похищенными денежными средствами с места совершения преступления скрылся, при этом отправив «куратору» посредством обмена сообщениями в мессенджере «...» отчет о выполнении вышеуказанных действий и сумме похищенных денежных средств. Затем, согласно разработанного преступного плана неустановленным лицом – «организатором», и установленного последним размера вознаграждения «курьера» от суммы похищенных денежных средств, неустановленное лицо, выполняющее роль – «куратора», в вышеуказанный период времени, посредством обмена сообщениями в мессенджере «...» дало дальнейшее указание ФИО1 о распоряжении похищенными денежными средствами, а именно об их зачислении на счет банковской карты, подконтрольный «организатору», а также сообщило размер его вознаграждения. После чего, ** ** ** в период времени с 12 часов 41 минуты до 12 часов 50 минут, ФИО1, находясь в торгово-развлекательном центре «...», расположенном по адресу: ..., действуя по указанию неустановленного лица, выполняющего роль – «куратора», согласно отведенной ему преступной роли «курьера», посредством банкомата АО «...» совершил зачисление наличных денежных средств в сумме 438 000 рублей на счет банковской карты АО «...» №..., подконтрольный неустановленному лицу – «организатору», и далее, посредством обмена сообщениями в мессенджере «...», сообщил об этом неустановленному лицу, выполняющему роль – «куратора». При этом ФИО1 оставил себе часть похищенных денежных средств в качестве вознаграждения за совершение преступления в сумме 32 000 рублей, определенной «куратором» по указанию «организатора», в дальнейшем распорядившись ими по своему усмотрению. После этого, неустановленное лицо – «организатор», согласно отведенной ему преступной роли, находясь на территории РФ, используя неустановленные технические устройства и средства связи, позволяющие осуществлять доступ в сеть «Интернет», получив сведения от неустановленного лица, выполняющего роль – «куратора», о зачислении наличных денежных средств на счет банковской карты, подконтрольный «организатору», распределило похищенные денежные средства между остальными участниками организованной группы, тем самым распорядившись ими. Таким образом, ФИО1 и неустановленные лица, выполняющие роли – «организатора», «помощников организатора», «операторов call-центра», «куратора», действуя умышленно, совместно и согласовано в составе организованной группы, из корыстных побуждений, с целью личного обогащения, путем обмана ФИО4 похитили у последней денежные средства в сумме 470 000 рублей, причинив ФИО4 материальный ущерб в крупном размере в сумме 470 000 рублей. 6) ** ** ** в период времени с 11 часов 28 минут до 13 часов 11 минут, неустановленные лица – участники организованной группы, выполняющие роль и обязанности «операторов call-центра», по указанию и под руководством неустановленного лица – «организатора», находясь на территории РФ, с использованием неустановленных технических устройств и средств связи, позволяющих осуществлять телефонные звонки посредством сети «Интернет» и изменять абонентские номера, действуя совместно и согласованно с участниками организованной группы, преследуя единый корыстный преступный умысел, согласно отведенной им преступной роли, осуществили неоднократные телефонные звонки на стационарный абонентский №... оператора связи ПАО «...», находящийся в пользовании ФИО2 №5, проживающей по адресу: .... При этом, неустановленные лица, выполняющие роль «операторов call-центра», находясь в вышеуказанные период времени и месте, действуя умышленно, из корыстных побуждений, в составе организованной группы, согласно отведенной преступной роли в совершении преступления, в ходе телефонных переговоров с ФИО2 №5, представляясь в ходе разговора с последней сотрудником правоохранительных органов, с целью оказания на нее психологического воздействия и введения ФИО2 №5 в состояние сильного душевного волнения, сообщили ей заведомо ложную информацию о том, что ее дочь является участником и виновником ДТП с тяжкими последствиями, в связи с чем ее дочь может быть привлечена к уголовной ответственности, и, с целью избежания наступления негативных последствий, необходимо передать имеющиеся у ФИО2 №5 наличные денежные средства через посредника – лицо, выполняющее роль «курьера», а также личные вещи для дочери, которые могут ей понадобиться при нахождении в медицинском учреждении. ФИО2 №5, ** ** ** в период времени с 11 часов 28 минут до 13 часов 11 минут, находясь по месту своего проживания, будучи введенная в заблуждение неустановленными лицами, выполняющими роль «операторов call-центра», в ходе телефонных разговоров, не подозревая о преступном характере действий, совершаемых в отношении нее последними, испытав сильное душевное волнение, связанное с опасением за жизнь и здоровье своей дочери Свидетель №11, восприняла указанные сведения, как правдивую информацию, ввиду чего сообщила информацию об имеющихся у нее наличных денежных средствах в сумме 500 000 рублей, которые она готова передать, и адрес своего места жительства. Далее, неустановленные лица, выполняющие роль «операторов call-центра», находясь в вышеуказанные период времени и месте, при неустановленных обстоятельствах, сообщили неустановленному лицу – «куратору», использующему в мессенджере «...» аккаунт «... с именем пользователя ...», сведения об адресе места жительства ФИО2 №5, сумме наличных денежных средств, которые она готова передать, а также информацию об используемой ими «легенде» при общении с последней, при этом продолжая телефонные разговоры с ФИО2 №5, с целью конспирации преступной деятельности организованной группы, не давая возможности последней осуществить иные телефонные звонки. После чего, неустановленное лицо – «куратор», использующее в мессенджере «...» аккаунт «...» с именем пользователя ...», в вышеуказанный период времени, находясь на территории РФ, действуя совместно и согласованно с участниками организованной группы, преследуя единый корыстный преступный умысел, согласно отведенной ему преступной роли, обладая информацией о потерпевшей, полученной от неустановленных лиц, выполняющих роль «операторов call-центра», а также сведениями о нахождении ФИО1, выполняющего роль «курьера» на территории ... Республики Коми, местонахождение которого, с целью реализации преступного плана, предварительно организовано неустановленным лицом, использующим в мессенджере «...» аккаунт «...» имя пользователя не указано, выполняющим роль «помощника организатора», с использованием неустановленных технических устройств и средств связи, позволяющих осуществлять доступ в сеть «Интернет», посредством обмена сообщениями в мессенджере «...», дало указание ФИО1, использующему аккаунт «...» с именем пользователя ...», о необходимости его прибытия к месту жительства ФИО2 №5 по адресу: ..., с целью хищения принадлежащих ей наличных денежных средств, и «легенде», которой необходимо придерживаться при общении, в целях конспирации преступной деятельности организованной группы, а именно представиться водителем ... от следователя ФИО74 ФИО16. При этом, неустановленное лицо – «куратор», использующее в мессенджере «...» аккаунт «...» с именем пользователя ...», находясь в вышеуказанные период времени и месте, оставаясь на связи с ФИО1, посредством обмена сообщениями в мессенджере «...», стало координировать его действия и неустановленных лиц, выполняющих роль «операторов call-центра», сообщив последним информацию, что к ФИО2 №5 прибудет участник организованной группы – ФИО1, выполняющий роль и обязанности «курьера». После этого, неустановленные лица, выполняющие роль «операторов call-центра», находясь в вышеуказанные период времени и месте, действуя совместно и согласованно с участниками организованной группы, преследуя единый корыстный преступный умысел, согласно отведенной им преступной роли, продолжая телефонные разговоры от имени сотрудника правоохранительных органов, сообщили ФИО2 №5 о необходимости передачи наличных денежных средств и личных вещей для дочери через посредника – «курьера», который прибудет по месту её жительства. Затем ФИО1, в вышеуказанный период времени, находясь на территории г.ФИО75 Республики Коми, действуя совместно и согласованно с участниками организованной группы, преследуя единый корыстный преступный умысел, согласно отведенной ему преступной роли «курьера», в соответствии с разработанным «организатором» преступным планом, а также под руководством неустановленного лица, выполняющего роль «куратора», используя находящийся при нем сотовый телефон марки «...» (IMEI1 №..., IMEI2 №...) с установленной в нем сим-картой оператора сотовой связи ООО «...» с абонентским номером ..., позволяющий осуществлять доступ в сеть «Интернет», получив сведения о месте жительства ФИО2 №5 и «легенде», осуществил заказ пассажирского такси при помощи приложения «...», направившись по адресу: ..., при этом отправив посредством обмена сообщениями в мессенджере «...» неустановленному лицу – «куратору», использующему в мессенджере «...» аккаунт «...» с именем пользователя ...», сведения о времени, которое необходимо затратить, для того чтобы добраться до места проживания потерпевшей. Далее, ФИО1, в вышеуказанный период времени, действуя совместно и согласованно с неустановленным лицом – «куратором» и другими неустановленными участниками организованной группы, преследуя единый корыстный преступный умысел, направленный на хищение денежных средств граждан путем обмана, реализуя общий для организованной группы преступный план, согласно отведенной ему роли «курьера», прибыл по адресу: ..., о чем посредством обмена сообщениями в мессенджере «...» сообщил неустановленному лицу – «куратору», которое, продолжая координировать действия участников организованной группы, дало указание ФИО1 о необходимости пройти к квартире № ..., по вышеуказанному адресу. После чего, ФИО1 в вышеуказанный период времени, продолжая реализацию единого корыстного преступного умысла участников организованной группы, прошел по указанию неустановленного лица – «куратора» к ..., где получил от ФИО2 №5 пакет, не представляющий материальной ценности, в котором находились наличные денежные средства в сумме 500 000 рублей, а также полотенце, простынь и наволочка, не представляющие материальной ценности для ФИО2 №5, тем самым похитив указанные денежные средства и имущество. Далее, ФИО1, согласно отведенной ему преступной роли «курьера», с похищенными денежными средствами и имуществом с места совершения преступления скрылся, при этом отправив «куратору» посредством обмена сообщениями в мессенджере «...» отчет о выполнении вышеуказанных действий и сумме похищенных денежных средств, а также распорядившись личными вещами, предназначенными для дочери ФИО2 №5 по своему усмотрению. Затем, ** ** ** в период времени с 13 часов 12 минут до 13 часов 44 минут, согласно разработанного преступного плана неустановленным лицом – «организатором», и установленного последним размера вознаграждения «курьера» от суммы похищенных денежных средств, неустановленное лицо, выполняющее роль – «куратора», посредством обмена сообщениями в мессенджере «...» дало дальнейшее указание ФИО1 о распоряжении похищенными денежными средствами, а именно об их зачислении на счет банковской карты, подконтрольный «организатору», а также сообщило размер его вознаграждения. После чего, ** ** ** в период времени с 13 часов 45 минут до 18 часов 55 минут, ФИО1, находясь в торгово-развлекательном центре «...», расположенном по адресу: ..., действуя по указанию неустановленного лица, выполняющего роль – «куратора», согласно отведенной ему преступной роли «курьера», посредством банкомата АО «...» должен был совершить зачисление и перевод денежных средств принадлежащих ФИО2 №5, на подконтрольные «организатору» счета банковских карт, однако не смог осуществить перевод денежных средств, так как был задержан сотрудниками полиции. Таким образом, ФИО1 и неустановленные лица, выполняющие роли – «организатора», «помощников организатора», «операторов call-центра», «куратора», действуя умышленно, совместно и согласовано в составе организованной группы, из корыстных побуждений, с целью личного обогащения, путем обмана ФИО2 №5 похитили у последней денежные средства в сумме 500 000 рублей, а также имущество не представляющее материальной ценности ФИО2 №5, причинив ФИО2 №5 материальный ущерб в крупном размере в сумме 500 000 рублей. Подсудимый ФИО1 в судебном заседании вину в совершении инкриминируемых ему преступлений признал в полном объеме, в содеянном раскаялся, и суду показал, что на «...» он искал работу, увидел рекламу, это была работа курьером по получению и передаче денежных средств. Ему написал пользователь с ником то ли ..., то ли ..., как точно представился не помнит, предложил работу. Его задача была придти, забрать денежные средства и затем отдать их. Его просили скинуть фотографию паспорта, также он сказал свой домашний адрес и номер телефона. Это было в ** ** ** года. Тогда на работе у него были проблемы, нужны были средства, чтобы закрыть кредиты, также оформлял банкротство. Когда не было работы на основной его работе, заказ приходил и он выезжал на адрес, указанный ему в сообщении, забирал деньги, затем клал денежные средства в банкомат, отсчитывал от общей суммы 5%, остальные переводил на указанный ему счет. Все указания от куратора он получал в мессенджере, куратор говорил адрес, он в поисковике «...» вводил адрес и расстояние до него, сколько времени будет ехать машина. Надо было обязательно сделать скриншот и отправить, то есть за сколько времени ему необходимо добраться до адреса, и как только куратор говорил выдвигаться, он выдвигался. Он общались только с одним человеком. Он должен был говорить тем людям, у которых получал денежные средства, что он «курьер ..., приехал забрать посылку для следователя». После первого раза он понял, что это незаконная деятельность. Так он трудился два дня, ** ** ** и ** ** **. На второй день его задержали, а телефон изъяли. ** ** ** он ответил на предложение, проходил верификацию, ** ** ** приступил к работе. Меры конспирации с ним обговаривались, а именно деньги необходимо считать в безлюдном месте, маска на усмотрение, очки, капюшон. Им были совершены преступления в .... Денежные средства он забирал у людей пожилого возраста женского пола. 1 сумма была получена 400 000 рублей, 2 сумма - 200 000 рублей, потом 200 000 рублей, затем 365 000 рублей, 470 000 рублей, и 500 000 рублей. В последний раз когда он забрал денежные средства у потерпевшей, деньги он не успел положить в банкомат, так как подошел человек, который его задержал. У него с собой были денежные средства – это его заработок 5%, и 500 000 рублей. Все денежные средства, которые у него были при себе, были заработаны преступным путем. За первый день куратор всю переписку удалил, он сам ничего не удалял, осталась переписка только за второй день. В порядке п.1 ч.1 ст. 276 УПК РФ были оглашены показания ФИО1, данные им в ходе предварительного следствия в качестве подозреваемого и обвиняемого (т...), подтвержденные им в суде, из которых следует, что на момент совершения преступлений он пользовался имеющимся у него сотовым телефоном «...», с установленной в нем сим-картой ... оператора «...». В его телефоне установлено приложение «...», в котором у него имеется аккаунт, к которому привязан абонентский №..., имя аккаунта ...). ** ** ** он, находясь дома по своему месту жительства, желая найти работу и заработать денег, так как в этом месяце ему дали маленькую зарплату, он стал искать подработку в интернете. Он ввел в мессенджере «...» в поисковике «...» и увидел рекламу работы курьером наличных денежных средств. Он поставил под постом «лайк». Когда устраивался на работу переписывался с двумя аккаунтами, первый из которых был ..., который ему непосредственно описывал то, чем и как он будет заниматься, то есть проводил с ним инструктаж и обучал его, что именно и как он должен делать, то есть должен был действовать строго указаниям, которые ему поступали в сообщениях. Его роль была ехать на адрес, далее по сообщенному ему адресу в сообщениях звонить в домофон, и с квартиры забирать деньги. Также он должен был выбрасывать так называемый хлам, согласно инструкции, который передавался вместе с деньгами (пакеты, полотенца, постельное белье и прочее), что соответственно и делал. Когда забирал деньги, он должен был выйти из подъезда на некоторое расстояние, пересчитать их, отписаться, после чего ехать к банкомату и класть на свою банковскую карту, а затем с нее переводить на другие банковские карты, реквизиты которых сообщат работодатели в «...». Ему объяснили, что данные денежные средства это деньги от высокопоставленных людей, часто для суда, то есть взятка. В тот момент он понял, что данный вид заработка является незаконным, но согласился, так как он нуждался в денежных средствах. Его долю каждый раз рассчитывали в сообщении. После чего ждать новую заявку. При этом для конспирации ему в инструкции было указано использовать очки, либо медицинскую маску, либо капюшон, либо бейсболку, а также иметь при себе сумку или рюкзак, чтобы туда можно было положить вещи. Он носил маску на подбородке медицинскую, когда ходил по квартирам, однако может не всегда маску использовал. На голове бейсболка, рюкзак был при нем, в который он и складывал пакеты и деньги, которые ему передавали. Также ему были даны указания по передвижению на такси. Использовать разные службы такси до адреса, и с адреса другое такси, вызывать такси не к самому адресу, а рядом, уезжать также. Однако не всегда так делал. К своему месту жительства такси не вызывать. После чего ему пришло сообщение с аккаунта «...», что далее переписка будет с аккаунтом «...». После чего ... запрашивал его паспортные данные. Ему было необходимо отправить фотографию паспорта, фотографию паспорта с лицом, скриншоты личного кабинета АО «...», а также записать видео с адресом около его дома. С ** ** ** по ** ** ** вел переписку с ... и .... На него ** ** ** оформлена банковская карта «...», договор №..., карта №..., а также дополнительная карта №.... Пользовался он банковской картой №.... При оформлении на данную работу ему куратор сказал использовать карту банка «...». После этого у него была переписка с аккаунтом который непосредственно был его куратором, который давал все дальнейшие указания. Его перевели на пользователя с ником «...», который начал давать ему заказы. «...» ему давал данные человека, а именно адрес, после чего он вызывал такси и направлялся по указанному ему адресу. ** ** ** около 09 часов 30 минут находясь у ТРЦ «...», расположенном в д. ..., согласно полученному сообщению в интернет-мессенджере «...» с аккаунта «...» поступил заказ проехать к д. .... ..., где он забрал денежные средства в сумме 400 000 рублей. Пожилая женщина ему отдала полимерный пакет, который он убрал в рюкзак. После чего он вышел из подъезда, нашел не очень людное место на улице, где осмотрел содержимое пакета. В пакете находилось постельное белье, полотенца. Он пересчитал деньги, и отправил пользователю «...» видеосообщение о наличие денег и сумме. Пакет с вещами он выбросил в мусорный контейнер. Умысла на хищение пакета с постельным бельем и полотенцами у него не было. Далее он получил указание в сообщении в интернет-мессенждере «...» с аккаунта «...» последовать в банкомат «...», расположенный в гипермаркете «...», расположенный в ..., где, используя свою банковскую карту «...», пополнил счет своей банковской карты на сумму 370 000 рублей, 30 000 рублей оставил себе наличными, каждый раз суммы, которые оставлял себе, прописывались в сообщениях с аккаунта «...». Это был его заработок от этой суммы. Когда он пополнил счет своей банковской карты, ему пришло сообщение в интернет-мессенджере «...» с аккаунта «...», что должен был их перевести на счет банковской карты, указанной в сообщении, что он соответственно и сделал. Время было примерно около 11 часов 00 минут ** ** **. После чего, ему снова поступил заказ в интернет-мессенждере «...» с аккаунта «...» о том, что необходимо забрать денежные средства с адреса: .... Ранее указывал адрес: .... Это ошибочно, в ходе проверки показаний на месте адрес был установлен: .... С этого адреса у пожилой женщины он забрал денежные средства в сумме 200 000 рублей, которые она ему передала в полимерном пакете, в котором также находились простынь и полотенце. Пакет с содержимым он положил в рюкзак. Снова отойдя в не очень людное место, он осмотрел содержимое пакета, достал деньги, пересчитал. Отправил видеосообщение «...», с подтверждением суммы денежных средств, затем выбросил пакет с содержимым в мусорный контейнер. Умысла на хищение пакета с содержимым не было. После чего получив сообщение с указанием адреса в интернет-мессенджере «...» с аккаунта «...» он направился пешком в банкомат «... ...», расположенный в магазине «...» в ..., где используя свою банковскую карту «...», пополнил счет своей банковской карты на сумму 183 000 рублей, 17 000 рублей оставил себе наличными, это был его заработок от этой суммы. Когда он пополнил счет своей банковской карты, по сообщению, в интернет-мессенджере «...» с аккаунта «...» должен был их перевести на счет банковской карты, указанной в сообщении, что он соответственно и сделал. Время было примерно около 12 часов 00 минут ** ** **. После чего, ему снова поступил заказ в интернет-мессенджере «...» с аккаунта «...» о том, что необходимо забрать денежные средства с адреса: ... по Школьному переулку .... Он снова пешком направился по указанному адресу. С этого адреса он у пожилой женщины забрал денежные средства в сумме 200 000 рублей, которые она ему передала в полимерном пакете, в котором находилось полотенце и в него были завернуты денежные средства в сумме 200 000 рублей. Пакет с содержимым он положил в рюкзак, после чего отошел в нелюдное место, где осмотрел содержимое пакета, пересчитал деньги, записал видеосообщение пользователю «...» с подтверждением о наличии денежных средств. Пакет с содержимым выбросил в мусорный контейнер. Умысла на хищение пакета с содержимым не было. Далее поступило сообщение в интернет-мессенджере «...» с аккаунта «...», что он должен проехать в банкомат «...», расположенный в ТРЦ «...» по адресу: .... Находясь неподалеку от ..., он со своего сотового телефона в приложении «...» вызвал такси и поехал в ТРЦ «...», где находясь у банкомата «...», используя свою банковскую карту «...», пополнил счет своей банковской карты на сумму 180 000 рублей и еще на сумму 5 000 рублей, 17 000 рублей оставил себе, это был его заработок от этой суммы. Когда он пополнил счет своей банковской карты, по сообщению, в интернет-мессенждере «...» с аккаунта «...» должен был их перевести на счет банковской карты, указанной в сообщении, что он соответственно и сделал и 183 000 рублей перевел на указанный в сообщении счет или номер карты. Время было около 14 часов 00 минут ** ** **. ** ** ** он находился в поликлинике №... по .... Около 09 часов 00 минут ** ** ** ему снова поступил заказ в интернет-мессенджере «...» с аккаунта «...» о том, что необходимо забрать денежные средства с адреса: .... Он вызвал такси и поехал по указанному адресу. С этого адреса у пожилой женщины забрал денежные средства в сумме 365 000 рублей, которые она ему передала в полимерном пакете, в котором находилось постельное белье и полотенца и в него были завернуты денежные средства в сумме 365 000 рублей. Пакет с содержимым он положил в рюкзак. Далее он нашел безлюдное место, где осмотрел содержимое пакета, достал деньги, пересчитал, отправил сообщение «...» о том, что деньги у него. Пакет с содержимым не выбросил, оставил в рюкзаке. Умысла на хищение пакета и полотенец и постельного белья у него не было. Далее ему пришло сообщение в интернет-мессенджере «...» с аккаунта «...», что он должен направиться в банкомат «...», расположенный в ТРЦ «...» по адресу: .... Он пешком пошел в ТРЦ «...», где находясь у банкомата «...», используя свою банковскую карту «...», пополнил счет своей банковской карты на сумму 340 000 рублей двумя операциями (325 000 рублей и 15 000 рублей), 25 000 рублей оставил себе, это был его заработок от этой суммы. Когда пополнил счет своей банковской карты, в интернет-мессенждере «...» с аккаунта «...» пришло сообщение, что он должен был их перевести на счет банковской карты, указанной в сообщении, что он соответственно и сделал и 340 000 рублей перевел на указанный в сообщении счет или номер карты. После чего, находясь в районе ..., около 12 часов 00 минут ** ** ** ему снова поступил заказ в интернет-мессенджере «...» с аккаунта «...» о том, что необходимо забрать денежные средства по адресу: .... Он вызвал такси и поехал по указанному адресу. С этого адреса у пожилой женщины забрал денежные средства в сумме 470 000 рублей, которые она передала завернутыми в бумагу, которые он положил в рюкзак. Далее он нашел безлюдное место, где достал деньги, пересчитал, отправил сообщение «...», подтвердив, что деньги у него. После чего ему пришло сообщение, что необходимо направиться в банкомат «...», расположенный в ТРЦ «...» по адресу: .... Он вызвал такси, отойдя немного от этого адреса, и на такси поехал по указанному адресу. Находясь у банкомата «...», используя свою банковскую карту «...», пополнил счет своей банковской карты на сумму 440 000 рублей и 438 000 рублей он перевел по указанным в сообщении от «...» реквизитам. 32 000 рублей оставил себе, это был его заработок от этой суммы. После этого, ему снова поступил заказ, около 13 часов 00 минут ** ** ** в интернет-мессенджере «...» с аккаунта «...» о том, что необходимо забрать денежные средства по адресу: .... Он вызвал такси и поехал по указанному адресу. С этого адреса у пожилой женщины забрал денежные средства в сумме 500 000 рублей, которые она передала в пакете с полотенцем, постельным бельем, которые он положил в рюкзак. Далее нашел безлюдное место, где достал деньги, пересчитал, отправил сообщение пользователю «...» о том, что деньги у него. Пакет с содержимым он оставил в рюкзаке, так как не успел выбросить, умысла на хищение пакета с содержимым у него не было. После чего ему пришло сообщение, что необходимо направиться в банкомат «...», расположенный в ТРЦ «...» по адресу: .... Он вызвал такси, отойдя немного от этого адреса, и на такси поехал по указанному адресу. Находясь у банкомата «...», не успев пополнить счет своей банковской карты и перевести денежные средства, около 14 часов 00 минут ** ** ** в цокольном этаже к нему подошли сотрудники полиции и его задержали. В ходе выемки добровольно выдал 500 000 рублей, а также денежные средства в сумме 14400 рублей, которые у него находились в кармане его брюк и 84100 рублей, эти денежные средства находились в его рюкзаке. Следователем ему была предоставлена выписка АО «...» по его банковской карте №..., в которой представлены цветные фотоизображения лица в момент пополнения банковской карты по вышеуказанным операциям с вышеуказанной банковской карты. На фотографиях, датированными ** ** ** изображен он, на голове бейсболка темного цвета, одет в кофту бордового цвета, под ней виднеется футболка белого цвета, виднеются лямки черного цвета от рюкзака, надетого на спину. На фотографиях, датированными ** ** ** изображен он, на голове бейсболка темного цвета, одет в кофту черного цвета, виднеются лямки черного цвета от рюкзака, надетого на спину. Сведения о заказах, адресах, суммах, данных лиц, кто именно должен был передавать денежные средства, узнавал из сообщений, поступающих ему в интернет-мессенджере «...» с аккаунта «...». Он выполнял все указания, которые были указаны в сообщениях и строго им следовал. При этом, он постоянно писал сообщения, то есть отчет о том, где находится, скидывал геолокацию, отчет о получении денежных средств, о сумме, сведения о банкоматах, о переводе денежных средств на реквизиты, которые ему указывались в сообщениях. Переписка в интернет-мессенджере «...» за ** ** ** с пользователем аккаунта «...» удалена. Он сам не удалял, удалил чат пользователь с аккаунтом «...». За ** ** ** переписка с пользователем аккаунта «...» есть в его телефоне. В переписке в интернет-мессенджере «...» он должен был представляться потерпевшим – ... от следователя Виктора ФИО16. Вину признает в полном объеме, в содеянном раскаивается, принес извинения потерпевшей стороне. Виновность ФИО1 в совершении преступлений подтверждается следующими доказательствами: Показаниями потерпевшей ФИО2 №2, данными в ходе предварительного следствия, оглашенными в порядке ч.1 ст. 281 УПК РФ (т...), из которых следует, что по адресу: г. ... проживает одна. ** ** ** около 09 часов 00 минут на стационарный номер телефона ... поступил звонок. С ней стал разговаривать мужчина, он представился сотрудником МВД. Тот сообщил о том, что ее внучка Свидетель №1 попала в ДТП, та переходила дорогу в неположенном месте, также в этот момент по дороге ехала за рулем автомобиля девушка по имени ФИО9, которая во избежание столкновения с ее внучкой, развернула автомобиль, в связи с чем пострадала и находится в реанимации. После этого он сообщил ей, что на лечение девушки необходимо заплатить 900 000 рублей, чтоб на ее внучку не написали заявление и не возбудили уголовное дело и спросил у нее, сможет ли она дать данные денежные средства. У нее дома имелись свои сбережения в размере 400 000 рублей, о чем она сообщила мужчине. После этого он сказал, что данной суммы также может хватить и попросил ее, чтобы она собрала указанные денежные средства, а также вещи в больницу для ФИО9 и что за ними приедет доверенное лицо. Она собрала деньги в размере 400 000 рублей, постельное белье голубого цвета, два полотенца серого цвета и положила их в белый пакет с надписью «...». Простыня и наволочка, два полотенца и полиэтиленовый пакет материальной ценности для нее не представляют. Деньги по велению мужчины она положила между полотенцами и постельным. Примерно через 30 минут в ее домофон позвонили. Адрес свой она говорила мужчине ранее. Когда она ответила на домофон и спросила, то ей ответил мужчина, что он за деньгами. Когда он поднялся, то она впустила его в прихожую и отдала ему пакет, который он убрал в свой рюкзак. Мужчина на вид около 30 лет, небольшого роста, около 160 см., худощавый, с прямым тонким носом, одет был в серую куртку-ветровку, тёмные брюки не в обтяжку, под курткой была футболка или кофта серого цвета на несколько тонов светлее, бейсболку, за спиной рюкзак. После того, как мужчина забрал пакет, то он сразу ушел. Через некоторое время ей позвонила ее внучка Свидетель №1, которой она все рассказала. Та сообщила, что ни в какое ДТП она не попадала и ее обманули мошенники. Позвонить Свидетель №1 она не могла, так как была постоянно на связи с мошенниками. Кроме домашнего, ей звонили на сотовый №... с абонентских номеров +..., +..., +..., +... Ей причинен материальный ущерб в размере 400 000 рублей. Показаниями свидетеля Свидетель №1, данными в ходе предварительного следствия, оглашенными в порядке ч.1 ст. 281 УПК РФ (т...), из которых следует, что у нее есть бабушка ФИО2 №2, которая проживает по адресу: .... В квартире установлен стационарный телефон с номером телефона .... Сотовый телефон кнопочный обычный, с номером телефона .... Данная сим-карта оформлена на нее, данной сим-картой пользуется бабушка. ** ** ** она ждала звонка той около 10 часов, но та ей так и не позвонила. Не дождавшись звонка, она решила сама той позвонить, однако телефон сотовый был постоянно занят. В конечном итоге она дозвонилась до бабушки. В ходе разговора бабушка спросила у нее, получила ли она денежные средства. Бабушка ей рассказала о том, что той позвонил на стационарный номер телефона мужчина сотрудник МВД и сказал, что она (Свидетель №1). попала в дорожно-транспортное происшествие с пострадавшими, а именно, что ее сбила автомашина, виновата была в этом она, а девушка по имени ФИО9, которая была за рулем тоже пострадала, и попросили 900 000 рублей на операцию ей и девушке водителю, и, также как она поняла со слов своей бабушки, той звонили еще и на номер сотового телефона. Как ей стало известно, что та сама сообщила звонящему мужчине, что у той есть 400 000 рублей. Мужчина, который звонил, сказал, что за деньгами приедет курьер, попросил деньги завернуть в простынь. Примерно через какое-то время за деньгами в квартиру пришел мужчина, сказал, что пришел за деньгами. Адрес свой бабушка сама назвала звонящему мужчине по телефону. Бабушка передала мужчине денежные средства в сумме 400 000 рублей, завернутые в постельное белье и полотенца и полимерный пакет. Мужчина положил пакет с деньгами в свой рюкзак, после чего ушел. Она сразу поняла, что бабушку обманули мошенники, и позвонила в полицию со своего номера телефона ... ** ** ** в 11 часов 45 минут. Ни в каком дорожно-транспортном происшествии она не была, никого не просила забирать у бабушки денежные средства и передавать их кому-либо, в больнице не была. Денежные средства та передала около 11 часов 00 минут ** ** **. Показаниями потерпевшей ФИО3, данными в ходе предварительного следствия, оглашенными в порядке ч.1 ст. 281 УПК РФ (т....), из которых следует, что ** ** ** ей на стационарный телефон №... поступил звонок. Звонила девушка, представилась ее дочерью и пояснила, что попала в ДТП, в результате чего пострадало посторонние лицо, далее та передала телефон якобы следователю. Преступники позвонили ей на стационарный телефон с номером 62-69-21. Звонил мужчина, который представился сотрудником полиции, сообщил, что ее дочь Свидетель №5 переходила дорогу вне положенном месте, ту сбила автомашина, находится в больнице, по вине той произошло ДТП, второй участник из-за ее дочери перевернулся на машине и получил очень тяжелые травмы. Для того, чтобы не возбудить уголовное дело в отношении дочери нужно заплатить 900 000 рублей, родители девушки, которая была за рулем, не против, чтобы она заплатила деньги. В ходе разговора следователь пояснил, что дочери грозит уголовная ответственность, но если возместить ущерб, уголовное дело будет прекращено. У нее дома хранились денежные средства в сумме 200 000 рублей, о чем она сообщила следователю в ходе разговора. Тот ей пояснил, что скоро к ней приедет курьер и заберет денежные средства. Также он сказал собрать пакет, в который положить простынь и полотенце, а также денежные средства, что она и сделала. Около 09 часов 25 минут к ней пришел курьер, одетый в черную толстовку, в бежевые штаны, выглядел примерно на 20 лет. Парню курьеру она передала деньги, завернутые в полотенце и простынь. Пакет, в который она положила деньги, простынь и полотенце материальной ценности для нее не представляют. Она ему передала пакет и он ушел. Около 12 часов 30 минут она позвонила дочери, и та ей сказала, что с той все в порядке. В этот момент она поняла, что ее обманули мошенники. Ей причинен ущерб на сумму 200 000 рублей. Данный ущерб является для нее значительным, поскольку ее единственный доход – пенсия в сумме 45 000 рублей ежемесячно. Сотрудники полиции показали ей фотографию молодого человека, в котором она узнала парня, который ** ** ** забирал у нее деньги а именно ФИО1 Показаниями свидетеля Свидетель №5, данными в ходе предварительного следствия, оглашенными в порядке ч.1 ст. 281 УПК РФ (т...), из которых следует, что ** ** ** в 11.30 ей поступил звонок от мамы ФИО3, которая была встревожена. Мама спросила у нее, где она находится, все ли с ней хорошо. Сказала, что ей позвонили и сообщили, что она в аварию попала. Она маме сказала, что с ней все в порядке, в аварию не попадала. Мама рассказала ей, что той сообщили, что она в аварию попала, что нужно деньги заплатить, чтобы уголовное дело не заводить, что мама и сделала, отдала 200 000 рублей. Она ей сразу сказала, что ее обманули, это мошенники. Показаниями потерпевшей ФИО2 №1, данными в ходе предварительного следствия, оглашенными в порядке ч.1 ст. 281 УПК РФ (т...), из которых следует, что она проживает по адресу: ... совместно с супругом ФИО26 ** ** ** около 12 часов 00 минут ей на стационарный номер телефона ... поступил звонок. Когда она ответила на звонок, то с ней стал разговаривать мужчина, который сообщил ей, что является следователем. После этого он сообщил ей о том, что ее дочь ФИО8 попала в ДТП. У нее есть сноха Свидетель №3, к которой она относится как к дочери, и поэтому она решила о том, что речь идет именно о ней. После этого мужчина сообщил о самом ДТП, а именно, что ФИО8 переходила дорогу в неположенном месте и ее задел автомобиль, который в это время двигался по дороге. За рулем автомобиля находилась девушка по имени ФИО27, которая погибла, а ФИО8 получила травмы. После этого мужчина сообщил ей, что для того, чтобы в отношении ФИО8 не возбудили уголовное дело, нужно возместить компенсацию перед родителями девушки. Она сообщила, что у нее есть около 200 000 рублей. На это мужчина сказал ей, что данной суммы может хватить, после чего сказал ей собирать данные денежные средства, а также положить предметы первой необходимости, а именно полотенце, в которое и завернуть денежные средства. После этого она положила в пакет денежные средства в размере 200 000 рублей, которые перед этим она завернула в полотенце с рисунком. После этого мужчина спросил у нее адрес, который она ему продиктовала и сказал дождаться водителя, который приедет к ней домой и заберет пакет. Она при этом продолжала быть на связи с данным мужчиной. Через какое-то время в домофон позвонили, и она вышла на лестничную площадку. В это время к ней подошел мужчина на вид около 30 лет, невысокого роста, худощавого телосложения, с неприметной, невзрачной внешностью, одетый в темную одежду. Она передала данному мужчине пакет с денежными средствами и полотенцем, после этого он сразу ушел. После этого она зашла обратно домой. Произошло все это около 14 часов 00 минут. Через какое-то время к ней домой пришла ФИО8, которой она сообщила про телефонные звонки и что она передала мужчине денежные средства. Та ей сообщила, что ни в какое ДТП она не попадала. Она поняла, что ее обманули мошенники. Ей причинен материальный ущерб в размере 200 000 рублей, данный ущерб для нее значительный. Она получает пенсию в размере 21 000 рублей, супруг получает пенсию в размере 25 000 рублей. Выплачивает коммунальные услуги в размере 4000-5000 рублей. Мужчина спросил у нее номер сотового телефона, на что она продиктовала по его просьбе номер телефона .... Данный номер телефона оператора «...» оформлен на ее внучку ФИО28, пользуется она сим-картой длительное время. После того, как она продиктовала номер телефона, ей на сотовый телефон позвонили с номера телефона в 12:07 ** ** ** +..., в 12:26 ** ** ** +..., в 13:27 ** ** ** +.... В это время пока она разговаривала по сотовому телефону, трубку стационарного телефона взял ФИО26 С кем именно он разговаривал, она не знает, но с его слов с женщиной. Он взял лист и ручку и стал писать. Она в это время находилась в маленькой комнате. ФИО26 находился у стационарного телефона в гостиной комнате. Через некоторое время ФИО26 сказал, что пошел домой к ФИО8. Она продолжала разговаривать по телефону. Полотенце, в которое она завернула деньги в сумме 200 000 рублей, полимерный пакет материальной ценности не предоставляют. Показаниями свидетеля Свидетель №3, данными в ходе предварительного следствия, оглашенными в порядке ч.1 ст. 281 УПК РФ (т....), из которых следует, что у нее есть свекровь ФИО2 №1, проживающая по адресу: ..., которая проживала с супругом ФИО26 ** ** ** к ним пришел домой свекор в период с 13 до 15 часов. Тот сообщил, что им домой позвонили на домашний телефон и сообщили, что она попала в ДТП, что по ее вине произошла авария, и чтобы не заводить уголовное дело необходимо заплатить и предложили той заплатить теми деньгами, какими та располагает. Также сказали, чтобы свекровь завернула деньги в полотенце и положила в пакет, приедет шофер и заберет деньги. Затем свекровь сообщила сотовый телефон. Преступники стали звонить на сотовый телефон, заняли оба телефона и стационарный и сотовый, в ходе разговора сказали писать заявление в фонд о получении денежных средств в счет возмещения ущерба. Свекровь писала под диктовку свое заявление, свекор свое. Свекровь отдала преступникам 200 000 рублей. После рассказа свекра она и дочь пошли к свекрови, но к этому времени, деньги уже были отданы преступнику. Она ни в каком ДТП не учувствовала, с ней все было в порядке. Показаниями свидетеля ФИО29, данными в ходе предварительного следствия, оглашенными в порядке ч.1 ст. 281 УПК РФ (т....), которые аналогичны показаниям свидетеля Свидетель №3 Показаниями свидетеля Свидетель №2, данными в ходе предварительного следствия, оглашенными в порядке ч.1 ст. 281 УПК РФ (т....), из которых следует, что у нее есть родители папа ФИО29 и мама Свидетель №3, также бабушка ФИО2 №1, проживающая по адресу: ..., которая проживала с дедушкой ФИО30 ** ** ** она была в гостях у родителей и пошла в аптеку, ее не было около 5-7 минут, затем вернулась к родителям и в это время к ним пришел домой дедушка в период с 13 до 15 часов. Он рассказал о случившемся, что им домой позвонили на домашний телефон и сообщили, что ее мама попала в ДТП, по вине мамы произошла авария и чтобы не заводить уголовное дело необходимо заплатить теми деньгами, какими она располагает. Те сказали, чтобы бабушка завернула деньги в полотенце и положила в пакет, приедет шофер и заберет деньги. Затем бабушка сообщила сотовый телефон. Затем преступники стали звонить на сотовый телефон, заняли оба телефона и стационарный и сотовый, и в ходе разговора сказали писать заявление в фонд помощи о получении денежных средств в счет возмещения ущерба. Бабушка писала под диктовку свое заявление, а дедушка свое. После написания заявления дедушка понял, что присутствует обман, пришел к родителям, где и в это время была она. Бабушка отдала преступникам 200 000 рублей. После рассказа деда она с мамой пошли к бабушке. Ее мама ни в каком ДТП не учувствовала, с той все было в порядке. Показаниями потерпевшей ФИО2 №4, данными в ходе предварительного следствия, оглашенными в порядке ч.1 ст. 281 УПК РФ (т...), из которых следует, что ** ** ** утром она находилась дома и ждала соцработника Свидетель №8 Около 09 часов 10 минут ей на сотовый телефон позвонили с абонентского номера .... Звонил мужчина, который представился Виктором, тот пояснил, что ее дочь попала в аварию и является виновником, потерпевшие сильно пострадали и им нужны деньги, иначе будет возбуждаться уголовное дело. Далее Виктор пояснил, что нужна любая сумма, на что она сказала, что у нее есть 365 000 рублей и по указанию Виктора приготовила сумму, а именно взяла деньги с тумбы и убрала их в красный пакет с надписью «Победа будет за нами». Звонили ей как на ее сотовый телефон №..., оформлен на нее, также ей звонили на городской номер телефона, либо просто попросили трубку телефона снять, она точно не помнит, но на сотовый телефон звонили точно, она также по просьбе звонившего ей Виктора, сидела за столом в своей комнате с сотовым телефоном в руках и писала на листке бумаги какое-то заявление под диктовку. Во время разговора с Виктором позвонили в домофон, она открыла входную дверь и стала ждать водителя, который со слов Виктора должен был забрать у нее деньги и затем передать всю сумму Виктору. Практически сразу после звонка входную дверь в квартиру открыл мужчина и она ему передала деньги, которые он убрал в коробку. Далее она закрыла дверь и продолжила разговор с Виктором о том, что уголовное дело не будут возбуждать, т.к. она передала денежные средства в сумме 365 000 рублей. После разговора в квартиру зашла Свидетель №8 и услышала, что она с кем-то разговаривает. Та в тот день немного задержалась и пришла около 10 часов 00 минут. Та увидела, что она пишет что-то и с кем-то разговаривает. Свидетель №8 у нее хотела отобрать телефонную трубку мобильного телефона, сказала, что ей звонят мошенники, но она ее не послушала, стала выгонять из комнаты, при этом продолжала разговаривать с Виктором по телефону. Ей причинен ущерб в сумме 365 000 рублей. Молодой человек, который к ней приходил за денежными средствами выглядел примерно на 25 лет, одет в темную кутку, на голове кепка темного цвета, на лице маска. Все это время, пока приезжал молодой человек за деньгами, она все время была на связи с Виктором по телефону. Молодой человек в квартиру не заходил, он стоял в подъезде. Именно туда она ему вынесла деньги в полимерном пакете, который материальной ценности не представляет. Также в пакет она положила два полотенца махровых одно побольше, второе поменьше по размеру. Через некоторое время к ней приехал ее племянник Свидетель №6, они позвонили ее дочери, которая сказала, что с той все хорошо, что ни в какое ДТП она не попадала и находится в Америке. Ей предоставили для осмотра полотенца в количестве 2-х штук бело-розового цветов, простынь белого цвета, которые она передала. Материальной ценности они для нее не представляют. Показаниями свидетеля Свидетель №7, данными в ходе предварительного следствия, оглашенными в порядке ч.1 ст. 281 УПК РФ (т...5), из которых следует, что она практически большую часть времени проживает в ..., периодически приезжает в .... Пока она отсутствовала, ее мама ФИО2 №4 нуждалась в помощи, пришлось обратиться в центр социального обслуживания населения. К маме каждый день приходил социальный работник. У мамы в пользовании имеется сотовый телефон, в котором установлена сим-карта оператора «...» с номером телефона ... и оформлена на маму. В квартире также установлен стационарный телефон с номером ..., который оформлен на нее. Ее мама знала, что она находится в Америке. ** ** ** с ней связалась ее мама и сообщила ей о том, что та отдала мошенникам 365 000 рублей. Как ей стало известно, маме ** ** ** в утреннее время позвонил якобы следователь мужчина, сообщил о том, что она спровоцировала дорожно-транспортное происшествие и есть пострадавшая ФИО67, она также пострадала. Также маме сказали, что необходимо возместить ущерб, чтобы урегулировать сложившуюся ситуацию. Мама согласилась отдать деньги в сумме 365 000 рублей. За деньгами приехал к той домой мужчина, которому она передала деньги в сумме 365 000 рублей, которые завернула в полотенца. К той в этот же день приходила социальный работник, мама в этот момент продолжала разговаривать по телефону с мошенниками. Социальный работник пыталась прекратить разговор ее мамы с мошенниками, но мама не соглашалась. Деньги мама отдала еще до прихода социального работника. Она ни в какое дорожно-транспортное происшествие не попадала, никому телесные повреждения не причинила и ей никто телесные повреждения не причинял. Показаниями свидетеля Свидетель №9, данными в ходе предварительного следствия, оглашенными в порядке ч.1 ст. 281 УПК РФ (т....), из которых следует, что она является заведующей отделением ОСО №... в АНО ЦСОН «...». Центр оказывает социальные услуги на дому гражданам пожилого возраста. Сами услуги выполняют социальные работники. У них есть адрес обслуживания, расположенный по адресу: ..., где проживает ФИО2 №4 К ФИО2 №4 надо было приходить в период времени с 09 часов до 10 часов ежедневно примерно на 1 час. На протяжении примерно 6-7 месяцев в их центре в должности социального работника работала Свидетель №8, которая примерно с ** ** ** по ** ** ** на период отпуска основного сотрудника ходила на адрес к ФИО2 №4 ** ** ** примерно до 11 часов ей на сотовый телефон позвонила Свидетель №8 и рассказала о том, что ФИО2 №4 разговаривает по своему сотовому телефону с мошенниками. Та пояснила, что хотела у ФИО2 №4 забрать телефон, но та ей не отдала. Свидетель №8 также пояснила, что как она поняла из разговора ФИО2 №4 по телефону с неизвестным лицом, что кто-то из родственников ФИО2 №4 попал в больницу и нужны деньги на операцию. После разговора с Свидетель №8, она вышла на родственников ФИО2 №4 и сообщила о случившемся. После этого разговора, она позвонила в полицию. Чуть позднее ей стало известно от Свидетель №8 о том, что ФИО2 №4 отдала в руки мошеннику около 400 000 рублей. Мошенник пришел до прихода Свидетель №8 в этот же день ** ** ** до 10 часов. Показаниями свидетеля Свидетель №6, данными в ходе предварительного следствия, оглашенными в порядке ч.1 ст. 281 УПК РФ (т....), из которых следует, что у него есть тетя ФИО2 №4, которая проживает по адресу: ..., .... Ее дочь ФИО31 проживает постоянно в .... Поскольку ФИО2 №4 нуждается в помощи, родственники обратились в центр социального обслуживания населения и к той каждый день приходил социальный работник. Примерно с 09 часов до 11 часов ** ** ** ему позвонили на сотовый телефон с социального центра и сообщили о том, что в отношении тети ФИО2 №4 совершаются мошеннические действия. Он сразу же выехал к своей тете ФИО2 №4 домой. Когда он приехал к ней домой, дверь открыла социальный работник по имени ФИО14. Со слов ФИО14 он понял, что когда она пришла к ФИО2 №4 та с кем-то разговаривала по сотовому телефону. При этом что-то писала на обрывках бумаги под диктовку. ФИО14 поняла, что что-то не так, попыталась отнять телефон у ФИО2 №4, но та ей не отдала и продолжала писать. Уже со слов своей тети ФИО2 №4 он понял, что ей позвонил мужчина, который сказал, что ее дочь ФИО13 является виновником дорожно-транспортного происшествия и есть пострадавшие, и для урегулирования вопроса, чтобы не возбуждалось дело в отношении ФИО13, необходимы денежные средства. Она приготовила деньги в сумме около 400 000 рублей, за которыми пришел неизвестный мужчина. Они связались с ФИО13, которая пояснила, что с ней все в порядке, и они поняли, что ФИО2 №4 обманули мошенники. Со слов социального работника ФИО14 знает, что деньги ФИО2 №4 отдала еще до ее прихода. Показаниями свидетеля Свидетель №8, данными в ходе предварительного следствия, оглашенными в порядке ч.1 ст. 281 УПК РФ (т...), из которых следует, что она работала в ... «...» в должности социального работника. С ** ** ** по ** ** ** у нее была подопечная ФИО2 №4, проживающая по адресу: .... К той надо было приходить к 09 часам примерно на 1 час. ** ** ** она должна была прийти к ФИО2 №4 к 09 часа 00 минутам, однако задержалась и пришла примерно в 09 часов 48 минут. В руках ФИО2 №4 была телефонная трубка. ФИО2 №4 с кем-то разговаривала, она услышала мужской голос, который ей говорил, чтобы она никому не рассказывала о какой-то аварии, как поняла, что речь шла о ее дочери, что она сильно пострадала. Она поняла, что той звонят мошенники, она пыталась взять у той телефонную трубку, а та не отдавала, сопротивлялась. Мужской голос той что-то диктовал, и та писала рукописный текст на обрывках бумаги, речь шла о возмещении какого-то вреда в сумме 365 000 рублей. Она их сфотографировала на свой телефон. Также она сфотографировала телефонную трубку, где был указан входящий вызов с номера телефона +.... Она поняла, что ФИО2 №4 имеет дело с мошенниками, позвонила своему начальнику Свидетель №9 и сообщила о происходящем в квартире. Как она поняла, до ее прихода та уже отдала деньги в сумме 365 000 рублей какому-то мужчине. Через какое-то время пришел к ФИО2 №4 племянник по имени ФИО12. В ходе их разговора ФИО2 №4 пояснила, что она отдала неизвестному мужчине деньги в сумме 365 000 рублей. Далее племянник ФИО12 позвонил дочке ФИО2 №4 - ФИО13, которая пояснила, что с той все в порядке, что ни в какую аварию та не попадала. Показаниями потерпевшей ФИО4, данными в ходе предварительного следствия, оглашенными в порядке ч.1 ст. 281 УПК РФ (...), из которых следует, что она проживает по адресу: .... ** ** ** она находилась дома одна. У нее в пользование есть сотовый телефон с номером ..., оформлен на ее дочь Свидетель №13 В период с 10:00-13:30 ей позвонили на стационарный телефон №.... Звонил мужчина следователь и сказал по телефону, что ее дочь переходила дорогу в неположенном месте и спровоцировала ДТП, в результате которого пострадала молодая женщина, речь шла о ФИО68, и чтобы не возбуждать уголовное дело, необходимо заплатить потерпевшей стороне денежные средства. Она ему сказала, что у нее есть дома наличными 470 000 рублей. Мужчина сказал, что через некоторое время к ней приедет водитель по имени Руслан и ему нужно будет отдать деньги. Деньги в сумме 470 000 рублей она положила в бумажный конверт. Потом она по просьбе следователя начала писать ходатайство. Речь шла о том, чтобы не возбуждалось уголовное дело в отношении ее дочери ФИО25 и о добровольной передаче денежных средств потерпевшей ... ФИО9. После окончания разговора сразу же позвонил в домофон мужчина, который представился Русланом. В квартиру он не заходил, стоял в коридоре около входной двери в квартиру. Она передала мужчине конверт с деньгами, конверт он ей отдал, а деньги взял себе и ушел. Мужчина, который пришел за деньгами, был худощавого телосложения, в черной кепке, в черной куртке с рюкзаком. Через некоторое время она позвонила подруге Свидетель №12 и рассказала ей, что звонили и дочь ее попала в ДТП, и чтобы не заводили уголовное дело, она отдала 470 000 рублей мужчине, пришедшему за деньгами. Через некоторое время ей на стационарный телефон позвонила ее дочь и сказала, что скоро придет к ней. Дочери она рассказала о том, что произошло. Дочь сказала, что ее обманули мошенники, она тоже поняла, так как с ее дочерью все было в порядке. Показаниями свидетеля Свидетель №12, данными в ходе предварительного следствия, оглашенными в порядке ч.1 ст. 281 УПК РФ (...), из которых следует, что у нее есть подруга ФИО2 №6 ** ** ** после 13 часов 00 минут ей на городской номер телефона ... позвонила ФИО2 №6 и сказала о том, что у нее произошла беда, что ее дочь ФИО10 попала в дорожно-транспортное происшествие, которая та сама спровоцировала, также пояснила, что есть пострадавшие и необходимы деньги для того, чтобы не возбуждалось уголовное дело и ФИО10 отпустили из полиции. ФИО2 №6 сказала, что она отдала 470 000 рублей водителю по имени Руслан, который приехал к ней домой за деньгами. Она сразу поняла, что ту обманули мошенники. Она позвонила со своего сотового телефона ФИО25 и рассказала о том, что узнала в ходе разговора с ФИО32 Показаниями свидетеля ФИО25, данными в ходе предварительного следствия, оглашенными в порядке ч.1 ст. 281 УПК РФ (...), из которых следует, что у нее есть мама ФИО2 №6, которая проживает по адресу: .... Домашний номер телефона ..., мама также пользуется сотовым телефоном с номером телефона ..., сим-карта оформлена на нее. В период времени с 13 часов 30 минут до 13 часов 40 минут ** ** ** ей на сотовый телефон позвонила подруга мамы Свидетель №12 и рассказала о том, что ее маме позвонили и сообщили о том, что она (Свидетель №13) спровоцировала дорожно-транспортное происшествие, и та отдала 470 000 рублей, чтобы не заводили уголовное дело. После чего она позвонила на городской номер телефона, мама ответила на звонок и она той сказала, что скоро приедет. По приезду та ей рассказала о том, что примерно в период времени с 10 часов 00 минут до 13 часов 00 минут ** ** ** на стационарный номер телефона позвонил неизвестный мужчина, который представился следователем. Он той рассказал о том, что она спровоцировала дорожно-транспортное происшествие, так как переходила дорогу в неположенном месте, в результате чего пострадала молодая женщина, и чтобы не возбуждать уголовное дело, необходимо заплатить потерпевшей стороне денежные средства. Та озвучила по телефону следователю, что есть 470 000 рублей. В это же время следователь сказал, что нужно написать ходатайство и мама стала писать на тетрадных листах под диктовку текст. В ходатайстве было написано, что мама добровольно передает денежные средства ФИО69, чтобы не возбуждалось уголовное дело. Также дома у мамы остался конверт, в котором ранее лежали деньги для передачи водителю ..., на нем было написано 470 000 рублей. Конверт и записи с рукописным текстом, которые писала мама, выбросила. Своей маме она сказала, что с ней все в порядке, никаким виновником дорожно-транспортного происшествия не была, сказала, что ту обманули мошенники. Показаниями потерпевшей ФИО2 №5, данными в ходе предварительного следствия, оглашенными в порядке ч.1 ст. 281 УПК РФ (т....), из которых следует, что она проживает по адресу: .... ** ** ** около 11 часов ей на домашний номер телефона поступил звонок с абонентского номера .... Звонила девушка, которая невнятно что-то говорила, а затем она ей сказала «Таня, это ты?», на что ей девушка ответила, что это она. Девушка ей сказала, что она попала в аварию из-за того, что перебегала дорогу в неположенном месте и ей навстречу ехала машина. Водитель (девушка), чтобы избежать столкновения, свернула в сторону и попала в аварию. Потом с ней стал разговаривать мужчина, который представился следователем Виктором ФИО16 и он начал с ней вести разговор. Потом ей поступил звонок на сотовый номер телефона. Звонили с номера телефона .... Это был ..., следователь. Трубку стационарного телефона она отложила в сторону по просьбе Виктора ФИО16 и пошла на кухню разговаривать по сотовому телефону. В сотовом телефоне установлена сим-карта оператора «...» с номером телефона .... Данный номер оформлен на ее дочь Свидетель №10 Далее с ней начал разговаривать следователь (Виктор ФИО16), который пояснил, чтобы избежать ответственности ее дочери необходимо возместить моральный и физический ущерб потерпевшей стороне, а именно заплатить потерпевшей денежные средства в сумме 1 500 000 рублей. Данная сумма необходима для проведения операции и заглаживания морального вреда. На что она ответила, что у нее такой суммы нет, есть только часть в размере 500 000 рублей, которые находятся дома. Далее ей следователь сказал, чтобы она взяла, находящиеся ... 000 рублей, замотала их в полотенце, который убрала в пакет желтого цвета. Также тот пояснил, что скоро к ней приедет его водитель и она должна будет передать ему денежные средства, которые он в дальнейшем передаст потерпевшей стороне. Во время разговора со следователем на кухне он ей сказал написать заявление под диктовку. До этого, они обговорили, что у нее есть 500 000 рублей, которые она готова отдать потерпевшей стороне. Речь шла в заявлении о ФИО70 или ФИО71. Денежные средства она завернула в махровое полотенце, еще в простынь и наволочку, которые материальной ценности для нее не представляют. Пакет также материальной ценности не представляет. Около 12 часов 30 минут к ней в домофон поступил звонок, она открыла дверь, к ее входной двери в квартиру поднялся молодой человек, которому она передала пакет с денежными средствами, его он убрал в портфель и затем ушел. Молодой человек, которому она передавала денежные средства, выглядел следующим образом: на вид ему примерно 25-28 лет, среднего роста около 170 см, одет был: на голове черная кепка, черная кофта, темные штаны, на ногах были кроссовки, на плече рюкзак черного цвета. Ей перезвонила ФИО8 и она ей рассказала о произошедшем. Ей причинен ущерб в сумме 500 000 рублей. Денежные средства ** ** ** следователем ей были возвращены. Также ей возвращены пакет полимерный, наволочка, полотенце и простынь. Это ее вещи, которые она отдавала молодому человеку вместе с деньгами. Показаниями свидетеля Свидетель №10, данными в ходе предварительного следствия, оглашенными в порядке ч.1 ст. 281 УПК РФ (т...), из которых следует, что у нее есть мама ФИО2 №5 У той в квартире установлен стационарный телефон с номером .... Также у той в пользовании имеется сотовый телефон, в котором установлена сим-карта с номером телефона ..., которая оформлена на нее. Она приехала домой к маме и из разговора с той ей стало ясно, что маме позвонил некий следователь Виктор ФИО16, а также звонила женщина. Мама подумала, что звонит дочь ФИО11 (сестра Свидетель №10). Той по телефону пояснили, что ФИО11 спровоцировала дорожно-транспортное происшествие, пострадала девушка, на урегулирование вопроса нужны деньги 500 000 рублей. Деньги завернула в полотенце, простынь и наволочку, положила в пакет и отдала молодому человеку. Маме в полиции вернули деньги 500 000 рублей. В сотовом телефоне мамы были входящие звонки с номеров телефонов: ... в 11:38, ... в 12:40, ... в 13:45. Также маме диктовал следователь – мошенник заявление, но оно не сохранилось, та его выбросила. Показаниями свидетеля Свидетель №11, данными в ходе предварительного следствия, оглашенными в порядке ч.1 ст. 281 УПК РФ (т...), из которых следует, что у нее есть мама ФИО2 №5 У мамы в квартире установлен стационарный телефон с номером .... Также у мамы в пользовании имеется сотовый телефон с номером телефона ..., которая оформлена на ее сестру Свидетель №10 ** ** ** ей позвонила мама и поинтересовалась все ли с ней в порядке, на что она ответила, что с ней все хорошо. В момент разговора она услышала, что маме в дверь кто-то звонит, она сказала, что откроет дверь и сказала, что к ней пришла полиция. Потом они созвонились с сестрой Свидетель №10 и она сообщила о том, что их маме ** ** ** позвонили мошенники и сообщили о том, что она (Свидетель №11) спровоцировала дорожно-транспортное происшествие и по ее вине пострадали люди, она также пострадала и чтобы урегулировать данный вопрос потерпевшей стороне необходимо заплатить денежные средства. Ее сестра после случившегося ** ** ** приехала к маме домой. Она узнала, что ее мама отдала человеку, который приехал к ней за деньгами деньги в сумме 500 000 рублей. В последующем ее маме вернули денежные средства в сумме 500 000 рублей, так как мужчину, который приезжал к той за деньгами, задержали сотрудники полиции. ** ** ** ни в какое дорожно-транспортное происшествие не попадала, с ней все в порядке. Показаниями свидетеля Свидетель №14, данными в ходе предварительного следствия, оглашенными в порядке ч.1 ст. 281 УПК РФ (т...), из которых следует, что у него есть сын ФИО33, который находится в Китае. В начале ** ** ** года он на свое имя открыл банковскую карту АО «...» с номером ..., расчетный счет 40№.... Впоследствии указанную банковскую карту передал в пользование своему сыну ФИО33 Абонентский номер телефон №..., ему не принадлежит. Поступившие ** ** ** на счет его банковской карты АО «...» с номером ... денежные средства в размере 340 000 рублей, это операция по купле-продаже криптовалюты, которую осуществил его сын. К мошенническим действиям, совершенным в отношении гражданки ФИО2 №2 ни он, ни его сын, ни его родственники отношения не имеют. Показаниями свидетеля ФИО34, данными в ходе предварительного следствия, оглашенными в порядке ч.3 ст. 281 УПК РФ (** ** **), подтвержденными ею в суде, из которых следует, что она проживает совместно со своим сожителем ФИО1 С ** ** ** года они с ним проживали в квартирах по договору аренды. В ** ** ** году у них с ФИО1 родился совместный ребенок – ... ФИО35, ** ** ** года рождения. В ** ** ** году у них с ФИО1 родился второй совместный ребенок – ... ФИО36, ** ** ** года рождения. .... На протяжении всего их сожительствования с ФИО1 ему приходилось оформлять кредиты, так как денежных средств не хватало. С ** ** ** года ФИО1 подал документы на процедуру оформления банкротства, в связи с тем, что перестало хватать денежных средств на погашение кредитов. Пособия, которые она получала на детей, шли только на детей. По возможности ФИО1 брал подработки, однако этих денег все равно не хватало. Характеризует она его только положительно. С детьми он всегда помогает, проводит с ними много времени. Родители им не помогают. У ФИО1 в пользовании имелся сотовый телефон ** ** **. Она периодически заглядывала в его телефон и ** ** ** в приложении «** ** **» увидела, что он отправил видео со своими паспортными данными, домашним адресом, она поняла, что он устроился на какую-то работу. В чем заключалась эта работа по информации, имеющейся в переписке в приложении Телеграмм, она не поняла, поняла лишь то, что это работа курьера. ФИО1 был трудоустроен официально в ООО «** ** **» в должности слесаря или механика, получал ежемесячно заработную плату до 40 000 рублей. ** ** ** ФИО1 с утра ушел на работу. ** ** ** после 08 часов 00 минут они вместе вышли из дома. Она поехала с детьми в поликлинику. ФИО1 ей сказал, что он тоже идет в поликлинику. Она ему перезвонила, он ответил, что к врачу не попал и поехал на заказ. Через некоторое время ей позвонили, представились сотрудниками полиции и сообщили о том, что ФИО1 задержан. Позже от ФИО1 ей стало известно, что он ездил по адресам, брал у пожилых бабушек денежные средства, которые они ему сами передавали и в последующем переводил эти денежные средства на какие-то банковские счета. Пояснил, что он работал в должности курьера. От каждой суммы ФИО1 получал проценты и все эти деньги у него были изъяты сотрудниками полиции, а также была изъята большая сумма денег сотрудниками полиции, которые находились при ФИО1 при задержании. Виновность подсудимого ФИО1 также подтверждается письменными доказательствами: ... ... ... ... ... ... ... ... ... ... ... ... ... ... ... ... ... ... ... ... ... ... ... ... ... ... ... ... ... ... ... ... ... ... ... ... ... ... ... ... ... ... ... ... ... ... ... ... ... ... ... ... ... В судебном заседании государственным обвинителем обвинение в отношении подсудимого ФИО1 поддержано по четырем преступлениям, предусмотренным ч.4 ст. 159 УК РФ , как мошенничество, т.е. хищение чужого имущества путем обмана, совершенное в крупном размере, организованной группой, а также по двум преступлениям, предусмотренным ч.4 ст. 159 УК РФ , как мошенничество, то есть хищение чужого имущества путем обмана, совершенное с причинением значительного ущерба гражданину, организованной группой. Оценивая в совокупности исследованные в судебном заседании доказательства, суд приходит к выводу, что они являются допустимыми, поскольку собраны с соблюдением норм уголовно-процессуального закона, достоверными, так как они не противоречат друг другу, согласуются между собой и устанавливают виновность подсудимого в совершении инкриминируемых преступлений. Совокупность доказательств достаточна для разрешения данного уголовного дела. Оснований для оговора подсудимого со стороны потерпевших и свидетелей судом не установлено. Суд не признает признательные показания подсудимого, данные в ходе предварительного следствия и судебного заседания самооговором, поскольку они не противоречат собранными по делу доказательствам и установленным по делу фактическим обстоятельствам.</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факту хищения имущества потерпевшей ФИО2 №2 суд оценивает как достоверные показания потерпевшей ФИО2 №2, пояснившей об обстоятельствах хищения принадлежащих ей денежных средств в размере 400 000 рублей, и кладет их в основу приговора, поскольку они обстоятельны, последовательны, стабильны, согласуются с показаниями свидетелей Свидетель №1, пояснившей о том, что со слов бабушки ФИО2 №2 она поняла, что той звонил неизвестный мужчина сотрудник МВД и сказал о том, что она попала в ДТП и просили 900 000 рублей на ее операцию и девушке водителю, после чего ФИО2 №2 передала имеющиеся у той денежные средства мужчине в сумме 400 000 рублей, ни в каком дорожно-транспортном происшествии она не была, свидетеля ФИО34, пояснившей о том, что она периодически заглядывала в телефон ФИО1 и ** ** ** в приложении «Телеграмм» она увидела, что тот отправил видео со своими паспортными данными, домашним адресом, как она поняла это работа курьера, а также показаниями подсудимого ФИО1, не отрицавшего получение денежных средств от ФИО2 №2 по указанию куратора, о чем он указывал и в ходе проверки показаний на месте. Показания потерпевшей, свидетелей и подсудимого также подтверждаются и другими исследованными и приведенными в приговоре доказательствами, в том числе, протоколами осмотров предметов (документов), протоколами осмотров мест происшествий, протоколом выемки. Судом установлено, что ФИО1, имея умысел на хищение денежных средств у потерпевшей ФИО2 №2 в составе организованной группы, путем обмана, противоправно с корыстной целью безвозмездно похитил принадлежащие последней денежные средства в размере 400 000 рублей. При этом участники организованной группы, в состав которой входил ФИО1 ввели в заблуждение потерпевшую, сообщив последней заведомо ложные сведения о том, что ее внучка является виновником ДТП, в котором пострадал человек, и может быть привлечена к уголовной ответственности. Принимая от потерпевшей денежные средства, ФИО1 осознавал, что действует в составе организованной группы, и что деньги получены обманным путем ввиду сообщения потерпевшей заведомо ложных сведений о виновности ее родственника в дорожно-транспортном происшествии, что также подтверждается вышеизложенными доказательствами, положенными в основу приговора. Факт получения ФИО1 от потерпевшей денежных средств в сумме 400 000 рублей под вышеуказанным ложным предлогом подтверждается совокупностью вышеприведенных доказательств, в частности показаниями потерпевшей об обстоятельствах передачи денежных средств, показаниями свидетелей, ответами из банков, детализацией телефонных соединений. Оценив собранные по делу доказательства, суд находит вину ФИО1 доказанной и квалифицирует его действия по ч.4 ст. 159 УК РФ , как мошенничество, то есть хищение чужого имущества путем обмана, совершенное в крупном размере, организованной группой. Квалифицирующий признак «в крупном размере» нашел подтверждение в ходе судебного следствия, поскольку установлено, что ФИО1 похитил у потерпевшей ФИО2 №2 денежные средства на сумму 400 000 рублей, т.е. в сумме, превышающей 250 000 рублей, согласно примечанию к ст. 158 УК РФ отнесенной к крупному размеру.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факту хищения имущества потерпевшей ФИО3 суд оценивает как достоверные показания потерпевшей ФИО3, пояснившей об обстоятельствах хищения принадлежащих ей денежных средств в размере 200 000 рублей, и кладет их в основу приговора, поскольку они обстоятельны, последовательны, стабильны, согласуются с показаниями свидетеля Свидетель №5, пояснившей о том, что узнала от матери ФИО3 о том, что той позвонили и сообщили, что она в аварию попала, что нужно деньги заплатить, чтобы уголовное дело не заводить, что мама и сделала, отдала 200 000 рублей, свидетеля ФИО34, пояснившей о том, что она периодически заглядывала в телефон ФИО1 и ** ** ** в приложении «...» она увидела, что тот отправил видео со своими паспортными данными, домашним адресом, как она поняла это работа курьера, а также показаниями подсудимого ФИО1, не отрицавшего получение денежных средств от ФИО3 по указанию куратора, о чем он указывал и в ходе проверки показаний на месте. Показания потерпевшей, свидетелей и подсудимого также подтверждаются и другими исследованными и приведенными в приговоре доказательствами, в том числе, протоколами осмотров предметов (документов), протоколами осмотров мест происшествий, протоколом выемки. Судом установлено, что ФИО1, имея умысел на хищение денежных средств у потерпевшей ФИО3 в составе организованной группы, путем обмана, противоправно с корыстной целью безвозмездно похитил принадлежащие последней денежные средства в размере 200 000 рублей. При этом участники организованной группы, в состав которой входил ФИО1 ввели в заблуждение потерпевшую, сообщив последней заведомо ложные сведения о том, что ее дочь является виновником ДТП, в котором пострадал человек, и может быть привлечена к уголовной ответственности. Принимая от потерпевшей денежные средства, ФИО1 осознавал, что действует в составе организованной группы, и что деньги получены обманным путем ввиду сообщения потерпевшей заведомо ложных сведений о виновности ее родственника в дорожно-транспортном происшествии, что также подтверждается вышеизложенными доказательствами, положенными в основу приговора. Оценив собранные по делу доказательства, суд находит вину ФИО1 доказанной и квалифицирует его действия по ч. 4 ст. 159 УК РФ , как мошенничество, то есть хищение чужого имущества путем обмана, совершенное с причинением значительного ущерба гражданину, организованной группой. Квалифицирующий признак «с причинением значительного ущерба гражданину» нашел свое подтверждение в ходе судебного заседания. Из показаний потерпевшей ФИО3 следует, что материальный ущерб, причиненный преступлением, в сумме 200 000 рублей для нее является значительным, поскольку ее единственный доход – пенсия в сумме 45 000 рублей ежемесячно. Таким образом, исходя из фактического имущественного и социального положения потерпевшей ФИО3 суд полагает, что действиями ФИО1 потерпевшей был причинен значительный материальный ущерб.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факту хищения имущества потерпевшей ФИО2 №1 суд оценивает как достоверные показания потерпевшей ФИО2 №1, пояснившей об обстоятельствах хищения принадлежащих ей денежных средств в размере 200 000 рублей, и кладет их в основу приговора, поскольку они обстоятельны, последовательны, стабильны, согласуются с показаниями свидетелей Свидетель №3, ФИО29, Свидетель №2, пояснивших о том, что узнали от ФИО26 о том, что потерпевшей ФИО2 №1 позвонили мужчина или женщина, которые сообщили, что Свидетель №3 попала в ДТП, что по ее вине произошла авария и чтобы не заводить уголовное дело потерпевшая отдала 200 000 рублей, ни в каком дорожно-транспортном происшествии Свидетель №3 не была, свидетеля ФИО34, пояснившей о том, что она периодически заглядывала в телефон ФИО1 и ** ** ** в приложении «Телеграмм» она увидела, что тот отправил видео со своими паспортными данными, домашним адресом, как она поняла это работа курьера, а также показаниями подсудимого ФИО1, не отрицавшего получение денежных средств от ФИО2 №1 по указанию куратора, о чем он указывал и в ходе проверки показаний на месте. Показания потерпевшей, свидетелей и подсудимого также подтверждаются и другими исследованными и приведенными в приговоре доказательствами, в том числе, протоколами осмотров предметов (документов), протоколами осмотров мест происшествий, протоколом выемки. Судом установлено, что ФИО1, имея умысел на хищение денежных средств у потерпевшей ФИО2 №1 в составе организованной группы, путем обмана, противоправно с корыстной целью безвозмездно похитил принадлежащие последней денежные средства в размере 200 000 рублей. При этом участники организованной группы, в состав которой входил ФИО1 ввели в заблуждение потерпевшую, сообщив последней заведомо ложные сведения о том, что ее близкий родственник (невестка) является виновником ДТП, в котором пострадал человек, и может быть привлечена к уголовной ответственности. Принимая от потерпевшей денежные средства, ФИО1 осознавал, что действует в составе организованной группы, и что деньги получены обманным путем ввиду сообщения потерпевшей заведомо ложных сведений о виновности ее родственника в дорожно-транспортном происшествии, что также подтверждается вышеизложенными доказательствами, положенными в основу приговора. Оценив собранные по делу доказательства, суд находит вину ФИО1 доказанной и квалифицирует его действия по ч. 4 ст. 159 УК РФ , как мошенничество, то есть хищение чужого имущества путем обмана, совершенное с причинением значительного ущерба гражданину, организованной группой. Квалифицирующий признак «с причинением значительного ущерба гражданину» нашел свое подтверждение в ходе судебного заседания. Из показаний потерпевшей ФИО2 №1 следует, что материальный ущерб, причиненный преступлением, в сумме 200 000 рублей для нее является значительным, поскольку она получает пенсию в размере 21 000 рублей, супруг получал пенсию в размере 25 000 рублей, выплачивает коммунальные услуги в размере 4000-5000 рублей. Таким образом, исходя из фактического имущественного и социального положения потерпевшей ФИО2 №1, суд полагает, что действиями ФИО1 потерпевшей был причинен значительный материальный ущерб.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факту хищения имущества потерпевшей ФИО2 №4 суд оценивает как достоверные показания потерпевшей ФИО2 №4, пояснившей об обстоятельствах хищения принадлежащих ей денежных средств в размере 365 000 рублей, и кладет их в основу приговора, поскольку они обстоятельны, последовательны, стабильны, согласуются с показаниями свидетеля ФИО41, пояснившей о том, что той якобы позвонил следователь мужчина и сообщил, что она спровоцировала ДТП и есть пострадавшие, а также необходимо возместить ущерб, чтобы урегулировать сложившуюся ситуацию, в связи с чем мать передала деньги в сумме 365 000 рублей, она ни в какое ДТП не попадала, свидетеля Свидетель №9, пояснившей о том, что социальный работник Свидетель №8 рассказала ей о том, что ФИО2 №4 разговаривает по телефону с мошенниками, и как она поняла из разговора ФИО2 №4 по телефону с неизвестным лицом, кто – то из родственников попал в больницу и нужны деньги на операцию, и та отдала мошеннику около 400 000 рублей, свидетеля Свидетель №6, пояснившего что со слов ФИО2 №4 понял, что той позвонил мужчина и сказал, что ее дочь ФИО41 является виновником ДТП и есть пострадавшие, и для урегулирования вопроса, чтобы не возбуждалось дело в отношении ФИО41 необходимы денежные средства, в связи с чем ФИО2 №4 передала деньги в сумме около 400 000 рублей, свидетеля Свидетель №8, пояснившей о том, что когда она пришла к ФИО2 №4, та разговаривала по телефону, она услышала мужской голос, который той говорил, чтобы та никому не рассказывала о какой - то аварии, как она поняла речь шла о дочери той и та сильно пострадала, при этом тот диктовал и ФИО2 №4 писала рукописный текст на обрывках бумаги о возмещении вреда в сумме 365 000 рублей, и как она поняла, до ее прихода ФИО2 №4 уже отдала деньги в сумме 365 000 рублей мужчине, свидетеля ФИО34, пояснившей о том, что она периодически заглядывала в телефон ФИО1 и ** ** ** в приложении «...» она увидела, что тот отправил видео со своими паспортными данными, домашним адресом, как она поняла это работа курьера, а также показаниями подсудимого ФИО1, не отрицавшего получение денежных средств от ФИО2 №4 по указанию куратора, о чем он указывал и в ходе проверки показаний на месте. Показания потерпевшей, свидетелей и подсудимого также подтверждаются и другими исследованными и приведенными в приговоре доказательствами, в том числе, протоколами осмотров предметов (документов), протоколами осмотров мест происшествий, протоколом выемки. Судом установлено, что ФИО1, имея умысел на хищение денежных средств у потерпевшей ФИО2 №4 в составе организованной группы, путем обмана, противоправно с корыстной целью безвозмездно похитил принадлежащие последней денежные средства в размере 365 000 рублей. При этом участники организованной группы, в состав которой входил ФИО1 ввели в заблуждение потерпевшую, сообщив последней заведомо ложные сведения о том, что ее дочь является виновником ДТП, в котором пострадал человек, и может быть привлечена к уголовной ответственности. Принимая от потерпевшей денежные средства, ФИО1 осознавал, что действует в составе организованной группы, и что деньги получены обманным путем ввиду сообщения потерпевшей заведомо ложных сведений о виновности ее родственника в дорожно-транспортном происшествии, что также подтверждается вышеизложенными доказательствами, положенными в основу приговора. Факт получения ФИО1 от потерпевшей денежных средств в сумме 365 000 рублей под вышеуказанным ложным предлогом подтверждается совокупностью вышеприведенных доказательств, в частности показаниями потерпевшей об обстоятельствах передачи денежных средств, показаниями свидетелей, ответами из банков, детализацией телефонных соединений. Оценив собранные по делу доказательства, суд находит вину ФИО1 доказанной и квалифицирует его действия по ч.4 ст. 159 УК РФ , как мошенничество, то есть хищение чужого имущества путем обмана, совершенное в крупном размере, организованной группой. Квалифицирующий признак «в крупном размере» нашел подтверждение в ходе судебного следствия, поскольку установлено, что ФИО1 похитил у потерпевшей ФИО2 №4 денежные средства на сумму 365 000 рублей, т.е. в сумме, превышающей 250 000 рублей, согласно примечанию к ст. 158 УК РФ отнесенной к крупному размеру.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факту хищения имущества потерпевшей ФИО42 суд оценивает как достоверные показания потерпевшей ФИО42, пояснившей об обстоятельствах хищения принадлежащих ей денежных средств в размере 470 000 рублей, и кладет их в основу приговора, поскольку они обстоятельны, последовательны, стабильны, согласуются с показаниями свидетеля Свидетель №12, пояснившей о том, что ей позвонила ФИО43 и сказала, что дочь той ФИО10 попала в ДТП, которое та сама спровоцировала и есть пострадавшие и чтобы не возбуждалось уголовное дело и ФИО10 отпустили из полиции та отдала 470 000 рублей водителю по имени ФИО77 который приехал к той домой за деньгами, свидетеля ФИО25, пояснившей о том, что от матери ФИО42 узнала, что той позвонил неизвестный мужчина, который представился следователем, рассказал, что она спровоцировала ДТП, в результате чего пострадала молодая женщина и чтобы не возбуждать уголовное дело необходимо заплатить потерпевшей стороне денежные средства, в связи с чем мама передала 470 000 рублей водителю ФИО76 при этом никаким виновником ДТП она не была, свидетеля ФИО34, пояснившей о том, что она периодически заглядывала в телефон ФИО1 и ** ** ** в приложении «...» она увидела, что тот отправил видео со своими паспортными данными, домашним адресом, как она поняла это работа курьера, а также показаниями подсудимого ФИО1, не отрицавшего получение денежных средств от ФИО42 по указанию куратора, о чем он указывал и в ходе проверки показаний на месте. Показания потерпевшей, свидетелей и подсудимого также подтверждаются и другими исследованными и приведенными в приговоре доказательствами, в том числе, протоколами осмотров предметов (документов), протоколами осмотров мест происшествий, протоколом выемки. Судом установлено, что ФИО1, имея умысел на хищение денежных средств у потерпевшей ФИО42 в составе организованной группы, путем обмана, противоправно с корыстной целью безвозмездно похитил принадлежащие последней денежные средства в размере 470 000 рублей. При этом участники организованной группы, в состав которой входил ФИО1 ввели в заблуждение потерпевшую, сообщив последней заведомо ложные сведения о том, что ее дочь является виновником ДТП, в котором пострадал человек, и может быть привлечена к уголовной ответственности. Принимая от потерпевшей денежные средства, ФИО1 осознавал, что действует в составе организованной группы, и что деньги получены обманным путем ввиду сообщения потерпевшей заведомо ложных сведений о виновности ее родственника в дорожно-транспортном происшествии, что также подтверждается вышеизложенными доказательствами, положенными в основу приговора. Факт получения ФИО1 от потерпевшей денежных средств в сумме 470 000 рублей под вышеуказанным ложным предлогом подтверждается совокупностью вышеприведенных доказательств, в частности показаниями потерпевшей об обстоятельствах передачи денежных средств, показаниями свидетелей, ответами из банков, детализацией телефонных соединений. Оценив собранные по делу доказательства, суд находит вину ФИО1 доказанной и квалифицирует его действия по ч.4 ст. 159 УК РФ , как мошенничество, то есть хищение чужого имущества путем обмана, совершенное в крупном размере, организованной группой. Квалифицирующий признак «в крупном размере» нашел подтверждение в ходе судебного следствия, поскольку установлено, что ФИО1 похитил у потерпевшей ФИО42 денежные средства на сумму 470 000 рублей, т.е. в сумме, превышающей 250 000 рублей, согласно примечанию к ст. 158 УК РФ отнесенной к крупному размеру.</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 факту хищения имущества потерпевшей ФИО2 №5 суд оценивает как достоверные показания потерпевшей ФИО2 №5, пояснившей об обстоятельствах хищения принадлежащих ей денежных средств в размере 500 000 рублей, и кладет их в основу приговора, поскольку они обстоятельны, последовательны, стабильны, согласуются с показаниями свидетеля Свидетель №10, пояснившей о том, что из разговора с матерью ФИО2 №5 ей стало ясно, что маме позвонил некий следователь, а также звонила женщина, и пояснили, что дочь той ФИО11 спровоцировала ДТП, пострадала девушка, и на урегулирование вопроса нужны деньги 500 000 рублей, которые мама отдала приехавшему к той молодому человеку, свидетеля Свидетель №11, пояснившей о том, что ее матери ФИО2 №5 позвонили мошенники и сообщили о том, что она попала в ДТП и по ее вине пострадали люди, и чтобы урегулировать данный вопрос потерпевшей стороне необходимо заплатить денежные средства, и ее мама отдала человеку, который приехал за деньгами 500 000 рублей, свидетеля ФИО34, пояснившей о том, что она периодически заглядывала в телефон ФИО1 и ** ** ** в приложении «Телеграмм» она увидела, что тот отправил видео со своими паспортными данными, домашним адресом, как она поняла это работа курьера, а также показаниями подсудимого ФИО1, не отрицавшего получение денежных средств от ФИО2 №5 по указанию куратора, о чем он указывал и в ходе проверки показаний на месте. Показания потерпевшей, свидетелей и подсудимого также подтверждаются и другими исследованными и приведенными в приговоре доказательствами, в том числе, протоколами осмотров предметов (документов), протоколами осмотров мест происшествий, протоколом выемки. Судом установлено, что ФИО1, имея умысел на хищение денежных средств у потерпевшей ФИО2 №5 в составе организованной группы, путем обмана, противоправно с корыстной целью безвозмездно похитил принадлежащие последней денежные средства в размере 500 000 рублей. При этом участники организованной группы, в состав которой входил ФИО1 ввели в заблуждение потерпевшую, сообщив последней заведомо ложные сведения о том, что ее дочь является виновником ДТП, в котором пострадал человек, и может быть привлечена к уголовной ответственности. Принимая от потерпевшей денежные средства, ФИО1 осознавал, что действует в составе организованной группы, и что деньги получены обманным путем ввиду сообщения потерпевшей заведомо ложных сведений о виновности ее родственника в дорожно-транспортном происшествии, что также подтверждается вышеизложенными доказательствами, положенными в основу приговора. Факт получения ФИО1 от потерпевшей денежных средств в сумме 500 000 рублей под вышеуказанным ложным предлогом подтверждается совокупностью вышеприведенных доказательств, в частности показаниями потерпевшей об обстоятельствах передачи денежных средств, показаниями свидетелей, ответами из банков, детализацией телефонных соединений. Оценив собранные по делу доказательства, суд находит вину ФИО1 доказанной и квалифицирует его действия по ч.4 ст. 159 УК РФ , как мошенничество, то есть хищение чужого имущества путем обмана, совершенное в крупном размере, организованной группой. Квалифицирующий признак «в крупном размере» нашел подтверждение в ходе судебного следствия, поскольку установлено, что ФИО1 похитил у потерпевшей ФИО2 №5 денежные средства на сумму 500 000 рублей, т.е. в сумме, превышающей 250 000 рублей, согласно примечанию к ст. 158 УК РФ отнесенной к крупному размеру. Квалифицирующий признак «организованной группой» по шести преступлениям также нашел свое подтверждение. В соответствии с ч.3 ст. 35 УК РФ преступление признается совершенным организованной группой, если оно совершено устойчивой группой лиц заранее объединившихся для совершения одного или нескольких преступлений. Таким образом, организованная группа характеризуется предварительной договоренностью двух или более лиц, устойчивостью и объединением ее участников с целью совершения одного или нескольких преступлений. В судебном заседании установлено, что ФИО1 при совершении им преступлений действовал в организованной группе, совместно и согласованно, в соответствии с отведенной ему ролью, заранее вступив в нее для совершения преступлений на основе общих преступных целей, что нашло свое подтверждение в представленных суду доказательствах. В совершенных ФИО1 преступлениях имелись все вышеуказанные признаки организованной группы. Участники организованной группы заранее объединились для извлечения дохода путем регулярного совершения корыстных преступлений, связанных с хищением денежных средств граждан путем обмана. В состав организованной группы входили лица, выполняющие руководящие функции, имело место распределение ролей каждого участника в совершении преступлений и тесное взаимодействие между членами группы, была разработана единая схема по хищению денежных средств потерпевших. Состав организованной группы был стабилен, участники организованной группы действовали под руководством «организатора» совместно и согласованно, в тесном взаимодействии друг с другом, объединенные единым преступным умыслом, направленным на совершение преступлений однотипным способом. Преступные действия участников организованной группы отличались постоянством форм и методов преступной деятельности, рассчитанных на длительное время, что характеризует устойчивость организованной группы. По указанию «помощника организатора» в ходе переписки в мессенджере «...» ФИО1 предоставил свои изображения с документом, удостоверяющим личность, подтвердив тем самым свое согласие на дальнейшее участие в совершении преступлений в качестве «курьера» в составе организованной преступной группы. Каждым участником организованной группы, в том числе и ФИО1, соблюдались меры безопасности и конспирации как при реализации преступных намерений, так и при общении друг с другом, что выражалось в необходимости вызывать такси не к самому адресу, а рядом, использовать разные службы такси, вести общение с участниками организованной группы посредством обмена сообщения в сети «Интернет» в мессенджере «...», скрывать лицо маской, голову – капюшоном, шапкой, вести пересчет полученных наличных денежных средств в безлюдных местах, придерживаться легенды, которую куратор дает перед тем, как отправиться на адрес, а также выражалось в использовании специального программного обеспечения, позволяющего подменять номера телефонов, с которых осуществлялись звонки потерпевшим. К соблюдению указанных мер подсудимый был подготовлен до начала преступной деятельности, действовал согласно инструкции, разработанной руководителем преступной группы, похищенными денежными средствами распоряжался по указанию руководителя, перечисляя их на банковские карты третьих лиц, осознавая, что их совместные и согласованные действия направлены на достижение общего преступного результата. Выполняя порученное в соответствии с распределением ролей, каждый участник тем самым реализовывал общую цель организованной группы на получение доходов от совершения преступлений, связанных с хищением денежных средств граждан путем обмана. Подсудимый осознавал, что совершает указанные корыстные преступления, и что в данной организованной группе помимо «руководителя» имеются иные участники, имеющие иной статус в данной группе, в том числе операторы call-центра, кураторы, тем самым соблюдалась иерархическая структура входящих в данную группу членов. При этом из показаний подсудимого следует, что он осознавал противоправный характер предлагаемой ему работы, которую выполнял исключительно по указанию куратора. Нарушений требований уголовно-процессуального закона в ходе предварительного расследования допущено не было. При назначении наказания суд руководствуется требованиями ст.ст. , , ч.1 ст. 62 УК РФ , и учитывает характер и степень общественной опасности совершенных преступлений, данные о личности подсудимого, а также влияние назначенного наказания на исправление виновного и на условия жизни его семьи. ФИО1 ранее не судим, совершил шесть умышленных преступлений, относящиеся к категории тяжких, на учетах у нарколога и психиатра не состоит, по месту жительства участковым уполномоченным и со стороны руководителя администрации муниципального образования городского поселения «...» характеризуется удовлетворительно, по месту прежней работы в ООО «...», ООО «...» и настоящей работы в ООО «...», а также со стороны соседей и гражданской супруги ФИО34 - положительно, работает. Обстоятельствами, смягчающими наказание ФИО1 по каждому преступлению, суд признает на основании п. «г, и» ч. 1 ст. 61 УК РФ наличие двоих малолетних детей у виновного, явки с повинной, активное способствование раскрытию и расследованию преступлений, выразившееся в даче полных, подробных, признательных показаний об обстоятельствах совершения преступлений, в том числе при даче первоначальных объяснений, по преступлению, предусмотренному ч.4 ст. 159 УК РФ в отношении ФИО2 №5 - иные действия, направленные на заглаживание вреда, причиненного потерпевшему, выразившиеся в добровольной выдаче денежных средств, полученных в результате преступления, сотрудникам полиции, в соответствии с ч.2 ст. 61 УК РФ его полное признание вины, раскаяние в содеянном, в том числе путем принесения извинений потерпевшим, состояние здоровья подсудимого, ...; по преступлениям, предусмотренным ч.4 ст. 159 УК РФ в отношении потерпевших ФИО2 №2, ФИО3, ФИО2 №1, ФИО42 добровольное частичное возмещение имущественного ущерба, причиненного в результате преступления, по преступлению, предусмотренному ч.4 ст. 159 УК РФ в отношении потерпевшей ФИО2 №4 – принятие подсудимым мер по частичному возмещению имущественного ущерба, причиненного в результате преступления, выразившееся в почтовом переводе на имя потерпевшей денежных средств, однако последней не полученных. Оснований для признания в качестве смягчающего наказание обстоятельства «совершение преступления в силу стечения тяжелых жизненных обстоятельств» у суда не имеется, поскольку испытываемые ФИО1 материальные затруднения вызваны обычными бытовыми причинами, и не свидетельствуют о стечении тяжелых жизненных обстоятельств. Помимо этого, фактические обстоятельства указывают на то, что ФИО1 трудоспособен, и имел возможность получать доход от законной трудовой деятельности. Отягчающих наказание обстоятельств судом не установлено. Оснований для изменения категории совершенных подсудимым преступлений на менее тяжкую в порядке ч.6 ст. 15 УК РФ , с учетом фактических обстоятельств преступлений и степени их общественной опасности, не имеется. Учитывая обстоятельства совершения преступлений, характер и степень общественной опасности содеянного виновным, посягающих на чужую собственность, данные о личности подсудимого, ранее не судимого, а также принимая во внимание наличие смягчающих и отсутствие отягчающих наказание обстоятельств, суд приходит к выводу, что достижение целей уголовного наказания, социальной справедливости, а также исправление подсудимого и предупреждение совершения им новых преступлений возможно только при назначении ФИО1 за каждое преступление наказания в виде реального лишения свободы. При определении размера наказания суд учитывает данные о личности подсудимого, наличие смягчающих и отсутствие отягчающих наказание обстоятельств. Оснований для применения ст. 73 УК РФ судом не установлено. Каких-либо исключительных обстоятельств, существенно уменьшающих степень общественной опасности совершенных преступлений, в том числе, связанных с целями и мотивами их совершения, позволяющих назначить ФИО1 наказание с применением ст. 64 УК РФ , судом не установлено. При этом учитывая конкретные обстоятельства совершения преступлений, совокупность смягчающих наказание обстоятельств, данные о личности подсудимого, суд считает возможным не назначать ФИО1 дополнительное наказание в виде штрафа и ограничения свободы. В соответствии с п.«б» ч.1 ст. 58 УК РФ для отбытия наказания суд определяет ФИО1 исправительную колонию общего режима. В соответствии с ч.2 ст. 97 УПК РФ в целях обеспечения исполнения приговора суда с назначением наказания в виде реального лишения свободы в исправительной колонии общего режима, суд считает необходимым до вступления приговора в законную силу и обращения его к исполнению, избранную в отношении ФИО1 меру пресечения в виде запрета определенных действий изменить на заключение под стражу. По уголовному делу потерпевшими ФИО2 №2, ФИО2 №1, ФИО3, ФИО2 №4, ФИО4 заявлены гражданские иски о взыскании с ФИО1 денежных средств в счет возмещения материального ущерба, причиненного преступлениями. Потерпевшей ФИО2 №2 заявлен гражданский иск о взыскании с ФИО1 денежных средств в размере 400 000 рублей, в счет возмещения материального ущерба, причиненного преступлением. С учетом частичного возмещения подсудимым материального ущерба, причиненного преступлением, на сумму 7 500 рублей в ходе предварительного следствия и 2000 рублей в ходе судебного разбирательства, суд полагает необходимым взыскать с ФИО1 денежные средства в размере 390 500 рублей, в счет возмещения материального ущерба, причиненного преступлением. Потерпевшей ФИО2 №1 заявлен гражданский иск о взыскании с ФИО1 денежных средств в размере 200 000 рублей, в счет возмещения материального ущерба, причиненного преступлением. С учетом частичного возмещения подсудимым материального ущерба, причиненного преступлением, на сумму 2000 рублей в ходе судебного разбирательства, суд полагает необходимым взыскать с ФИО1 денежные средства в размере 198 000 рублей, в счет возмещения материального ущерба, причиненного преступлением. Потерпевшей ФИО3 заявлен гражданский иск о взыскании с ФИО1 денежных средств в размере 200 000 рублей, в счет возмещения материального ущерба, причиненного преступлением. С учетом частичного возмещения подсудимым материального ущерба, причиненного преступлением, на сумму 2000 рублей в ходе судебного разбирательства, суд полагает необходимым взыскать с ФИО1 денежные средства в размере 198 000 рублей, в счет возмещения материального ущерба, причиненного преступлением. Потерпевшей ФИО2 №4 заявлен гражданский иск о взыскании с ФИО1 денежных средств в размере 365 000 рублей, в счет возмещения материального ущерба, причиненного преступлением. Принимая во внимание, что почтовый перевод денежных средств в размере 2000 рублей не был получен потерпевшей, то оснований для уменьшения суммы заявленного потерпевшей иска не имеется, в связи с чем суд полагает необходимым взыскать с ФИО1 денежные средства в размере заявленных потерпевшей требований в полном объеме на сумму 365 000 рублей. Потерпевшей ФИО4 заявлен гражданский иск о взыскании с ФИО1 денежных средств в размере 470 000 рублей, в счет возмещения материального ущерба, причиненного преступлением. С учетом частичного возмещения подсудимым материального ущерба, причиненного преступлением, на сумму 7 500 рублей в ходе предварительного следствия и 2000 рублей в ходе судебного разбирательства, суд полагает необходимым взыскать с ФИО1 денежные средства в размере 460 500 рублей, в счет возмещения материального ущерба, причиненного преступлением. В соответствии со ст. 1064 Гражданского Кодекса РФ заявленные иски, признанные подсудимым в судебном заседании, подлежат удовлетворению, поскольку установлено, что ущерб потерпевшим причинен противоправными действиями подсудимого. Вещественные доказательства: .... В силу требований п. «г» ч. 1 ст. 104.1 УК РФ , орудия, оборудование или иные средства совершения преступления, принадлежащие обвиняемому, подлежат принудительному безвозмездному изъятию и обращению в собственность государства на основании обвинительного приговора. Сотовый телефон марки «...» IMEI телефона 1) ... с находящейся в телефоне сим-картой, принадлежащий ФИО1 использовался подсудимым при совершении вышеуказанных преступлений, а именно для связи с членами организованной группы, что не оспаривалось подсудимым, в связи с чем, он подлежит безвозмездному изъятию и обращению в собственность государства. Постановлением ... городского суда Республики ... от ** ** ** наложен арест на имущество, принадлежащее ФИО1, а именно автомобиль марки «...» г.р.з. ..., идентификационный номер (VIN) №..., ** ** ** года выпуска, автомобиль марки «...» г.р.з. ..., идентификационный номер (VIN) №..., 1998 года выпуска, который подлежит сохранению для обеспечения гражданских исков. На основании изложенного и руководствуясь ст.ст. - 309 УПК РФ , суд ПРИГОВОРИЛ: Признать ФИО1 виновным в совершении преступлений, предусмотренных ч.4 ст. 159 УК РФ , ч.4 ст. 159 УК РФ , ч.4 ст. 159 УК РФ , ч.4 ст. 159 УК РФ , ч.4 ст. 159 УК РФ , ч.4 ст. 159 УК РФ , и назначить ему наказание: - по ч.4 ст. 159 УК РФ (в отношении потерпевшей ФИО2 №2) в виде лишения свободы на срок 2 (два) года; - по ч.4 ст. 159 УК РФ (в отношении потерпевшей ФИО3) в виде лишения свободы на срок 1 (один) год 6 (шесть) месяцев; - по ч.4 ст. 159 УК РФ (в отношении потерпевшей ФИО2 №1) в виде лишения свободы на срок 1 (один) год 6 (шесть) месяцев; - по ч.4 ст. 159 УК РФ (в отношении потерпевшей ФИО2 №4) в виде лишения свободы на срок 2 (два) года; - по ч.4 ст. 159 УК РФ (в отношении потерпевшей ФИО4) в виде лишения свободы на срок 2 (два) года; - по ч.4 ст. 159 УК РФ (в отношении потерпевшей ФИО2 №5) в виде лишения свободы на срок 1 (один) год 6 (шесть) месяцев. В соответствии с ч.3 ст. 69 УК РФ по совокупности преступлений путем частичного сложения назначенных наказаний окончательно назначить ФИО1 наказание в виде лишения свободы на срок 4 (четыре) года с отбыванием наказания в исправительной колонии общего режима. Меру пресечения ФИО1 в виде запрета определённых действий до вступления приговора в законную силу изменить на заключение под стражу, арестовав его в зале суда. Срок наказания исчислять со дня вступления приговора в законную силу. Зачесть в срок лишения свободы время задержания ФИО1 с ** ** ** по ** ** ** включительно, а также содержания его под стражей в период с ** ** ** до дня вступления приговора в законную силу из расчета один день содержания под стражей за полтора дня лишения свободы в исправительной колонии общего режима. Гражданский иск потерпевшей ФИО2 №2 удовлетворить частично. Взыскать с ФИО1 в пользу ФИО2 №2 денежную сумму в размере 390 500 (триста девяносто тысяч пятьсот) рублей в счет возмещения материального ущерба, причиненного в результате совершения преступления. Гражданский иск потерпевшей ФИО2 №1 удовлетворить частично. Взыскать с ФИО1 в пользу ФИО2 №1 денежную сумму в размере 198 000 (сто девяносто восемь тысяч) рублей в счет возмещения материального ущерба, причиненного в результате совершения преступления. Гражданский иск потерпевшей ФИО3 удовлетворить частично. Взыскать с ФИО1 в пользу ФИО3 денежную сумму в размере 198 000 (сто девяносто восемь тысяч) рублей в счет возмещения материального ущерба, причиненного в результате совершения преступления. Гражданский иск потерпевшей ФИО2 №4 удовлетворить. Взыскать с ФИО1 в пользу ФИО2 №4 денежную сумму в размере 365 000 (триста шестьдесят пять тысяч) рублей в счет возмещения материального ущерба, причиненного в результате совершения преступления. Гражданский иск потерпевшей ФИО4 удовлетворить частично. Взыскать с ФИО1 в пользу ФИО4 денежную сумму в размере 460 500 (четыреста шестьдесят тысяч пятьсот) рублей в счет возмещения материального ущерба, причиненного в результате совершения преступления. Вещественные доказательства: ... ... ... ... ... ... Арест на имущество ФИО1– автомобиль марки «...» г.р.з. ..., идентификационный номер (VIN) №..., ** ** ** года выпуска, автомобиль марки «...» г.р.з. ..., идентификационный номер (VIN) №..., ** ** ** года выпуска, наложенный постановлением ... городского суда Республики ... от ** ** ** - сохранить для обеспечения гражданских исков. Приговор может быть обжалован в апелляционном порядке в Судебную коллегию по уголовным делам Верховного Суда Республики Коми через Сыктывкарский городской суд в течение 15 суток со дня его провозглашения, а осужденным, содержащимся под стражей, в тот же срок со дня получения копии приговора. В случае подачи апелляционной жалобы или апелляционного представления прокурора осужденный вправе ходатайствовать в тот же срок о своем участии в рассмотрении дела судом апелляционной инстанции. Председательствующий Н.В. Игнатова Суд: Сыктывкарский городской суд (Республика Коми) (подробнее) Судьи дела: Игнатова Наталья Васильевна (судья) (подробнее) Судебная практика по: Ответственность за причинение вреда, залив квартиры Судебная практика по применению нормы ст. 1064 ГК РФ По мошенничеству Судебная практика по применению нормы ст. 159 УК РФ По кражам Судебная практика по применению нормы ст. 158 УК РФ Соучастие, предварительный сговор Судебная практика по применению норм ст. 34, 35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