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гаражного бокса /________/ по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/________/</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в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гаражного бокса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гаражного комплекса, расположенного в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в западном направлении от /________/ в гор. Томске,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гаражного комплекса, расположенного в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ФИО2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значительным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на расстоянии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здания, расположенного по адресу: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/________/</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здания, расположенного по адресу: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здания, расположенного по адресу: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/________/, в гор. Томске,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вступил с неустановленным лицом в преступный сговор на незаконный сбыт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Затем, ФИО1, реализуя совместный с неустановленным лицом преступный умысел на незаконный сбыт неопределенному кругу лиц части ранее полученных наркотических средств, не позднее /________/, у здания, расположенного по адресу: /________/, оборудовал тайник («закладку»), поместив в него сверток с веществом, являющимся смесью, содержащей наркотическое средство /________/ что является значительным размером, зафиксировав местоположение тайника («закладки») фотографией на камеру мобильного телефона. Однако информацию о местоположении указанного тайника («закладки») с наркотическим средством ФИО1 переслать неустановленному лицу для последующего незаконного сбыта посредством сети «Интернет» не успел, поскольку был задержан сотрудниками полиции.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значительным размером, до конца не довел по независящим от него и неустановленного лица обстоятельствам, поскольку указанное наркотическое средство было изъято из незаконного оборота сотрудниками полиции в ходе осмотра места происшествия /________/ в период с /________/.</w:t>
      </w:r>
    </w:p>
    <w:p>
      <w:pPr>
        <w:pStyle w:val="Heading3"/>
      </w:pPr>
      <w:r>
        <w:rPr>
          <w:rFonts w:ascii="Times New Roman" w:hAnsi="Times New Roman" w:eastAsia="Times New Roman" w:cs="Times New Roman"/>
          <w:b/>
          <w:i w:val="0"/>
          <w:sz w:val="22"/>
        </w:rPr>
        <w:t>Пункт 16. Выводы</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Он же, ФИО1, в период с /________/ находясь в городе Томске, руководствуясь преступным умыслом, направленным на извлечение прибыли от незаконной реализации наркотических средств, преследуя корыстную цель и желая незаконно обогатиться путем сбыта наркотических средств с использованием сети «Интернет», при помощи мобильного телефона и установленного в нем приложения по обмену мгновенными сообщениями «Telegram» (приложение «Telegram»), связался с неустановленным лицом и вступил с ним в преступный сговор о незаконном сбыте наркотических средств. Согласно отведенной роли, ФИО1, получая по сети «Интернет» от неустановленного лица информацию о местонахождении оптовых «закладок» (тайников) с наркотическими средствами, должен был забирать их и раскладывать на территории г. Томска, делая тем самым розничные «закладки» (тайники) с наркотическими средствами, и с целью последующего их сбыта неопределенному кругу лиц, сообщать в приложении «Telegram» неустановленному лицу их местонахождение. Неустановленное лицо, в свою очередь, используя полученную от ФИО1 информацию о местонахождении изготовленных им розничных «закладок» (тайников), должно было сбывать находящиеся в них наркотические средства, используя сеть «Интернет», и сообщать покупателям информацию о местонахождении изготовленных ФИО1 «закладок» (тайников) с наркотическими средствами. В целях реализации совместного с неустановленным лицом преступного умысла, направленного на незаконный сбыт наркотических средств неопределенному кругу лиц, группой лиц по предварительному сговору, с использованием сетей «Интернет», осознавая общественную опасность своих действий, предвидя неизбежность наступления общественно-опасных последствий в виде нарушения установленных в Российской Федерации правил оборота наркотических средств, в нарушение статей 14, 20, 23-25 Федерального закона от 08 января 1998 года № 3-ФЗ «О наркотических и психотропных веществах», и желая их наступления, ФИО1 не позднее /________/ проследовал к тайнику («закладке»), расположенному на расстоянии /________/ адрес которого ему стал известен от неустановленного лица, где обнаружил, забрал и хранил оптовую партию наркотических средств, расфасованных на мелкие дозы, содержащие в своем составе вещество, являющееся смесью, содержащей наркотическое средство /________/ что является крупным размером. Указанные наркотические средства ФИО1 совместно с неустановленным лицом намеревался реализовать в розницу неопределенному кругу лиц посредством сети «Интернет». После этого ФИО1, действуя группой лиц по предварительному сговору с неустановленным лицом, умышленно, из корыстных побуждений, реализуя преступный умысел, направленный на незаконный сбыт неопределенному кругу лиц ранее полученного наркотического средства, предназначенного для незаконного сбыта, в период с /________/, в различных местах гор. Томска оборудовал розничные тайники («закладки»), разместив в них часть вещества, являющегося смесью, содержащей в своем составе наркотическое средство /________/ расфасованного на мелкие дозы. Оставшуюся часть вещества, являющегося смесью, содержащей в своем составе наркотическое средство /________/ что является крупным размером, ФИО1 незаконно, умышленно, с целью последующего сбыта неопределенному кругу лиц, группой лиц по предварительному сговору с неустановленным лицом, хранил при себе до момента задержания сотрудниками полиции и изъятия указанного вещества в ходе его личного досмотра /________/ в период с /________/ в Дежурной части Томского ЛО МВД России по адресу: /________/ Таким образом, ФИО1 свой совместный с неустановленным лицом преступный умысел, направленный на незаконный сбыт неопределенному кругу лиц, с использованием сети «Интернет» вещества, являющегося смесью, содержащей в своем составе наркотическое средство /________/ что является крупным размером, до конца не довел по независящим от него и неустановленного лица обстоятельствам, поскольку был задержан сотрудниками полиции, а указанное наркотическое средство было изъято из незаконного оборота. В судебном заседании подсудимый вину по всем эпизодам преступлений признал в полном объеме, в содеянном раскаялся и от дачи показаний отказался, воспользовавшись ст. 51 Конституции РФ, в связи с чем в ходе судебного заседания в соответствии с п. 3 ч. 1 ст. 276 УПК РФ оглашались его показания, данные в ходе предварительного следствия. Так, будучи допрошенным в ходе предварительного расследования в качестве подозреваемого и обвиняемого ФИО1 показал, что в /________/ он (ФИО1) при помощи своего мобильного телефона зашел в сеть интернет, где нашел сайт по продаже наркотиков, зашел в приложение «Телеграмм» и увидел объявление с предложением о работе в качестве курьера по раскладке наркотических средств. Так как он (ФИО1) нуждался в денежных средствах, то перешел в чат, где стал общаться с человеком, «ник» которого не помнит, который рассказал ему (ФИО1) об условиях работы, сообщил, что за одну закладку оплата составит /________/ Его (ФИО1) заинтересовало данное предложение, и он (ФИО1) согласился устроиться на работу курьером, предоставив вои паспортные данные, хотя понимал, что такая деятельность незаконна. После этого он (ФИО1) переписывался с куратором под ником «/________/», который обучал работе. А именно, что нужно забирать большую партию с наркотиками, в которой будет несколько свертков, которые необходимо раскладывать по тайникам свертки, то есть в один тайник прятать один сверток. Примерно /________/ /________/ скинул координаты первого мастер-клада, который нужно было забрать и разложить закладки на территории в Кировском районе г. Томска. Он (ФИО1) забрал указанный мастер-клад, в нем находилось /________/, которые он (ФИО1) разложил в Кировском районе г. Томска. Всю информацию о тайниках и фотографии он (ФИО1) отправил куратору. После этого куратор произвел оплату посредством электронного кошелька, а он (ФИО1) с помощью обменника переводил денежные средства на свою банковскую карту /________/ /________/ в вечернее время куратор /________/ скинул ему (ФИО1) координаты мастер-клада, где находилось около /________/ с наркотическим средством /________/. Он (ФИО1) сразу же забрал указанный мастер-клад, который находился на расстоянии /________/. /________/ около /________/ он (ФИО1) направился раскладывать закладки в Кировском районе г. Томска, в том числе, на /________/ в г. Томске. Всего он (ФИО1) разложил в тот день /________/, 3 свертка с наркотиками оставались при нем (ФИО1) в кармане одежды. При этом он (ФИО1) сфотографировал все сделанные им (ФИО1) закладки, однако отправить их куратору не успел. Когда он (ФИО1) шел по виадуку с /________/ г. Томска, к нему (ФИО1) подошли сотрудники полиции, которые представились и попросили пройти с ними в дежурную часть отдела полиции. В дежурной части проведен его (ФИО1) личный досмотр, в ходе которого изъяты 3 свертка с наркотиком /________/ которые предназначались для сбыта наркозависимым лицам, мобильный телефон /________/ и банковская карта /________/ Вину признает в полном объеме, в содеянном раскаивается (т. 1 л.д. 220-223, 232-235, т. 2 л.д. 23-24). Оглашенные в судебном заседании показания ФИО1 подтвердил в полном объеме. Виновность подсудимого ФИО1, кроме его признательных показаний, подтверждается совокупностью доказательств, исследованных в судебном заседании. - Показаниями свидетеля ФИО4, данными в ходе предварительного расследования, согласно которым он (ФИО4) состоит в должности командира /________/. /________/ в /________/ он (ФИО4) и второй сотрудник полиции ФИО5 находились на службе по охране общественного порядка и общественной безопасности на территории железнодорожного вокзала станции Томск-1, когда ими со стороны /________/ в г. Томске на подъеме на виадук замечен гражданин, который по внешним признакам находился в состоянии опьянения. Они подошли к указанному гражданину, представились, гражданин представился в ответ как ФИО1, после чего принято решение о доставлении последнего в Дежурную часть ЛО МВД России по адресу: г. Томск, /________/. В Дежурной части проведен личный досмотр ФИО1, в ходе которого у последнего обнаружены и изъяты 3 свертка с веществом светлого цвета в виде порошка, мобильный телефон /________/ и банковская карта /________/ Все изъятое упаковано и опечатано (т. 1 л.д. 130-131). - Показаниями свидетеля ФИО6, данными в ходе предварительного расследования, согласно которым он (ФИО6) работает в должности оперуполномоченного ГКОН Томского ЛО МВД России. /________/ ему (ФИО6) из Дежурной части Томского ЛО МВД России поступило сообщение о том, что в Дежурную часть доставлен гражданин по подозрению в совершении правонарушения. По прибытии в Дежурную часть установлено, что указанный мужчина это ФИО1, в ходе личного досмотра которого изъяты 3 свертка с веществом светлого цвета в виде порошка, мобильный телефон /________/ и банковская карта /________/ В ходе исследования установлено, что изъятое вещество содержит в своем составе наркотическое средство – /________/. После этого с участием ФИО1 проведены осмотры места происшествия – участков местности в г. Томске, на которые указывал ФИО1, где обнаружены и изъяты 15 свертков с наркотическими средствами. Изъятые сверки упакованы и опечатаны (т. 1 л.д. 132-135). Виновность подсудимого также подтверждается исследованными в судебном заседании письменными материалами уголовного дела, а именно: - протоколом личного досмотра, досмотра вещей, находящихся при физическом лице, согласно которому /________/ в период с /________/ полицейским ОРППСП Томского ЛО МВД России ФИО5 в Дежурной части Томского ЛО МВД России по адресу: г. Томск, /________/, проведен личный досмотр ФИО1, в ходе которого у последнего обнаружены в том числе: 3 свертка с веществом светлого цвета в виде порошка, мобильный телефон /________/ и банковская карта /________/ (т. 1 л.д. 89), - протоколом изъятия вещей, согласно которому /________/ в период с /________/ полицейским ОРППСП Томского ЛО МВД России ФИО5 и полицейским ОР ППСП Томского ЛО МВД России в Дежурной части Томского ЛО МВД России по адресу: г. Томск, /________/, у ФИО1 изъято: 3 свертка с веществом светлого цвета в виде порошка, мобильный телефон /________/ и банковская карта /________/ (т. 1 л.д. 90), - протоколом осмотра /________/, с участием ФИО1, места происшествия – участков местности в г. Томске, согласно которому в период с /________/ осмотрены: гаражный комплекс по /________/, где над гаражным боксом /________/ обнаружен и изъят сверток синего цвета; гаражный комплекс по /________/, где в левом верхнем углу гаражного бокса в кирпичной кладке обнаружен и изъят сверток синего цвета; гаражный комплекс по /________/ /________/ где над гаражным боксом /________/ в правом верхнем углу в вентиляционном отверстии под бутылкой из прозрачного полимерного материала обнаружен и изъят сверток синего цвета; гаражного комплекса, расположенного в /________/, где в гаражном боксе с правой стороны верхней части по середине в вентиляционном отверстии под бутылкой из прозрачного полимерного материала обнаружен и изъят сверток синего цвета; жилого дома по /________/ в г. Томске, где с левой стороны жилого дома за сливной трубой обнаружен и изъят сверток синего цвета; жилого дома по /________/ в г. Томске, где с правой стороны жилого дома под металлическим козырьком при спуске в цокольное помещение обнаружен и изъят сверток синего цвета; гаражного комплекса в /________/, где в левом углу одного из гаражных боксов в вентиляционном отверстии под белой тканью обнаружен и изъят сверток синего цвета; /________/, где в правом углу одного из гаражных боксов в кирпичной кладке обнаружен и изъят сверток черного цвета; административного здания по /________/, где с левой стороны административного здания под металлическим козырьком обнаружен и изъят сверток синего цвета; /________/ где с левой стороны жилого дома под деревянной оконной рамой обнаружен и изъят сверток синего цвета; административного здания по /________/ где с правой стороны административного здания под металлическим козырьком оконного проема обнаружен и изъят сверток синего цвета; /________/, где посередине деревянного здания под деревянной доской обнаружен и изъят сверток синего цвета; /________/ где с правой стороны жилого дома под металлическим уголком обнаружен и изъят сверток синего цвета; жилого дома по /________/ где с правой стороны от входа в жилой дом в кирпичной кладке обнаружен и изъят сверток синего цвета; жилого дома /________/, где с левой стороны жилого дома под деревянными перилами обнаружен и изъят сверток синего цвета; /________/ в г. Томске. При этом ФИО1, пояснил, что /________/ в период с /________/ разместил /________/. Все изъятое в ходе осмотра упаковано и опечатано (т. 1 л.д. 102-121), - протоколом осмотра /________/ места происшествия, с участием ФИО1, - участка местности на расстоянии /________/ где со слов ФИО1, последний забрал /________/ мастер-клад с наркотическими средствами для сбыта неопределенному кругу лиц (т. 1 л.д. 122-125), - протоколом осмотра /________/ места происшествия, с участием ФИО1, - участка местности на расстоянии /________/, где со слов ФИО1, последний в период с /________/ по /________/ забрал мастер-клад с наркотическими средствами для сбыта неопределенному кругу лиц (т. 1 л.д. 126-129), - протоколом выемки /________/ у командира 1-взвода ОР ППСП Томского ЛО МВД России ФИО4 3 свертков с веществом светлого цвета в виде порошка, мобильного телефона /________/ и банковской карты /________/ (т. 1 л.д. 149-151), - протоколом осмотра /________/ мобильного телефона /________/ согласно которому в мобильном телефоне в галерее обнаружено 23 фотографии от /________/ с описанием тайников закладок и ссылками на координаты, а также 8 фотографий – скриншотов телефона с наименованием наркотика и места расположения тайника (т. 1 л.д. 152-168), - заключением экспертов /________/ от /________/, согласно которому предоставленное на исследование вещество белого цвета массами /________/ – содержит в своем составе наркотическое средство – /________/ каждое вещество является смесью. Предоставленное на исследование вещество белого цвета массами /________/ – содержит в своем составе наркотическое средство – /________/ каждое вещество является смесью. На представленных на исследование свертках обнаружен генетический материал человека, произошедший от ФИО1 (т. 1 л.д. 173-183), - протоколом осмотра /________/ трех свертков из фрагментов изоленты голубого цвета, внутри которых находятся свертки из фрагмента фольги, и пятнадцати свертков из фрагментов изоленты голубого цвета, внутри которых находятся мешки из прозрачного бесцветного материала с самозакрывающейся горловиной (т. 1 л.д. 185-199). Приведенные доказательства относимы, допустимы, достоверны, подтверждают друг друга, согласуются между собой и в своей совокупности устанавливают одни и те же факты, изобличающие ФИО1 в совершенных им деяниях, а потому свои выводы об обстоятельствах дела суд основывает именно на этих доказательствах. Иные исследованные доказательства не противоречат изложенной совокупности доказательств, которую суд признает достаточной для вывода о виновности ФИО1 в совершенных им деяниях. Оценивая показания подсудимого ФИО1, данные им в ходе предварительного расследования, суд считает необходимым положить их в основу приговора, поскольку показания получены в соответствии с требованиями закона, являются последовательными, непротиворечивыми, согласуются с показаниями свидетелей, письменными материалами уголовного дела. Оснований, по которым ФИО1 мог бы оговорить себя, давая признательные показания, установлено не было. За основу приговора суд также берет показания свидетелей, поскольку они являются последовательными, непротиворечивыми, и подтверждаются письменными материалами уголовного дела. При этом суд отмечает, что подробные, последовательные и непротиворечивые показания свидетелей соответствуют установленным судом фактическим обстоятельствам дела и подтверждаются показаниями подсудимого. Оснований, по которым свидетели могли бы оговорить ФИО1, в судебном заседании установлено не было. Письменные материалы уголовного дела собраны с соблюдением требований ст.ст. , 86 УПК РФ , в связи с чем являются достоверными и допустимыми доказательствами. Суд полагает установленным, что ФИО1 совершил 15 покушений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и 1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крупном размере. При этом преступления не были доведены до конца по независящим от него обстоятельствам в связи с задержанием ФИО1 и изъятием наркотических средств сотрудниками полиции при его личном досмотре и осмотре места происшествия. Действия ФИО1 суд квалифицирует: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«а, б» ч. 3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значительном размере, не доведенный до конца по независящим от этого лица обстоятельствам; - по ч. 3 ст. , п. «г» ч. 4 ст. 228.1 УК РФ (вещество массой /________/ как покушение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крупном размере, не доведенный до конца по независящим от этого лица обстоятельствам. Из показаний ФИО1 следует, что из указанных действий, связанных с незаконным оборотом наркотиков, он намеревался извлечь прибыль, что свидетельствует о корыстном мотиве совершенных покушений на преступления. Квалифицирующий признак «в значительном размере» по первым 15 эпизодам нашел свое подтверждение, поскольку вес вещества, содержащего в своем составе наркотическое средство – /________/ превышает /________/ и не превышает /________/ что согласно постановлению Правительства РФ от 01.10.2012 № 1002 образует значительный размер. Квалифицирующий признак «в крупном размере» по последнему эпизоду также нашел свое подтверждение, поскольку вес вещества, содержащего в своем составе наркотическое средство – /________/ согласно постановлению Правительства РФ от 01.10.2012 № 1002 образует крупный размер. Квалифицирующий признак «с использованием информационно-телекоммуникационных сетей (включая сеть «Интернет»), подтверждается последовательными и непротиворечивыми показаниями подсудимого, осмотром его мобильного телефона, содержащего фотографии с координатами мест размещения наркотических средств в тайниках «закладках», которые он фотографировал, описывал и определял координаты, которые необходимо было направить контакту «/________/» в мессенджере «Телеграмм», однако не успел этого сделать, в связи с тем, что был задержан сотрудниками полиции. Квалифицирующий признак «группой лиц по предварительному сговору» подтверждается последовательными и непротиворечивыми показаниями подсудимого ФИО1, из которых следует, что в /________/ он (ФИО1) решил устроиться на работу на территории г. Томска «закладчиком». При этом неустановленным лицом была разработана конкретная схема совершения преступления, неустановленное лицо передало ФИО1 информацию о местонахождении «оптовой закладки» с наркотическими средствами в г. Томске, которую он (ФИО1) забрал, и спрятал 15 свертков с наркотиками из указанной закладки на территории г. Томска для дальнейшего сбыта неопределенному кругу лиц, за что должен был получить денежное вознаграждение от неустановленного лица. Во исполнение достигнутой преступной договоренности ФИО1 действовал до момента его задержания сотрудниками полиции. К доводам защитника о том, что обвинительное заключение составлено с нарушениями, поскольку содержание доказательств раскрыто не по всем эпизодам, суд отнесся критически, поскольку указанное обстоятельство не исключает виновность лица. Позиция стороны защиты о том, что по последнему эпизоду действия ФИО1 должны быть переквалифицированы на ст. 228 УК РФ , поскольку он (ФИО1) хранил указанные наркотические средства для личного употребления, не нашла своего подтверждения в судебном заседании, поскольку сам ФИО1 при даче показаний пояснил, что хранил изъятые у него свертки с наркотиками с целью реализации неустановленному кругу лиц, доказательств иному суду не представлено. С учетом данных о личности подсудимого ФИО1, его поведения в судебном заседании и на предварительном следствии, обстоятельств совершенных им покушений на преступления, исследованных материалов уголовного дела, суд приходит к выводу о том, что он осознавал фактический характер и общественную опасность своих действий и мог руководить ими, следовательно, признает его вменяемым в отношении совершенных им покушений на преступления, в связи с чем подлежащим наказанию за содеянное. При назначении наказания ФИО1, суд принимает во внимание характер и степень общественной опасности совершенных покушений на преступления, данные о личности подсудимого, его возраст, состояние здоровья, влияние назначенного наказания на исправление подсудимого и на условия жизни его семьи, а также обстоятельства, в силу которых преступления не были доведены до конца. Так, подсудимый ФИО1 ранее не судим, вину в покушениях на совершение преступлений полностью признал, в содеянном искренне раскаялся, на учете в психоневрологическом и наркологическом диспансерах не состоит, участковым уполномоченным характеризуется положительно. В качестве смягчающих наказание обстоятельств суд по всем эпизодам преступлений, в соответствии с п. «г» ч. 1 ст. 61 УК РФ учитывает наличие малолетнего ребенка у ФИО1; по всем эпизодам преступлений, предусмотренных ч. 3 ст. , п.п. «а, б» ч. 3 ст. 228.1 УК РФ , в соответствии с п. «и» ч. 1 ст. 61 УК РФ учитывает явку с повинной путем указания ФИО1 места нахождения «тайников-закладок» в ходе осмотра места происшествия, в результате чего указанные наркотические средства были изъяты из незаконного оборота, и по всем эпизодам в соответствии с п. «и» ч. 1 ст. 61 УК РФ учитывает активное способствование раскрытию и расследованию совершенных покушений на преступления путем дачи ФИО1 признательных показаний на следствии, в том числе относительно преступного сговора с неустановленным лицом и схемы их совместных преступных действий, предоставления доступа к своему мобильному телефону, указания места нахождения оптовой закладки; в соответствии с ч. 2 ст. 61 УК РФ в качестве смягчающих наказание обстоятельств по всем эпизодам суд учитывает признание ФИО1 вины и раскаяние в содеянном, наличие у него заболеваний. Обстоятельств, отягчающих наказание подсудимого ФИО1, по всем эпизодам, в соответствии со ст. 63 УК РФ , в судебном заседании установлено не было. Учитывая приведенные обстоятельства, личность ФИО1, конкретные обстоятельства дела, суд считает необходимым в целях исправления подсудимого и предупреждения совершения им новых преступлений, назначить ему наказание, связанное с реальным лишением свободы, поскольку считает, что его исправление возможно лишь в условиях изоляции от общества. Оснований для применения к ФИО1 положений ст. 73 УК РФ суд не усматривает, считая, что цели уголовного наказания в данном случае достигнуты не будут. Учитывая отсутствие исключительных обстоятельств, существенно уменьшающих степень общественной опасности содеянного, оснований для применения ст. 64 УК РФ суд не усматривает по всем эпизодам. При этом суд, исходя из личности подсудимого, наличия смягчающих обстоятельств, считает возможным по всем эпизодам не применять к нему дополнительные виды наказания в виде штрафа, лишения права занимать определенные должности или заниматься определенной деятельностью, ограничения свободы. При назначении наказания судом учитываются положения ч.1 ст. 66 УК РФ , ч.1 ст. 67 УК РФ . При назначении наказания подсудимому суд по всем эпизодам применяет положения ч. 3 ст. и ч. 1 ст. 62 УК РФ , что позволяет назначить ФИО1 наказание ниже низшего предела санкции ч. 3 ст. 228.1 и ч. 4 ст. 228.1 УК РФ , без ссылки на ст. 64 УК РФ . Учитывая способ совершения покушений на преступления, степень реализации преступных намерений, вид умысла, мотив, цель совершения деяний, характер и размер наступивших последствий, фактические обстоятельства покушений на преступления и степень их общественной опасности, суд не находит оснований для изменения категории совершенных покушений на преступления на менее тяжкую в соответствии с ч. 6 ст. 15 УК РФ . Отбывание наказания ФИО1 в соответствии с положениями п. «в» ч. 1 ст. 58 УК РФ следует определить в исправительной колонии строгого режима. Вопрос о выплате процессуальных издержек суд разрешает отдельным постановлением. Вопрос о вещественных доказательствах подлежит разрешению в порядке ст. 81 УПК РФ . При этом суд считает необходимым в соответствии с п.1 ч.3 ст. 81 УПК РФ конфисковать в доход государства мобильный телефон «Honor», используемый ФИО1 в качестве средства совершения преступления. На основании изложенного, руководствуясь ст. , - 309 УПК РФ , суд ПРИГОВОРИЛ: ФИО1 признать виновным в совершении преступлений, предусмотренных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п.п. «а, б» ч. 3 ст. 228.1 , ч. 3 ст. , п. «г» ч. 4 ст. 228.1 УК РФ и назначить ему наказание: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«а, б» ч. 3 ст. 228.1 УК РФ (вещество массой /________/) - в виде 4 (четырех) лет 6 (шести) месяцев лишения свободы, - по ч. 3 ст. , п. «г» ч. 4 ст. 228.1 УК РФ (вещество массой /________/ - в виде 5 (пяти) лет 6 (шести) месяцев лишения свободы. На основании ч. 2 ст. 69 УК РФ по совокупности преступлений путем частичного сложения назначенных наказаний окончательно назначить ФИО1 наказание в виде 6 (шести) лет лишения свободы с отбыванием наказания в исправительной колонии строгого режима. Меру пресечения в отношении ФИО1 в виде заключения под стражей оставить без изменения, содержать в ФКУ СИЗО-1 УФСИН России по Томской области до вступления приговора в законную силу. Срок наказания исчислять с момента вступления приговора в законную силу. Зачесть в срок наказания время содержания осужденного ФИО1 под стражей по настоящему делу с /________/ до даты вступления приговора в законную силу, из расчета 1 день содержания под стражей за 1 день отбывания наказания в исправительной колонии строгого режима. По вступлению приговора в законную силу вещественные доказательства: - мобильный телефон /________/ с сим-картой оператора /________/ принадлежащий ФИО1, хранящийся при уголовном деле, – конфисковать в доход государства, - банковскую карту /________/ – вернуть ФИО1, - вещество массами /________/ в мешках (мультифорах), которое содержит в своем составе наркотическое средство /________/ - хранить в месте, определенном в ходе предварительного следствия, до разрешения судьбы иного уголовного дела, выделенного из настоящего уголовного дела. Приговор может быть обжалован в апелляционном порядке в Томский областной суд через Кировский районный суд г. Томска в течение 15 суток со дня его провозглашения, осужденным в тот же срок с момента вручения копии приговора. /________/ /________/ Судья Е.В. Крутовский /________/ Суд: Кировский районный суд г. Томска (Томская область) (подробнее) Судьи дела: Крутовский Е.В. (судья) (подробнее) Последние документы по делу: Приговор от 16 июля 2024 г. по делу № 1-405/2024 Приговор от 3 июня 2024 г. по делу № 1-405/2024 Показать все документы по этому делу Судебная практика по: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