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w:t>
        <w:br/>
        <w:t>Новгородский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период времени с 00 час. 01 мин. ДД.ММ.ГГГГ по 12 час. 37 мин. ДД.ММ.ГГГГ, неустановленное лицо (лица), действуя совместно и по предварительному сговору, в составе организованной группы с ФИО2, в соответствии с заранее распределенными ролями и функциональными обязанностями, в целях осуществления умышленных незаконных сбытов наркотических средств неопределенному кругу лиц на территории &lt;данные изъяты&gt;, бесконтактным способом, с использованием сети «Интернет», в интернет-магазине «Lider», созданном и функционирующим в приложении «Telegram», неустановленным способом, в неустановленном месте, у неустановленного лица, умышленно незаконно приобрело оптовую партию наркотического средства - смеси, содержащей в своем составе наркотическое средство кокаин, общей массой всей смеси не менее 3,611 грамма, которое, с целью передачи участнику организованной группы, выполняющему в ней роль «закладчика», для дальнейшего умышленного незаконного сбыта неопределенному кругу лиц в интернет-магазине «Lider», созданном и функционирующим в приложении «Telegram», и в указанный период времени, при неустановленных обстоятельствах, находясь на участке местности с географическими координатами &lt;данные изъяты&gt;, расположенном на территории &lt;данные изъяты&gt;, поместило его в тайник «закладку», осуществив, при этом, установление географических координат участка местности с целью последующей передачи этой информации действующему совместно с ним лицу (лицам), выполняющему в организованной группе роль «закладчика». В 12 час. 37 мин. ДД.ММ.ГГГГ неустановленное лицо (лица), действуя совместно и по предварительному сговору, в составе организованной группы с ФИО2, в соответствии с заранее распределенными ролями и функциональными обязанностями, в целях осуществления умышленных незаконных сбытов наркотических средств неопределенному кругу лиц на территории &lt;данные изъяты&gt;, используя сеть «Интернет», в приложении «Telegram», сообщило ФИО2, выполняющему в структуре организованной группы функциональные обязанности «закладчика» по &lt;данные изъяты&gt;, информацию о местонахождении вышеуказанного тайника «закладки» с оптовой партией наркотического средства - смеси, содержащей в своем составе наркотическое средство кокаин, общей массой всей смеси не менее 3,611 грамма, находящегося на участке местности с &lt;данные изъяты&gt;, расположенного на территории 150-го квартала &lt;данные изъяты&gt;, и дало указание на его извлечение из указанного места для размещения в тайники «закладки» на территории &lt;данные изъяты&gt;, с целью последующего умышленного незаконного сбыта неограниченному кругу лиц в интернет-магазине «Lider», созданном и функционирующим в приложении «Telegram», бесконтактным способом путем оборудования тайников «закладок». После получения информации о месте нахождения тайника «закладки» с указанной оптовой партией наркотического средства и указаний о необходимости ее получения с целью последующего умышленного незаконного сбыта, в период времени с 12 час. 37 мин. по 15 час. 08 мин. ДД.ММ.ГГГГ ФИО2, действуя по предварительному сговору, в составе организованной группы с неустановленным лицом (лицами), в целях реализации совместного преступного умысла, передвигаясь на неустановленном транспорте, при неустановленных обстоятельствах, прибыл на участок местности с географическими координатами &lt;данные изъяты&gt;, расположенный на территории 150-го квартала &lt;данные изъяты&gt;, где из тайника «закладки», размещенного неустановленным лицом при неустановленных обстоятельствах, извлек, тем самым, умышленно незаконно приобрел с целью последующего умышленного незаконного сбыта оптовую партию наркотического средства - смеси, содержащей в своем составе наркотическое средство кокаин, общей массой всей смеси 3,611 грамма, расфасованного при неустановленных обстоятельствах на разовые дозы и упакованного в индивидуальную упаковку, которую в указанный период времени с той же целью умышленно стал незаконно хранить в неустановленных местах, в том числе при себе, до момента умышленного незаконного сбыта бесконтактным способом в интернет-магазине «Lider», созданном и функционирующим в приложении «Telegram». В период с 15 час. 08 мин. по 18 час. 34 мин. ДД.ММ.ГГГГ ФИО2, продолжая преступный умысел, направленный на умышленный незаконный сбыт наркотического средства – смеси, содержащей своем составе наркотическое средство кокаин, действуя совместно по предварительному сговору с неустановленным лицом (лицами), в составе организованной группы, в соответствии с отведенной ему в организованной группе ролью «закладчика», передвигаясь по улицам &lt;данные изъяты&gt;, осуществляя при этом умышленное незаконное хранение в целях последующего умышленного незаконного сбыта незаконно полученного при указанных выше обстоятельствах наркотического средства - смеси, содержащей в своем составе наркотическое средство кокаин, общей массой всей смеси 3,611 грамма, проследовал на &lt;адрес&gt; в &lt;адрес&gt;, где в указанный период времени поместил часть наркотического средства - смеси, в состав которой входит наркотическое средство кокаин, массой смеси 0,958 грамма, упакованное при неустановленных обстоятельствах в индивидуальную упаковку, состоящую из полимерного пакета с фиксатором горловины и изоленты черного цвета, в приисканное им место скрытого хранения тайник «закладку» - под отливом окна первого этажа &lt;адрес&gt; в &lt;адрес&gt;, имеющего географические координаты 58.528947, 31.306462, при этом, согласно установленным в преступной группе правилам, с помощью находящегося при нем мобильного устройства произвел определение координат и фотографирование указанного места, а созданное фотоизображение с описанием местонахождения тайника «закладки» с наркотическим средством в 18 час. 34 мин. ДД.ММ.ГГГГ, используя сеть «Интернет», в приложении «Telegram» отправил неустановленному лицу (лицам), в целях передачи его покупателям в интернет-магазине «Lider», созданном и функционирующим в приложении «Telegram». Далее, в период времени с 18 час. 34 мин. по 21 час. 04 мин. ДД.ММ.ГГГГ ФИО2, действуя в продолжение преступного умысла совместно с неустановленным лицом (лицами), проследовал на &lt;адрес&gt; в &lt;адрес&gt;, где, в указанный период времени, поместил часть наркотического средства - смеси, в состав которой входит наркотическое средство кокаин, массой смеси 0,852 грамма, упакованное при неустановленных обстоятельствах в индивидуальную упаковку, состоящую из полимерного пакета с фиксатором горловины и изоленты черного цвета, в приисканное им место скрытого хранения тайник «закладку» - под отливом окна первого этажа &lt;адрес&gt; в &lt;адрес&gt;, имеющего географические координаты 58.544099, 31.316519, при этом, согласно установленным в преступной группе правилам, с помощью находящегося при нем мобильного устройства произвел определение координат и фотографирование указанного места, а созданное фотоизображение с описанием местонахождения тайника «закладки» с наркотическим средством в 21 час. 04 мин. ДД.ММ.ГГГГ, используя сеть «Интернет», в приложении «Telegram» отправил неустановленному лицу (лицам), в целях передачи его покупателям в интернет-магазине «Lider», созданном и функционирующим в приложении «Telegram». Затем, действуя в продолжении преступного умысла совместно с неустановленным лицом (лицами), в период времени с 21 час. 04 мин. по 23 час. 19 мин. ДД.ММ.ГГГГ ФИО2 проследовал на &lt;адрес&gt; в &lt;адрес&gt;, где, в указанный период времени, поместил часть наркотического средства – смеси, в состав которой входит наркотическое средство кокаин, массой смеси 0,886 грамма, упакованное при неустановленных обстоятельствах в индивидуальную упаковку, состоящую из полимерного пакета с фиксатором горловины и изоленты черного цвета, в приисканное им место скрытого хранения тайник «закладку» - под отливом окна первого этажа &lt;адрес&gt; в &lt;адрес&gt;, имеющего географические координаты &lt;данные изъяты&gt;, при этом, согласно установленным в преступной группе правилам, с помощью находящегося при нем мобильного устройства произвел определение координат и фотографирование указанного места, а созданное фотоизображение с описанием местонахождения тайника «закладки» с наркотическим средством в 23 час. 19 мин. ДД.ММ.ГГГГ, используя сеть «Интернет», в приложении «Telegram» отправил неустановленному лицу (лицам), в целях передачи его покупателям в интернет-магазине «Lider», созданном и функционирующим в приложении «Telegram». Далее, в период времени с 23 час. 19 мин. по 23 час. 21 мин. ДД.ММ.ГГГГ ФИО2, действуя в продолжение преступного умысла совместно с неустановленным лицом (лицами), проследовал на &lt;адрес&gt; в &lt;адрес&gt;, где, в указанный период времени, поместил часть наркотического средства - смеси, в состав которой входит наркотическое средство кокаин, массой смеси 0,915 грамма, упакованное при неустановленных обстоятельствах в индивидуальную упаковку, состоящую из полимерного пакета с фиксатором горловины и изоленты черного цвета, в приисканное им место скрытого хранения тайник «закладку» - под отливом балкона первого этажа № по &lt;адрес&gt; в &lt;данные изъяты&gt;, имеющего географические координаты &lt;данные изъяты&gt;, при этом, согласно установленным в преступной группе правилам, с помощью находящегося при нем мобильного устройства произвел определение координат и фотографирование указанного места, а созданное фотоизображение с описанием местонахождения тайника «закладки» с наркотическим средством в 23 час. 21 мин. ДД.ММ.ГГГГ, используя сеть «Интернет», в приложении «Telegram» отправил неустановленному лицу (лицам), в целях передачи его покупателям в интернет-магазине «Lider», созданном и функционирующим в приложении «Telegram». Однако, ФИО2 и неустановленное лицо (лица), действующие умышленно, совместно и по предварительному сговору, в составе организованной группы, свой совместный преступный умысел, направленный на умышленный незаконный сбыт указанного наркотического средства, до конца довести не смогли по независящим от них обстоятельствам, так как в 19 час. 30 мин. ДД.ММ.ГГГГ в ходе производства оперативно-розыскного мероприятия «наблюдение», проводимого сотрудниками ОКОН МО МВД России «Новгородский», ФИО2 был задержан у дома &lt;данные изъяты&gt;, а наркотическое средство - смесь, содержащая в своем составе наркотическое средство кокаин, которое в соответствии с постановлением Правительства Российской Федерации от ДД.ММ.ГГГГ № «Об утверждении перечня наркотических средств, психотропных веществ и их прекурсоров, подлежащих контролю в Российской Федерации» отнесено к наркотическим средствам, общей массой всей смеси 3,611 грамма, что в соответствии с постановлением Правительства Российской Федерации от ДД.ММ.ГГГГ №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составляет значительный размер указанного наркотического средства, было обнаружено и изъято сотрудниками правоохранительных органов при следующих обстоятельствах: - часть наркотического средства – смеси, содержащей в своем составе наркотическое средство кокаин, массой 0,915 грамм, находящегося в индивидуальной упаковке, состоящей из полимерного пакета с фиксатором горловины и изоленты черного цвета, изъято ДД.ММ.ГГГГ в период с 03 час. 15 мин. по 03 час. 23 мин. в ходе осмотра места происшествия на участке местности с географическими координатами &lt;данные изъяты&gt;, под отливом балкона первого этажа &lt;адрес&gt; в &lt;данные изъяты&gt;; - часть наркотического средства – смеси, содержащей в своем составе наркотическое средство кокаин, массой 0,958 грамм, находящегося в индивидуальной упаковке, состоящей из полимерного пакета с фиксатором горловины и изоленты черного цвета, изъято ДД.ММ.ГГГГ в период с 15 час. 02 мин. по 15 час. 15 мин. в ходе осмотра места происшествия на участке местности с географическими координатами &lt;данные изъяты&gt;, под отливом окна первого этажа &lt;адрес&gt; в &lt;данные изъяты&gt;; - часть наркотического средства – смеси, содержащей в своем составе наркотическое средство кокаин, массой 0,886 грамм, находящегося в индивидуальной упаковке, состоящей из полимерного пакета с фиксатором горловины и изоленты черного цвета, изъято ДД.ММ.ГГГГ в период с 15 час. 28 мин. по 15 час. 41 мин. в ходе осмотра места происшествия на участке местности с географическими координатами &lt;данные изъяты&gt;, под отливом окна первого этажа &lt;адрес&gt; в &lt;данные изъяты&gt;; - часть наркотического средства – смеси, содержащей в своем составе наркотическое средство кокаин, массой 0,852 грамм, находящегося в индивидуальной упаковке, состоящей из полимерного пакета с фиксатором горловины и изоленты черного цвета, изъято ДД.ММ.ГГГГ в период с 15 час. 58 мин. по 16 час. 12 мин. в ходе осмотра места происшествия на участке местности с географическими координатами &lt;данные изъяты&gt;, под отливом окна первого этажа &lt;адрес&gt; в &lt;данные изъяты&gt;.</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период времени с 00 час. 01 мин. ДД.ММ.ГГГГ и не позднее 20 час. 46 мин. ДД.ММ.ГГГГ, неустановленное лицо (лица), действуя совместно и по предварительному сговору, в составе организованной группы с ФИО2, в соответствии с заранее распределенными ролями и функциональными обязанностями, в целях осуществления умышленных незаконных сбытов наркотических средств неопределенному кругу лиц на территории &lt;данные изъяты&gt;, бесконтактным способом, с использованием сети «Интернет», в интернет-магазине «Lider», созданном и функционирующим в приложении «Telegram», неустановленным способом, в неустановленном месте, у неустановленного лица, умышленно незаконно приобрело наркотическое средство - смесь, содержащую в своем составе наркотическое средство мефедрон (4-метилметкатинон), массой всей смеси не менее 1,682 грамма, в неустановленной упаковке, которое, с целью передачи участнику организованной группы, выполняющему в ней роль «закладчика», для дальнейшего умышленного незаконного сбыта неопределенному кругу лиц в интернет-магазине «Lider», созданном и функционирующим в приложении «Telegram», в указанный период времени, при неустановленных обстоятельствах, находясь на участке местности с географическими координатами &lt;данные изъяты&gt;, расположенном на территории Ракомского сельского поселения &lt;адрес&gt;, поместило в тайник «закладку», осуществив, при этом, установление географических координат участка местности с целью последующей передачи этой информации действующему совместно с ним лицу (лицам), выполняющему в организованной группе роль «закладчика». В 20 час. 46 мин. ДД.ММ.ГГГГ неустановленное лицо (лица), действуя совместно и по предварительному сговору, в составе организованной группы с ФИО2, в соответствии с заранее распределенными ролями и функциональными обязанностями, в целях осуществления умышленных незаконных сбытов наркотических средств неопределенному кругу лиц на территории &lt;данные изъяты&gt;, используя сеть «Интернет», в приложении «Telegram», сообщило ФИО2, выполняющему в структуре организованной группы функциональные обязанности «закладчика» по &lt;данные изъяты&gt;, информацию о местонахождении вышеуказанного тайника «закладки» с наркотическим средством - смесью, содержащей в своем составе наркотическое средство - мефедрон (4-метилметкатинон), общей массой всей смеси не менее 1,682 грамма, в неустановленной упаковке, находящегося на участке местности с географическими координатами &lt;данные изъяты&gt;, расположенном на территории Ракомского сельского поселения &lt;адрес&gt;, и дало указание на его извлечение из указанного места для размещения в тайники «закладки» на территории &lt;данные изъяты&gt;, с целью последующего умышленного незаконного сбыта неограниченному кругу лиц в интернет-магазине «Lider», созданном и функционирующим в приложении «Telegram», бесконтактным способом путем оборудования тайников «закладок». После получения информации о месте нахождения тайника «закладки» с указанным наркотическим средством и указаний о необходимости его получения с целью последующего умышленного, незаконного сбыта, в период времени с 20 час. 46 мин. ДД.ММ.ГГГГ по 14 час. 59 мин. ДД.ММ.ГГГГ, ФИО2, действуя по предварительному сговору, в составе организованной группы с неустановленным лицом (лицами), в целях реализации совместного преступного умысла, передвигаясь на неустановленном транспорте, при неустановленных обстоятельствах, прибыл на участок местности с географическими координатами &lt;данные изъяты&gt;, где из тайника «закладки», размещенного неустановленным лицом при неустановленных обстоятельствах, извлек, тем самым, умышленно незаконно приобрел с целью последующего умышленного незаконного сбыта наркотическое средство - смесь, содержащую в своем составе наркотическое средство мефедрон (4-метилметкатинон), массой смеси 1,682 грамма, упакованную при неустановленных обстоятельствах в неустановленную упаковку, которое в указанный период времени с той же целью стал умышленно незаконно хранить в неустановленных местах, в том числе при себе, до момента умышленного незаконного сбыта бесконтактным способом в интернет-магазине «Lider», созданном и функционирующим в приложении «Telegram». В период времени с 14 час. 59 мин. ДД.ММ.ГГГГ по 01 час. 24 мин. ДД.ММ.ГГГГ, ФИО2, продолжая преступный умысел, направленный на умышленный незаконный сбыт указанного наркотического средства, действуя по предварительному сговору, в составе организованной группы с неустановленным лицом (лицами), в соответствии с отведенной ему в организованной группе ролью «закладчика», прибыл на участок местности с географическими координатами &lt;данные изъяты&gt;, где, согласно ранее полученных от неустановленного лица (лиц), указаний, используя электронные весы и упаковочный материал в виде изоляционной ленты, полимерных пакетов с фиксатором горловины и фольги серого цвета, упаковал наркотическое средство - смесь, содержащую в своем составе наркотическое средство мефедрон (4-метилметкатинон), массой смеси 1,682 грамма, сформировав, таким образом, «закладку» с ним, после чего продолжил умышленно незаконно хранить в неустановленных местах, в том числе при себе, до момента умышленного незаконного сбыта бесконтактным способом в интернет-магазине «Lider», созданном и функционирующим в приложении «Telegram». В период с 14 час. 59 мин. ДД.ММ.ГГГГ по 01 час. 24 мин. ДД.ММ.ГГГГ ФИО2, продолжая преступный умысел, направленный на умышленный незаконный сбыт наркотического средства – смеси, содержащей своем составе наркотическое средство мефедрон (4-метилметкатинон), действуя совместно по предварительному сговору с неустановленным лицом (лицами), в составе организованной группы, в соответствии с отведенной ему в организованной группе ролью «закладчика», передвигался по улицам &lt;данные изъяты&gt;, осуществляя при этом умышленное незаконное хранение. В целях последующего умышленного незаконного сбыта незаконно полученного при указанных выше обстоятельствах наркотического средства - смеси, содержащей в своем составе наркотическое средство мефедрон (4-метилметкатинон), массой смеси 1,682 грамма, проследовал на &lt;адрес&gt; в &lt;адрес&gt;, где в указанный период времени поместил вышеуказанное наркотическое средство ранее упакованное в индивидуальную упаковку, состоящую из полимерного пакета с фиксатором горловины, изоленты черного цвета и фольги серого цвета, в приисканное им место скрытого хранения тайник «закладку» - под отливом окна первого этажа &lt;адрес&gt; корпус 1 по &lt;адрес&gt; в &lt;адрес&gt;, имеющего географические координаты 58.537938, 31.299799, при этом, согласно установленным в преступной группе правилам, с помощью находящегося при нем мобильного устройства произвел определение координат и фотографирование указанного места, а созданное фотоизображение с описанием местонахождения тайника «закладки» с наркотическим средством в 01 час. 24 мин. ДД.ММ.ГГГГ, используя сеть «Интернет», в приложении «Telegram» отправил неустановленному лицу (лицам), в целях передачи его покупателям в интернет-магазине «Lider», созданном и функционирующим в приложении «Telegram». Однако, ФИО2 и неустановленное лицо (лица), действующие умышленно, совместно и по предварительному сговору в составе организованной группы, свой совместный преступный умысел, направленный на умышленный незаконный сбыт указанного наркотического средства, до конца довести не смогли по независящим от них обстоятельствам, так как в 19 час. 30 мин. ДД.ММ.ГГГГ в ходе производства оперативно-розыскного мероприятия «наблюдение», проводимого сотрудниками ОКОН МО МВД России «Новгородский», ФИО2 был задержан у &lt;данные изъяты&gt; а наркотическое средство - смесь, содержащая в своем составе наркотическое средство мефедрон (4-метилметкатинон), которое в соответствии с постановлением Правительства Российской Федерации от ДД.ММ.ГГГГ № «Об утверждении перечня наркотических средств, психотропных веществ и их прекурсоров, подлежащих контролю в Российской Федерации» отнесено к наркотическим средствам, массой смеси 1,682 грамма, что в соответствии с постановлением Правительства Российской Федерации от ДД.ММ.ГГГГ№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составляет значительный размер указанного наркотического средства, было обнаружено и изъято сотрудниками правоохранительных органов ДД.ММ.ГГГГ в период с 16 час. 24 мин. по 16 час. 43 мин. в ходе осмотра места происшествия, на участке местности с географическими координатами &lt;данные изъяты&gt; В судебном заседании подсудимый ФИО2 свою вину признал, при этом оспаривал свое участие в организованной группе, в содеянном раскаялся и показал, что ДД.ММ.ГГГГ он узнал о том, что в мессенджере имеется приложение Телеграмм, в котором имеется интернет-магазин «Лидер», который осуществляет незаконный оборот наркотиков. С помощью своего мобильного телефона он зашел в указанный магазин и написал «лидеру-хранителю», который в ходе переписки предложил ему работать на их магазин, за что тот ему будет платить денежные средства. На данное предложение он согласился. ДД.ММ.ГГГГ ему написал «хранитель» и предложил разложить закладки с кокаином, на что он согласился. «Хранитель» скинул ему координаты мастер клада. По присланным координатам он нашел мастер клад, вскрыл упаковку, в ней находилось четыре сформированные закладки. После чего он отправился размещать закладки, которые он разместил по адресам, указанным в обвинении, а именно: &lt;данные изъяты&gt; После размещения каждой закладки, он производил фотографирование места закладки и отправлял данную информацию «хранителю». На следующий день «хранитель» скинул ему 36000 руб. Далее, ДД.ММ.ГГГГ ему также написал «хранитель» и предложил разложить закладки с мефедроном, на что он согласился. «Хранитель» скинул ему координаты мастер клада в Ракомском сельском поселении. По присланным координатам он нашел мастер клад, после чего направился к дому 23 корпус 1 по &lt;данные изъяты&gt;, где с помощью электронных весов взвесил мастер клад и расфасовал его на закладки по грамму, одну из которых разместил в тайник в &lt;адрес&gt; в &lt;данные изъяты&gt;. После его задержания и личного досмотра, сотрудникам полиции им добровольно был предоставлен пароль от его мобильного телефона. Независимо от позиции подсудимого, его виновность в совершении преступлений установлена показаниями свидетелей, письменными материалами уголовного дела. Допрошенный в судебном заседании оперуполномоченный И.А. показал, что в &lt;данные изъяты&gt; поступила оперативная информация о причастности ФИО2 к незаконному обороту наркотических средств. В связи с чем в отношении ФИО2 было проведено ОРМ «наблюдение», в ходе которого он был задержан и доставлен в отдел полиции, где в присутствии двух понятых был проведен его личный досмотр, в ходе которого у него был изъят мобильный телефон. ФИО2 был предоставлен пароль от мобильного телефона. В ходе исследования мобильного телефона, в нем была установлена переписка с неустановленным лицом «хранитель», который являлся «куратором» оператором интернет-магазина «Лидер» по сбыту наркотических средств потребителям, где были выявлены фотографии с изображением мест расположения предположительно закладок с наркотическими средствами, также был найден общий чат, который имел принадлежность к данному интернет-магазину, в котором происходило общение на тему употребления и распространения наркотических средств. После чего, ими было проведено обследование участков местности по координатам, соответствующим в изъятом мобильном телефоне, в ходе которых были изъяты свертки с веществами, которые по результатам исследования являются наркотическими средствами. ФИО2 свою причастность не оспаривал. В судебном заседании по ходатайству государственного обвинителя с согласия сторон на основании ч. 1 ст. 281 УПК РФ были оглашены показания свидетеля Р.И., данные им в ходе предварительного расследования уголовного дела, из которых следует, что ДД.ММ.ГГГГ он и еще один мужчина принимали участие в качестве понятых при проводимых сотрудниками полиции мероприятий, а именно: при досмотре молодого человека, который представился как ФИО2, в ходе которого у последнего было обнаружено и изъято мобильный телефон «Айфон 8», банковская карта. При этом ФИО2 пояснил, что все обнаруженное при нем, принадлежат ему. Далее, он и другой мужчина принимали участие также в качестве понятых при обследовании участка местности по адресу: &lt;данные изъяты&gt; в ходе которого под металлическим отливом балкона первого этажа, расположенного со стороны проезжей части &lt;адрес&gt; между кирпичами был обнаружен сверток черной изоленты, который был изъят, упакован и опечатан и на котором они расписались. Также, ДД.ММ.ГГГГ он и тот же мужчина принимали участие в качестве понятых при производстве осмотра участков местности, расположенных вблизи &lt;адрес&gt;, вблизи &lt;адрес&gt;, вблизи &lt;адрес&gt; вблизи &lt;адрес&gt;, в ходе которых были обнаружены и изъяты сверток в белой изоленте, и три свертка в черной изоленте, которые были упакованы, опечатаны, на которых они расписались. Перед началом указанных следственных действий им разъяснились права и обязанности. По результатам всех проведенных действий сотрудниками полиции были составлены соответствующие документы, в которых он поставил свои подписи. Заявлений и замечаний ни у кого не было (том 1 л. д. 92-93). В судебном заседании по ходатайству государственного обвинителя с согласия сторон на основании ч. 1 ст. 281 УПК РФ были оглашены показания свидетеля Я.Д., данные им в ходе предварительного расследования уголовного дела, из которых следует, что его показания аналогичны по своему содержанию показаниям свидетеля ФИО3, 28 и ДД.ММ.ГГГГ он совместно с Р.И. принимал участие в качестве понятого при проводимых сотрудниками полиции указанных выше мероприятий (&lt;данные изъяты&gt; Кроме вышеприведенных показаний, виновность подсудимого ФИО2 по факту покушения на незаконный сбыт наркотического средства - смеси, содержащей в своем составе наркотическое средство кокаин, общей массой 3,611 грамма подтверждается следующими доказательствами: &lt;данные изъяты&gt; &lt;данные изъяты&gt; &lt;данные изъяты&gt; &lt;данные изъяты&gt; &lt;данные изъяты&gt; &lt;данные изъяты&gt; Кроме вышеприведенных показаний, виновность подсудимого ФИО2 по факту покушения на незаконный сбыт наркотического средства - смеси, содержащей в своем составе наркотическое средство мефедрон (4-метилметкатинон), общей массой 1,681 грамма подтверждается следующими доказательствами: &lt;данные изъяты&gt; &lt;данные изъяты&gt; &lt;данные изъяты&gt; Кроме того, помимо признательных показаний самого подсудимого, вышеприведенных показаний свидетелей, его виновность в совершении указанных преступлений подтверждается следующими доказательствами, исследованными в судебном заседании: &lt;данные изъяты&gt; &lt;данные изъяты&gt; &lt;данные изъяты&gt; &lt;данные изъяты&gt; &lt;данные изъяты&gt; &lt;данные изъяты&gt; &lt;данные изъяты&gt; &lt;данные изъяты&gt; Со стороны защиты был допрошен в качестве свидетеля ФИО4, который показал, что ФИО2 приходится ему сыном. Охарактеризовал сына исключительно с положительной стороны, указал о наличии у сына хронических заболеваний. О причастности сына к незаконному обороту наркотических средств, ему ничего неизвестно. В содеянном сын искренне раскаивается. Оценивая перечисленные доказательства в соответствии с правилами ст. 88 УПК РФ , суд признает их относимыми, допустимыми, достоверными, а в своей совокупности достаточными для установления виновности подсудимого в совершении двух преступлений, поскольку данные доказательства собраны в соответствии с требованиями процессуального закона, относятся к исследуемым обстоятельствам. В ходе судебного следствия подсудимый признал свою виновность в совершении преступлений, в ходе предварительного и судебного следствия дал подробные и последовательные признательные показания, не согласился только с его участием в составе организованной группы. Оснований не доверять признательным показаниям ФИО2 не имеется, поскольку они подтверждаются показаниями свидетелей Р.И., Я.Д., а также И.А., который будучи сотрудником полиции показал, что в отделе полиции имелась оперативная информация о возможной причастности ФИО2 к незаконному обороту наркотических средств, а также письменными материалами дела и иными доказательствами, представленными стороной обвинения. Каких-либо существенных противоречий в показаниях свидетелей, письменных документах, которые бы ставили под сомнение их достоверность не установлено. Показания указанных лиц согласуются между собой и с материалами уголовного дела, а также взаимодополняют друг друга. Оснований не доверять указанным доказательствам, у суда нет. Оснований полагать оговор подсудимого со стороны указанных свидетелей, у суда нет. Какой-либо личной заинтересованности в исходе дела у указанных лиц судом не установлено, в связи с чем суд принимает во внимание данные показания как достоверные и правдивые. Также суд признает достоверными вышеуказанные письменные доказательства, так как они согласуются между собой и взаимодополняют друг друга, являются относимыми, допустимыми, признаются судом достоверными и в совокупности с показаниями свидетелей достаточными для разрешения уголовного дела и признании виновности ФИО2 Так, в судебном заседании установлено, что при обследовании участка местности и осмотрах мест происшествия были обнаружены наркотическое средство – смесь, содержащая в своем составе наркотическое средство кокаин, массами 0,915 грамма, 0,852 грамма, 0,958 грамма, 0,886 грамма, общей массой 3,611 грамма, и наркотическое средство - смесь, содержащая в своем составе наркотическое средство мефедрон (4-метилметкатинон), массой 1,682 грамма. Указанные обстоятельства подтверждаются всеми исследованными в судебном заседании доказательствами, в том числе показаниями подсудимого, свидетелей, письменными материалами дела. Каких-либо существенных противоречий в показаниях свидетелей, письменных документах, которые бы ставили под сомнение их достоверность не установлено. Поводов для самооговора, а равно для оговора подсудимого со стороны свидетелей суд не находит. Кроме того, в судебном заседании установлено, что при осмотре мобильного телефона, изъятого в ходе личного досмотра подсудимого, обнаружены фотографии участков местности с географическими координатами, то есть информация о местах тайников «закладок» наркотических средств. В ходе предварительного расследования наркотические средства – смесь, содержащая в своем составе наркотическое средство кокаин, массами 0,915 грамма, 0,852 грамма, 0,958 грамма, 0,886 грамма, общей массой 3,611 грамма, и смесь, содержащая в своем составе наркотическое средство мефедрон (4-метилметкатинон), массой 1,682 грамма, подготовленные подсудимым к сбыту, изъяты сотрудниками полиции в местах тайников «закладок», соответствующих сохраненным в памяти его мобильного телефона координатам. Представленные в материалы уголовного дела заключения экспертиз суд признает обоснованными и принимает в качестве доказательства, так как они соответствуют требованиям ст. 204 УПК РФ , перед началом производства экспертиз экспертам были разъяснены их права и обязанности, а также они были предупреждены об уголовной ответственности по ст. 307 УПК РФ за дачу заведомо ложного заключения, экспертные заключения даны специалистами, имеющими соответствующую квалификацию и необходимый опыт работы, в связи с чем у суда не имеется оснований сомневаться в достоверности и объективности выводов проведенных экспертиз. При проведении в отношении ФИО2 оперативно-розыскных мероприятий, нарушений требований Федерального закона РФ от ДД.ММ.ГГГГ № 144-ФЗ «Об оперативно-розыскной деятельности», влекущих признание собранных по делу доказательств недопустимыми, сотрудниками полиции не допущено. Ход оперативно-розыскного мероприятия, проводимого в отношении подсудимого, подробно отражен в соответствующих актах. Составленные по итогам проведенных оперативно-розыскных мероприятий сотрудниками полиции документы отвечают требованиям, предъявляемым уголовно-процессуальным законом к доказательствам, а потому могут быть использованы в процессе доказывания. Тем самым установленные выше данные в совокупности с иными сведениями свидетельствуют о вовлеченности подсудимого в незаконный сбыт наркотических средств. Вид и масса обнаруженных и изъятых наркотических средств установлена заключениями компетентных экспертов, оснований сомневаться в достоверности результатов экспертных заключений у суда не имеется. Действия ФИО2 по каждому факту преступной деятельности носили незаконный характер, так как противоречили положениям Федерального закона РФ от 08.01.1998 года № 3-ФЗ «О наркотических средствах и психотропных веществах», регламентирующего оборот наркотических средств и психотропных веществ на территории Российской Федерации. Размер наркотических средств, в незаконном обороте которых участвовал ФИО2, определен в соответствии с постановлением Правительства Российской Федерации от ДД.ММ.ГГГГ №. Согласно Перечню наркотических средств, психотропных веществ и их прекурсоров, подлежащих контролю в Российской Федерации, утвержденному Постановлением Правительства Российской Федерации № от ДД.ММ.ГГГГ, кокаин, мефедрон (4-метилметкатинон) относятся к наркотическим средствам,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В соответствии с Постановлением Правительства Российской Федерации № от ДД.ММ.ГГГГ (в редакции, действующий на дату совершения преступлений), масса 3,611 грамма (кокаин) составляет значительный размер для вышеуказанного наркотического средства; масса 1,682 грамма (мефедрон (4-метилметкатинон)) составляет значительный размер для вышеуказанного наркотического средства. Квалификация преступлений, совершенных подсудимым, предложенная органом предварительного следствия и поддержанная в ходе судебного следствия стороной обвинения, а именно по п. 3 ст. п. «а» ч. 4 ст. 228.1 УК РФ , по факту покушения на незаконный сбыт наркотических средств - смеси, содержащей в своем составе наркотическое средство кокаин, общей массой 3,611 грамма, совершенный с использованием электронных и информационно-телекоммуникационных сетей (включая сеть «Интернет»), в значительном размере, организованной группой, а также по п. 3 ст. п. «а» ч. 4 ст. 228.1 УК РФ , по факту покушения на незаконный сбыт наркотических средств - смеси, содержащей в своем составе наркотическое средство мефедрон (4-метилметкатинон), общей массой 1,682 грамма, совершенный с использованием электронных и информационно-телекоммуникационных сетей (включая сеть «Интернет»), в значительном размере, организованной группой, является правильной, основанной на всей совокупности исследованных в ходе судебного следствия доказательств. При этом, умысел подсудимого в составе организованной группы, по реализации полученных им у неустановленного лица наркотического средства – смеси, содержащей в своем составе наркотическое средство кокаин, общей массой 3,611 грамма, и наркотического средства - смеси, содержащей в своем составе наркотическое средство мефедрон (4-метилметкатинон), массой 1,682 грамма, был сформирован каждый раз самостоятельно, после получения каждой партии наркотических средств, поскольку указанные наркотические средства были им приобретены в разное время и в разное время были размещены посредством тайников «закладов». Указанные преступления, связанные с покушением на сбыт подсудимым наркотических средств, не являлись тождественными друг другу, отличались по стадии преступлений, по времени сбыта, по размеру и виду наркотических средств. Указанные деяния подсудимым совершены с прямым умыслом, так как он осознавал общественную опасность своих действий, предвидел неизбежность наступления общественно опасных последствий и желал их наступления. О наличии у подсудимого умысла на незаконный сбыт наркотических средств прямо указывают в своих показаниях сам подсудимый, об этом же объективно свидетельствует характер и направленность его действий, выразившиеся в том, что изъятые впоследствии наркотические средства были разложены в «закладки». Также о наличии у подсудимого умысла на незаконный сбыт наркотических средств свидетельствует и содержание памяти его мобильного телефона, которое содержит фотографии и координаты участков местности, где подсудимым были сделаны «закладки» с наркотическими средствами, предназначенные для сбыта конечным приобретателям. При этом, суд принимает во внимание, что если лицо в целях осуществления умысла на незаконный сбыт наркотических средств незаконно приобретает, хранит, эти вещества, тем самым совершает действия, направленные на их последующую реализацию и составляющие часть объективной стороны сбыта, однако по независящим от него обстоятельствам не передает указанные вещества приобретателю, то такое лицо несет уголовную ответственность за покушение на незаконный сбыт этих веществ. В данном случае при выполнении части объективной стороны преступления совместный умысел подсудимого и неустановленного лица (лиц), совместно с которым они намеревались осуществлять незаконный сбыт наркотического средства - смеси, содержащей в своем составе наркотическое средство кокаин, общей массой 3,611 грамма, и наркотического средства - смеси, содержащей в своем составе наркотическое средство мефедрон (4-метилметкатинон), массой 1,682 грамма, не был доведен до конца, по независящим от них обстоятельствам, поскольку противоправные действия подсудимого были пресечены сотрудниками полиции, в результате чего он был задержан, а приготовленные к сбыту указанные выше наркотические средства изъяты из мест их скрытого хранения, где подсудимым уже были сделаны закладки. Таким образом, действия подсудимого по каждому факту преступной деятельности правильно квалифицированы как неоконченные преступления, то есть покушения. Суд полагает, что действия подсудимого по каждому факту преступной деятельности также верно квалифицированы как совершенные с использованием электронных и информационно-телекоммуникационных сетей (включая сеть «Интернет»), поскольку с использованием электронных и информационно-телекоммуникационной сети «Интернет» осуществлялась не только договоренность между подсудимым и неустановленным лицом (лицами) о приобретении наркотических средств, но и совместном осуществлении незаконного сбыта наркотических средств, обмен информацией между ними о местах скрытого хранения наркотических средств. В соответствии с ч. 3 ст. 35 УК РФ преступление признается совершенным организованной группой, если оно совершено устойчивой группой лиц, заранее объединившихся для совершения одного или нескольких преступлений. Совокупность представленных обвинением доказательств, в том числе с учетом имеющейся переписке в телефоне, изъятом у подсудимого, дает основания для однозначного вывода об устойчивости преступной группы, состоявшей из подсудимого и неустановленных лиц (лиц), заранее объединившихся для совершения преступлений, связанных с незаконным сбытом наркотических средств. В частности, в ходе судебного разбирательства судом достоверно установлены все признаки организованной группы, выражающиеся в наличии единого преступного умысла, направленного на осуществление незаконного сбыта наркотических средств, с целью систематического получения незаконного дохода, длительном существовании группы – с ДД.ММ.ГГГГ по ДД.ММ.ГГГГ (по состоянию на дату задержания подсудимого), ее устойчивости и сплоченности участников, четком распределением ролей между ними, постоянстве способов совершения преступных действий, узкой преступной специализацией участников. Кроме того, данная организованная группа, в состав которой входили подсудимый и иные неустановленные лица, характеризовалась достаточной степенью устойчивости и организованности, использовала в своей преступной деятельности методы конспирации, соучастники действовали под единым руководством и создана данная группа для совершения неопределенного количества особо тяжких преступлений в сфере незаконного сбыта наркотических средств в целях получения финансовой выгоды. Данной организованной группе были присущи все признаки преступного формирования, в том числе наличие определенной структуры и иерархии, обусловленности преступного поведения ее членов единством умысла и четкости действий путем распределения ролей. В непосредственные обязанности ФИО2., как следует из его показаний, данных им в ходе судебного следствия, входило получение от неустановленного лица в ходе переписки в сети «Интернет» адреса тайника с наркотическими средствами и их последующее размещение в одиночные закладки с их фотографированием и определением координат мест закладок, и последующей передачей указанной информации используя сеть «Интернет» через приложение «Телеграмм» неустановленному лицу, за что должен был получить денежные средства, что свидетельствует о выполнении ФИО2 отведенной ему в организованной группе роли «закладчика» для последующего сбыта наркотических средств их потребителям бесконтактным способом посредством информационно-телекоммуникационных сетей (включая сеть Интернет). ФИО2 вступил в ранее организованную иными лицами преступную группу, отличающуюся высокой степенью конспирации, которая позволяла в ходе незаконной деятельности не общаться друг с другом, а иметь обезличенные контакты лишь с определенными лицами группы. Подсудимый своими действиями согласился на участие в преступлениях, совершаемых организованной группой, независимо от продолжительности его личного участия в ней. Все действия, совершаемые подсудимым и неустановленными лицами, являлись необходимым условием продолжения совершения незаконных действий каждым из участников организованной группы и общей согласованности, направленными на достижение общего преступного результата. В связи с приведенными выше обстоятельства подлежат отклонению как несостоятельные доводы стороны защиты об отсутствии в действиях подсудимого квалифицирующего признака - «совершение преступления организованной группой». Совокупность изложенных в приговоре доказательств, полностью согласующихся между собой, не оставляет каких-либо сомнений в виновности подсудимого в совершении двух преступлений при описанных в приговоре обстоятельствах. С учетом установленных при рассмотрении уголовного дела обстоятельств, суд находит доказанной вину ФИО2 и квалифицирует его действия по ч. 3 ст. п. «а» ч. 4 ст. 228.1 УК РФ , как покушение на незаконный сбыт наркотических средств, совершенный с использованием электронных и информационно-телекоммуникационных сетей (включая сеть «Интернет»), в значительном размере, организованной группой, а именно, умышленные действия лица, непосредственно направленные на совершение преступления, если при этом преступление не было доведено до конца по независящим от этого лица обстоятельствам (по факту покушения на незаконный сбыт наркотического средства – смеси, содержащей в своем составе наркотическое средство кокаин, общей массой 3,611 грамма); по ч. 3 ст. п. «а» ч. 4 ст. 228.1 УК РФ , как покушение на незаконный сбыт наркотических средств, совершенный с использованием электронных и информационно-телекоммуникационных сетей (включая сеть «Интернет»), в значительном размере, организованной группой, а именно умышленные действия лица, непосредственно направленные на совершение преступления, если при этом преступление не было доведено до конца по независящим от этого лица обстоятельствам (по факту покушения на незаконный сбыт наркотического средства - смеси, содержащей в своем составе наркотическое средство мефедрон (4-метилметкатинон), массой 1,682 грамма. Решая вопрос о вменяемости подсудимого, суд исходит из заключения &lt;данные изъяты&gt; На основании ст. 19 УК РФ подсудимый, как вменяемое физическое лицо, достигшие возраста, установленного УК РФ, подлежит уголовной ответственности и наказанию за совершенные преступления. При назначении наказания подсудимому, суд руководствуется требованиями ст.ст. , 60 УК РФ , согласно которым лицу, признанному виновным в совершении преступления, назначается справедливое наказание, определяемое с учетом характера и степени общественной опасности преступления, личности виновного, в том числе обстоятельств, смягчающих наказание, а также влияния назначенного наказания на исправление осужденного и на условия жизни его семьи, а также учитывает обстоятельства, в силу которых преступления не были доведены до конца. Оценивая характер и степень общественной опасности совершенных преступлений, суд отмечает, что ФИО2 совершил два неоконченных умышленных преступлений, против здоровья населения и общественной нравственности, которые в силу ст. 15 УК РФ относятся к категории особо тяжких преступлений. Также суд учитывает конкретные обстоятельства содеянного, роль подсудимого в совершении преступления в составе организованной группы. Исследованием личности подсудимого установлено, что ФИО2 &lt;данные изъяты&gt; В судебном заседании подсудимый показал, что он не является инвалидом, является трудоспособным лицом, высказал жалобы на состояние здоровье в связи с имеющимися заболеваниями, пояснил, что оказывает помощь близким родственникам, у которых имеются хронические заболевания и инвалидность. В соответствии с ч. 2 ст. 61 УК РФ обстоятельствами, смягчающими наказание подсудимому по всем преступлениям, суд признает &lt;данные изъяты&gt; Признавая в качестве смягчающего подсудимому наказание обстоятельства явку с повинной, суд учитывает наличие в материалах доследственной проверки объяснения ФИО2 от ДД.ММ.ГГГГ, в котором он добровольно и последовательно изложил обстоятельства совершенных им преступлений. При этом, процессуальная форма закрепления признательной позиции виновного лица не зависела от него самого, что фактически отождествляет полученное от ФИО2 объяснения с явкой с повинной &lt;данные изъяты&gt; При этом, оснований для признания в качестве смягчающего подсудимому наказание обстоятельства «совершение преступлений в силу стечения тяжелых жизненных обстоятельств», исходя из обстоятельств совершения преступлений, вопреки доводам стороны защиты, суд не усматривает. Обстоятельств, отягчающих наказание, предусмотренных ст. 63 УК РФ , по всем преступлениям, судом не установлено. Согласно ч. 2 ст. 43 УК РФ наказание применяется в целях восстановления социальной справедливости, а также в целях исправления осужденных и предупреждения совершения новых преступлений. Анализируя исследованные в ходе судебного разбирательства характер и степень общественной опасности совершенных подсудимым преступлений, их направленность, конкретные обстоятельства содеянного, наличие смягчающих и отсутствие отягчающих наказание обстоятельств, данные о личности подсудимого, обстоятельства, в силу которых преступления не были доведены до конца, суд приходит к выводу, что цели уголовного наказания, предусмотренные ст. 43 УК РФ , могут быть достигнуты путем назначения подсудимому наказания в виде лишения свободы за каждое преступление, которое предусмотрено в качестве единственного основного вида наказания в санкции ч. 4 ст. 228.1 УК РФ , поскольку только наказание, связанное с изоляцией от общества, будет отвечать целям наказания. В этом отношении суд обращает внимание, что применение к подсудимому наказания в виде лишения свободы основано на принципах индивидуализации наказания и справедливости, предполагает изменение привычного уклада жизни подсудимого и оказание на него определенного воздействия как меры государственного принуждения, как это прямо закреплено положениями ч. 1 ст. 43 УК РФ . Кроме того, принимая решение о необходимости реального отбывания подсудимым наказания в виде лишения свободы суд учитывает, что в данном случае санкция ч. 4 ст. 228.1 УК РФ , предусматривает безальтернативное основное наказание в виде лишения свободы, при этом оснований для применения к подсудимому положений ст. 73 УК РФ суд не усматривает, поскольку условное осуждение не будет отвечать закрепленному в ст. 6 УК РФ принципу справедливости, а также не усматривает оснований для применения к подсудимому ст. 53.1 УК РФ . Исключительных обстоятельств, существенно уменьшающих степень общественной опасности совершенных подсудимым преступлений, дающего возможность для применения положений ст. 64 УК РФ , судом не установлено. При определении срока наказания в виде лишения свободы по всем преступлениям, суд учитывает требования ч. 1 ст. 62 УК РФ , ч. 3 ст. 66 УК РФ . При этом, в соответствии с п. 34 постановления Пленума Верховного Суда РФ от ДД.ММ.ГГГГ № «О практике назначения судами Российской Федерации уголовного наказания», если в результате применения статей и (или) 62 УК РФ срок или размер наказания, который может быть назначен осужденному, окажется менее строгим, чем низший предел наиболее строгого вида наказания, предусмотренного санкцией соответствующей статьи Особенной части УК РФ, то наказание назначается ниже низшего предела без ссылки на статью 64 УК РФ . Таким образом, наказание подсудимому следует назначить ниже низшего предела без ссылки на ст. 64 УК РФ . Рассматривая вопрос о возможности изменения категории преступлений, за совершение которых осуждается ФИО2 на менее тяжкую, в соответствии с ч. 6 ст. 15 УК РФ , суд, вопреки доводам стороны защиты, не находит оснований для принятия такого решения. В этом отношении суд учитывает установленные в судебном заседании конкретные обстоятельства содеянного подсудимым, которые не позволяют расценить совершенные преступления как отличающиеся пониженной степенью общественной опасности. С учетом совокупности смягчающих обстоятельств суд полагает возможным не назначать подсудимому дополнительные наказания, предусмотренные санкцией ч. 4 ст. 228.1 УК РФ , в качестве необязательных. Окончательное наказание подсудимому следует назначить по совокупности преступлений в соответствии с ч. 2 ст. 69 УК РФ . В соответствии с п. «в» ч. 1 ст. 58 УК РФ местом отбывания наказания подсудимому надлежит определить исправительную колонию строгого режима. На основании ч. 2 ст. 97 УПК РФ в целях обеспечения исполнения приговора мера пресечения в отношении подсудимого в виде содержания под стражей изменению до вступления приговора в законную силу не подлежит. В срок наказания подлежит зачесть время задержания и содержания ФИО2 под стражей в ходе предварительного и судебного следствия. Вещественными доказательствами по уголовному делу необходимо распорядиться в соответствии с требованиями ст. 81 УПК РФ . Процессуальными издержками по уголовному делу суд в соответствии с п. 5 ч. 2 ст. 131 УПК РФ признает денежную сумму в размере 4381 руб., выплаченную из федерального бюджета в счет вознаграждения адвокату Зайцевой Л.Н., осуществлявшей защиту ФИО2 в ходе предварительного расследования. В соответствии с ч. 2 ст. 132 УПК РФ данные процессуальные издержки подлежат взысканию с ФИО2 Оснований для освобождения его от уплаты процессуальных издержек суд не усматривает, поскольку ФИО2 не отказывался от защитника, не является инвалидом, является трудоспособным лицом, то есть может иметь доход, при этом судом установлена его виновность в совершении преступлений, в которых он обвинялся. Обстоятельств, препятствующих взысканию с подсудимого процессуальных издержек, судом не установлено. На основании изложенного, руководствуясь ст.ст. - , , - 309 УПК РФ , суд приговорил: Признать ФИО2 виновным в совершении двух преступлений, предусмотренных ч. 3 ст. п. «а» ч. 4 ст. 228.1 УК РФ , и назначить ему наказание в виде лишения свободы сроком на 07 лет за каждое из преступлений. В соответствии с ч. 2 ст. 69 УК РФ по совокупности преступлений путем частичного сложения назначенных наказаний окончательно назначить ФИО2 наказание в виде 07 лет 06 месяцев лишения свободы с отбыванием наказания в исправительной колонии строгого режима. Срок наказания в виде лишения свободы исчислять ФИО2 со дня вступления приговора в законную силу. Меру пресечения в отношении ФИО2 в виде заключения под стражу оставить без изменения до вступления приговора в законную силу, после чего отменить. Зачесть в срок наказания время задержания и содержания ФИО2 под стражей с ДД.ММ.ГГГГ до дня вступления приговора в законную силу с применением расчета, предусмотренного ч. 3.2 ст. 72 УК РФ (один день содержания под стражей за один день отбывания наказания). Взыскать с ФИО2 в доход федерального бюджета процессуальные издержки в размере 4381 руб. 00 коп. Вещественные доказательства по делу: &lt;данные изъяты&gt; &lt;данные изъяты&gt; &lt;данные изъяты&gt; &lt;данные изъяты&gt; &lt;данные изъяты&gt; Приговор может быть обжалован в апелляционном порядке в судебную коллегию по уголовным делам Новгородского областного суда через Новгородский районный суд в течение пятнадцати суток со дня постановления, а осужденным, содержащимся под стражей,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Осужденный также вправе пригласить защитника для участия в рассмотрении уголовного дела судом апелляционной инстанции, либо ходатайствовать перед судом о назначении защитника, в том числе бесплатно в случаях, предусмотренных УПК РФ, либо отказаться от защитника. Судья Ю.Б. Трифонов Суд: Новгородский районный суд (Новгородская область) (подробнее) Судьи дела: Трифонова Юлия Борисовна (судья) (подробнее) Судебная практика по: Контрабанда Судебная практика по применению норм ст. 200.1, 200.2, 226.1, 229.1 УК РФ Соучастие, предварительный сговор Судебная практика по применению норм ст. 34, 35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