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Самара</w:t>
      </w:r>
    </w:p>
    <w:p>
      <w:pPr>
        <w:spacing w:after="200"/>
        <w:jc w:val="center"/>
      </w:pPr>
      <w:r>
        <w:rPr>
          <w:rFonts w:ascii="Times New Roman" w:hAnsi="Times New Roman" w:eastAsia="Times New Roman" w:cs="Times New Roman"/>
          <w:b w:val="0"/>
          <w:i w:val="0"/>
          <w:sz w:val="22"/>
        </w:rPr>
        <w:t>17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Установить факт принадлежности трудовой книжки серии АТ-II № (дата заполнения &lt;дата&gt;) ФИО1, &lt;дата&gt; года рождения.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Отделение Фонда пенсионного и социального страхования Российской Федерации по Самарской области принять к зачету трудовую книжку ФИО1, &lt;дата&gt; года рождения серии АТ-II № (дата заполнения &lt;дата&gt;).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Установить принадлежность архивных справок &lt;данные изъяты&gt; №№ от &lt;дата&gt; ФИО1, &lt;дата&gt; года рождения.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Отделение Фонда пенсионного и социального страхования Российской Федерации по Самарской области включить в страховой стаж ФИО1, &lt;дата&gt; года рождения для назначения страховой пенсии по старости периоды работы с &lt;дата&gt; по &lt;дата&gt; в &lt;данные изъяты&gt; в качестве электросварщика, с &lt;дата&gt; по &lt;дата&gt; в &lt;данные изъяты&gt;, с &lt;дата&gt; по &lt;дата&gt; в &lt;данные изъяты&gt; в качестве слесаря, с &lt;дата&gt; по &lt;дата&gt; в должности водителя в &lt;данные изъяты&gt;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Установить принадлежность архивной справки № от &lt;дата&gt;, выданной Архивным отделом муниципального района &lt;адрес&gt;, ФИО1, &lt;дата&gt; года рождения.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Установить факт принадлежности архивной справки № от &lt;дата&gt;, выданной Архивным отделом муниципального района &lt;адрес&gt;, ФИО1, &lt;дата&gt; года рождения.</w:t>
      </w:r>
    </w:p>
    <w:p>
      <w:pPr>
        <w:pStyle w:val="Heading3"/>
      </w:pPr>
      <w:r>
        <w:rPr>
          <w:rFonts w:ascii="Times New Roman" w:hAnsi="Times New Roman" w:eastAsia="Times New Roman" w:cs="Times New Roman"/>
          <w:b/>
          <w:i w:val="0"/>
          <w:sz w:val="22"/>
        </w:rPr>
        <w:t>Пункт 7. Конституционные основы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Отделение Фонда пенсионного и социального страхования Российское Федерации по Самарской области назначить ФИО1, &lt;дата&gt; года рождения страховую пенсию по старости с момента достижения пенсионного возраста и даты первоначального обращения за ее выплатой, а именно с &lt;дата&gt;. Представитель истца ФИО1 – ФИО2 по доверенности от &lt;дата&gt; в судебном заседании уточненные исковые требования поддержала, просила удовлетворить их в полном объеме по указанным основаниям. Представитель ответчика отделения фонда пенсионного и социального страхования Российской Федерации по Самарской области – ФИО3 по доверенности от &lt;дата&gt; просила суд оставить иск без удовлетворения, по основаниям принятого пенсионным органом решения. Заслушав объяснения участников процесса, исследовав имеющиеся в материалах гражданского дела доказательства в их совокупности и взаимной связи, суд находит иск ФИО1 подлежащим удовлетворению по следующим основаниям. Статьей 39 Конституции Российской Федерации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 В соответствии с российским пенсионным законодательством с 01.01.2015 порядок подтверждения периодов работы при исчислении продолжительности страхового стажа, а также требования к представляемым документам для установления страховой пенсии по старости, определены Федеральным законом от 28.12.2013 № 400-ФЗ «О страховых пенсиях» (далее - Закон № 400-ФЗ) и Правилами подсчета и подтверждения страхового стажа для установления страховых пенсий, утвержденными постановлением Правительства РФ от 02.10.2014 № 1015 (далее - Правила № 1015). В соответствии с частью 1.1 статьи 8 Закона № 400-ФЗ право на страховую пенсию по старости имеют лица, достигшие возраста 65 и 60 лет (соответственно мужчины и женщины) (с учетом положений, предусмотренных приложением 6 к настоящему Федеральному закону). В соответствии с частью 1.2 статьи 8 Закона № 400-ФЗ лицам, имеющим страховой стаж не менее 42 и 37 лет (соответственно мужчины и женщины), страховая пенсия по старости может назначаться на 24 месяца ранее достижения возраста, предусмотренного частями 1 и 1.1 данной статьи, но не ранее достижения возраста 60 и 55 лет (соответственно мужчины и женщины). Согласно части 1 статьи 11 Закона № 400-ФЗ в страховой стаж включаются периоды работы и (или) иной деятельности, которые выполнялись на территории Российской Федерации лицами, указанными в части 1 статьи 4 настоящего Федерального закона, при условии, что за эти периоды начислялись и уплачивались страховые взносы в Фонд пенсионного и социального страхования Российской Федерации (далее - Фонд). Согласно положениям части 9 статьи 13 Закона № 400-ФЗ при исчислении страхового стажа лиц, указанных в части 1.2 статьи 8 настоящего Федерального закона, в целях определения их права на страховую пенсию по старости в страховой стаж включаются (засчитываются) периоды работы и (или) иной деятельности, предусмотренные частью 1 статьи 11 настоящего Федерального закона, а также периоды, предусмотренные пунктами 1 (периоды прохождения военной службы по призыву, периоды участия в специальной военной операции в период прохождения военной службы), 2 и 12 (периоды участия в специальной военной операции) части 1 статьи 12 настоящего Федерального закона. При этом указанные периоды включаются (засчитываются) без применения положений части 8 настоящей статьи, которой предусмотрено следующее: при исчислении страхового стажа в целях определения права на страховую пенсию периоды работы и (или) иной деятельности, которые имели место до дня вступления в силу настоящего Федерального закона и засчитывались в трудовой стаж при назначении пенсии в соответствии с законодательством, действовавшим в период выполнения работы (деятельности), могут включаться в указанный стаж с применением правил подсчета соответствующего стажа, предусмотренных указанным законодательством (в том числе с учетом льготного порядка исчисления стажа), по выбору застрахованного лица. То есть для определения права на досрочную пенсию по рассматриваемому основанию в страховой стаж календарно засчитываются только периоды работы на территории Российской Федерации, за которые начислялись или уплачивались страховые взносы в Фонд, периоды получения пособия по обязательному социальному страхованию в период временной нетрудоспособности, военной службы по призыву, а также не применяются нормы ранее действующего законодательства. К уплате страховых взносов приравнивается уплата взносов на государственное социальное страхование до 01.01.1991, единого социального налога (взноса) и единого налога на вмененный доход для определенных видов деятельности (пункт 6 Правил № 1015). Иные периоды (в том числе периоды обучения, нахождения в отпусках без сохранения заработной платы, получения пособия по безработице, нахождения в отпуске по уходу за ребенком), поименованные частью 1 статьи 12 Закона № 400-ФЗ, в подсчет страхового стажа при определении права на назначение страховой пенсии по старости в соответствии с частью 1.2 статьи 8 Закона № 400-ФЗ не учитываются, так как уплата страховых взносов в Фонд за указанные периоды не производится. В соответствии с частью 1 статьи 14 Закона № 400-ФЗ при подсчете страхового стажа периоды работы и иной деятельности до регистрации гражданина в качестве застрахованного лица в соответствии с Федеральным законом от 01.04.1996 № 27-ФЗ «Об индивидуальном (персонифицированном) учете в системах обязательного пенсионного страхования и обязательного социального страхования» (далее - Закон № 27-ФЗ) подтверждаются на основании сведений индивидуального (персонифицированного) учета за указанный период и (или) документов, выдаваемых работодателями или соответствующими государственными (муниципальными) органами в порядке, установленном законодательством Российской Федерации. В соответствии с частью 2 статьи 14 Закона № 400-ФЗ при подсчете страхового стажа периоды, предусмотренные статьей 11 указанного Закона, после регистрации гражданина в качестве застрахованного лица в соответствии с Законом № 27-ФЗ подтверждаются на основании сведений индивидуального (персонифицированного) учета. В соответствии с пунктом 11 Правил № 1015 документом, подтверждающим периоды работы по трудовому договору до даты регистрации гражданина в качестве застрахованного лица в соответствии с Законом № 27-ФЗ является трудовая книжка установленного образца (далее - трудовая книжка). При этом записи в трудовую книжку должны быть внесены в соответствии с Инструкцией о порядке ведения трудовых книжек на предприятиях, в учреждениях и организациях, действующей на дату внесения записей в трудовую книжку При отсутствии трудовой книжки (трудовой книжки колхозника), а также, в случае если в указанных документах содержатся неправильные и неточные сведения, либо отсутствуют записи об отдельных периодах работы, в подтверждение периодов работы принимаются письменные трудовые договоры, оформленные в соответствии с трудовым законодательством, действовавшим на день возникновения соответствующих правоотношений, выписки из приказов, лицевые счета и ведомости на выдачу заработной платы, справки и иные документы, выдаваемые работодателями или соответствующими государственными (муниципальными) органами. Согласно подпункту 2.11 Инструкции «О порядке ведения трудовых книжек на предприятиях, в учреждениях и организациях», утвержденной Постановлением Госкомтруда СССР от 20.06.1974 № 162 (далее - Инструкция), после указания даты заполнения трудовой книжки работник своей подписью заверяет правильность внесенных сведений. Сведения о работнике записываются на первой странице (титульном листе) трудовой книжки. Фамилия, имя и отчество (полностью, без сокращения или замены имени и отчества инициалами) и дата рождения указываются на основании паспорта или свидетельства о рождении (пункт 2.10 Инструкции). Изменения записей в трудовых книжках о фамилии, имени, отчестве и дате рождения производятся администрацией по последнему месту работы на основании документов (паспорта, свидетельства о рождении, о браке, о расторжении брака, об изменении фамилии, имени, отчества и др.) и со ссылкой на номер и дату этих документов Указанные изменения вносятся на первой странице (титульном листе) трудовой книжки. Одной чертой зачеркивается, например, прежняя фамилия или имя, отчество, дата рождения и записываются новые данные. Ссылки на соответствующие документы записываются на внутренней стороне обложки и заверяются подписью руководителя предприятия или специально уполномоченного им лица и печатью предприятия или печатью отдела кадров (пункт 2.12 Инструкции). В разделах "Сведения о работе", "Сведения о награждениях", "Сведения о поощрениях" трудовой книжки (вкладыша) зачеркивание ранее внесенных неточных или неправильных записей не допускается. При необходимости, например, изменения записи сведений о работе после указания соответствующего порядкового номера, даты внесения записи в графе 3 пишется: "Запись за N таким-то недействительна. Принят по такой-то профессии (должности)" и в графе 4 повторяется дата и номер приказа (распоряжения) администрации, запись из которого неправильно внесена в трудовую книжку (пункт 2.9 Инструкции). Согласно подпункту 2.14 Инструкции при увольнении (переводе) рабочего или служащего все записи о работе, внесенные в трудовую книжку за время работы на данном предприятии, заверяются подписью руководителя предприятия или специально уполномоченного им лица и печатью предприятия или печатью отдела кадров Согласно пункту 59 Правил № 1015 документы, выдаваемые в целях подтверждения периодов работы, должны содержать номер и дату выдачи, фамилию, имя, отчество застрахованного лица, число, месяц и год его рождения, место работы, период работы, профессию, основания их выдачи. Судом установлено, что &lt;дата&gt; ФИО1, &lt;дата&gt; года рождения, обратился в Отделение с заявлением о назначении страховой пенсии по старости в соответствии с частями 1.1 и 1.2 статьи 8 Закона № 400 - ФЗ. Истцом представлена трудовая книжка серии AT -II № от &lt;дата&gt;, не принята Отделением к зачету, поскольку заведена с нарушением Инструкции: дата рождения &lt;дата&gt; исправлена, исправление произведено с нарушением Инструкции. Все записи на титульном листе указанной трудовой книжке размыты. Отчество на титульном листе читается частично -.. атихович. Следовательно, все периоды работы, внесенные в трудовую книжку, требуют документального подтверждения. Для подтверждения факта работы ФИО1 с &lt;дата&gt; по &lt;дата&gt; в &lt;данные изъяты&gt; в качестве электросварщика и с &lt;дата&gt; по &lt;дата&gt; в &lt;данные изъяты&gt; в качестве водителя Отделением направлены соответствующие запросы в архивные отделы Самарской области. Согласно архивным справкам от &lt;дата&gt; № № и №, выданным &lt;данные изъяты&gt; в документах &lt;данные изъяты&gt; за период с 1980 года по 1981 год имеются сведения о работе истца в качестве электросварщика с &lt;дата&gt; по &lt;дата&gt;. Однако имеются следующие расхождения: - приказ о приеме от &lt;дата&gt;№ тогда как в трудовой книжке приказ о приеме от &lt;дата&gt; № - приказ об увольнении от &lt;дата&gt; №, тогда как в трудовой книжке приказ об увольнении от &lt;дата&gt; № - в указанных документах имеется личная карточка формы Т-2 ФИО1, &lt;дата&gt; г.р., личной карточки ФИО1, &lt;дата&gt; г.р. нет; - на обложке лицевого счета по заработной плате указана фамилия ФИО1, без указания имени, отчества, полной даты рождения. Согласно архивной справке от &lt;дата&gt; №, выданной архивным отделом Администрации муниципального района &lt;адрес&gt;, документы &lt;данные изъяты&gt; на хранение не поступали. Таким образом, не представляется возможным документально подтвердить факт работы истца с &lt;дата&gt; по &lt;дата&gt; в &lt;данные изъяты&gt; в качестве электросварщика и с &lt;дата&gt; по &lt;дата&gt; в &lt;данные изъяты&gt; в качестве водителя. &lt;дата&gt; Отделением принято решение № об отказе во включении в страховой стаж истца указанных периодов работы. Период работы истца с &lt;дата&gt; по &lt;дата&gt; в должности слесаря &lt;данные изъяты&gt; не включен в страховой стаж. Запись № от &lt;дата&gt; внесена дважды: уволен по ст. 31 КЗО (приказ № от &lt;дата&gt;), уволен по ст. 29 п. 5 переводом в &lt;адрес&gt;. В левом верхнем углу страницы № имеется запись, заверенная инспектором ОК и печатью: «Запись № считать недействительной», следовательно, вторая запись № - действительна. Запись № от &lt;дата&gt;: уволен по ст. 29 п. 5 переводом в &lt;данные изъяты&gt;, в левом верхнем угл” имеется запись, заверенная должным образом: «запись № считать недействительной». Запись № (стр. №)-переведен зам.директора по хозяйственной части. Запись № от &lt;дата&gt;: "уволить по собственному желанию". На страницах 8-9 запись: "запись № считать недействительной". Запись № от &lt;дата&gt;: "уволить по собственному желанию". Согласно архивной справке от &lt;дата&gt; №, выданной архивным отделом муниципального района &lt;адрес&gt;, в имеющихся документах архивного фонда &lt;данные изъяты&gt; в приказе № от &lt;дата&gt; указано: принять в гараж ФИО1 с 12 августа (так в документах). Дата рождения истца в приказе не прослеживается. Подтвердить факт увольнения ФИО1 из &lt;данные изъяты&gt; не представляется возможным, так как документы на хранение не поступали. В книгах расчетов за 1985 год имеются сведения о заработной плате ФИО1 (так в документах) (дата рождения не указана) с августа по декабрь 1985. Представить сведения о заработной плате с января 1986 года по декабрь 1995 года и подтвердить факт работы по указанной архивной справке не представляется возможным, поскольку ФИО1, ФИО1 в книгах расчетов &lt;данные изъяты&gt; не обнаружен. В книгах расчетов значится с января 1986 года по декабрь 1995 года ФИО1, ФИО1 &lt;данные изъяты&gt;., &lt;данные изъяты&gt;, (так в документах, дата рождения не указана). За период с января 1996 года по сентябрь 1998 года предоставить сведения о заработной плате ФИО1 не представляется возможным, так как документы &lt;данные изъяты&gt; за 1996-1998 годы в архивный отдел Администрации муниципального района &lt;адрес&gt; на хранение не поступали. По мнению пенсионного органа, установить принадлежность указанной справки заявителю не представляется возможным, в связи с чем, спорный период работы документально не подтвержден и не может быть включен в страховой стаж. Период работы ФИО1 с &lt;дата&gt; по &lt;дата&gt; в должности водителя в &lt;данные изъяты&gt; (запись в трудовой книжке размыта), поскольку данный период отсутствует в выписке из индивидуального лицевого счета застрахованного лица, предприятие не производило начисление и уплату страховых взносов на обязательное пенсионное страхование в бюджет Фонда пенсионного и социального страхования Российской Федерации, что не соответствует основному условию, предусмотренному пунктом 16 Правил № 1015. Дополнить индивидуальный лицевой счет заявителя сведениями о стаже и заработке не представляется возможным, поскольку страхователь ликвидирован &lt;дата&gt;. Согласно архивной справке от &lt;дата&gt; №, выданной Архивным отделом муниципального района &lt;адрес&gt;, в имеющихся документах архивного фонда &lt;данные изъяты&gt; имеется приказ № по Управлению образования от &lt;дата&gt;: ФИО1 (так в приказах) принять водителем &lt;данные изъяты&gt; по совместительству с 3.03. Приказ № по УО МП и С от &lt;дата&gt; ФИО1 (так в документах) водителя &lt;данные изъяты&gt; уволить с &lt;дата&gt;. Дата рождения в приказах не прослеживается. Установить принадлежность справки не представляется возможным. Кроме того, дата приема, номера и даты издания приказов о приеме и увольнении не совпадают со сведениями, указанными в трудовой книжке заявителя. По сведениям пенсионного органа, документально подтвержденный страховой стаж ФИО1 на дату обращения для определения права на страховую пенсию по старости в соответствии с частью 1.2 статьи 8 Закона № 400 составляет 28 лет 8 месяцев 0 дней, что не дает право на назначение страховой пенсии в соответствии с частью 1.2 статьи 8 Закона № 400. Право на назначение страховой пенсии по старости в соответствии с частью 1.1 статьи 8 Закона № 400-ФЗ возникнет у истца в 2026 году, по достижении возраста 64 лет. На этом основании, &lt;дата&gt; Отделением вынесено решение № об отказе в назначении истцу страховой пенсии по старости в соответствии с частями 1.1 и 1.2 статьи 8 Закона № 400-ФЗ, перечисленные выше личные документы не учтены пенсионным органом по указанным выше основаниям. Вместе с тем в силу принципов, изложенных в статье 19 Конституции РФ, реализация гарантированных федеральным законом пенсионных прав не может быть поставлена в зависимость от обстоятельств, не зависящих от лица, претендующего на назначении ему пенсии. Вина истца в неправильном ведении работодателем его трудовой книжки и оформлении личных документов отсутствует, а потому данные обстоятельства сами по себе не могут умалять его пенсионные права, гарантированные Конституцией РФ и федеральными законами. Принадлежность истцу его трудовой книжки и архивных справок никем не оспаривается, злоупотребление с его стороны отсутствует, личные данные совпадают, не оставляют сомнений в принадлежности истцу. Ненаправление работодателем сведений о работниках и кадровых документов в архив не относится на работника, не зависит от него. В связи с чем, указанные периоды работы подлежат включению в страховой стаж истца. Частичное несовпадение сведений архивных справок о периоде начисления заработной платы с записями в трудовой книжке истца, само по себе не опровергает факт работы истца в соответствии со сведениями, отраженными в его трудовой книжке, обязанность надлежащего ведения которой закон возлагает на работодателя и от работника не зависит. В архивных справках есть сведения о выплате истцу заработной платы, следовательно, пенсионные взносы за него также подлежали уплате в соответствии с законом. Нет разумных оснований усомниться в том, что работодатели истца такую законную обязанность не выполняли, а заработная плата не выплачивалась со дня трудоустройства как это указано в записях трудовой книжки, которая является основным документом, подтверждающим периоды работы по трудовому договору. Отсутствие данных уточнений в архивной справке, само по себе не свидетельствует о том, что такие взносы за него работодателем не уплачивались. Доказательства обратного суду не представлены. А потому нет оснований для непринятия пенсионным органом к зачету трудовой книжки и архивных справок при решении вопроса о назначении истцу страховой пенсии. В связи с чем, суд обязывает пенсионный орган принять к зачету перечисленные выше документы. В соответствии с частью 1 статьи 22 Закона № 400-ФЗ страховая пенсия назначается со дня обращения за указанной пенсией, за исключением случаев, предусмотренных частями 5, 6, 6.1, 6.3 настоящей статьи, статьями 25.1, 25.2 настоящего Федерального закона, но во всех случаях не ранее чем со дня возникновения права на указанную пенсию. По сведениям пенсионного органа включение спорных периодов в страховой стаж истца с учетом признанного пенсионном органом стажа в совокупности превысит необходимые 42 года на дату первого обращения истца с заявлением о назначении такой пенсии 18.01.2024 и достижения им в этот день возраста 62 лет, что стороны признали и не отрицали. Таким образом, с целью защиты конституционных прав истца на пенсию в соответствии с законом, суд находит его требования основанными на законе и подлежащими удовлетворению по указанным основаниям. На основании изложенного и руководствуясь ст. ст. - 199 ГПК РФ РЕШИЛ: иск ФИО1 к отделению фонда пенсионного и социального страхования Российской Федерации по Самарской области о защите пенсионных прав удовлетворить. Установить факт принадлежности трудовой книжки серии АТ-II № (дата заполнения &lt;дата&gt;) ФИО1, &lt;дата&gt; года рождения. Возложить на отделение фонда пенсионного и социального страхования Российской Федерации по Самарской области, ИНН № обязанность принять к зачету трудовую книжку ФИО1, &lt;дата&gt; года рождения серии АТ-II № (дата заполнения &lt;дата&gt;). Установить принадлежность архивных справок &lt;данные изъяты&gt; №№ от &lt;дата&gt; ФИО1, &lt;дата&gt; года рождения. Возложить на отделение фонда пенсионного и социального страхования Российской Федерации по Самарской области обязанность включить в страховой стаж ФИО1, &lt;дата&gt; года рождения, СНИЛС № для назначения страховой пенсии по старости периоды работы с &lt;дата&gt; по &lt;дата&gt; в &lt;данные изъяты&gt;, с &lt;дата&gt; по &lt;дата&gt; в &lt;данные изъяты&gt;, с &lt;дата&gt; по &lt;дата&gt; в &lt;данные изъяты&gt;, с &lt;дата&gt; по &lt;дата&gt; в должности водителя в &lt;данные изъяты&gt; Установить принадлежность архивной справки № от &lt;дата&gt;, выданной Архивным отделом муниципального района &lt;адрес&gt;, ФИО1, &lt;дата&gt; года рождения. Установить факт принадлежности архивной справки № от &lt;дата&gt;, выданной Архивным отделом муниципального района &lt;адрес&gt;, ФИО1, &lt;дата&gt; года рождения. Возложить на отделение фонда пенсионного и социального страхования Российской Федерации по Самарской области обязанность назначить ФИО1, &lt;дата&gt; года рождения страховую пенсию по старости в соответствии с ч.ч. 1, 1.2 ст. 8 Федерального закона от 28.12.2013 № 400-ФЗ «О страховых пенсиях» с &lt;дата&gt;. Решение может быть обжаловано лицами, участвующими в деле в Самарский областной суд через Красноглинский районный суд г. Самары в течение месяца со дня принятия решения суда в окончательной форме. Судья М.В. Волков Мотивированное решение суда составлено 01.10.2024 года. Суд: Красноглинский районный суд г. Самары (Самарская область) (подробнее) Судьи дела: Волков Максим Вениаминович (судья) (подробнее) Последние документы по делу: Решение от 10 декабря 2024 г. по делу № 2-2146/2024 Решение от 18 октября 2024 г. по делу № 2-2146/2024 Решение от 16 сентября 2024 г. по делу № 2-2146/2024 Решение от 11 сентября 2024 г. по делу № 2-2146/2024 Решение от 28 марта 2024 г. по делу № 2-2146/2024 Решение от 12 марта 2024 г. по делу № 2-2146/2024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