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обязательная явка 2 раза в месяц в орган внутренних дел по месту жительства или пребывания для регистрации в день, определенный сотрудником органа внутренних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запрещение пребывания вне жилого или иного помещения, являющегося местом жительства либо пребывания поднадзорного лица с 23 часов 00 минут до 06 часов 00 минут следующего дня, за исключением осуществления в указанное время трудовой деятельности;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запрещение выезда за пределы муниципального образования &lt;адрес&gt;. ДД.ММ.ГГГГ в ОП № «Юдино» УМВД России по &lt;адрес&gt; в отношении ФИО1 установлен надзор с заведением надзорного дела №. ФИО1 адресом проживания выбрал: &lt;адрес&gt;. ДД.ММ.ГГГГ в отношении ФИО1 заведено дело административного надзора на лицо, освобожденное из мест лишения свободы, в отношении которого установлены административные ограничения в соответствии с законодательством РФ №. В тот же день ФИО1 ознакомлен с графиком прибытия поднадзорного лица на регистрацию, согласно которому для него установлена обязанность являться на регистрацию в ОП № «Юдино» УМВД России по &lt;адрес&gt; по адресу: &lt;адрес&gt;, в первую, третью, четвертую среду месяца с 08 часов 00 минут до 20 часов 00 минут. С данным графиком ФИО1 лично ознакомился и собственноручно подписал его. Также собственноручно ФИО1 заполнил бланк предупреждение о том, что он ознакомлен с административными ограничениями (временными) своих прав и свобод, установленными в отношении него решением суда, а также обязанностями, предусмотренными Федеральным законом от ДД.ММ.ГГГГ № «Об административном надзоре за лицами, освобожденными из мест лишения свободы», и обязуется их соблюдать, кроме того, предупрежден о том, что за нарушение административных ограничений и обязанностей надзор в отношении него может быть продлен и может быть привлечен к административной ответственности по ч. 2 ст. 314.1 УК РФ . ДД.ММ.ГГГГ ФИО1 написано заявление о том, что просит разрешить проживать по адресу: &lt;адрес&gt;. ДД.ММ.ГГГГ решением Кировского районного суда &lt;адрес&gt; в отношении ФИО1 установлены дополнительные административные ограничения в виде: обязательная явка 3 раза в месяц для регистрации в орган внутренних дел по месту жительства или пребывания для регистрации в день, определенный сотрудником внутренних дел; запрет пребывания вне жилого или иного помещения, являющегося местом жительства либо пребывания поднадзорного лица, в период с 22 часов 00 минут до 06 часов 00 минут, за исключением осуществления в указанное время трудовой деятельности; запрет пребывания в местах проведения массовых развлекательных мероприятий и участия в указанных мероприятиях, за исключением участия в выборах и референдумах, проводимых на территории Российской Федерации в соответствии с Конституцией Российской Федерации, федеральными законами, законами субъектов РФ, уставами муниципальных образований; запрет пребывания в местах общественного питания, где осуществляется продажа спиртных напитков в розлив. Однако, ФИО1, будучи предупрежденным об уголовной и административной ответственности за нарушение ограничений, возложенных на него судом, в период с 15 ноября 2023 г. по 14 ноября 2024 г. неоднократно не соблюдал вышеуказанные ограничения, за что неоднократно привлечен к административной ответственности. Так, ДД.ММ.ГГГГ до 20 часов 00 минут ФИО1 не явился на регистрацию в ОП № «Юдино» УМВД России по &lt;адрес&gt; по адресу: &lt;адрес&gt;, тем самым допустил нарушение ограничения, установленного ему судом, в связи с чем в отношении ФИО1 составлен протокол об административном правонарушении, ответственность за которое предусмотрена частью 1 статьи 19.24 КоАП РФ. За указанное нарушение постановлением заместителя начальника ОП № «Юдино» УМВД России по &lt;адрес&gt; ФИО7 от ДД.ММ.ГГГГ ФИО1 подвергнут административному наказанию по ч.1 ст. 19.24 КоАП Российской Федерации в виде административного штрафа в размере 1000 рублей. Постановление вступило в законную силу ДД.ММ.ГГГГ ДД.ММ.ГГГГ в 01 час. 48 мин. ФИО1 отсутствовал по месту жительства по адресу: &lt;адрес&gt;, тем самым допустил нарушение ограничения, установленного ему судом, в связи с чем в отношении ФИО1 составлен протокол об административном правонарушении, ответственность за которое предусмотрена частью 1 статьи 19.24 КоАП РФ. За указанное нарушение постановлением заместителя начальника &lt;данные изъяты&gt;» УМВД России по &lt;адрес&gt; ФИО7 от ДД.ММ.ГГГГ ФИО1 подвергнут административному наказанию по ч.1 ст. 19.24 КоАП Российской Федерации в виде административного штрафа в размере 1010 рублей. Постановление вступило в законную силу ДД.ММ.ГГГГ ДД.ММ.ГГГГ в 23 час. 15 минут ФИО1 отсутствовал по месту жительства по адресу: &lt;адрес&gt;, тем самым допустил нарушение ограничения, установленного ему судом, в связи с чем в отношении ФИО1 составлен протокол об административном правонарушении, ответственность за которое предусмотрена частью 3 статьи 19.24 КоАП РФ. За указанное нарушение ДД.ММ.ГГГГ постановлением Мирового судьи судебного участка № по Кировскому судебному району &lt;адрес&gt; ФИО8 осужденный подвергнут административному наказанию по ч. 3 ст. 19.24 КоАП Российской Федерации в виде административного ареста сроком на 10 (десять) суток. Постановление вступило в законную силу ДД.ММ.ГГГГ ДД.ММ.ГГГГ в 23 час. 45 минут ФИО1 отсутствовал по месту жительства по адресу: &lt;адрес&gt;, тем самым допустил нарушение ограничения, установленного ему судом, в связи с чем в отношении ФИО1 составлен протокол об административном правонарушении, ответственность за которое предусмотрена частью 3 статьи 19.24 КоАП РФ. За указанное нарушение ДД.ММ.ГГГГ постановлением Мирового судьи судебного участка № по Кировскому судебному району &lt;адрес&gt; ФИО8 осужденный подвергнут административному наказанию по ч. 3 ст. 19.24 КоАП Российской Федерации в виде административного ареста сроком на 10 (десять) суток. Постановление вступило в законную силу ДД.ММ.ГГГГ ДД.ММ.ГГГГ в 01 час. 00 минут ФИО1 отсутствовал по месту жительства по адресу: &lt;адрес&gt;, тем самым допустил нарушение ограничения, установленного ему судом в связи, с чем в отношении ФИО1 составлен протокол об административном правонарушении, ответственность за которое предусмотрена частью 3 статьи 19.24 КоАП РФ. За указанное нарушение ДД.ММ.ГГГГ постановлением Мирового судьи судебного участка № по Кировскому судебному району &lt;адрес&gt; ФИО13 осужденный подвергнут административному наказанию по ч. 3 ст. 19.24 КоАП Российской Федерации в виде административного ареста сроком на 10 (десять) суток. Постановление вступило в законную силу ДД.ММ.ГГГГ ДД.ММ.ГГГГ в 23 часа 50 минут ФИО1 отсутствовал по месту жительства по адресу: &lt;адрес&gt;, тем самым допустил нарушение ограничения, установленного ему судом, в связи с чем в отношении ФИО1 составлен протокол об административном правонарушении, ответственность за которое предусмотрена частью 3 статьи 19.24 КоАП РФ. За указанное нарушение ДД.ММ.ГГГГ постановлением Мирового судьи судебного участка № по Кировскому судебному району &lt;адрес&gt; ФИО13 осужденный подвергнут административному наказанию по ч. 3 ст. 19.24 КоАП Российской Федерации в виде административного ареста сроком на 10 (десять) суток. Постановление вступило в законную силу ДД.ММ.ГГГГ ДД.ММ.ГГГГ в 23 часа 27 минут ФИО1 отсутствовал по месту жительства по адресу: &lt;адрес&gt;, тем самым допустил нарушение ограничения, установленного ему судом, в связи с чем в отношении ФИО1 составлен протокол об административном правонарушении, ответственность за которое предусмотрена частью 3 статьи 19.24 КоАП РФ. За указанное нарушение ДД.ММ.ГГГГ постановлением Мирового судьи судебного участка № по Кировскому судебному району &lt;адрес&gt; ФИО13 осужденный подвергнут административному наказанию по ч. 3 ст. 19.24 КоАП Российской Федерации в виде административного ареста сроком на 10 (десять) суток. Постановление вступило в законную силу ДД.ММ.ГГГГ ДД.ММ.ГГГГ в 23 часа 25 минут ФИО1 отсутствовал по месту жительства по адресу: &lt;адрес&gt;, тем самым допустил нарушение ограничения, установленного ему судом, в связи с чем в отношении ФИО1 составлен протокол об административном правонарушении, ответственность за которое предусмотрена частью 3 статьи 19.24 КоАП РФ. За указанное нарушение ДД.ММ.ГГГГ постановлением Мирового судьи судебного участка № по Кировскому судебному району &lt;адрес&gt; ФИО13 осужденный подвергнут административному наказанию по ч. 3 ст. 19.24 КоАП Российской Федерации в виде административного ареста сроком на 10 (десять) суток. Постановление вступило в законную силу ДД.ММ.ГГГГ ДД.ММ.ГГГГ придя на работу в ОП № «Юдино» УМВД России по &lt;адрес&gt; по адресу: &lt;адрес&gt; от заместителя начальника УУП ОП № «Юдино» Управления МВД России по &lt;адрес&gt; ФИО10 она узнала о том, что ДД.ММ.ГГГГ в 22 часа 15 минут с целью проверки по месту жительства ФИО1, ДД.ММ.ГГГГ рождения, по решению Кировского районного суда &lt;адрес&gt; от ДД.ММ.ГГГГ, вступившим в законную силу ДД.ММ.ГГГГ, и по решению Кировского районного суда &lt;адрес&gt; от ДД.ММ.ГГГГ, вступившим в законную силу ДД.ММ.ГГГГ, он приехал по месту жительства осужденного, расположенное по адресу: &lt;адрес&gt;, однако на момент проверки ФИО1 отсутствовал по месту жительства, о чем составлен акт посещения поднадзорного лица по месту жительства или пребывания от ДД.ММ.ГГГГ В последующем по данному факту ДД.ММ.ГГГГ в отношении ФИО1 составлен протокол об административном правонарушении № по ч. 3 ст. 19.24 КоАП РФ. Также ею установлено, что ДД.ММ.ГГГГ мировым судьей судебного участка № по Кировскому судебному району г. ФИО11 ФИО3 ФИО1 признан виновным в совершении административного правонарушения, предусмотренного ст. 20.21 КоАП РФ, и подвергнут наказанию в виде административного ареста сроком на 5 суток, а именно за то, что последний ДД.ММ.ГГГГ в 22 часа 30 минут находился возле &lt;адрес&gt; в состоянии алкогольного опьянения: шатался из стороны в сторону, изо рта исходил резкий запах спиртного, внешний вид неопрятный, одежда грязная, речь невнятная, у граждан вызвал брезгливость и отвращения, тем самым оскорблял человеческое достоинство и общественную нравственность. Постановление вступило в законную силу ДД.ММ.ГГГГ Данное постановление ФИО1 не обжаловал. ДД.ММ.ГГГГ дело об административном правонарушении № по ч. 3 ст. 19.24 КоАП РФ в отношении ФИО1 прекращено, так как в его действиях усматривались признаки преступления, предусмотренного ч. 2 ст. 314.1 УК РФ , а именно неоднократное несоблюдение лицом, в отношении которого установлен административный надзор, административных ограничений, установленных ему судом в соответствии с федеральным законом, сопряженное с совершением данным лицом административного правонарушения против порядка управления, административного правонарушения посягающего на общественный порядок и общественную безопасность. ДД.ММ.ГГГГ по данному факту в ОД ОП № «Юдино» УМВД России по &lt;адрес&gt; в отношении ФИО1 возбуждено уголовное дело № по ч. 2 ст. 314.1 УК РФ . (л.д. 150-154) Из содержания оглашенных в судебном заседании показаний свидетеля ФИО12, данных последней в досудебной стадии, следует, что в должности участкового УУП и ПДН ОП № «Юдино» Управления МВД России по &lt;адрес&gt; он работает ДД.ММ.ГГГГ года. В его должностные обязанности входит охрана общественного порядка, раскрытие преступлений, профилактическая работа по недопустимости правонарушений. ДД.ММ.ГГГГ примерно в 22 часа 30 минут в ходе обхода обслуживаемого административного участка ОП № «Юдино» УМВД России по &lt;адрес&gt; около &lt;адрес&gt; им замечен ФИО1, ДД.ММ.ГГГГ рождения, проживающий по адресу: &lt;адрес&gt;, который находился в состоянии алкогольного опьянения, шатался из стороны в стороны, изо рта исходил резкий запах алкоголя, речь у него невнятная. ФИО1 предложено пройти медицинское освидетельствования на состояние опьянения в медицинском учреждении, на что тот согласился. Далее вместе с ФИО1 они приехали в ГАУЗ «РКНД МЗ РТ», расположенное по адресу: &lt;адрес&gt;, где тот ДД.ММ.ГГГГ в 23 часа 09 минут прошел медицинское освидетельствование на состояние опьянения (алкогольного, наркотического или иного токсического) при помощи прибора «Алкотектор», согласно которого наличие алкоголя в выдыхаемом воздухе составило 0,940 мг/л, то есть установлено состояние опьянения ФИО1 После этого, ДД.ММ.ГГГГ в отношении ФИО1 составлен протокол № об административном правонарушении по ст. 20.21 КоАП РФ. С данным протоколом об административном правонарушении ФИО1 согласился, вину в совершении административного правонарушения признал. Материал об административном правонарушении для рассмотрения направлен в мировой суд &lt;адрес&gt;. ДД.ММ.ГГГГ постановлением мирового судьи судебного участка № по Кировскому судебному району &lt;адрес&gt; ФИО13 ФИО1 признан виновным в совершении административного правонарушения по ст. 20.21 КоАП РФ и подвергнут наказанию в виде административного ареста сроком на 5 суток. (л.д. 148-149) Из содержания оглашенных в судебном заседании показаний свидетеля ФИО10, данных последним в досудебной стадии, следует, что в должности заместителя начальника УУП и ПДН ОП № «Юдино» Управления МВД России по &lt;адрес&gt; работает с ДД.ММ.ГГГГ В его должностные обязанности входит организация работы сотрудников УУП, охрана общественного порядка, раскрытие преступлений, профилактическая работа по недопустимости правонарушений, выявление преступлений. ФИО1, ДД.ММ.ГГГГ рождения, на основании решения Кировского районного суда &lt;адрес&gt; от ДД.ММ.ГГГГ, вступившим в законную силу ДД.ММ.ГГГГ, является лицом, в отношении которого установлен административный надзор и административные ограничения со дня постановки на учет в органе внутренних дел по избранному месту жительства, по месту пребывания или фактического нахождения на срок установленный законодательством, до погашения судимости по приговору Приволжского районного суда &lt;адрес&gt; от ДД.ММ.ГГГГ, со сроком на три года, со следующими административными ограничениями обязательная явка 2 раза в месяц в орган внутренних дел по месту жительства или пребывания для регистрации в день, определенный сотрудником органа внутренних дел; запрещение пребывания вне жилого или иного помещения, являющегося местом жительства либо пребывания поднадзорного лица с 23 часов 00 минут до 06 часов 00 минут следующего дня, за исключением осуществления в указанное время трудовой деятельности; запрещение выезда за пределы муниципального образования &lt;адрес&gt;. ДД.ММ.ГГГГ в ОП № «Юдино» УМВД России по &lt;адрес&gt; в отношении ФИО1 установлен надзор с заведением надзорного дела №. ФИО1 адресом проживания выбрал: &lt;адрес&gt;. В тот же день в отношении ФИО1 заведено дело административного надзора на лицо, освобожденное из мест лишения свободы, в отношении которого установлены административные ограничения в соответствии с законодательством РФ №, и последний ознакомлен с графиком прибытия поднадзорного лица на регистрацию, согласно которому для него установлена обязанность являться на регистрацию в ОП № «Юдино» УМВД России по &lt;адрес&gt; по адресу: &lt;адрес&gt; первую, третью, четвертую среду месяца с 08 часов 00 минут до 20 часов 00 минут. С данным графиком ФИО1 лично ознакомился и собственноручно подписал его. Также собственноручно ФИО1 заполнил бланк предупреждение о том, что он ознакомлен с административными ограничениями (временными) своих прав и свобод, установленными в отношении него решением суда, а также обязанностями, предусмотренными Федеральным законом от ДД.ММ.ГГГГ № «Об административном надзоре за лицами, освобожденными из мест лишения свободы», и обязуется их соблюдать, кроме того, предупрежден о том, что за нарушение административных ограничений и обязанностей надзор в отношении него может быть продлен и может быть привлечен к административной ответственности по ч. 2 ст. 314.1 УК РФ . Также, ДД.ММ.ГГГГ ФИО1 написано заявление о том, что тот просит разрешить проживать по адресу: &lt;адрес&gt;. ДД.ММ.ГГГГ решением Кировского районного суда &lt;адрес&gt; в отношении ФИО1 установлены дополнительные административные ограничения в виде: обязательная явка 3 раза в месяц для регистрации в орган внутренних дел по месту жительства или пребывания для регистрации в день, определенный сотрудником внутренних дел; запрет пребывания вне жилого или иного помещения, являющегося местом жительства либо пребывания поднадзорного лица, в период с 22 часов 00 минут до 06 часов 00 минут, за исключением осуществления в указанное время трудовой деятельности; запрет пребывания в местах проведения массовых развлекательных мероприятий и участия в указанных мероприятиях, за исключением участия в выборах и референдумах, проводимых на территории Российской Федерации в соответствии с Конституцией Российской Федерации, федеральными законами, законами субъектов РФ, уставами муниципальных образований; запрет пребывания в местах общественного питания, где осуществляется продажа спиртных напитков в розлив. ДД.ММ.ГГГГ в 22 часа 15 минут с целью проверки по месту жительства ФИО1, ДД.ММ.ГГГГ рождения, он приехал по его месту жительства, расположенном по адресу: &lt;адрес&gt;, однако на момент проверки осужденный отсутствовал по месту жительства, о чем составлен акт посещения поднадзорного лица по месту жительства или пребывания от ДД.ММ.ГГГГ В последующим по данному факту ДД.ММ.ГГГГ в отношении ФИО1 составлен протокол об административном правонарушении № по ч. 3 ст. 19.24 КоАП РФ. Также установлено, что ДД.ММ.ГГГГ мировым судьей судебного участка № по Кировскому судебному району г. ФИО11 ФИО3 ФИО1 признан виновным в совершении административного правонарушения, предусмотренного ст. 20.21 КоАП РФ, и подвергнут наказанию в виде административного ареста сроком на 5 суток, а именно за то, что ДД.ММ.ГГГГ в 22 часа 30 минут осужденный находился возле &lt;адрес&gt; в состоянии алкогольного опьянения: шатался из стороны в сторону, изо рта исходил резкий запах спиртного, внешний вид неопрятный, одежда грязная, речь невнятная, у граждан вызвал брезгливость и отвращения, тем самым оскорблял человеческое достоинство и общественную нравственность. Постановление вступило в законную силу ДД.ММ.ГГГГ Данное постановление ФИО1 не обжаловал. ДД.ММ.ГГГГ дело об административном правонарушении № по ч. 3 ст. 19.24 КоАП РФ в отношении ФИО1 прекращено, так как в его действиях усматривались признаки преступления, предусмотренного ч. 2 ст. 314.1 УК РФ , а именно неоднократное несоблюдение лицом, в отношении которого установлен административный надзор, административных ограничений, установленных ему судом в соответствии с федеральным законом, сопряженное с совершением данным лицом административного правонарушения против порядка управления, административного правонарушения посягающего на общественный порядок и общественную безопасность. (л.д. 145-147) Из оглашенных с согласия сторон показаний свидетеля ФИО14 следует, что по адресу &lt;адрес&gt;, она проживает вместе со своим сыном ФИО1, ДД.ММ.ГГГГ г.р. Ее сын ФИО1 на основании решения Кировского районного суда &lt;адрес&gt; от ДД.ММ.ГГГГ, вступившим в законную силу ДД.ММ.ГГГГ, является лицом, в отношении которого установлен административный надзор и административные ограничения со дня постановки на учет в органе внутренних дел по избранному месту жительства, по месту пребывания или фактического нахождения, на срок установленный законодательством, до погашения судимости по приговору Приволжского районного суда &lt;адрес&gt; от ДД.ММ.ГГГГ, со следующими административными ограничениями: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обязательная явка 2 раза в месяц в орган внутренних дел по месту жительства или пребывания для регистрации в день, определенный сотрудником органа внутренних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запрещение пребывания вне жилого или иного помещения, являющегося местом жительства либо пребывания поднадзорного лица с 23 часов 00 минут до 06 часов 00 минут следующего дня, за исключением осуществления в указанное время трудовой деятельности;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запрещение выезда за пределы муниципального образования &lt;адрес&gt;. ДД.ММ.ГГГГ ФИО1, как лицо, в отношении которого установлен административный надзор, встал на учет в ОП № «Юдино» УМВД России по &lt;адрес&gt;, где с его слов ознакомлен и предупрежден о том, что за нарушение административных ограничений может быть привлечен к административной ответственности по ст. 19.24 КоАП РФ и к уголовной ответственности по ч. 2 ст. 314.1 УК РФ . ДД.ММ.ГГГГ решением Кировского районного суда &lt;адрес&gt; в отношении ФИО1 установлены дополнительные административные ограничения в виде: 1.обязательная явка 3 раза в месяц для регистрации в орган внутренних дел по месту жительства или пребывания для регистрации в день, определенный сотрудником внутренних дел; 2.запрет пребывания вне жилого или иного помещения, являющегося местом жительства либо пребывания поднадзорного лица, в период с 22 часов 00 минут до 06 часов 00 минут, за исключением осуществления в указанное время трудовой деятельности; 3.запрет пребывания в местах проведения массовых развлекательных мероприятий и участия в указанных мероприятиях, за исключением участия в выборах и референдумах, проводимых на территории Российской Федерации в соответствии с Конституцией Российской Федерации, федеральными законами, законами субъектов РФ, уставами муниципальных образований; 4.запрет пребывания в местах общественного питания, где осуществляется продажа спиртных напитков в розлив. Вышеуказанные ограничения ее сыном ФИО1 не соблюдаются. За неоднократное отсутствие дома на момент проверки работниками полиции и не явку на отметку в отдел полиции на него составлялись административные протоколы, за что он подвергался наказанию виде административных штрафов и арестов. В настоящий момент от сотрудников полиции ей стало известно о том, что в отношении ФИО1 возбуждено уголовное дело за неоднократное несоблюдение административного надзора и в этом он виноват только сам, поскольку его неоднократно предупреждали об этом. Ни ее уговоры, ни профилактические беседы участкового полиции, положительного влияния на ФИО1 не оказали. ДД.ММ.ГГГГ в 22 часа 15 минут при проверке сотрудниками полиции ФИО1 по месту жительства по адресу: &lt;адрес&gt;, он не находился дома, чем нарушил одно из административных ограничений, возложенных на него судом. Сотрудником полиции составлен акт посещения поднадзорного лица по месту жительства. После чего со слов ФИО1 он замечен и остановлен сотрудниками полиции в состоянии алкогольного опьянения у &lt;адрес&gt;. Сыну предложено пройти медицинское освидетельствование на состояние алкогольного опьянения в медицинском учреждении, на что он согласился и, находясь в ГАУЗ «РКНД МЗ РТ», расположенное по адресу: &lt;адрес&gt;, прошел медицинское освидетельствование на состояние опьянения и у него установлено состояние алкогольного опьянения. В отношении ФИО1 составлен протокол об административном правонарушении по ст. 20.21 КоАП РФ, с данным протоколом об административном правонарушении ФИО1 согласился, вину в совершении административного правонарушения признал. ДД.ММ.ГГГГ постановлением мирового судьи судебного участка № по Кировскому судебному району &lt;адрес&gt; ФИО1 признан виновным в совершении административного правонарушения по ст. 20.21 КоАП РФ и подвергнут наказанию в виде административного ареста сроком на 5 суток. (л.д. 180-182) Кроме этого, вина подсудимого подтверждается установленными и исследованными в судебном заседании письменными доказательствами: приговором Приволжского районного суда &lt;адрес&gt; от ДД.ММ.ГГГГ, согласно которому ФИО1 осужден по п.п. «б» ч. 2 ст. , п. «б» ч. 2 ст. , ч. 2 ст. 69 УК РФ к лишению свободы на срок 2 года 6 месяцев с отбыванием наказания в колонии строгого режима. Приговор вступил в законную силу ДД.ММ.ГГГГ (л.д. 10-12); постановлением Приволжского районного суда &lt;адрес&gt; от ДД.ММ.ГГГГ, согласно которому неотбытая часть наказания по приговору Приволжского районного суда &lt;адрес&gt; от ДД.ММ.ГГГГ в виде лишения свободы сроком на 01 год 17 дней, заменена ФИО1 принудительными работами на срок 01 год 17 дней, с удержанием 15% заработка в доход государства, с отбыванием в местах, определяемых учреждениями и органами уголовно-исполнительной системы. Постановление вступило в законную силу ДД.ММ.ГГГГ (л.д. 15-16); справкой об освобождении от ДД.ММ.ГГГГ, согласно которой ФИО1 освобожден из ФКУ &lt;данные изъяты&gt; России по РТ (л.д. 22); решением Кировского районного суда &lt;адрес&gt; от ДД.ММ.ГГГГ, согласно которому ФИО1 является лицом, в отношении которого установлен административный надзор на три года по приговору Приволжского районного суда &lt;адрес&gt; РТ от ДД.ММ.ГГГГ, вступившим в законную силу ДД.ММ.ГГГГ, со следующими административными ограничениями: обязательная явка два раза в месяц в орган внутренних дел по месту жительства или пребывания для регистрации в день, определенный сотрудником органа внутренних дел; запрещение пребывания вне жилого или иного помещения, являющегося местом жительства либо пребывания поднадзорного лица с 23 часов 00 минут до 06 часов 00 минут следующего дня, за исключением осуществления в указанное время трудовой деятельности; запрещение выезда за пределы муниципального образования &lt;адрес&gt; (л.д. 17-19); решением Кировского районного суда &lt;адрес&gt; от ДД.ММ.ГГГГ, согласно которому в отношении ФИО1 установлены к установленным ранее решением Кировского районного суда &lt;адрес&gt; от ДД.ММ.ГГГГ дополнительные административные ограничения в виде: обязательной явки 3 раза в месяц для регистрации в орган внутренних дел по месту жительства или пребывания для регистрации в день, определенный сотрудником внутренних дел; запрета пребывания вне жилого или иного помещения, являющегося местом жительства либо пребывания поднадзорного лица, в период с 22 часов 00 минут до 06 часов 00 минут, за исключением осуществления в указанное время трудовой деятельности; запрета пребывания в местах проведения массовых развлекательных мероприятий и участия в указанных мероприятиях, за исключением участия в выборах и референдумах, проводимых на территории Российской Федерации в соответствии с Конституцией Российской Федерации, Федеральными законами, законами субъектов Российской Федерации, уставами муниципальных образований; запрета пребывания в местах общественного питания, где осуществляется продажа спиртных напитков в розлив (л.д. 30-35); определением Кировского районного суда &lt;адрес&gt; от ДД.ММ.ГГГГ, согласно которому определено исправить в решении Кировского районного суда &lt;адрес&gt; от ДД.ММ.ГГГГ, указав в первом абзаце резолютивной части решения «отдел полиции № «Юдино» Управления МВД России по &lt;адрес&gt;» вместо «отдел полиции № «Зареченский» Управления МВД России по &lt;адрес&gt; в качестве административного истца по делу (л.д. 21); заключением о заведении дела административного надзора на лицо, освобожденное из мест лишения свободы, в отношении которого установлены административные ограничения в соответствии с законодательством РФ на ФИО1, ДД.ММ.ГГГГ рождения, от ДД.ММ.ГГГГ ОП № «Юдино» УМВД России по &lt;адрес&gt;, согласно которому ФИО1 поставлен на профилактический учет и установлен административный надзор, с заведением дела административного надзора (л.д. 25); графиком прибытия поднадзорного лица на регистрацию от ДД.ММ.ГГГГ, согласно которому для поднадзорного лица ФИО1 установлена обязанность являться на регистрацию в ОПОП ОП № «Юдино» УМВД России по &lt;адрес&gt; по адресу: &lt;адрес&gt;, первую, третью среду месяца с 08 часов 00 минут до 20 часов 00 минут (л.д. 26); предупреждением от ДД.ММ.ГГГГ, согласно которому ФИО1 предупрежден о том, что за нарушение административных ограничений надзор в отношении него может быть продлен и может быть привлечен к административной ответственности по ст. 19.24 КоАП РФ и к уголовной ответственности по ч. 2 ст. 314.1 УК РФ (л.д. 27); заявлением ФИО1, согласно которому последний просит разрешить проживать по адресу: &lt;адрес&gt; (л.д. 29); графиком прибытия поднадзорного лица на регистрацию от ДД.ММ.ГГГГ, согласно которому для ФИО1 установлена обязанность являться на регистрацию в ОП № «Юдино» УМВД России по &lt;адрес&gt; по адресу: &lt;адрес&gt; первую, вторую, третью среду месяца с 08 часов 00 минут до 20 часов 00 минут (л.д. 36); предупреждением от ДД.ММ.ГГГГ, согласно которому ФИО1 предупрежден о том, что за нарушение административных ограничений надзор в отношении него может быть продлен и может быть привлечен к административной ответственности по ст. 19.24 КоАП РФ и к уголовной ответственности по ч. 2 ст. 314.1 УК РФ (л.д. 38); постановлением № от ДД.ММ.ГГГГ по делу об административном правонарушении, согласно которому ФИО1 привлечен по ч. 1 ст. 19.24 КоАП РФ и назначено наказание в виде административного штрафа в размере в сумме 1000 рублей (л.д. 46); постановлением № от ДД.ММ.ГГГГ по делу об административном правонарушении от ДД.ММ.ГГГГ, согласно которому ФИО1 привлечен по ч. 1 ст. 19.24 КоАП РФ и назначено наказание в виде административного штрафа в размере в сумме 1010 рублей (л.д. 54-55); постановлением мирового судьи судебного участка № по Кировскому судебному району &lt;адрес&gt; ФИО8 от ДД.ММ.ГГГГ, согласно которому ФИО1 признан виновным в совершении административного правонарушения, предусмотренного ч. 3 ст. 19.24 КоАП РФ, и назначено административное наказание в виде административного ареста сроком на 10 суток. Постановление вступило в законную силу ДД.ММ.ГГГГ (л.д. 66-67); постановлением мирового судьи судебного участка № по Кировскому судебному району &lt;адрес&gt; ФИО8 от ДД.ММ.ГГГГ, согласно которому ФИО1 признан виновным в совершении административного правонарушения, предусмотренного ч. 3 ст. 19.24 КоАП РФ, и назначено административное наказание в виде административного ареста сроком на 10 суток. Постановление вступило в законную силу ДД.ММ.ГГГГ (л.д. 77-78); постановлением мирового судьи судебного участка № по Кировскому судебному району &lt;адрес&gt; ФИО13 от ДД.ММ.ГГГГ, согласно которому ФИО1 признан виновным в совершении административного правонарушения, предусмотренного ч. 3 ст. 19.24 КоАП РФ, и назначено административное наказание в виде административного ареста сроком на 10 суток. Постановление вступило в законную силу ДД.ММ.ГГГГ (л.д. 87-88); постановлением мирового судьи судебного участка № по Кировскому судебному району &lt;адрес&gt; ФИО13 от ДД.ММ.ГГГГ согласно которому ФИО1 признан виновным в совершении административного правонарушения, предусмотренного ч. 3 ст. 19.24 КоАП РФ, и назначено административное наказание в виде административного ареста сроком на 10 суток. Постановление вступило в законную силу ДД.ММ.ГГГГ (л.д. 98-99); постановлением мирового судьи судебного участка № по Кировскому судебному району &lt;адрес&gt; ФИО13 от ДД.ММ.ГГГГ согласно которому ФИО1 признан виновным в совершении административного правонарушения, предусмотренного ч. 3 ст. 19.24 КоАП РФ, и назначено административное наказание в виде административного ареста сроком на 10 суток. Постановление вступило в законную силу ДД.ММ.ГГГГ (л.д. 109-110); постановлением мирового судьи судебного участка № по Кировскому судебному району &lt;адрес&gt; ФИО13 от ДД.ММ.ГГГГ согласно которому ФИО1 признан виновным в совершении административного правонарушения, предусмотренного ч. 3 ст. 19.24 КоАП РФ, и назначено административное наказание в виде административного ареста сроком на 10 суток. Постановление вступило в законную силу ДД.ММ.ГГГГ (л.д. 122-123); протоколом № от ДД.ММ.ГГГГ об административном правонарушении, согласно которому ДД.ММ.ГГГГ в 22 часа 15 минут ФИО1 отсутствовал по месту жительства по адресу: &lt;адрес&gt;, то есть совершил административное правонарушение, предусмотренное ч. 3 ст. 19.24 КоАП РФ (л.д. 125); постановлением мирового судьи судебного участка № по Кировскому судебному району &lt;адрес&gt; ФИО13 от ДД.ММ.ГГГГ, согласно которому ФИО1 признан виновным в совершении административного правонарушения, предусмотренного ст. 20.21 КоАП РФ, и подвергнут административному наказанию в виде административного ареста сроком на 5 суток. Постановление вступило в законную силу ДД.ММ.ГГГГ (л.д. 139-140); постановлением о прекращении дела об административном правонарушении от ДД.ММ.ГГГГ, согласно которому производство по делу об административном правонарушении, предусмотренном ч. 3 ст. 19.24 КоАП РФ, в отношении ФИО1, ДД.ММ.ГГГГ рождения, прекращено на основании п. 7 ст. 24.5 КоАП РФ об административных правонарушениях (л.д. 141); протоколом выемки, согласно которому изъято дело административного надзора № от ДД.ММ.ГГГГ на лицо, освобожденное из мест лишения свободы, в отношении которого судом установлены административные ограничения и определены обязанности на ФИО1, ДД.ММ.ГГГГ рождения (л.д. 159-160); а также протоколом его осмотра, согласно которому в деле содержатся и осмотрены приговор, решения об установлении административного надзора, постановления о привлечении осужденного к административной ответственности за нарушения возложенных на последнего ограничений (л.д. 161-169). Таким образом, анализируя совокупность собранных доказательств, установленных и исследованных в судебном заседании, суд приходит к выводу о доказанности вины ФИО1 в совершении инкриминируемого ему преступления. Суд в основу обвинительного приговора кладет показания вышеуказанных свидетелей, а также самого ФИО1 Данные показания суд признает относимыми, допустимыми, достоверными, правдивыми и последовательными. Данные показания в полном объёме подтверждаются иными письменными доказательствами, признанными судом относимыми, допустимыми и достоверными, а в своей совокупности, исследованные в судебном заседании доказательства, оцениваются судом как достаточные для достоверного установления факта совершения подсудимым ФИО1 неоднократного несоблюдения лицом, в отношении которого установлен административный надзор, административных ограничений, установленных ему судом в соответствии с федеральным законом, сопряженное с совершением ФИО1 административного правонарушения, посягающего на общественный порядок и общественную безопасность. Действия ФИО1 суд квалифицирует по ч. 2 ст. 314.1 УК РФ – неоднократное несоблюдение лицом, в отношении которого установлен административный надзор, административных ограничений, установленных ему судом в соответствии с федеральным законом, сопряженное с совершением данным лицом административного правонарушения, посягающего на общественный порядок и общественную безопасность. При назначении подсудимому наказания суд, в соответствии со ст. 60 УК РФ , учитывает характер и степень общественной опасности совершенного преступления, личность виновного, в том числе обстоятельства, смягчающие наказание, а также влияние назначенного наказания на исправление осужденного и на условия жизни его семьи. Смягчающими наказание подсудимого обстоятельствами, в соответствии со ст. 61 УК РФ , являются полное признание вины, раскаяние в содеянном, наличие малолетнего ребенка, состояние здоровья и заболевания его, его родственников и близких, в том числе хронические, условия жизни его семьи. Обстоятельств, отягчающих наказание ФИО1, суд, в соответствии со ст. 63 УК РФ , не усматривает. ФИО1 на учете у психиатра и нарколога не состоит. Учитывая вышеизложенное, обстоятельства и степень общественной опасности совершенного ФИО1 преступления, суд, в соответствии со ст. 43 УК РФ , приходит к выводу, что ФИО1 должных выводов для себя не сделал, на путь исправления не встал, в связи с чем назначение ему наказания, не связанного с лишением свободы, не повлечет достижению целей уголовного наказания. С учетом вышеизложенного, суд полагает, что цели уголовного наказания, в том числе состоящие в восстановлении социальной справедливости, исправлении осужденного и предупреждении совершения новых преступлений, могут быть достигнуты исключительно назначением ФИО1 наказания в виде лишения свободы. Исключительных обстоятельств, существенно уменьшающих степень общественной опасности преступления, в судебном заседании не установлено, в связи с чем оснований для применения к подсудимому положений ст. 64 УК РФ суд не находит. Учитывая способ совершения преступления, его совершение с прямым умыслом, степень реализации преступных намерений, мотивы и цели совершения указанного преступления, характер и размер наступивших последствий, а также другие фактические обстоятельства преступления и личность подсудимого, суд приходит к выводу об отсутствии оснований для применения к подсудимому положений ст. 53.1 , ч. 3 ст. , ст. 76.2 УК РФ . Также, при назначении наказания ФИО1, суд учитывает и обстоятельства, указанные в ч. 1 и ч. 2 ст. 68 УК РФ . При этом, учитывая обстоятельства как ранее совершенного, так и настоящего преступления, сведения о личности ФИО1, длительность исполнения возложенных на осужденного обязанностей по предыдущему приговору, а также совокупность смягчающих наказание обстоятельств, в том числе наличие малолетнего ребенка на иждивении, суд, считает возможным применить к последнему положения ст. 73 УК РФ , а также руководствуясь ч. 4 ст. УК РФ, считает возможным сохранить последнему условное осуждение по приговору мирового судьи судебного участка № по Кировскому судебному району &lt;адрес&gt; от ДД.ММ.ГГГГ, поскольку приходит к выводу, что его исправление возможно без реальной изоляции от общества. Судьба вещественных доказательств подлежат разрешению в соответствии со ст. 81 УПК РФ . В соответствии со ст. , 132 УПК РФ процессуальные издержки по оплате услуг защитников по назначению подлежат взысканию с подсудимого ФИО1, поскольку он по состоянию здоровья трудоспособен, инвалидности не имеет, оснований для освобождения его от несения процессуальных издержек не имеется. На основании изложенного, руководствуясь статьями , - 309 УПК РФ суд, ПРИГОВОРИЛ: ФИО1 признать виновным в совершении преступления, предусмотренного ч. 2 ст. 314.1 УК РФ , и назначить ему наказание в виде лишения свободы на срок 5 (пять) месяцев. В силу ст. 73 УК РФ , назначенное ФИО1 наказание в виде лишения свободы считать условным, установив испытательный срок 1 (один) год, в течение которого обязать осужденного без уведомления специализированного государственного органа, осуществляющего контроль за исправлением условно осужденных, не менять постоянного места жительства, являться на регистрацию. Контроль за исправлением осужденного возложить на специализированный государственный орган по месту его регистрации и проживания. Меру пресечения в отношении ФИО1 в виде подписки о невыезде и надлежащем поведении оставить без изменения до вступления приговора в законную силу, по вступлению приговора в законную силу меру пресечения отменить. Приговор мирового судьи судебного участка № по Кировскому судебному району &lt;адрес&gt; от ДД.ММ.ГГГГ исполнять самостоятельно. &lt;данные изъяты&gt;. Взыскать с ФИО1 в доход государства процессуальные издержки в виде расходов на участие в деле защитников по назначению: в ходе предварительного следствия в размере 2 364 (две тысячи триста шестьдесят четыре) рубля, в ходе судебного разбирательства – 5 190 (пять тысяч сто девяносто) рублей. Приговор может быть обжалован в апелляционном порядке в Верховный суд РТ в течение 15 суток со дня его провозглашения через Кировский районный суд &lt;адрес&gt;. В случае обжалования, осужденный вправе в тот же срок ходатайствовать об участии в рассмотрении уголовного дела судом апелляционной инстанции, а также вправе поручать осуществление своей защиты избранному им защитнику либо ходатайствовать перед судом о назначении защитника. Судья: С.В. Степанов Суд: Кировский районный суд г. Казани (Республика Татарстан ) (подробнее) Судьи дела: Степанов С.В. (судья) (подробнее) Последние документы по делу: Апелляционное постановление от 20 октября 2025 г. по делу № 1-99/2025 Приговор от 12 августа 2025 г. по делу № 1-99/2025 Приговор от 9 февраля 2025 г. по делу № 1-99/2025 Постановление от 5 февраля 2025 г. по делу № 1-99/2025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