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Кызыл</w:t>
      </w:r>
    </w:p>
    <w:p>
      <w:pPr>
        <w:spacing w:after="200"/>
        <w:jc w:val="center"/>
      </w:pPr>
      <w:r>
        <w:rPr>
          <w:rFonts w:ascii="Times New Roman" w:hAnsi="Times New Roman" w:eastAsia="Times New Roman" w:cs="Times New Roman"/>
          <w:b w:val="0"/>
          <w:i w:val="0"/>
          <w:sz w:val="22"/>
        </w:rPr>
        <w:t>22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листе 44 сведения о том, что ФИО111 выводил осужденного Свидетель №1 из из ИК-1 в СИЗО -1: ДД.ММ.ГГГГ в 10:45, время прибытия – 14:30, ДД.ММ.ГГГГ в 09:30, время прибытия – 19:20, ДД.ММ.ГГГГ в 09:10, время прибытия – 19:45, ДД.ММ.ГГГГ в 09:30, время прибытия – 19:20, ДД.ММ.ГГГГ в 09:30, время прибытия – 17:00, ДД.ММ.ГГГГ в 09:30, время прибытия – 17:00,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листе 45 сведения о том, что ФИО17 С.А. выводил осужденного Свидетель №1 из ИК-1 в СИЗО -1: ДД.ММ.ГГГГ в 09:15, время прибытия – 20:00, ДД.ММ.ГГГГ в 09:10, время прибытия – 19:00, ДД.ММ.ГГГГ в 09:00, время прибытия – 18:00, ДД.ММ.ГГГГ в 09:00, время прибытия – 18:00,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 листе 46 сведения о том, что ФИО113 выводил осужденного Свидетель №1 из ИК-1 в СИЗО -1: ДД.ММ.ГГГГ в 09:10, время прибытия – 18:00,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 листе 48 сведения о том, что ФИО114 выводил осужденного Свидетель №1 из ИК-1 в СИЗО -1: ДД.ММ.ГГГГ в 12:00, время прибытия – указано, ДД.ММ.ГГГГ в 09:00, время прибытия – указано, ДД.ММ.ГГГГ в 09:30, время прибытия -19:18, ДД.ММ.ГГГГ в 09:15, время прибытия -19:00,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 листе 49 сведения о том, что ФИО115 выводил осужденного Свидетель №1 из ИК-1 в СИЗО -1: ДД.ММ.ГГГГ в 09:30, время прибытия -17:00, ДД.ММ.ГГГГ в 09:15, время прибытия -18:10, ДД.ММ.ГГГГ в 09:30, время прибытия -19:44,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 листе 50 сведения о том, что ФИО116 выводил осужденного Свидетель №1 из ИК-1 в СИЗО -1: ДД.ММ.ГГГГ в 08:15, время прибытия -18:45, ДД.ММ.ГГГГ в 08:30, время прибытия -18:35, ДД.ММ.ГГГГ в 09:00, время прибытия -19:00,</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На листе 51 сведения о том, что ФИО117 выводил осужденного Свидетель №1 из ИК-1 в СИЗО -1: ДД.ММ.ГГГГ в 09:15, время прибытия -17:00, ДД.ММ.ГГГГ в 09:15, время прибытия -18:20, ДД.ММ.ГГГГ в 09:15, время прибытия -18:00, ДД.ММ.ГГГГ в 08:50, время прибытия -18:20, ДД.ММ.ГГГГ в 09:00, время прибытия -21:20. ДД.ММ.ГГГГ в 09:00, время прибытия неизвестно ДД.ММ.ГГГГ в 08:45 выводил вас Свидетель №7, время прибытия 21:20.» Что вы поясните по данному поводу? На указанный вопрос следователя Свидетель №1 ответил, что получается, в период с ДД.ММ.ГГГГ по ДД.ММ.ГГГГ они с Д. много где побывали согласно его показаниям, Д. действительно брал у него денежные средства в качестве взятки, за помощь ему. ДД.ММ.ГГГГ его из ИК-1 выводил другой сотрудник в СИЗО-1, но в послеобеденное время, когда, он был на хозяйственном дворе СИЗО-1, то подошел ФИО118 и он его выводил из хозяйственного двора СИЗО-1 к магазину «Ценалом» за покупкой телефона. Он в суде, если уголовное дело в отношении Д. будет рассматриваться, он всё подтвердит, ведь он не врет. Хотел бы подтвердить свои показания проверкой показаний на месте. Так, хочет добавить также, то, что денежные средства в сумме уже получается, если сложить 71450 и 16000, а всего 87 450 рублей, Д. ему – Свидетель №1 не вернул до настоящего времени, ни копейки, ну, наверное, из-за того, что эти деньги были даны ему в качестве взятки. Также, все первые два сотовых телефона быстро ломались один за другим, поэтому он выбросил их в различные мусоры, даже не может сказать по каким дням, а третий телефон марки «Samsung A30» в один из дней марта 2023 года на территории хозяйственного двора ФКУ СИЗО-1 ФИО3 по Республике ФИО13 у него увидел инспектор режима и надзора ФИО9, который у него забрал этот сотовый телефон, и сообщил в дежурную часть СИЗО-1. В тот же год он перевелся в &lt;адрес&gt; также наверняка в места лишения свободы. А, еще, вспомнил, находясь в хозяйственном дворе СИЗО-1, пользуясь одним из сотовых телефонов, в ноябре 2022 года что ли, точно не может сказать, он заказал с «Вайлдбериса» музыкальную переносную колонку марки «defender» в корпусе Свидетель №2 цвета. Эту колонку с пункта выдачи забирал его друг, не хочет называть его имя, но он, находясь в хозяйственном дворе, также говорил Д., что он может пользоваться, если захочет моей переносной колонкой, это был просто дружеский жест, не за что-то, а просто так, это он за взятку не считает, да и не взятка это. По освобождении из мест лишения свободы он хотел забрать свою колонку и пользоваться ею. (том № л.л.53-60) Государственным обвинителем оглашен протокол проверки показаний на месте свидетеля Свидетель №1 от ДД.ММ.ГГГГ, согласно которому перед проведением проверки показаний на месте свидетелю Свидетель №1, в служебном кабинете № СО по &lt;адрес&gt; СУ СКР по РТ по адресу: &lt;адрес&gt; разъяснены права, обязанности и ответственность, предусмотренные ст. 56 УПК РФ . После Свидетель №1, пояснил, что ему понятны положения ст. 56 УПК РФ , а также ст. 51 Конституции РФ. Свидетель №1 показал, что подтверждает свои показания, которые он давал в качестве свидетеля от ДД.ММ.ГГГГ, и хочет поехать к тем местам согласно его показаниям и показать, каким образом он передавал обвиняемому ФИО119 денежные средства в качестве взятки. После чего, свидетель Свидетель №1 предложил следователю поехать, во-первых к зданию ФКУ СИЗО-1 ФИО3 по Республике ФИО13. Так, прибыв на место к зданию ФКУ СИЗО-1 ФИО3 по Республике ФИО13 по адресу: &lt;адрес&gt; свидетель указал, что именно находясь здесь, то есть в здании СИЗО-1, в хозяйственном дворе следственного изолятора -1 он договорился с ФИО120 о покупке сотовых телефонов, а также 08 раз переводил через мобильный банк сотовых телефонов через банк «Росбанк» денежные средства в общей сумме в 71 450 рублей за помощь ему ФИО121. каждый раз. Далее, свидетель показал, что желает далее следовать к месту, где приобретал сотовые телефоны марок «asus» и «Samsung Galaxy», а именно к торговому центру «Меридиан». Так, прибыв на указанное место по адресу: &lt;адрес&gt; Свидетель №1 пояснил, что он в ломбарде в торговом центре «Меридиан» по указанному адресу купил у дяди Свидетель №4 указанные сотовые телефоны, и, по пути в СИЗО-1 на участке местности сзади &lt;адрес&gt; она в машине передал ФИО17 5000 рублей наличными за покупку первого телефона, а далее находясь возле торгового центра в автомобиле ФИО122 передал ему наличными 5000 рублей за покупку второго телефона. Затем, Свидетель №1, предложил поехать к торговому центру «Ценалом» на &lt;адрес&gt;. Там, уже находясь возле торгового центра «Ценалом» по адресу: &lt;адрес&gt; он показал, что в указанном магазине приобрел третий телефон марки «Самсунг А30», после чего также передал ФИО17 С.А. 5000 рублей наличными за его помощь. После торгового центра «Ценалом» свидетель предложил следователю поехать к его дому по адресу: &lt;адрес&gt;, Республика ФИО13, &lt;адрес&gt;, СНТ №, ряд №, &lt;адрес&gt;. Далее, находясь непосредственно возле дома по вышеуказанному адресу, Свидетель №1, показал, что этот дом является его родительским домом, и ФИО124 привозил его для того, чтобы он взял сим-карту для телефона, а далее за подарками на его день рождения, согласно его показаниям в качестве свидетеля. После чего, по пути к СИЗо-1 возле «Бизнес-инкубатора» по адресу: &lt;адрес&gt; он показал, что передал ФИО123 наличными 1000 рулей, за то, что последний помог ему съездить домой. Также, ДД.ММ.ГГГГ на участке местности около дома по вышеуказанному адресу он перевел денежные средства в размере 300 рублей ФИО125 После этого, свидетель Свидетель №1, водитель СО по &lt;адрес&gt; СУ СК ФИО3 по Республике ФИО13 и следователь на служебной автомашине СО по &lt;адрес&gt; едут к зданию СО по &lt;адрес&gt; по адресу: &lt;адрес&gt;, где в служебном кабинете № следователем составляется протокол. Далее участники ознакамливаются и расписывается в протоколе. (т. 3 л.д. 64-76) Из оглашенных в суде с согласия сторон дополнительных показаний свидетеля Свидетель №1 от ДД.ММ.ГГГГ, следует, что на вопрос следователя: «Вам на обозрение представляется ответ на запрос ООО «Ценалом» от ДД.ММ.ГГГГ о том, что смартфон «Samsung Galaху А03» был приобретен покупателем Свидетель №1 ДД.ММ.ГГГГ в магазине ЦЕНАЛОМ по адресу: Республика ФИО13, &lt;адрес&gt;», а также товарный чек № от ДД.ММ.ГГГГ, в котором указана розничная цена указанного сотового телефона в 8 699 рублей. Вы ранее в своих допросах в качестве свидетеля поясняли, что вы приобретали сотовый телефон «Samsung А30» ДД.ММ.ГГГГ. Что вы поясните по данному поводу?» Свидетель №1 показывает, что посмотрев, указанные ответ на запрос и товарный чек на покупку, поясняет, что он действительно забыл точную дату покупки сотового телефона и его марка действительно «Samsung Galaху А03», а не «Samsung А30», он ошибся в марке, просто не запоминает марки сотовых телефонов, но дата, да, точно ДД.ММ.ГГГГ, а не ДД.ММ.ГГГГ. Он действительно покупал смартфон «Samsung Galaху А03» в корпусе красного цвета в магазине «Ценалом», при этом ФИО17 его тогда в послеобеденное время выводил из территории хозяйственного двора СИЗО-1 и в своем автомобиле подвозил до магазина «Ценалом» по &lt;адрес&gt;, где после покупки вышеуказанного сотового телефона он на участке местности возле указанного магазина дал ему в качестве поощрения, то есть «взятки» 5000 рублей наличными. На вопрос следователя: «Сколько счетов у вас имеется?» он отвечает, что у него имеется три счета на ПАО «Росбанк», по номерам не может сказать. Все три счета подключены на номер телефона № в сотовом телефоне марки «Samsung Galaху А03» было установлено приложение «Росбанка», через который он переводил 08 раз денежные средства в общей сумме 71 450 рублей на его мобильный № Д., то есть его номер был привязан к ПАО «Росбанк». Д. поделился со мной своим номером телефона в начале сентября 2022 года в комнате отдыха водителей на территории хозяйственного двора СИЗО-1, кажется ДД.ММ.ГГГГ. На вопрос следователя: «Вам на обозрение представляется ответ на запрос ПАО «Росбанка» с указанием счетов: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40№, открытый 07.10.2022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открытый 05.07.2022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40№, открытый ДД.ММ.ГГГГ. Поясните, это ваши счета?» Свидетель №1 отвечает, что да, указанные счета все его. Счет, открытый ДД.ММ.ГГГГ он открывал в ПАО «Росбанк» в &lt;адрес&gt;, расположенный в углу магазина «20 рядом с торговым центром «Меридиан», то есть оформил кредит на 30 000 рублей. Счет, открытый ДД.ММ.ГГГГ является зарплатной, то есть в эту карту перечисляли заработную плату за его работу в СИЗО-1 на хозяйственном дворе. Счет, открытый ДД.ММ.ГГГГ он открывал для того, чтобы взять кредит в 70 000 рублей. Денежные средства переводились 08 раз на счет Д. со всех 03 счетов. (т. 3 л.д. 146-149) Из оглашенных в суде с согласия сторон дополнительных показаний свидетеля Свидетель №1 от ДД.ММ.ГГГГ, следует, что на вопрос следователя: «В 2022 году, когда у Вас были в наличии первый сотовый телефон марки «Аsus» и ««Samsung Galaxy» на территории хозяйственного двора ФКУ СИЗО-1 ФИО3 по Республике ФИО13 в отношении вас проводили обысковые мероприятия?» на что свидетель отвечает, что нет, никто не знал о наличии вышеуказанных телефонов, кроме Д.. На вопрос следователя: «На ваше обозрение представляется выписка с ПАО «Росбанк» со счета №, где вы при переводе 11 000 рублей на счет ФИО126 № указываете «Пусть у тебя пока побудут», что вы имели ввиду?» отвечает, что он отправлял деньги со словами «Пусть у тебя побудут» на счет ФИО127. с целью скрыть факт «взятки», тогда помнит, осужденные в его камере хотели, чтобы он на них тратил свои деньги, но он не хотел, и он отправил эти деньги на счет ФИО129 в связи с тем, что он ему поможет, если вдруг ему понадобиться помощь, и эти деньги он посчитал отправить ему, для дальнейшей помощи ему с его стороны. На вопрос следователя: «У вас имелись на тот период долговые обязательства? Может счета были арестованы?» Свидетель №1 отвечает, что каких-либо долговых обязательств у него не было, да и счета все были действующие, ранее в допросе в качестве свидетеля указывал о трех счетах. На вопрос следователя: «Вам на обозрение представляется допрос обвиняемого ФИО128 от ДД.ММ.ГГГГ, что вы поясните по существу его пояснений?» отвечает, что нет, он не согласен с его доводами. ФИО346 врет, он не просил у него обналичивать денежные средства, номер телефона его также он не просил у вольнонаемных, а он сам подсказал ДД.ММ.ГГГГ,если не ошибается. Все денежные средства в сумме 71 450 рублей он перевел через 08 банковских переводов в качестве поощрений за его помощь Свидетель №1 в качестве «взятки». Кроме этого, он не договаривался со своей мамой, чтобы она делала переводы на номер Д. денежных средств. Зачем ему приплетать свою маму в эту ситуацию, ведь это опасно. Также, он не переводил ему вообще денежных средств в сумме 50 000 рублей, такого нет и не было. Денежных средств в сумме 30 000 рублей он также не получал, мужчину по имени Свидетель №11 он не встречал и не знаком с ним. Он считает, что Д. просто хочет уйти от уголовной ответственности. Еще хотел добавить, что, почему он запомнил число - ДД.ММ.ГГГГ, когда Д. дал ему свой номер телефона, потому что, в послеобеденное время, находясь с Д. на территории хозяйственного двора он попросил купить ему сигарет. Они с ним выехали на его автомобиле сначала к маме на ЛДО &lt;адрес&gt; для того, чтобы вознаградить его, то есть, он – Свидетель №1, когда пришел домой к маме, то у мамы была сим-карта новая по номеру телефона, и он зашел через приложение ПАО «Росбанк» на свой счет зарплатный № и вышел из дома к воротам, около которых стояла машина Д., и он сам там сидел и ждал его и перечислил со своего счета 300 рублей за вознаграждение его за помощь ему. После он сказал маме, что все хорошо, и то, что сотрудник ФСИН ему помогает, и уехал обратно в СИЗО-1 с Д.. На вопрос следователя: Кто должен был из сотрудников ФКУ СИЗО-1 ФИО3 по Республике ФИО13 наблюдать за вами во время вашей работы на хозяйственном дворе СИЗО-1?» он ответил, что постоянно за ним должен был следить сам Д. как сотрудник – младший инспектор. На вопрос следователя: «Вас постоянно выводили откуда? Из ФКУ ИК-1 ФИО3 по республике ФИО13 ?» он ответил, что да, в 2022-2023 гг. его выводили из ИК-1 в СИЗО-1 для производства хозяйственных работ, точные даты не может сказать. (т. 4 л.д.64-67) После оглашения всех приведенных выше показаний, Свидетель №1 их полностью подтвердил. Допрошенная в судебном заседании в качестве свидетеля Свидетель №3 показала суду, что ее сын, Свидетель №1, отбывал наказание в СИЗО, затем его через год перевели в колонию-поселение. Д. видела один раз, он ей звонил, представился начальником, сказал, что надо привезти сыну ФИО16 чашку, кружку, сигареты. Сын ФИО16 осенью 2022 года, звонил ей и приезжал один раз на легковой машине и забрал сим-карту теле-2, сказав, что возьмет телефон у дяди Свидетель №4. Сын, отбывая наказание, пользовался телефоном и звонил ей иногда. Размер заработной платы сына не знает, она ему давала деньги на личные нужды. Допрошенный в судебном заседании в качестве свидетеля Свидетель №4 показал суду, что Свидетель №1 – его племянник, отбывал наказание в ИК-1 или в СИЗО, точно не может сказать. Он работал в ломбарде в торговом центре «Меридиан», к нему на работу приехал Свидетель №1 и купил у него телефон. В связи с наличием противоречий в показаниях, государственным обвинителем были оглашены показания свидетеля, данные им ДД.ММ.ГГГГ в части противоречий о том, что он у него (Свидетель №1) спросил, что же он тут делает, то он ему сказал, чтобы он не беспокоился, что у него все «схвачено», то есть в порядке, и сказал, что он купит сотовый телефон, и приобрел телефон марки «Аsus» в корпусе серебристого цвета за 1500 рублей, если он не ошибается, тот расплатился наличкой. Кроме этого, Димка ему сказал, что он договорился с каким-то сотрудником, фамилию и имя он точно помнит, кажется «ФИО17», что он его сейчас сопровождает, и сидит в автомобиле на улице. Также пояснил, что сотрудником тот является в исправительной колонии, и он с ним подружился. (т. 3 л.д. 38-41) Свидетель подтвердил оглашенные показания. Кроме приведенных выше показаний, виновность подсудимого подтверждается представленными государственным обвинителем и исследованными в суде следующими письменными доказательствами: Из протокола осмотра предметов (документов) от ДД.ММ.ГГГГ, согласно которому следует, что объектом осмотра является предоставленный ПАО «Росбанк» от ДД.ММ.ГГГГ № ответ на запрос следователя следственного отдела по &lt;адрес&gt; СУ СК ФИО3 по Республике ФИО13 ФИО130ФИО25 сопроводительное письмо где указано: «На ваш запрос № от 19.08.2024г. по уголовному делу № сообщаю, что предоставить информации по времени совершения операции (часы, минуты) не представляется возможным. Имеющуюся информацию по произведенным операциям прилагаю.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Справка по произведенным операциям Свидетель №1 на 33 листах;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Справки о произведенным операциям ФИО131. на 23 листах. С уважением, представитель ПАО «Росбанк» по доверенности К.В, Куулар.» Объектом осмотра № является справка (выписка) со счета Свидетель №1, 14.11.1995г.р. №, открытый в отделении №. В ходе осмотра установлено, что в справке (выписке) по вышеуказанному счету указаны дата учета, реквизиты документа, корреспондент, содержание операции, обороты\дебет\кредит\. Так, 1) ДД.ММ.ГГГГ видно, что Свидетель №1 перечислил со счета № рублей корреспонденту «Д.» на счет № 2) ДД.ММ.ГГГГ видно, что Свидетель №1 перечислил со счета № рублей корреспонденту «Д.» на счет № с пометкой «Пусть у тебя побудут» Так, объектом осмотра является справка (выписка) со счета Свидетель №1, 14.11.1995г.р. №, открытый в отделении №. В ходе осмотра установлено, что в справке (выписке) по вышеуказанному счету указаны дата учета, реквизиты документа, корреспондент, содержание операции, обороты\дебет\кредит\. 3) ДД.ММ.ГГГГ видно, что Свидетель №1 перечислил со счета № рублей корреспонденту «Д.» на счет №. 4) ДД.ММ.ГГГГ видно, что Свидетель №1 перечислил на счет № рублей корреспонденту «Д.» на счет № Так, объектом осмотра является справка (выписка) со счета Свидетель №1, 14.11.1995г.р. №, открытый в отделении №. 5) ДД.ММ.ГГГГ видно, что Свидетель №1 перечислил со счета № рублей корреспонденту «Д.» на счет №. 6) ДД.ММ.ГГГГ видно, что Свидетель №1 перечислил со счета № рублей корреспонденту «Д.» на счет №. 7) ДД.ММ.ГГГГ видно, что Свидетель №1 перечислил на счет № рублей корреспонденту «Д.» на счет №. 8) ДД.ММ.ГГГГ видно, что Свидетель №1 перечислил на счет № рублей корреспонденту «Д.» на счет №. Всего 08 переводов денежных средств со счета Свидетель №1 на счет ФИО132 Объектом осмотра № является справка (выписка) со счета Д., ДД.ММ.ГГГГ г.р. №, открытый в отделении №. В ходе осмотра установлено, что в справке (выписке) по вышеуказанному счету указаны дата учета, реквизиты документа, корреспондент, содержание операции, обороты\дебет\кредит\. Так, 1) ДД.ММ.ГГГГ видно, что ФИО133 на счет № получил со счета № рублей от корреспондента «Свидетель №1». 2) ДД.ММ.ГГГГ видно, что ФИО137 на счет № получил со счета № рублей от корреспондента «Свидетель №1». 3) ДД.ММ.ГГГГ видно, что ФИО135 на счет № получил со счета № рублей от корреспондента «Свидетель №1» с пометкой «Пусть у тебя пока побудут». 4) ДД.ММ.ГГГГ видно, что ФИО136 на счет № получил со счета № рублей от корреспондента «Свидетель №1». 5) ДД.ММ.ГГГГ видно, что ФИО138 на счет № получил со счета № рублей от корреспондента «Свидетель №1». 6) ДД.ММ.ГГГГ видно, что ФИО139 на счет № получил со счета № рублей от корреспондента «Свидетель №1». 7) ДД.ММ.ГГГГ видно, что ФИО140 со счета № получил на счет № рублей от корреспондента «Свидетель №1». 8) ДД.ММ.ГГГГ видно, что ФИО141 со счета № получил на счет № рублей от корреспондента «Свидетель №1». Всего 08 переводов денежных средств со счета ФИО142 на счет Свидетель №1 После осмотра ответ на запрос ПАО «Росбанка» по выпискам ФИО143 и Свидетель №1 от ДД.ММ.ГГГГ № приобщаются к материалам уголовного дела №. (том 3 л.д.222-225) Из протокола осмотра предметов (документов) от ДД.ММ.ГГГГ следует, что объектом осмотра являются материалы с результатами оперативно-розыскной деятельности, проведенной УФСБ ФИО3 по Республике ФИО13 с целью установления межличностных отношений между ФИО144 и Свидетель №1 Материалы составлены на листах формата А4. В ходе осмотра обнаружены следующие документы: Объектом осмотра № является сопроводительное письмо от ДД.ММ.ГГГГ за № на 2 листах, подписанное временно исполняющим обязанности начальника - управления полковником ФИО26, адресованное руководителю следственного отдела по &lt;адрес&gt; СУ СК ФИО3 по Республике ФИО13 подполковнику юстиции ФИО146 Из содержания письма следует, что в рамках исполнения поручения на основании разрешения судьи Верховного суда Республики ФИО13 проведено ОРМ «получение компьютерной информации» с целью установления межличностных отношений между ФИО145 и Свидетель №1, а также проведено ОРМ «опрос» осужденного Свидетель №1, прилагается: - Постановление о разрешении проведения оперативно-розыскных мероприятий, связанных с ограничением конституционных прав гражданина, №с от ДД.ММ.ГГГГ (вх. № от ДД.ММ.ГГГГ), на 2 листах. - Постановление о рассекречивании сведений, составляющих государственную тайну, и их носителей, № от ДД.ММ.ГГГГ, на 3 листах. - Конверт белого цвета с оптическим диском, №/CD-R от ДД.ММ.ГГГГ. - Протокол опроса Свидетель №1 от ДД.ММ.ГГГГ, на 7 листах. - Копия справки-объективки на ФИО147 на 2 листах. - Копия постановления о разрешении проведения оперативно-розыскного мероприятия по получению сведений, составляющих банковскую тайну от ДД.ММ.ГГГГ, на 2 листах. - Копия ответа из банка «Росбанк», № от ДД.ММ.ГГГГ (вх. № от ДД.ММ.ГГГГ), на 29 листах. - Копия приказа о назначении ФИО148 №лс от ДД.ММ.ГГГГ, на 1 листе. - Копия приказа о назначении ФИО149 №лс от ДД.ММ.ГГГГ, на 1 листе. - Копия должностной инструкции младшего инспектора 1 категории надзора изолированного участка, функционирующего как исправительный центр ФКУ КП-3 ФИО3 по Республике Тыва ФИО150 - Постановление о представлении ОРД, №, на 3 л. Объектом осмотра № является постановление о разрешении проведения оперативно-розыскных мероприятий, связанных с ограничением конституционных прав гражданина от ДД.ММ.ГГГГ на 2 листах, согласно которому судья Верховного Суда Республики ФИО13 ФИО28, рассмотрев постановление заместителя начальника УФСБ ФИО3 по Республике ФИО13 ФИО29 от ДД.ММ.ГГГГ с ходатайством о проведении оперативно-розыскных мероприятий, связанных с ограничением конституционных прав гражданина, в связи с наличием сведений о противоправных деяниях с признаками преступления, предусмотренного ч. 2 ст. , ч. 1 ст. 285 УК РФ , младшего инспектора 1 категории группы надзора изолированного участка, функционирующего как испытательный центр ФКУ КП-3 ФИО3 по Республике ФИО13 Д., ДД.ММ.ГГГГ года рождения. Ходатайствует о проведении в отношении ФИО151. оперативно-розыскного мероприятия «получения компьютерной информации» за период с ДД.ММ.ГГГГ по ДД.ММ.ГГГГ, по телефонному номеру 89994470387, сроком на 120 суток. Судья Верховного Суда Республики ФИО13 ФИО28 постановил разрешить УФСБ Росси по Республике ФИО13 проведение в отношении Д., ДД.ММ.ГГГГ года рождения, оперативно-розыскного мероприятия «получение компьютерной информации» за период ДД.ММ.ГГГГ по ДД.ММ.ГГГГ, по телефонному номеру №, сроком на 120 суток. Объектом осмотра № является постановление о рассекречивании сведений, составляющих государственную тайну, и их носителей от ДД.ММ.ГГГГ, на 3 листах, согласно которому заместитель начальника УФСБ ФИО3 по Республике ФИО13 полковник ФИО29, рассмотрев материалы оперативно-розыскной деятельности, установил, что ДД.ММ.ГГГГ в УФСБ ФИО3 по Республике ФИО13 поступило поручение старшего следователя Каа-Хемского межрайонного следственного отдела (прикомандированного в следственный отдел по &lt;адрес&gt;) СУ СК ФИО3 по Республике ФИО13 о проведении оперативно-розыскных мероприятий, направленных на установление всех обстоятельств получении младшим инспектором 1 категории группы надзора изолированного участка, функционирующего как испытательный центр, ФКУ КП-3 ФИО3 по Республике ФИО13 Д., ДД.ММ.ГГГГ г.р., денежных средств от осужденного Свидетель №1, ДД.ММ.ГГГГ г.р. В ходе исполнения поручения проведены ОРМ «опрос» в отношении Свидетель №1, по результатам которого установлено, что ФИО17 С.А., превышая должностные полномочия, установил неслужебные отношения с осужденным Свидетель №1, за денежное вознаграждение оказывал ему содействие в приобретении сотовых телефонов, один из которых телефон марки «Samsung Galaxy A03» (IMEI № – №, IMEI № – №), являющихся запрещенными предметами в исправительном учреждении согласно Правилам внутреннего распорядка следственных изоляторов уголовно-исполнительной системы. В течении ноября 2022 года ФИО17 С.А. в ходе переписки посредством социальной сети «Вконтакте» и мессенджера «WhatsApp», а также при личных встречах с осужденным Свидетель №1 убедил последнего произвести четыре банковских перевода с лицевого счета № и №, открытых на его имя в ПАО «Росбанк» на лицевой счет №, открытый на имя ФИО17 С.А. в ПАО «Росбанк», денежных средств на общую сумму 68 750 руб. 00 коп. Таким образом, в действиях ФИО17 С.А. усматриваются признаки преступлений, предусмотренных ч. 3 ст. и ч. 3 ст. 290 УК РФ . Рассекречивание указанных материалов не влечет за собой возникновение реальной угрозы для безопасности участников проведения оперативно-розыскных мероприятий и может быть использовано для достижения задач уголовного процесса. Заместитель начальника УФСБ ФИО3 по Республике ФИО13 полковник ФИО29 постановил рассекретить следующие документальные материалы: - оптический диск, №/CD-R от ДД.ММ.ГГГГ, секретно. Объектом осмотра № является конверт белого цвета с оптическим диском, №/CD-R от ДД.ММ.ГГГГ, в ходе которого установлено, что На данном CD-диске имеется пояснительная надпись: «N?9/915/CD-R от 14/03/2024/ по ж N?9, ОТО, подпись «Д», секретно зачеркнуто, надпись рассекречено пОст.N?29/5/362 от ДД.ММ.ГГГГ; Объектом осмотра является папка, содержимое папки № файл: «Информация об абоненте (1002), 2024-03-11 19_04_13». Д. ДД.ММ.ГГГГ г.р., Паспорт РФ, 0414, 712730, ДД.ММ.ГГГГ, МП УФМС ФИО3 ПО КРАСНОЯРСКОМУ ФИО47 ШУШЕНСКОМ Р-НЕ. ФИО17 С.А №, 5 раз созванивался: №:ДД.ММ.ГГГГ 18:12:10, 18:12:39. 667003. ФИО13 Респ,, Кызыл г, ФИО5 ул 24 &lt;адрес&gt;/Регистрации, 667003. ФИО13 Респ,, Кызыл г, ФИО5 ул 24 &lt;адрес&gt;/Почтовый. Телефония/2021-11-05 11:12:01/1999-12-31 00:00:00,SMS отправка/2021-11-05 11:12:01/1999-12-31 00:00:00,USSD/2021-11-05 11:12:01/1999-12-31 00:00:00, Услуга Кто звонил/2021-11-05 11:12:01/2021-12-11. №: ДД.ММ.ГГГГ 21:36:44, ДД.ММ.ГГГГ 00:13:10. 667003. ФИО13 Респ,, Кызыл г, ФИО5 ул 24 &lt;адрес&gt;/Регистрации, 667003. ФИО13 Респ,, Кызыл г, ФИО5 ул 24 &lt;адрес&gt;/Почтовый. Телефония/2021-11-05 11:12:01/1999-12-31 00:00:00,SMS отправка/2021-11-05 11:12:01/1999-12-31 00:00:00,USSD/2021-11-0511:12:01/1999-12-31 00:00:00, Услуга Кто звонил/2021-11-05 11:12:01/2021-12-11. №: ДД.ММ.ГГГГ 18:12:39 ДД.ММ.ГГГГ 21:36:11, ДД.ММ.ГГГГ 21:36:44,667003. ФИО13 Респ,, Кызыл г, ФИО5 ул 24 &lt;адрес&gt;/Регистрации, 667003. ФИО13 Респ,, Кызыл г, ФИО5 ул 24 &lt;адрес&gt;/Почтовый. Телефония/2021-11-05 11:12:01/1999-12-31 00:00:00,SMS отправка/2021-11-05 11:12:01/1999-12-3100:00:00,USSD/2021-11-0511:12:01/1999-12-31 00:00:00, Услуга Кто звонил/2021-11-05 11:12:01/2021-12-11. №:ДД.ММ.ГГГГ 07:00:00, ДД.ММ.ГГГГ 17:54:48. 667003. ФИО13 Респ,, Кызыл г, ФИО5 ул 24 &lt;адрес&gt;/Регистрации, 667003. ФИО13 Респ,, Кызыл г, ФИО5 ул 24 &lt;адрес&gt;/Почтовый. Телефония/2021-11-05 11:12:01/1999-12-31 00:00:00,SMS отправка/2021-11-05 11:12:01/1999-12-3100:00:00,USSD/2021-11-0511:12:01/1999-12-31 00:00:00, Услуга Кто звонил/2021-11-05 11:12:01/2021-12-11. №: ДД.ММ.ГГГГ 00:13:10, ДД.ММ.ГГГГ 17:54:48, ДД.ММ.ГГГГ 00:13:10. 667003. ФИО13 Респ,, Кызыл г, ФИО5 ул 24 &lt;адрес&gt;/Регистрации, 667003. ФИО13 Респ,, Кызыл г, ФИО5 ул 24 &lt;адрес&gt;/Почтовый. Телефония/2021-11-05 11:12:01/1999-12-31 00:00:00,SMS отправка/2021-11-05 11:12:01/1999-12-3100:00:00,USSD/2021-11-0511:12:01/1999-12-31 00:00:00, Услуга Кто звонил/2021-11-05 11:12:01/2021-12-11. Свидетель №3, ДД.ММ.ГГГГ, Паспорт РФ, 9323, 715111, ДД.ММ.ГГГГ, МВД ПО &lt;...&gt; раз созванивалась: №: ДД.ММ.ГГГГ 00:15:39, ДД.ММ.ГГГГ, 15:53:55, Кызыл г., ФИО13 Респ. 9 ряд 5/Регистрации, Кызыл г., ФИО13 Респ. 9 ряд 5/Почтовый. №: ДД.ММ.ГГГГ 15:53:55, ДД.ММ.ГГГГ 17:16:44, Кызыл г., ФИО13 Респ. 9 ряд 5/Регистрации, Кызыл г., ФИО13 Респ. 9 ряд 5/Почтовый. №: ДД.ММ.ГГГГ 00:02:09, ДД.ММ.ГГГГ 21:44:49Кызыл г., ФИО13 Респ. 9 ряд 5/Регистрации, Кызыл г., ФИО13 Респ. 9 ряд 5/Почтовый. №: ДД.ММ.ГГГГ 16:41:16, ДД.ММ.ГГГГ 16:42:10 Кызыл г., ФИО13 Респ. 9 ряд 5/Регистрации, Кызыл г., ФИО13 Респ. 9 ряд 5/Почтовый. №: ДД.ММ.ГГГГ 21:44:49, ДД.ММ.ГГГГ 16:41:16Кызыл г., ФИО13 Респ. 9 ряд 5/Регистрации, Кызыл г., ФИО13 Респ. 9 ряд 5/Почтовый. №: ДД.ММ.ГГГГ 16:42:10, ДД.ММ.ГГГГ 00:15:39Кызыл г., ФИО13 Респ. 9 ряд 5/Регистрации, Кызыл г., ФИО13 Респ. 9 ряд 5/Почтовый. №: ДД.ММ.ГГГГ 17:16:44, 01.01.20250 07:00:00Кызыл г., ФИО13 Респ. 9 ряд 5/Регистрации, Кызыл г., ФИО13 Респ. 9 ряд 5/Почтовый. №: ДД.ММ.ГГГГ 16:51:18, ДД.ММ.ГГГГ 00:02:09Кызыл г., ФИО13 Респ. 9 ряд 5/Регистрации, Кызыл г., ФИО13 Респ. 9 ряд 5/Почтовый. №: ДД.ММ.ГГГГ 23:15:47, ДД.ММ.ГГГГ 21:58:54Кызыл г., ФИО13 Респ. 9 ряд 5/Регистрации, Кызыл г., ФИО13 Респ. 9 ряд 5/Почтовый. №: ДД.ММ.ГГГГ 21:58:54, ДД.ММ.ГГГГ 16:37:23Кызыл г., ФИО13 Респ. 9 ряд 5/Регистрации, Кызыл г., ФИО13 Респ. 9 ряд 5/Почтовый. №: ДД.ММ.ГГГГ 21:10:05, ДД.ММ.ГГГГ 23:15:47Кызыл г., ФИО13 Респ. 9 ряд 5/Регистрации, Кызыл г., ФИО13 Респ. 9 ряд 5/Почтовый. №: ДД.ММ.ГГГГ 12:19:40, ДД.ММ.ГГГГ 21:10:05Кызыл г., ФИО13 Респ. 9 ряд 5/Регистрации, Кызыл г., ФИО13 Респ. 9 ряд 5/Почтовый. №: ДД.ММ.ГГГГ 20:05:20, ДД.ММ.ГГГГ 12:19:40Кызыл г., ФИО13 Респ. 9 ряд 5/Регистрации, Кызыл г., ФИО13 Респ. 9 ряд 5/Почтовый №: ДД.ММ.ГГГГ 16:37:23, ДД.ММ.ГГГГ 16:51:18Кызыл г., ФИО13 Респ. 9 ряд 5/Регистрации, Кызыл г., ФИО13 Респ. 9 ряд 5/Почтовый. Объектом осмотра является файл: «Мобильная связь, 79994470387, 1016285, 2024-03-11», номер абонента 79994470387, время начала ДД.ММ.ГГГГ 00:00:00, время завершения ДД.ММ.ГГГГ 23:59:59. Объектом осмотра является файл: «Контакт, 79994470387, 1016285, 2024-03-11». №, контакт 79016765918, время начала ДД.ММ.ГГГГ 00:00:00, время завершения ДД.ММ.ГГГГ 23:59:59. Объектом осмотра является файл-блокнот: «desktop». После осмотра, CD диск с видеозаписью был упакован в изначальный конверт, клапан которого был заклеен и заверен с оттиском круглой печати «Для пакетов» СО по &lt;адрес&gt; СУ СК ФИО3 по Республике ФИО13, также заверена подписью следователя. Объектом осмотра № является протокол опроса от ДД.ММ.ГГГГ, на 7 листах, согласно которому УФСБ ФИО3 по Республике ФИО13 ФИО30 опросил ФИО12, ДД.ММ.ГГГГ г.р., пояснил следующее: в настоящее время ФИО12 отбывает наказание в виде лишения свободы сроком на 3 года по приговору Кызылского городского суда от ДД.ММ.ГГГГ по ч. 2 ст. 228 УК РФ . В июле-августе 2021 года Свидетель №1 содержался в СИЗО-1, где познакомился с сотрудником Д.. Примерно в середине сентября 2022 года в послеобеденное время Свидетель №1 предложил ФИО155. съездить и купить Свидетель №1 сотовый телефон, на что ФИО157 согласился. В знак благодарности Свидетель №1 отдал 5000 рулей ФИО154 С сотового телефона Свидетель №1 неоднократно переводил ФИО156 деньги под различными предлогами, начиная от покупки сигарет. Также ФИО158 неоднократно занимал деньги у Свидетель №1 (в общей сумме 70 000 рублей). В марте 2023 года сотовый телефон, купленный с помощью ФИО152 изъяли. Свидетель №1 пояснил, что понимает, что фактически давал денежные средства ФИО159 за то, чтобы ФИО160. давал возможность Свидетель №1 пользоваться сотовым телефоном, а также ФИО153. помогал в приобретении сотовых телефонов Свидетель №1 Объектом осмотра № является копия справки-объективки на ФИО17 С.А., которая содержит: - Специальное звание, дата и номер приказа (указа), кем издан, с какого времени: старший сержант внутренней службы (приказ ФКУ СИЗО-1 ФИО3 по Республике ФИО13 от ДД.ММ.ГГГГ №-лс, с ДД.ММ.ГГГГ). - Должность, дата назначения: младший инспектор 1 категории группы надзора изолированного участка, функционирующего как исправительный центр, с ДД.ММ.ГГГГ. - Место службы: ФКУ КП-3 ФИО3 по Республике ФИО13. Объектом осмотра № является копия ответа из банка «Росбанк», № от ДД.ММ.ГГГГ (вх. № от ДД.ММ.ГГГГ), на 29 листах, согласно которому у Свидетель №1, ДД.ММ.ГГГГ г.р., имеются следующие банковские счета: - 40№, цифровой код валюты счета – 643, дата открытия – ДД.ММ.ГГГГ. - 40№, цифровой код валюты счета – 643, дата открытия – ДД.ММ.ГГГГ. - 40№, цифровой код валюты счета – 643, дата открытия – ДД.ММ.ГГГГ. Выписка предоставляется о движении денежных средств по счету(ам) клиента за период с ДД.ММ.ГГГГ по ДД.ММ.ГГГГ, подписанная ведущим специалистом центра по работе с запросами и справками, департамент развития операционных процессов и эффективности ПАО РОСБАНК, ФИО10. Выписка по счету № за период с ДД.ММ.ГГГГ по ДД.ММ.ГГГГ содержит следующие сведения: - дата и время операции: ДД.ММ.ГГГГ, 00:00:00, реквизиты документа, на основании которого была совершена операция по счету: вид (шифр) – 01, номер – 15044, номер корреспондентского счета – 30№, наименование – Сибирский филиал ПАО Росбанк, БИК – 040407388, наименование/ФИО – Д., ИНН – &lt;***&gt;, номер счета – 40№, сумма по дебету – 1500,00, сумма по кредиту – 0,00, назначение платежа – частный перевод, НДС не облегается. - дата и время операции: ДД.ММ.ГГГГ, 00:00:00, реквизиты документа, на основании которого была совершена операция по счету: вид (шифр) – 01, номер – 59468, номер корреспондентского счета – 30№, наименование – Сибирский филиал ПАО Росбанк, БИК – 040407388, наименование/ФИО – Д., ИНН – &lt;***&gt;, номер счета – 40№, сумма по дебету – 500,00, сумма по кредиту – 0,00, назначение платежа – частный перевод, НДС не облегается. Выписка заверена подписью ведущего специалиста центра по работе с запросами и справками, департамент развития операционных процессов и эффективности ПАО РОСБАНК, ФИО10, и печатью со следующими данными: Публичное акционерное общество РОСБАНК, департамент развития операционных процессов и эффективности, центр по работе с запросами и справками, РОСБАНК, &lt;адрес&gt;, для документов №. Выписка по счету № за период с ДД.ММ.ГГГГ по ДД.ММ.ГГГГ содержит следующие сведения: - дата и время операции: ДД.ММ.ГГГГ, 00:00:00, реквизиты документа, на основании которого была совершена операция по счету: вид (шифр) – 01, номер – 10136, номер корреспондентского счета – 30№, наименование – Сибирский филиал ПАО Росбанк, БИК – 040407388, наименование/ФИО – Д., ИНН – &lt;***&gt;, номер счета – 40№, сумма по дебету – 300,00, сумма по кредиту – 0,00, назначение платежа – частный перевод, НДС не облегается. - дата и время операции: ДД.ММ.ГГГГ, 00:00:00, реквизиты документа, на основании которого была совершена операция по счету: вид (шифр) – 01, номер – 10136, номер корреспондентского счета – 30№, наименование – Сибирский филиал ПАО Росбанк, БИК – 040407388, наименование/ФИО – Д., ИНН – &lt;***&gt;, номер счета – 40№, сумма по дебету – 11000,00, сумма по кредиту – 0,00, назначение платежа – частный перевод, НДС не облегается. Выписка заверена подписью ведущего специалиста центра по работе с запросами и справками, департамент развития операционных процессов и эффективности ПАО РОСБАНК, ФИО10, и печатью со следующими данными: Публичное акционерное общество РОСБАНК, департамент развития операционных процессов и эффективности, центр по работе с запросами и справками, РОСБАНК, &lt;адрес&gt;, для документов №. Выписка по счету № за период с ДД.ММ.ГГГГ по ДД.ММ.ГГГГ содержит следующие сведения: - дата и время операции: ДД.ММ.ГГГГ, 00:00:00, реквизиты документа, на основании которого была совершена операция по счету: вид (шифр) – 01, номер – 16816, номер корреспондентского счета – 30№, наименование – Сибирский филиал ПАО Росбанк, БИК – 040407388, наименование/ФИО – Д., ИНН – &lt;***&gt;, номер счета – 40№, сумма по дебету – 400,00, сумма по кредиту – 0,00, назначение платежа – частный перевод, НДС не облегается. - дата и время операции: ДД.ММ.ГГГГ, 00:00:00, реквизиты документа, на основании которого была совершена операция по счету: вид (шифр) – 01, номер – 51182, номер корреспондентского счета – 30№, наименование – Сибирский филиал ПАО Росбанк, БИК – 040407388, наименование/ФИО – Д., ИНН – &lt;***&gt;, номер счета – 40№, сумма по дебету – 15000,00, сумма по кредиту – 0,00, назначение платежа – частный перевод, НДС не облегается. - дата и время операции: ДД.ММ.ГГГГ, 00:00:00, реквизиты документа, на основании которого была совершена операция по счету: вид (шифр) – 01, номер – 10804, номер корреспондентского счета – 30№, наименование – Сибирский филиал ПАО Росбанк, БИК – 040407388, наименование/ФИО – Д., ИНН – &lt;***&gt;, номер счета – 40№, сумма по дебету – 5000,00, сумма по кредиту – 0,00, назначение платежа – частный перевод, НДС не облегается. - дата и время операции: ДД.ММ.ГГГГ, 00:00:00, реквизиты документа, на основании которого была совершена операция по счету: вид (шифр) – 01, номер – 35292, номер корреспондентского счета – 30№, наименование – Сибирский филиал ПАО Росбанк, БИК – 040407388, наименование/ФИО – Д., ИНН – &lt;***&gt;, номер счета – 40№, сумма по дебету – 37750,00, сумма по кредиту – 0,00, назначение платежа – частный перевод, НДС не облегается. Выписка заверена подписью ведущего специалиста центра по работе с запросами и справками, департамент развития операционных процессов и эффективности ПАО РОСБАНК, ФИО10, и печатью со следующими данными: Публичное акционерное общество РОСБАНК, департамент развития операционных процессов и эффективности, центр по работе с запросами и справками, РОСБАНК, &lt;адрес&gt;, для документов №. Объектом осмотра № является копия приказа о назначении ФИО161 №лс от ДД.ММ.ГГГГ, на 1 листе, согласно которому начальник капитан внутренней службы ФИО162. ФИО19 приказывает назначить прибывшего из Управления Федеральной службы исполнения наказаний по Республике ФИО13 сержанта внутренней службы Д., (Б-021303), на должность младшего инспектора 2 категории дежурной службы федерального казенного учреждения «Следственный изолятор № Управления Федеральной службы исполнения наказаний по Республике ФИО13» со ДД.ММ.ГГГГ, с должностным окла&lt;адрес&gt;, установив ежемесячную надбавку к должностному окладу за особые условия службы по должности в подразделениях следственных изоляторов, исправительных учреждений: безопасности, режима и надзора в размере 15%. Основание назначение: рапорт сержанта внутренней службы ФИО348 от ДД.ММ.ГГГГ. Приказ о назначении ФИО347 заверен подписью начальника капитана внутренней службы – ФИО349 Объектом осмотра № является копия приказа о назначении ФИО163 №лс от ДД.ММ.ГГГГ, на 1 листе, согласно которому прибывшего из федерального казенного учреждения «Следственный изолятор № Управления Федеральной службы исполнения наказаний по Республике ФИО13» старшего сержанта внутренней службы Д. (Б-021303) на должность младшего инспектора 1 категории изолированного участка, функционирующего как исправительный центр федерального казенного учреждения «Колония – поселение № Управления Федеральной службы исполнения наказаний по Республике ФИО13», с ДД.ММ.ГГГГ по контракту на неопределенный срок, с должностным окла&lt;адрес&gt; 063 рублей 00 копеек, установив ненормированный служебный день и дополнительные выплаты: установить суммированный размер к ежемесячной надбавки к должностному окладу за особые условия службы 10%. Основание назначения: рапорт старшего сержанта внутренней службы ФИО165 от ДД.ММ.ГГГГ, приказ ФКУ СИЗО-1 ФИО3 по Республике ФИО13 от ДД.ММ.ГГГГ №-лс «О переводе ФИО164 Приказ о назначении ФИО166 заверен подписью начальника подполковника внутренней службы ФИО35. Объектом осмотра № является копия должностной инструкции младшего инспектора 1 категории группы надзора изолированного участка, функционирующего как исправительный центр ФКУ КП-3 ФИО3 по Республике ФИО13 прапорщика внутренней службы Д., утвержденная временно исполняющим обязанности начальника ФКУ КП-3 ФИО3 Росси по Республике ФИО13 капитаном внутренней службы ФИО35, согласно которой: - пункт 6: младший инспектор при исполнении должностных обязанностей руководствуется Конституцией Российской Федерации, федеральными конституционными законами, федеральными законами, уголовно-исполнительным кодексом Российской Федерации, руководствуется ограничениями, запретами и обязанностями, установленными Федеральным законом Российской Федерации № от ДД.ММ.ГГГГ «О службе в уголовно-исполнительной системы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Федеральным законом «О противодействии коррупции» и статьями 17, 18, 20-20.2 Федерального закона от ДД.ММ.ГГГГ № 79-ФЗ «О государственной гражданской службе Российской Федерации», приказом Минюста Российской Федерации от ДД.ММ.ГГГГ № «Об утверждении Кодекса этики и служебного поведения сотрудников и федеральных государственных гражданских служащих уголовно-исполнительной системы», приказом Минюста РФ № от ДД.ММ.ГГГГ «Об утверждении правил внутреннего распорядка исправительных центров УИС», приказом МЮ РФ №-дсп от ДД.ММ.ГГГГ «Об утверждении порядка проведения обысков и досмотров в исправительных центрах уголовно-исполнительной системы», приказом ФСИН ФИО3 от ДД.ММ.ГГГГ № «Об утверждении правил пожарной безопасности на объектах учреждений и органов Федеральной службы исполнения наказаний», приказами и другими нормативными актами регламентирующими деятельность исправительных центров, правилами внутреннего трудового распорядка, а также нормативными правовыми актами Республики ФИО13 принятыми в пределах их компетенции, Уставом Учреждения, и должностной инструкцией. - раздел III. Обязанности младшего инспектора. Пункт 17: соблюдать Кодекс этики и служебного поведения сотрудников и федеральных государственных служащих уголовно-исполнительной системы, приказ ФСИН ФИО3 от ДД.ММ.ГГГГ № «Об утверждении кодекса этики и служебного поведения сотрудников и федеральных государственных гражданских служащих уголовно-исполнительной системы». - пункт 18: при несении службы на посту: - проявлять высокую бдительность, решительность и находчивость; - не отвлекаться, не оставлять свой пост и не вступать с осужденными во внеслужебные связи; - требовать от осужденных четкого соблюдения правил поведения, согласно Правил внутреннего распорядка участка, формы одежды, изучать их поступки и намерения, предупреждать и решительно пресекать нарушения режима отбывания наказания в случаях обнаружения каких-либо нарушений со стороны осужденных; - составлять документы, отбирать у осужденных объяснительные по фактам выявленных нарушений режима содержания и правил внутреннего распорядка; - обыск осужденных, их вещей и помещений производить тщательно, соблюдая меры личной безопасности, не допускать приобретения и хранения осужденными запрещенных предметов; при изъятии запрещенных предметов оформлять соответствующие материалы и передавать в дежурную часть с применением носимого видеорегистратора; - при необходимости, в случае задержания осужденного, грубо нарушившего режим содержания, либо отказавшегося дать объяснение, сопровождать нарушителя в дежурную часть; - при наличии инструмента на объекте контролировать его использование и исправность; - об обстановке на посту докладывать в дежурную часть ФКУ КП-3 ФИО3 по Республике ФИО13 при приеме-сдаче дежурств, а при происшествиях – немедленно. - пункт 19: в случае обнаружения признаков грубого нарушения режима содержания (преступления, отсутствия на участке, нападения, суицида, конфликта между осужденными, опьянения, отравления и т.п.),в том числе при осложнении обстановки, немедленно доложить начальнику участка, дежурному помощнику начальника колонии, а также заместителю начальника учреждения курирующего вопросы безопасности и оперативной работы, по средству телефонной связи или другим способом, принять меры к недопущению развития противоправных действий, не допускать вовлечения в них других осужденных. В дальнейшем действовать согласно инструкции из плана надзора по текущий месяц. - соблюдать запрет на вступление с осужденными, их родственниками и иными лицами в неслужебные связи. - надзор за осужденными, трудоустроенными на работах, на территории ИЦ, а также вне пределов ИЦ, за осужденными, проживающими за пределами ИЦ либо находящимися на стационарном лечении в медицинских организациях государственной или муниципальной систем здравоохранения, осуществляется путем проверки по месту их пребывания не реже одного раза в день. После осмотра материалы приобщаются к материалам уголовного дела. (том 1 л.д. 76-86) Из протокола осмотра предметов (документов) от ДД.ММ.ГГГГ следует, что Объектом осмотра №является полиэтиленовый Свидетель №2 пакет, опечатанный бумажной биркой, снабженной пояснительной надписью, заверенной подписью следователя и оттиском печати, целостность упаковки не нарушена. При вскрытии обнаружено личное дело № Д.. Личное дело представляет собой картонный скоросшиватель с файлами с левого края коричневого цвета, с правого края красного цвета со шнурами темно-синего цвета. С передней стороны дела имеются печать герба, а также надпись «Личное дело №». Приклеенные скотчем печатные Свидетель №2 буквы «132, Д.». В верхнем углу указано «уголовно-исполнительная система». В правом углу указано «секретно (без V части не секретно)», в правом нижнем углу указано «личный №» далее написано ручкой синей пастой «Б-021303», простым карандашом написано «Б-024617». В ходе осмотра обнаружены следующие документы: Фотография ФИО167 в форменном обмундировании, размером 9*13,2 см. Справка – объективка на Д. на 1 л. Послужной список. Документы, подтверждающие (устанавливающие) стаж службы или его отдельные периоды. Часть 1. Опись документов на 1 л. Послужной список уголовно-исполнительной системы на Д. на 8 л, согласно которому ФИО168 ДД.ММ.ГГГГ трудоустроен в должности младшего инспектора 2 категории дежурной службы ФКУ СИЗО-1 ФИО3 по РТ на основании приказа № л/с от ДД.ММ.ГГГГ начальника ФКУ СИЗО-1. Заключение об установлении стажа (выслуги лет) для выплаты ежемесячной надбавки за стаж службы (выслугу лет) к окладу месячного денежного содержания на 1 л. Документы, связанные с прохождением службы. Часть 2. Опись документов на 1 л. Заявление ФИО169 о принятии его на службу в УИС на должность младшего инспектора группы надзора отдела безопасности ФКУ ЛИУ-2 ФИО3 по РТ. От ДД.ММ.ГГГГ на 1 л. Заключение о приеме на службу в УИС ФИО170 согласно которому ФИО171. принят на службу в УИС в должности младшего инспектора группы надзора отдела безопасности ФКУ ЛИУ-2 ФИО3 по РТ сроком на 5 лет с испытательным сроком на 3 месяца на 2 л. Уведомление начальника ФИО3 по РТ о согласовании вопроса приема ФИО172 о приеме на службу в УИС. на 1 л. Поручительство начальника отдела безопасности ФКУ ЛИУ-2 ФИО3 по РТ ФИО31 за рекомендованного им ФИО174 на имя начальника ФКУ ЛИУ-2 ФИО3 по РТ от ДД.ММ.ГГГГ на 1л. Контракт о службе в УИС от ДД.ММ.ГГГГ, согласно которому между Федеральной службы исполнения наказания в лице начальника ФКУ «Лечебное исправительное учреждение № Управления Федеральной службы исполнения наказаний по РТ» ФИО32 и ФИО173. заключили контракт о службе в УИС в должности младшего инспектора группы надзора отдела безопасности сроком на 5 (пять) лет с испытательным сроком на 3 (три) месяца на 2 л. Контракт составлен и подписан сторонами в 2 экземплярах. Второй экземпляр контракта ФИО350 под роспись получил ДД.ММ.ГГГГ. Портрет по результатам проводимой работе психологической лаборатории с целью оценки успешности в процессе адаптации стажера на 1 л. Индивидуальный план обучения стажера по должности младшего инспектора группы надзора отдела безопасности ФКУ ЛИУ-2 ФИО3 по РТ ФИО175 на 6 л. Ведомость сдачи зачетов по итогам испытательного срока стажера по должности младшего инспектора группы надзора отдела безопасности ФКУ ЛИУ-2 ФИО3 по РТ ФИО176. на 1 л. Акт проверки знаний по итогам испытательного срока от ДД.ММ.ГГГГ на 1 л. Отчет о прохождении стажировки в период испытательного срока стажера по должности младшего инспектора группы надзора отдела безопасности ФКУ ЛИУ-2 ФИО3 по РТ ФИО177 на 1 л. Психологическое заключение по результатам испытательного срока кандидата на службу в УИС на 1 л. Заключение о соответствии замещаемой должности по результатам испытательного срока ФИО178 от ДД.ММ.ГГГГ на 1 л. Представление к присвоению специального звания - рядовой внутренней службы ФИО179 на 1 л. Рапорт ФИО180 о командировке в ФКУ СИЗО-1 ФИО3 по РТ на 1 л. Рапорт ФИО181 о назначении на должность младшего инспектора отдела охраны ФКУ СИЗО-1 ФИО3 по РТ на 1 л. Рапорт ФИО182 о командировке в ФИО3 по РТ на 1 л. Представление к присвоению специального звания - младший сержант внутренней службы ФИО185 на 1 л. Рапорт ФИО183 о назначении на должность водителя-сотрудника отделения обеспечения отдел специального назначения ФИО3 по РТ на 1 л. Представление к перемещению по службе ФИО184 на 1 л. Справка-вывод по результатам планового обследования ФИО187., имеющего допуск к огнестрельному оружию на 1 л. Представление к присвоению специального звания - старший сержант внутренней службы ФИО186 на 1 л. Представление к присвоению специального звания - сержант внутренней службы ФИО188 на 1 л. Контракт о службе в уголовно-исполнительной системе от ДД.ММ.ГГГГ, согласно которому между Федеральной службы исполнения наказаний в лице начальника ФИО3 по РТ ФИО33 и ФИО192 заключен контракт о службе в УИС в должности водитель – сотрудник ОО ОСН «Ирбис» на неопределенный срок на 2 л. Контракт составлен и подписан сторонами в 2 экземплярах. Второй экземпляр контракта ФИО191 под роспись получил. Справка-вывод по результатам планового обследования ФИО189 на 1 л. Свидетельство о специальном первоначальном обучении ФИО190 на 1 л. Характеристика на ФИО193 на 1 л. Рапорт ФИО194 о командировке в ФКУ СИЗО-1 ФИО3 по РТ на 1 л. Рапорт ФИО195 на 1 л. Контракт о службе в уголовно-исполнительной системе от ДД.ММ.ГГГГ №, согласно которому между начальником учреждения ФКУ СИЗО-1 ФИО3 по РТ ФИО34 и ФИО197. (далее – гражданин (сотрудник) заключен контракт о службе в УИС в должности младшего инспектора 2 категории дежурной службы ФКУ СИЗО-1 ФИО3 по РТ на неопределенный срок на 2 л. На основании п.4 данного контракта гражданин (сотрудник) обязуется быть верным присяге сотрудника уголовно-исполнительной системы РФ. п. 4.1 Быть верным Присяге сотрудника уголовно-исполнительной системы РФ. п. 4.2. Выполнять приказы и распоряжения прямых руководителей (начальников). п. 4.3. Добросовестно исполнять служебные обязанности, предусмотренные Федеральным законом, настоящим контрактом и должностной инструкцией. п. 4.4. Соблюдать требования к служебному поведению сотрудника, ограничения и запреты, связанные со службой в уголовно-исполнительной системе РФ, установленные Федеральным законом и иными нормативными правовыми актами РФ.п.п. «в» п. 12 Дополнительные условия контракта: об уведомлении сотрудником в установленном порядке о противодействии коррупции, о каждом случае обращения к нему каких-либо лиц в целях склонения к совершению коррупционного правонарушения. Контракт составлен и подписан сторонами в 2 экземплярах. Представление о присвоении специального звания – старшего сержанта внутренней службы ФИО196 на 1 л. Рапорт ФИО198 о назначении на должность младшего инспектора 1 категории на 1 л. Контракт о службе в уголовно-исполнительной системы РФ от ДД.ММ.ГГГГ, составленный между начальником ФКУ КП-3 ФИО3 по РТ ФИО35 и ФИО199 на должность младшего инспектора 1 категории группы надзора изолированного участка на 2 л. на неопределенный срок на 2 л. Контракт составлен и подписан сторонами в 2 экземплярах. Копия приказа №-лс от 30 мая «О назначении ФИО201 начальника ФКУ КП-3 ФИО3 по РТ ФИО35, согласно которой ФИО200 назначен на должность младшего инспектора 1 категории изолированного участка, функционирующего как исправительный центр ФКУ «Колония – поселение № ФИО3 по РТ» с ДД.ММ.ГГГГ по контракту на неопределённый срок на 1 л. Документы, связанные с приемом на службу. Часть 3. Опись документов на 1 л. Заявление ФИО202. о приеме на службу в уголовно-исполнительную систему от ДД.ММ.ГГГГ на 1 л. Заявление ФИО203 о приеме на службу в уголовно-исполнительную систему от ДД.ММ.ГГГГ на 1 л. Анкета ФИО204 на 2 л. Автобиография на ФИО205. от ДД.ММ.ГГГГ на 1 л. Автобиография на ФИО206 от ДД.ММ.ГГГГ на 1 л. Справка №, на основании которой ФИО207. годен к службе в должности младшего инспектора отдела охраны ФКУ СИЗО-1 ФИО3 по РТ по 2 группе предназначения на 1 л. Заключение ГПД № от ДД.ММ.ГГГГ по результатам психологического изучения кандидатов на службу, на основании которого ФИО208 пригоден на службу на 1 л. Обязательство ФИО209 об обязательстве не разглашать сведений, составляющих государственную и служебную тайну на 1 л. Подписка ФИО210 об обязательстве не разглашать особой важности совершенно секретные сведения на 1 л. Подписка ФИО211 о предупреждении об ответственности в случае установления с осужденными или их родственниками, каких бы то было связей, не вызываемыми служебными интересами, а также об известности требования исправительного законодательства и правил внутреннего распорядка исправительных учреждений в части взаимоотношений между сотрудниками (работниками) и осужденными в местах лишения свободы на 2 л. Согласно данной подписки ФИО215 лично под роспись ознакомлен ДД.ММ.ГГГГ. Кроме того, ФИО212 ДД.ММ.ГГГГ под роспись предупрежден об административной, уголовной, гражданско-правовой и дисциплинарной ответственности за совершение коррупционных правонарушений. Подписка ФИО213 от ДД.ММ.ГГГГ о том, что при прохождении водного инструктажа получил общие сведения об ФКУ ЛИУ-2 ФИО3 по РТ на 1 л. С данной подпиской ФИО214 лично ознакомился под роспись ДД.ММ.ГГГГ на 1 л. Подписка о проведении вводного инструктажа о мерах пожарной безопасности ФИО216 от ДД.ММ.ГГГГ на 1 л. Общие принципы служебного поведения государственных служащих, утвержденные Указом Президента РФ от ДД.ММ.ГГГГ, согласно которым ФИО221 ознакомлен под роспись на 2 л. Уведомление о родственниках федерального государственного служащего, проходящих службу и (или) работающих по трудовому договору в уголовно-исполнительной системе на 1 л. Согласно уведомлению, отец ФИО222 – ФИО17 А.М. является начальником отделения ФИО3 по РТ. Копия аттестата о среднем (полном) общем образовании ФИО217 на 2 л. Копия свидетельства о рождении ФИО218 на 1 л. Копия паспорта ФИО219 согласно которому родился ДД.ММ.ГГГГ в &lt;адрес&gt; на 1 л. Копия свидетельства о постановке на учет физического лица в налоговом органе на территории РФ на ФИО220 на 1 л. Копия СНИЛСа ФИО223 на 1 л. Копия водительского удостоверения на ФИО224 на 1 л. Справка-вызов от ДД.ММ.ГГГГ №, дающая право на предоставление гарантий и компенсаций работникам, совмещающим работу с получением образования на 2 л. Копия свидетельства о профессии рабочего, должности служащего ФИО225 на 1 л. Присяга сотрудника уголовно-исполнительной системы- ФИО226 на 1 л. Копия свидетельства о заключении брака ФИО227 на 1 л. Выписка из приказа ФСИН от ДД.ММ.ГГГГ № «Об утверждении кодекса этики и служебного поведения сотрудников и Федеральных государственных гражданских служащих уголовно-исполнительной системы» на 1 л. Копия свидетельства о рождении ФИО228 на 1 л. Архивные документы. Часть 4: Устаревшие анкеты, автобиографии, документы, связанные с прохождением (военной) службы; заключения по документам служебных проверок к личному делу № на ФИО231 Опись документов на 1. Справка о доходах, расходах, об имуществе и обязательствах имущественного характера на ФИО232 за отчетный период с ДД.ММ.ГГГГ по ДД.ММ.ГГГГ на 12 л. Обязательство ФИО229 на 1 л. Уведомление ФИО230 о том, что не работает по совместительству на предприятиях, в учреждениях и организациях, не входящих в УИС, не занимается иной оплачиваемой работой, не принимает участие в управлении хозяйствующим субъектом, не входит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РФ их структурных подразделений, не занимается деятельностью, финансируемой исключительно за счет средств, международных и иностранных организаций, иностранных граждан и лиц без гражданства на 1 л. Сведения об адресах сайтов и (или) страниц сайтов в информационно-телекоммунальной сети «Интернет», на которых государственным гражданским служащим или муниципальным служащим, гражданином РФ, претендующим на замещение должности государственной гражданской службы РФ или муниципальной службы, размещались общедоступная информация, а также данные, позволяющие его идентифицировать на 1 л. Документы проверки по оперативным учетам и месту жительства к личному делу № на ФИО233 Часть 5. Опись документов на 1 л. План проведения проверки по оперативным учетам и месту жительства на ФИО234 на 1 л. Список родственников ФИО235 на 1 л. Требование ИЦ МВД по РТ на ФИО236 на 1 л. Требование ИЦ МВД по РТ на ФИО237. на 1 л. Требование ИЦ МВД по РТ на ФИО238 на 1 л. Требование ИЦ МВД по РТ на ФИО36 на 1 л. План проведения проверки по оперативным учетам и месту жительства на ФИО239 на 1 л. Требование ИЦ ГУВД &lt;адрес&gt; на ФИО240 на 1 л. Требование ГИАЦ МВД ФИО3 &lt;адрес&gt; на ФИО241 на 1 л. Требование ИЦ ГУВД &lt;адрес&gt; на ФИО17 ФИО242 на 1 л. Требование ИЦ УМВД ФИО3 по &lt;адрес&gt; на ФИО243 на 1 л. Требование ИЦ УМВД ФИО3 по &lt;адрес&gt; на ФИО244. на 1 л. Справка о регистрации на ФИО246., ФИО245 на 1 л. Справка на ФИО247. о том, что отбывал административный арест в месте отбывания административного ареста на 1 л. Справка-характеристика на ФИО248 на 1л. Справка об отсутствии сведений в автоматизированных учетах ГИБДД МВД по РТ по состоянию на ДД.ММ.ГГГГ о привлечении ФИО249 к административной ответственности в виде лишения права управления транспортными средства на 1 л. Запрос старшего инспектора ГК и РЛС на имя начальника оперативного отдела ФКУ СИЗО-1 ФИО3 по РТ о проверке образа жизни ФИО250. и его родственников на 1 л. Заключение о результатах проверки по оперативным учетам и месту жительства на ФИО251 на 1 л. Требование ГИАЦ МВД, ИЦ МВД РТ на ФИО252 ДД.ММ.ГГГГ на 1 л. Требование ГИАЦ МВД, ИЦ МВД РТ на ФИО253 от ДД.ММ.ГГГГ на 1 л. Требование ГИАЦ МВД, ИЦ МВД РТ на ФИО254 от ДД.ММ.ГГГГ на 1 л. Требование ГИАЦ МВД, ИЦ МВД РТ на ФИО255 от ДД.ММ.ГГГГ на 1 л. Справка на лицо по ИБД-Ф на ФИО256. на 3 л. Требование ГИАЦ МВД, ИЦ МВД РТ на ФИО257 на 1 л. Требование ГИАЦ МВД, ИЦ МВД РТ на ФИО258 на 1 л. Справка на лицо по ИБД-Ф на ФИО259. на 2 л. Требование ГИАЦ МВД, ИЦ МВД РТ на ФИО260 на 1 л. Справка на лицо по ИБД-Ф на ФИО261 на 2 л. Требование ГИАЦ МВД, ИЦ МВД РТ на ФИО262 на 1 л. Справка на лицо по ИБД-Ф на ФИО263 на 2 л. Требование ГИАЦ МВД, ИЦ МВД РТ на ФИО264 на 1 л. Требование ГИАЦ МВД, ИЦ МВД РТ на ФИО265 на 1 л. Опись личных документов, находящихся в конверте: расписка ФИО266 о получении военного билета на 1 л. Копия военного билета АН № ФИО267. на 8 л. Копия приказа о назначении ФИО17 ФИО268 от ДД.ММ.ГГГГ № л.с. на 02 л.- назначен на должность младшего инспектора 2 категории дежурной службы ФКУ СИЗО-1 ФИО3 по Республике ФИО13. Копия приказа о расторжении контракта и увольнении из уголовно-исполнительной системы Российской Федерации ФИО269 от ДД.ММ.ГГГГ №-лс. На 03 л. Для удобства приказ о назначении ФИО271 №-лс от 30 мая «О назначении ФИО270 приказ о назначении ФИО276 от ДД.ММ.ГГГГ № л.с., приказ о расторжении контракта и увольнении из уголовно-исполнительной системы Российской Федерации ФИО273 от 23.04.2024 №44-лс., а также контракт о службе в уголовно-исполнительной системе от 30.04.2020 № 105; подписка ФИО274 о предупреждении об ответственности в случае установления с осужденными или их родственниками, каких бы то было связей, не вызываемыми служебными интересами, а также об известности требования исправительного законодательства и правил внутреннего распорядка исправительных учреждений в части взаимоотношений между сотрудниками (работниками) и осужденными в местах лишения свободы приобщены к настоящему протоколу. После осмотра личное дело № ФИО275 упаковано в прежнюю упаковку – полиэтиленовый Свидетель №2 пакет, опечатанный бумажной биркой, снабженной пояснительной надписью, заверенной подписью следователя и оттиском печати. (том 2 л.д. 48-59) Из протокола осмотра предметов (документов) от ДД.ММ.ГГГГ следует, что объектом осмотра № является личное дело осужденного Свидетель №1 №. Представляет собой картонный скоросшиватель с документами. На обложке личного дела указаны такие сведения как: Личное дело осужденного № к/с 2024 уничтожить в 2034 году. ДД.ММ.ГГГГ г.р. ст. ч. 2, 74 ч. 5 УК РФ. Начато ДД.ММ.ГГГГ закончено ДД.ММ.ГГГГ. В ходе осмотра обнаружены следующие документы: Справка о приговоре на Свидетель №1, где указаны место его рождения как ФИО3, Республика ФИО13, &lt;адрес&gt;, место жительства ФИО3 &lt;адрес&gt;, ЛДО СНТ № ряд № &lt;адрес&gt;, заключен под стражу ДД.ММ.ГГГГ УМВД РФ по &lt;адрес&gt;. Осужден ДД.ММ.ГГГГ Кызылским городским с удом Республики ФИО13 по ст. ч. 2, 74 ч. 5 УК РФ к 3 годам лишения свободы, на основании ст. 70 УК РФ по совокупности приговоров, путем частичного присоединения наказания 3 года 06 месяцев л.св. в ИК общего режима. Срок 3 года 6 мес. ИК общего режима. Зачет с 17.013.2021 по ДД.ММ.ГГГГ. Апелляционное определение ВС РТ, с прим. ст. , ч.1 УК РФ снижено наказание до 3 лет л.св. в ИК общего режима. ДД.ММ.ГГГГ Кызылский городской суд Республики ФИО13 вид ИУ изменен на колонию-поселение. ДД.ММ.ГГГГ Кызылский городской суд Республики ФИО13, вид ИУ изменен на ИК общего режима. Прежние судимости: ДД.ММ.ГГГГ Кызылский городской суд Республики ФИО13 по ст. ч. 3 п. «а» УК РФ к 2 годам лишения свободы условно с испытательным сроком на 2 года. Начало срока ДД.ММ.ГГГГ, конец срока ДД.ММ.ГГГГ. Прибыл ДД.ММ.ГГГГ из ФИО3 по Республике ФИО13 ФКУ СИЗО-1 &lt;адрес&gt;. УДО: 3/4 ДД.ММ.ГГГГ Колония-поселение 1/4 ДД.ММ.ГГГГ ЗМН:ДД.ММ.ГГГГ. ПР: ДД.ММ.ГГГГ. Справка о приговоре и исчислении срока наказания. Личное дело №. Свидетель №1, ДД.ММ.ГГГГ г.р. Выведен в отряд хозяйственного обслуживания согласно приказа №-осот ДД.ММ.ГГГГ. Может быть предоставлено УДО 3/4 – ДД.ММ.ГГГГ. Ст. 80 УК РФ замена наказания более мягким видом – 1/2-ДД.ММ.ГГГГ. Принудительные работы – ДД.ММ.ГГГГ. Также имеется дактилоскопическая карта на Свидетель №1 – опечатки рук Свидетель №1 Приговор Кызылского городского суда от ДД.ММ.ГГГГ на Свидетель №1 уголовное дело № согласно которому Свидетель №1 признан виновным в совершении преступления, предусмотренного ч. 2 ст. 228 УК РФ и назначено наказание в виде 3 лет лишения свободы с отбыванием наказания в исправительной колонии общего режима. Карточка размещения подозреваемого, обвиняемого, поступившего в ФКУ СИЗО-1 ФИО3 по Республике ФИО13 на Свидетель №1, где указано, что он по национальности метис, холост, окончил 8 классов, есть мать – Свидетель №3. Сдавал анализы крови от ДД.ММ.ГГГГ, ВИЧ – ДД.ММ.ГГГГ. Справка о поощрениях и взысканиях на осужденного Свидетель №1, ФИО278 поощрений и взысканий не имеет. В личном деле имеется характеристика на Свидетель №1, утвержденная Врио начальника ФКУ ИК-1 ФИО3 по Республике ФИО13 подполковником внутренней службы ФИО37ФИО277 Осужденный Свидетель №1 прибыл на УКП при ФКУ ИК-1 ФИО3 по Республике ФИО13 ДД.ММ.ГГГГ из ФКУ СИЗО-1 &lt;адрес&gt;. Трудоустроен на должность подсобный рабочий. Все порученные задания выполняет качественное в срок. Распорядок дня и режимные требования выполняет и соблюдает. Вывод: Осужденный Свидетель №1 характеризуется положительно. Справка о поощрениях и взысканиях осужденного Свидетель №1 Поощрен за добросовестное отношение к труду, объявлена благодарность, за активное участием в госпитальных мероприятиях объявлена благодарность. Уведомление, где указано, что осужденный ФИО38 освобождается ДД.ММ.ГГГГ по отбытию наказания. После намерен выехать на место жительства по адресу: &lt;адрес&gt;, ЛДО, СНТ№ ряд № &lt;адрес&gt;. После осмотра личное дело Свидетель №1 упаковано в упаковку – полиэтиленовый Свидетель №2 пакет, опечатанный бумажной биркой, снабженной пояснительной надписью, заверенной подписью следователя и оттиском печати. (том 2 л.д. 79-90) Из протокола осмотра предметов (документов) от ДД.ММ.ГГГГ следует, что Объектом осмотра № является полиэтиленовый Свидетель №2 пакет, опечатанный бумажной биркой, снабженной пояснительной надписью, заверенной подписью следователя и оттиском печати, целостность упаковки не нарушена. При вскрытии обнаружены журналы учета вывода осужденных участка колонии-поселения на рабочие объекты ФКУ ИК-1 ФИО3 по РТ в 2 экземплярах. Журнал представляет собой печатное издание зелено-оранжевого цвета, приклеенное белой бумагой А4 скотчем с надписью «Журнал учета вывода осужденных участка колонии-поселения на рабочие объекты ФКУ ИК-1 ФИО3 по Республике ФИО13». Внутри журнала имеется печать «ФКУ ИК-1 ФИО3 по Республике ФИО13 инв. №».Начато ДД.ММ.ГГГГ количество листов 120, срок хранения 5 лет. Приказ №-дсп от ДД.ММ.ГГГГ МЮ РФ. В данном журнале прошнуровано пронумеровано и опечатано печатью «Для пакетов» 120 листов младший инспектор группы безопасности УКП при вн/сл. ФИО39 В ходе осмотра обнаружены следующее: На листе 33 сведения о том, что ФИО279 выводил осужденного Свидетель №1 из ИК-1 в СИЗО-1: ДД.ММ.ГГГГ в 08:45, время прибытия – 19:05, ДД.ММ.ГГГГ в 08:45, время прибытия – 21:15, ДД.ММ.ГГГГ в 09:05, время прибытия – не указано, ДД.ММ.ГГГГ в 09:05, время прибытия – 18:00, ДД.ММ.ГГГГ в 09:05, время прибытия – 18:00, ДД.ММ.ГГГГ в 09:10, время прибытия – 21:18, На листе 34 сведения о том, что ФИО280 выводил осужденного Свидетель №1 из ИК-1 в СИЗО-1: ДД.ММ.ГГГГ в 09:30, время прибытия – 21:00, ДД.ММ.ГГГГ в 09:20, время прибытия – 18:30, ДД.ММ.ГГГГ в 08:50, время прибытия – 20:45, ДД.ММ.ГГГГ в 08:20, время прибытия – 10:00, ДД.ММ.ГГГГ в 08:30, время прибытия – 18:00, ДД.ММ.ГГГГ в 08:45, время прибытия – 21:05, На листе 35 сведения о том, что ФИО281 выводил осужденного Свидетель №1 из ИК-1 в СИЗО-1: ДД.ММ.ГГГГ в 09:10, время прибытия – 18:00, ДД.ММ.ГГГГ в 09:15, время прибытия – 20:00, ДД.ММ.ГГГГ в 09:10, время прибытия – 18:00, ДД.ММ.ГГГГ в 09:15, время прибытия – 20:00, ДД.ММ.ГГГГ в 09:00, время прибытия – 20:00, ДД.ММ.ГГГГ в 09:30, время прибытия – 20:30, На листе 36 сведения о том, что ФИО282 выводил осужденного Свидетель №1 из ИК-1 в СИЗО-1: ДД.ММ.ГГГГ в 09:15, время прибытия – 18:00, ДД.ММ.ГГГГ в 09:15, время прибытия – 18:00, ДД.ММ.ГГГГ в 09:00, время прибытия – 20:00, ДД.ММ.ГГГГ в 09:20, время прибытия – 14:00, ДД.ММ.ГГГГ в 09:30, время прибытия – 19:30, На листе 37 сведения о том, что ФИО283 выводил осужденного Свидетель №1 из ИК-1 в СИЗО-1: ДД.ММ.ГГГГ в 09:00, время прибытия – 19:00, ДД.ММ.ГГГГ в 09:00, время прибытия – 21:15, ДД.ММ.ГГГГ в 09:00, время прибытия – 20:30, На листе 38 сведения о том, что ФИО284 выводил осужденного Свидетель №1 из ИК-1 в СИЗО-1: ДД.ММ.ГГГГ в 08:45, время прибытия – 21:00, ДД.ММ.ГГГГ в 08:45, время прибытия – 21:00, в 08:45, время прибытия – 21:45, На листе 39 сведения о том, что ФИО285 выводил осужденного Свидетель №1 из ИК-1 в СИЗО-1: ДД.ММ.ГГГГ в 08:45, время прибытия – 21:30,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листе 44 сведения о том, что ФИО286 выводил осужденного Свидетель №1 из ИК-1 в СИЗО-1: ДД.ММ.ГГГГ в 10:45, время прибытия – 14:30, ДД.ММ.ГГГГ в 09:30, время прибытия – 19:20, ДД.ММ.ГГГГ в 09:10, время прибытия – 19:45, ДД.ММ.ГГГГ в 09:30, время прибытия – 19:20, ДД.ММ.ГГГГ в 09:30, время прибытия – 17:00, ДД.ММ.ГГГГ в 09:30, время прибытия – 17:00,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листе 45 сведения о том, что ФИО287 выводил осужденного Свидетель №1 из ИК-1 в СИЗО-1: ДД.ММ.ГГГГ в 09:15, время прибытия – 20:00, ДД.ММ.ГГГГ в 09:10, время прибытия – 19:00, ДД.ММ.ГГГГ в 09:00, время прибытия – 18:00, ДД.ММ.ГГГГ в 09:00, время прибытия – 18:00,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 листе 46 сведения о том, что ФИО17 ФИО288 выводил осужденного Свидетель №1 из ИК-1 в СИЗО-1: ДД.ММ.ГГГГ в 09:10, время прибытия – 18:00,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 листе 48 сведения о том, что ФИО289 выводил осужденного Свидетель №1 из ИК-1 в СИЗО-1: ДД.ММ.ГГГГ в 12:00, время прибытия – указано, ДД.ММ.ГГГГ в 09:00, время прибытия – указано, ДД.ММ.ГГГГ в 09:00, время прибытия не указано, ДД.ММ.ГГГГ в 09:30, время прибытия -19:18, ДД.ММ.ГГГГ в 09:15, время прибытия -19:00,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 листе 49 сведения о том, что ФИО290 выводил осужденного Свидетель №1 из ИК-1 в СИЗО-1: ДД.ММ.ГГГГ в 09:30, время прибытия -17:00, ДД.ММ.ГГГГ в 09:15, время прибытия -18:10, ДД.ММ.ГГГГ в 09:30, время прибытия -19:44,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 листе 50 сведения о том, что ФИО291 выводил осужденного Свидетель №1 из ИК-1 в СИЗО-1: ДД.ММ.ГГГГ в 08:15, время прибытия -18:45, ДД.ММ.ГГГГ в 08:30, время прибытия -18:35, ДД.ММ.ГГГГ в 09:00, время прибытия -19:00,</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На листе 51 сведения о том, что ФИО292 выводил осужденного Свидетель №1 из ИК-1 в СИЗО-1: ДД.ММ.ГГГГ в 09:15, время прибытия -17:00, ДД.ММ.ГГГГ в 09:15, время прибытия -18:20, ДД.ММ.ГГГГ в 09:15, время прибытия -18:00, ДД.ММ.ГГГГ в 08:50, время прибытия -18:20, ДД.ММ.ГГГГ в 09:00, время прибытия -21:20. Объектом осмотра № является журнал учета вывода осужденных участка колонии-поселения на рабочие объекты ФКУ ИК-1 ФИО3 по РТ. Журнал представляет собой печатное издание синего цвета, приклеенное белой бумагой А4 скотчем с надписью «Журнал учета вывода осужденных участка колонии-поселения на рабочие объекты ФКУ ИК-1 ФИО3 по Республике ФИО13». Внутри журнала имеется печать «ФКУ ИК-1 ФИО3 по Республике ФИО13 инв. №». Начато и окончено не указано. Количество листов 192, срок хранения 5 лет. Приказ №-дсп от ДД.ММ.ГГГГ МЮ РФ. В данном журнале прошнуровано пронумеровано и опечатано печатью «Для пакетов» 192 листов младший инспектор группы безопасности УКП пр-к вн.сл. ФИО40 В ходе осмотра сведения о том, что ФИО293 выводил осужденного Свидетель №1 из СИЗО-1 не обнаружены. Обнаружено, что ДД.ММ.ГГГГ выводил Свидетель №1 с ИК-1 в СИЗО-1 в 08:25 ФИО41, время прибытия 21:20. После осмотра журналы учета вывода осужденных участка колонии-поселения на рабочие объекты ФКУ ИК-1 ФИО3 по РТ в 2 экземплярах упакованы в прежнюю упаковку – полиэтиленовый Свидетель №2 пакет, опечатанный бумажной биркой, снабженной пояснительной надписью, заверенной подписью следователя и оттиском печати. (том 2 л.д. 99-103) Из протокола осмотра предметов (документов) от ДД.ММ.ГГГГ следует, что Объектом осмотра № является должностная инструкция младшего инспектора 2 категории дежурной службы федерального казенного учреждения «Следственный изолятор № Управления Федеральной службы исполнения наказаний по Республике ФИО13» Д., утвержденная начальником ФКУ СИЗО-1 ФИО3 Росси по Республике ФИО13 капитаном внутренней службы ФИО34 от ДД.ММ.ГГГГ. В должностной инструкции имеются ряд положений, которые ФИО294 должен исполнять.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Общих положениях указано, что: 1.На должность младшего инспектора 2 категории дежурной службы ФКУ СИЗО-1 ФИО3 по Республике ФИО13 назначаются лица, имеющие общее, среднее, среднее специальное, среднее профессиональное, высшее образования.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Назначение на должность и освобождение от должности производится начальником ФКУ СИЗО-1 ФИО3 по Республике ФИО13 (далее по тексту - Учреждение). 3.Младший инспектор 2 категории дежурной службы ФКУ СИЗО-1 несет службу в составе дневной и дежурной смены.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своей деятельности руководствуется, Конституцией Российской Федерации, федеральными конституционными законами, федеральными законами, руководствуется ограничениями, запретами и обязанностями, установленными Федеральным законом «О противодействии коррупции» и статями 17, 18 и 20 Федерального закона от ДД.ММ.ГГГГ № 79-ФЗ «О государственной гражданской службе Российской Федерации», законом Российской Федерации от ДД.ММ.ГГГГ № «Об учреждениях и органах, исполняющих уголовные наказания в виде лишения свободы», Федеральным законом от ДД.ММ.ГГГГ №-«O службе в уголовно-исполнительной системе и о внесении изменений в Закон Российской Федерации «Об учреждениях и органах, исполняющих уголовные наказания в виде лишения свободы», актами Президента Российской Федерации и Правительства Российской Федерации, распоряжением Правительства Российской Федерации от ДД.ММ.ГГГГ №-р «Об утверждении Концепции развития уголовно-исполнительной системы Российской Федерации до 2020 года», международными договорами Российской Федерации, актами Минюста России, ФСИН России, а также актами Республике Тыва принятыми в пределах их компетенции, Уставом Учреждения и настоящей должностной инструкцией.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Непосредственно подчиняется начальнику дневной смены, находятся в прямом подчинении начальника отдела режима и оперативном подчинении ДПНСИ.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Младшие инспектора дежурной службы ФКУ СИЗО-1 УФСИН России поРеспублике Тыва при исполнении своих должностных обязанностейвзаимодействуют с младшими инспекторами отдела режима и надзора.7. На время отсутствия младшего инспектора дежурной службы (отпуск, болезнь, командировка, пр.) его обязанности исполняет другой младший инспектор отдела режима и надзора или дежурной службы, по указанию начальника учреждения. Данное лицо приобретает соответствующее права и несет ответственность за ненадлежащее исполнение возложенных на него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по должности. В пределах своей компетенции докладывать руководству учреждения, отдела режима и начальнику дневной смены обо всех недостатках в деятельности учреждения, выявленных в процессе осуществления должностных обязанностей, вносить предложения по их устранению. Вносить предложения по совершенствованию работы, связанной предусмотренными настоящей инструкцией обязанностями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Должностные обязанности В своей служебной деятельности младший инспектор обязан: Уважать и охранять права, свободы и законные интересы подозреваемых, обвиняемых и осужденных, обеспечивать их правовую защиту и личную безопасность, законность применения средств исправления. Предоставлять подозреваемым, обвиняемым и осужденным, полную информацию об их правах и обязанностях, о порядке и условиях отбывания назначенного наказания. Вежливо относится к подозреваемым, обвиняемым и осужденным, рассматривать их заявления и жалобы. Выполнять свои обязанности с высокой ответственностью и профессионализмом. Уважать человеческое достоинство, быть справедливым и доброжелательным. Не разглашать сведения о личной жизни подозреваемых, обвиняемых и осужденных. Применять меры принуждения лишь в том случае, если иными средствами нельзя добиться изменения неправомерного поведения заключенного. Применять к подозреваемым, обвиняемым и осужденным лишь те ограничения и меры принуждения, которые предусмотрены законом. Сохранять свое личное достоинство в любой ситуации, избегать любых действий, унижающих честь сотрудника следственного изолятора. Постоянно повышать свой профессиональный уровень. Выполнять требования гигиены труда, техники безопасности, противопожарной безопасности и производственной санитарии. Соблюдать запреты и выполнять требования установленные статьями 17, 18 и 20 Федерального закона от ДД.ММ.ГГГГ №-Ф3 "О государственной гражданской службе Российской Федерации". В случае непосредственного обнаружения на территории Российской Федерации событий, угрожающих личной или общественной безопасности, принять меры к спасению людей, предотвращению и пресечению правонарушений, задержанию лиц по подозрению в совершении этих правонарушений и сообщить об этом в ближайший орган внутренних дел Российской Федерации. (ст. 26, Закон РФ от ДД.ММ.ГГГГ № "Об учреждениях и органах, исполняющих уголовные наказания в виде лишения свободы") Уведомлять представителя нанимателя, органы прокуратуры или другие государственные органы обо всех случаях обращения к ним каких-либо лиц в целях склонения их к совершению коррупционных правонарушений. (ст. 9, Федеральный закон от ДД.ММ.ГГГГ №273-ФЗ (ред. от ДД.ММ.ГГГГ) "О противодействии коррупции", Приказ ФСИН РФ от ДД.ММ.ГГГГ № "Об утверждении Порядка уведомления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Должностные обязанности младшего инспектора по выводу подозреваемых, обвиняемых и осужденных Для вывода подозреваемых, обвиняемых, и осужденных из камер на санитарную обработку, прогулку, свидания, в следственные и медицинские кабинеты, на прием к представителям администрации, разовые работы в составе дневной смены выделяется группа младших инспекторов во главе со старшим группы. Обязан:</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Обеспечивать порядок вывода из камер, правила передвижения и сопровождения подозреваемых, обвиняемых и осужденных по коридорам и режим территории, не оставлять их без надзора в пути следования, в кабинетах, прогулочных дворах и других помещениях, строго соблюдать изоляцию. 2.Принимать меры к недопущению побега подозреваемых, обвиняемых и осужденных в пути следования, а также из проулочных дворов, кабинетов и других помещений. 3.Знать лиц, находящихся под особым наблюдением. 4.Производить неполный обыск подозреваемых, обвиняемых или осужденных при выводе из камер и по возвращении в них. Обыск женщин осуществляется младшими инспекторами-женщинами. Производить осмотр всех помещений по окончании режимных мероприятий. Обнаруженные при осмотре записки изымать и передавать начальнику дневной смены, который рапортом докладывает об обнаруженных записках руководству учреждения. Запрещенные предметы, найденные по окончании прогулки в прогулочных дворах, оформляются рапортом и докладываются руководству учреждения.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Должностные обязанности младшего инспектора по выводу на прогулку Прогулка подозреваемых, обвиняемых или осужденных осуществляется в прогулочных дворах группой младших инспекторов по установленному графику. Младшие инспекторы выводят подозреваемых, обвиняемых или осужденных из камеры в прогулочные дворы и по окончании прогулки сопровождают обратно в камеру. Обязан: Вносить в Журнал учета прогулок подозреваемых, обвиняемых и осужденных номер прогулочного двора, номер камеры, выведенной на прогулку, время начала прогулки и ее окончания, а также количество подозреваемых, обвиняемых и осужденных, выведенных в прогулочный двор. Пресекать попытки со стороны подозреваемых, обвиняемых и осужденных нарушить изоляцию. В случаях осложне0ния обстановки подавать сигнал тревоги и в зависимости от сложившейся ситуации принимать необходимые меры реагирования. Отвечать за сохранность и исправное состояние оборудования и инвентаря, имеющегося в прогулочных дворах. Следить за санитарным и техническим состоянием прогулочных помещений, своевременно принимать меры к устранению выявленных недостатков. По окончании прогулки организовывать уборку прогулочных дворов и иных помещений.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Должностные обязанности младшего инспектора несущего службу на помосте у прогулочных дворов Младший инспектор, несущий службу на помосте у прогулочных дворов обязан: Постоянно следить за соблюдением подозреваемыми, обвиняемыми и осужденными установленного порядка поведения в прогулочных дворах и правил внутреннего распорядка СИЗО. Не допускать в секторе своего поста переговоров подозреваемых, обвиняемых и осужденных с лицами из других камер или прогулочных дворов. При нарушении подозреваемыми, обвиняемыми и осужденными установленного порядка содержания под стражей предупреждает их, о нарушении докладывает старшему по проведению прогулки с указанием личности подозреваемого, обвиняемого или осужденного. При невыполнении законных требований немедленно докладывает старшему по прогулке, который информирует о нарушении ответственного офицера, при необходимости вызывает резервную группу нажатием кнопки тревожной сигнализации. Не допускать на пост посторонних лиц.</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Основные вопросы, связанные с сопровождением подозреваемых, обвиняемых и осужденных внутри СИЗО Сотрудники смен и отделов режима СИЗО сопровождают подозреваемых, обвиняемых и осужденных при передвижении внутри режимных корпусов, на территории режимных и хозяйственных зон. Запрещается использование сотрудников указанных подразделений для конвоирования и сопровождения подозреваемых, обвиняемых и осужденных за пределами СИЗО. Групповое или индивидуальное передвижение подозреваемых, обвиняемых и осужденных внутри режимных помещений и на территории СИЗО производится в сопровождении младших инспекторов по выводу. Групповое передвижение производится только строем. При этом сопровождаемые держат руки за спиной. Сопровождение подозреваемых, обвиняемых и осужденных внутри режимных корпусов, на территории учреждения, в том числе и на прогулочные дворы, осуществляется без оружия. Движение подозреваемых, обвиняемых и осужденных производится только по установленным маршрутам. При сопровождении подозреваемых, обвиняемых и осужденных внутри режимных корпусов и на территории СИЗО сопровождающими лицами приминаются меры, исключающие возможность: а) совершения побега и нападения на сотрудников и иных лиц; б) завладения в пути следования какими-либо предметами, которые могут быть использованы ими для подготовки побега, нападения на охрану, убийства или самоубийства; в) встречи лиц, содержащихся в разных камерах; г) установления связи подозреваемых, обвиняемых и осужденных с лицами, находящимися за пределами режимной территории; Групповой вывод на прогулку, санитарную обработку, а также в других случаях возлагается на двух и более младших инспекторов. Для сопровождения в указанных случаях лиц, склонных к побегу, нападению, а также других опасных категорий подозреваемых, обвиняемых и осужденных, состав младших инспекторов устанавливается из расчета: при выводе 2-5 подозреваемых, обвиняемых и осужденных - два младших инспектора, 6-10 подозреваемых, обвиняемых и осужденных - три младших инспектора. В необходимых случаях сопровождение особо опасного преступника производится двумя младшими инспекторами. При сопровождении особо опасных преступников, если имеются данные о намерениях ими совершить побег или нападение на администрацию, а также причинить вред себе или окружающим к ним могут быть применены наручники в соответствии с действующим законодательством Российской Федерации, регламентирующим данное направление деятельности. При приближении к неохраняемой двери коридора один из младших инспекторов останавливает подозреваемых, обвиняемых и осужденных за пять шагов до двери, подает команду повернуться лицом к стене, идущий впереди младший инспектор смотрит в «глазок» двери и, определив, что маршрут движения свободен от посторонних лиц, открывает дверь, для продолжения движения. В таком же порядке осуществляется вывод подозреваемых, обвиняемых и осужденных в прогулочные дворы. При сопровождении подозреваемых, обвиняемых и осужденных сотрудникам запрещается вступать с ними в разговор. Допускается использование команд: «Вперед», «Назад», «Стоять», «Направо», «Налево», «Лицом к стене». При сопровождении подозреваемых, обвиняемых и осужденных младшие инспекторы обязаны не допускать случаев самовольного оставления строя сопровождаемыми лицами, разговоров и курения при передвижении, а также установления межкамерной связи с лицами, содержащимися в СИЗО (тюрьме), открывания «глазков» в дверях камер, нанесения надписей на стены и т.д. После осмотра должностная инструкция ФИО295 упаковывается в полиэтиленовый файл, на который снабжается пояснительная бирка, заверенная подписью следователя, и оттиском печати следственного отдела по &lt;адрес&gt; СУ СК ФИО3 по Республике ФИО13. (том 2 л.д. 118-129) Из протокола осмотра места происшествия от ДД.ММ.ГГГГ следует, что объектом осмотра является комната отдыха водителей, расположенный на участке местности на территории хозяйственного двора ФКУ СИЗО-1 ФИО3 по Республике ФИО13 по адресу: &lt;адрес&gt;. Само здание ФКУ СИЗО-1 УФСИН России по Республике Тыва расположено в центральной части &lt;адрес&gt;. Осматриваемая территория захламлена строительными материалами, и слева от входа располагается одноэтажное здание, которое на входной двери имеет надпись: «комната отдыха водителей». Вход осуществляется через металлическую дверь, на момент осмотра она открыта. При входе в комнату обнаружены по часовой периферии кухонный стол, кухонный гарнитур, стиральная машинка, телевизор, вентилятор. В ходе осмотра криминалистически значимых следов и объектов не обнаружено. (том 3 л.д. 77-82) Из протокола осмотра места происшествия от ДД.ММ.ГГГГ установлено, что объектом осмотра является участок местности, расположенный в западной части &lt;адрес&gt;, возле дома №. 9 ряд № СНТ № ЛДО &lt;адрес&gt;. Участок местности не асфальтирован, песчаный, располагается в 50 метрах от самого дома. В ходе осмотра каких-либо криминалистически значимых следов и объектов не обнаружено. (том 3 л.д. 106-109) Из протокола очной ставки между обвиняемым Д. и Свидетель №1 от ДД.ММ.ГГГГ, следует, что на вопрос, знают ли они друг друга и в каких отношениях находятся между собой, допрашиваемые лица заявили: Свидетель Свидетель №1 заявил, что знает ФИО296 как сотрудника ФКУ СИЗО-1 ФИО3 по Республике ФИО13. Обвиняемый ФИО297 заявил, что не будет отвечать на вопрос. На вопрос следователя Свидетель №1 о том, подтверждает ли показания данные им в качестве свидетеля от ДД.ММ.ГГГГ и дополнительные показания от ДД.ММ.ГГГГ, он ответил, что да, подтверждает, в период с ДД.ММ.ГГГГ по ДД.ММ.ГГГГ он передавал в качестве «взятки» денежные средства сотруднику ФКУ СИЗО-1 ФИО3 по Республике ФИО13 Д., согласно моим показаниям, а именно я осуществил 08 переводов через мобильный банк «Росбанка» в общей сумме 71 450 рублей, а также наличными денежными средствами за то, что он мне помогал покупать сотовые телефоны в магазинах &lt;адрес&gt; и за то, что я забирал сим-карту из дома я всего передал в общей сумме 16 000 рублей, то есть по 5000, 5000, 5000, 1000 рублей. Д. мне очень помогал при покупке сотовых телефонов, покупке еды, и вообще, когда я находился в местах лишения свободы, когда я сидел в СИЗО-1 мы с ним дружили. На вопрос следователя обвиняемому ФИО298. о том, подтверждает ли он показания Свидетель №1 он ответил, что в связи с заявленным заявлением от ДД.ММ.ГГГГ отвечать на вопрос отказываюсь. Заявление с текстом на 02 листах. Из содержания заявления защитника ФИО46 в интересах обвиняемого ФИО299 следует, что уголовное дело о получении ФИО300 взятки от Свидетель №1 возбуждено на основании сведений самого Свидетель №1 о передачи им взятки, его статус соответствует обвиняемому в совершении преступления, предусмотренного ч. 3 ст. 291 УК РФ . Соответственно, сторона защиты указывает, что нарушены положения ст. 56 УПК РФ . Однако, указанное заявление орган предварительного следствия рассматривает как принятие того факта о получении денежного вознаграждения –взятки со стороны Свидетель №1 самим ФИО302 (том 3 л.д. 142-145) Из протокола осмотра предметов от ДД.ММ.ГГГГ следует, что объектом осмотра является полимерный пакет - упаковка, содержащая ряд предметов, на пояснительной бирке указано: сотовый телефон марки «HUAWEI» в корпусе черного цвета; банковская карта «Росбанк»; банковская карта «Сбербанк», банковская карта «АльфаБанк», переносная колонка, изъятые в ходе обыска в жилище от ДД.ММ.ГГГГ по адресу: &lt;адрес&gt;. Также, указанная пояснительная надпись заверена подписями подозреваемого ФИО301 защитника ФИО42, понятых ФИО43, ФИО44, а также следователя ФИО45 Объектом осмотра №: является сотовый телефон в корпусе черного цвета, марки «HUAWEI». В ходе осмотра установлено, что сотовый телефон выключен. Каких-либо царапин, повреждений на сотовом телефоне не имеется. На заднем корпусе телефона имеется камера. Объектом осмотра №: является банковская карта «Росбанк» № на Д.. Банковская карта сама серого цвета, каких-либо повреждений не имеет. Объектом осмотра №: является банковская карта «Сбербанк» № на Д.. Банковская карта сама серого цвета, каких-либо повреждений не имеет. Объектом осмотра №: является банковская карта «АльфаБанк» № на Д.. Банковская карта сама красного цвета, каких-либо повреждений не имеет. Имеет надпись «credit». После осмотра вышеуказанные предметы упаковывается в первоначальную упаковку, снабженный пояснительной надписью о содержимом, заверенный подписью следователя и оттиском печати. Объектом осмотра №: переносная колонка марки «defender» Свидетель №2 цвета без какой-либо упаковки. Переносная колонка в корпусе Свидетель №2 цвета, колонка имеет два динамика красного цвета, сверху колонки расположены управляющая поверхность с различными кнопками включения, выключения. После осмотра переносная колонка упаковывается в полиэтиленовый пакет, снабженный пояснительной надписью о содержимом, заверенный подписью следователя и оттиском печати. (том 2 л.д.192-201) Из заключения эксперта № от ДД.ММ.ГГГГ следует, что Свидетель №1 какими-либо психическим расстройством не страдал и в настоящее время не страдает, а страдал в прошлом и страдает в настоящее время иным наркологическим расстройством в виде «Пагубного употребления канабиноидов» (шифр F12.1 по МКБ-10). Об этом свидетельствуют данные анамнеза об эпизодическом употреблении препаратов конопли без явлений психической и физической зависимости, также наблюдение у врача нарколога с данными диагнозом. Выявленное расстройство, не лишало Свидетель №1 способности правильно воспринимать обстоятельства, имеющие значение для уголовного дела и давать показания. По своему психическому состоянию Свидетель №1 мог и может в настоящее время понимать характер и значение уголовного судопроизводства, правильно воспринимать обстоятельства, имеющие значение для уголовного дела, и давать показания. Выявление у Свидетель №1 иное наркологическое расстройство с возможности причинения им существенного вреда либо с опасностью для себя иди других лиц не связано. (том 3 л.д.12-17) Относимость и допустимость доказательств, представленных суду государственным обвинителем, сомнений у суда не вызывает. При собирании и закреплении данных доказательств не были нарушены гарантированные Конституцией Российской Федерации права участников уголовного судопроизводства, установленные уголовно-процессуальным законодательством порядок их собирания и закрепления, а также собирание и закрепление доказательств осуществлялось надлежащими лицами и надлежащим органом, поэтому у суда нет оснований сомневаться в данных доказательствах. Оценивая данные доказательства, как в отдельности, так и в совокупности, суд приходит к выводу, что они достоверны, поскольку согласуются друг с другом, оснований сомневаться в них не имеется, они относимы, как подтверждающие обстоятельства имеющие существенное значение для данного уголовного дела и допустимы, как полученные в полном соответствии с требованиями уголовно-процессуального закона, а в своей совокупности достаточны для разрешения уголовного дела по существу. Как указано выше, виновность подсудимого Д. в совершении преступления при обстоятельствах, установленных судом, полностью подтверждается совокупностью приведенных выше и исследованных в суде доказательств. К такому выводу суд пришел исходя из оглашенных показаний Свидетель №1, который я будучи взяткодателем по данному уголовному делу является свидетелем, и в отношении которого уголовное дело по ч. 3 ст. 291 УК РФ , т.е. по факту дачи взятки ФИО304 в значительном размере постановлением Кызылского городского суда РТ от ДД.ММ.ГГГГ, вступившим в законную силу ДД.ММ.ГГГГ, прекращено на основании примечания к статьям , 291.2 УК РФ и ч. 2 ст. 28 УПК РФ в связи с его деятельным раскаянием. Из показаний Свидетель №1 об обстоятельствах дачи им взяток младшему инспектору 2 категории дежурной службы ФКУ СИЗО-1 ФИО3 по Республике ФИО13 Д. следует, что он постоянно, в течение нескольких месяцев давал денежные средства подсудимому Добрвольскому за то, что он давал ему возможность покупать и беспрепятственно пользоваться сотовыми телефонами, пользоваться которыми осужденным, отбывающим наказание запрещено. Показания свидетеля Свидетель №1 данные в ходе предварительного следствия о том, что ФИО305 вывел его из СИЗО-1 и на его личном автомобиле марки «honda accord» приехали в торговый центр «Меридиан» по &lt;адрес&gt;, где есть ломбард, в котором работает его дядя Свидетель №4, купил у дяди сотовый телефон марки «asus» в корпусе серебристого цвета, затем в тот же период он попросил ФИО17 съездить к маме домой, чтобы взять сим-карту и он согласился помочь, подтверждаются показаниями свидетелей Свидетель №3, Свидетель №4 Признавая показания свидетелей Свидетель №1, Свидетель №3, Свидетель №4 допустимыми доказательствами и оценивая их как достоверные, суд принял во внимание то, что они получены в соответствии с требованиями уголовно-процессуального закона, являются последовательными, оснований не доверять указанным показаниям у суда не имеется. Оснований не доверять показаниям свидетелей Свидетель №1, Свидетель №3, Свидетель №4 у суда не имеется, стороной защиты суду также не было представлено фактов личной заинтересованности и причин оговора подсудимого ФИО306 допрошенными в суде свидетелями. Приведенные показания не содержат противоречий, объективно подтверждаются письменными доказательствами по делу, в том числе банковскими документами, осмотренными протоколами осмотра предметов (документов), и соответствуют установленным фактическим обстоятельствам дела, оснований сомневаться в их достоверности не имеется. Суд считает, что следственные действия по данному уголовному делу были проведены в соответствии с уголовно-процессуальным законом, все указанные выше доказательства получены в соответствии с требованиями законодательства и могут быть положены в основу приговора. При таких обстоятельствах, исходя из анализа исследованных в ходе судебного следствия и приведенных выше доказательств, совокупность которых суд признал достаточными для вынесения данного приговора, суд приходит к выводу, что виновность подсудимого ФИО308 в совершении преступления при обстоятельствах, указанных в описательной части приговора, полностью доказана. Переходя к юридической оценке содеянного подсудимым ФИО307. суд квалифицирует его действия по ч. 3 ст. 290 УК РФ , как получение должностным лицом лично взятки в виде денег в значительном размере, за незаконное бездействие в пользу взяткодателя. В соответствии с приказом № л/с от ДД.ММ.ГГГГ начальника федерального казенного учреждения «Следственный изолятор № Управления Федеральной службы исполнения наказаний ФИО3 по Республике ФИО13» (далее по тексту - ФКУ СИЗО-1 ФИО3 по Республике ФИО13) Д. назначен на должность младшего инспектора 2 категории дежурной службы ФКУ СИЗО-1 ФИО3 по Республике ФИО13. Согласно должностной инструкции младшего инспектора 2 категории дежурной службы ФКУ СИЗО-1 ФИО3 по Республике Тыва ФИО310., утвержденной начальником ФКУ СИЗО-1 ФИО3 по Республике ФИО13 от ДД.ММ.ГГГГ, младший инспектор ФИО309 несет службу в составе дневной и дежурной смены; в своей деятельности руководствуется Конституцией Российской Федерации, федеральными конституционными законами, федеральными законами, руководствуется ограничениями, запретами и обязанностями, установленными статьей Федерального закона «О противодействии коррупции», то есть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 Невыполнение государственным или муниципальным служащим должностной (служебной) обязанности, предусмотренной ч.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 А также, согласно ст.17,18 Федерального закона от ДД.ММ.ГГГГ № 79-ФЗ «О государственной гражданской службе Российской Федерации» в связи с прохождением гражданской службы гражданскому служащему 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ГК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 законом Российской Федерации от ДД.ММ.ГГГГ № «Об учреждениях и органах, исполняющих уголовные наказания в виде лишения свободы», Федеральным законом от ДД.ММ.ГГГГ № 197-ФЗ «О службе в уголовно-исполнительной системе и о внесении изменений в Закон Российской Федерации «Об учреждениях и органах, исполняющих уголовные наказания в виде лишения свободы», актами Президента Российской Федерации и Правительства Российской Федерации, распоряжением Правительства Российской Федерации от ДД.ММ.ГГГГ №-р «Об утверждении Концепции развития уголовно-исполнительной системы Российской Федерации до 2020 года», актами Минюста ФИО3, ФСИН ФИО3, а также актами Республики ФИО13 принятыми в пределах их компетенции, Уставом Учреждения и настоящей должностной инструкцией. Согласно вышеуказанной должностной инструкции младший инспектор ФИО311 обязан уважать и охранять права, свободы и законные интересы осужденных, обеспечивать их правовую защиту и личную безопасность, законность применения средств исправления. Предоставлять осужденным полную информацию об их правах и обязанностях, о порядке и условиях отбывания назначенного наказания. Выполнять свои обязанности с высокой ответственностью и профессионализмом. Сохранять свое личное достоинство в любой ситуации, избегать любых действий, унижающих честь сотрудника следственного изолятора. Постоянно повышать свой профессиональный уровень. В случае непосредственного обнаружения на территории Российской Федерации событий, угрожающих личной или общественной безопасности, принять меры к предотвращению и пресечению правонарушений, задержанию лиц по подозрению в совершении этих правонарушений и сообщить об этом в ближайший орган внутренних дел Российской Федерации (ст.26, Закон РФ от ДД.ММ.ГГГГ № «Об учреждениях и органах, исполняющих уголовные наказания в виде лишения свободы». Уведомлять представителя нанимателя, органы прокуратуры или другие государственные органы обо всех случаях обращения к ним каких-либо лиц в целях склонения их к совершению коррупционных правонарушений (ст.9, Федеральный закон от ДД.ММ.ГГГГ № 273-ФЗ (ред. от ДД.ММ.ГГГГ) «О противодействии коррупции», Приказ ФСИН РФ от ДД.ММ.ГГГГ № «Об утверждении Порядка уведомления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 Выполнять требования Федерального закона от ДД.ММ.ГГГГ № «О противодействии коррупции», ст. 17, 18 и 20 Федерального закона от ДД.ММ.ГГГГ № 79-ФЗ «О государственной гражданской службе Российской Федерации»; в соответствии с приказом Минюста РФ от ДД.ММ.ГГГГ «Об утверждении Инструкции по профилактике правонарушений среди лиц, содержащихся в учреждениях уголовно-исполнительной системы» осуществлять профилактику правонарушений, обеспечивая путем изоляции и надзора за лицами, содержащимися в учреждениях УИС, их размещения в соответствии с законом, выявления причин и условий, способствующих совершению правонарушений, разработки и осуществления мер по их устранению (общая профилактика), установления лиц, от которых можно ожидать совершения правонарушений; обеспечивать порядок вывода из камер, правила передвижения и сопровождения осужденных по коридорам и режима территории, не оставлять их без надзора в пути следования, в кабинетах, прогулочных дворах и других помещениях, строго соблюдать изоляцию; принимать меры к недопущению побега осужденных в пути следования, а также из прогулочных дворов, кабинетов и других помещений; производить неполный обыск осужденных при выводе из камер и по возвращении в них; производить осмотр всех помещений по окончании режимных мероприятий. Запрещенные предметы, найденные по окончании прогулки в прогулочных дворах, оформляются рапортом и докладываются руководству учреждения; пресекать попытки со стороны осужденных нарушить изоляцию; в случаях осложнения обстановки подавать сигнал тревоги и в зависимости от сложившейся ситуации принимать необходимые меры реагирования; принимать меры к недопущению побега осужденных в пути следования и во время медицинского осмотра; в случае обнаружения и изъятия запрещенных предметов составлять рапорт; постоянно следить за соблюдением осужденными установленного порядка поведения в прогулочных дворах и правил внутреннего распорядка СИЗО; не допускать в секторе своего поста переговоров осужденных с лицами из других камер или прогулочных дворов; при нарушении осужденными установленного порядка содержания под стражей предупреждает их, о нарушении докладывает старшему по проведению прогулки с указанием личности осужденного; принимать меры к обнаружению при проведении обысков запрещенных предметов и их изъятию; составлять протоколы обысков и акты изъятия. Уничтожать по мотивированному постановлению начальника СИЗО изъятые в ходе обыска запрещенные предметы. Мобильные средства связи с документами по обнаружению и изъятию предоставлять начальнику учреждения; знать возможные места и способы сокрытия осужденными запрещенных предметов в камерах и других помещениях; прервать переговоры в случае нарушения осужденным порядка их проведения; контролировать выполнение осужденными установленного порядка содержания под стражей и правил внутреннего распорядка; не допускать контактов осужденных с лицами, содержащимися в других камерах, а также с осужденными, оставленными для работы по хозяйственному обслуживанию и иными лицами; пресекать преступления и административные правонарушения, участвовать в задержании лиц их совершивших; На работах в режимной и хозяйственной зонах осужденные, оставленные по хозяйственному обслуживанию, находятся под надзором младших инспекторов на посту в производственном участке, предприятии или мастерской. При наличии небольших групп осужденных (менее 3 человек), работающих в разных местах, надзор за их поведением ведется способом патрулирования. Младший инспектор на посту в производственном участке, предприятии или мастерской обязан знать, в каком месте и за какими лицами он должен вести наблюдение. Передвижение младшего инспектора по маршруту должно осуществляться таким образом, чтобы обеспечить постоянный надзор за осужденными. Младший инспектор на посту в производственном участке, предприятии или в мастерской обязан: - не допускать правонарушений со стороны осужденных; - пресекать деятельность осужденных, не связанную с выполнением работ, для производства которых они выведены; - не допускать попыток установления связи лиц, выведенных на работу, с подозреваемыми, обвиняемыми или другими осужденными, а также иными лицами; - пресекать попытки ухода с рабочего места осужденных, а при обнаружении таких фактов докладывать ДПНСИ (ДПНТ). Приведенные в приговоре письменные доказательства, касающиеся занимаемой должности подсудимого ФИО312 полностью подтверждают факт того, что он являлся должностным лицом, постоянно осуществляющим функции представителя власти в сфере исполнения уголовных наказаний, наделенными в установленном законом порядке распорядительными полномочиями в отношении осужденных лиц, не находящихся от них в служебной зависимости, а также правом принимать решения, обязательные для исполнения осужденными. Согласно пункту 17 Приложения 1 к Правилам внутреннего распорядка исправительных учреждений, утвержденных приказом Министерства юстиции Российской Федерации от ДД.ММ.ГГГГ N 295, осужденным запрещается иметь при себе, получать в посылках, передачах, бандеролях либо приобретать фотоаппараты, фотоматериалы, химикаты, кинокамеры, видео-, аудиотехника (кроме телевизионных приемников, радиоприемников общего пользования), телевизионные приемники с выходом в информационно-телекоммуникационную сеть "Интернет" и с встроенными медиаплеерами, электронные носители и накопители информации, средства мобильной связи и коммуникации либо комплектующие к ним, обеспечивающие их работу. Обстоятельства приобретения, хранения и пользования средствами мобильной связи – мобильными телефонами отбывающим наказание осужденным Свидетель №1 при незаконном бездействии подсудимого ФИО313 за совершение которого ФИО17 лично получал взятку в виде денежных средств, общим размером 71 450 рублей, суд полностью установил из всей совокупности приведенных в приговоре доказательств. Исследованные в суде сведения о движении денежных средств на банковских счетах взяткодателя ФИО49 и взяткополучателя подсудимого ФИО17 также полностью подтверждают как размер взятки, лично полученной от ФИО49 подсудимым ФИО17, так и виновность подсудимого в совершении преступления, при обстоятельствах установленных судом. Согласно п. 6 постановления Пленума Верховного Суда РФ от ДД.ММ.ГГГГ N 24 (ред. от ДД.ММ.ГГГГ) "О судебной практике по делам о взяточничестве и об иных коррупционных преступлениях", под незаконными действиями (бездействием), за совершение которых должностное лицо получило взятку (часть 3 статьи 290 УК РФ ), следует понимать действия (бездействие), которые: совершены должностным лицом с использованием служебных полномочий, однако в отсутствие предусмотренных законом оснований или условий для их реализации; относятся к полномочиям другого должностного лица; совершаются должностным лицом единолично, однако могли быть осуществлены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 Как следует из приведенной выше должностной инструкции подсудимого ФИО17, так из всех указанных в приговоре нормативных актов, в силу занимаемой должности подсудимый ФИО17 должен был пресекать приобретение, хранение и пользования средствами мобильной связи – мобильными телефонами отбывающим наказание осужденным Свидетель №1, т.е. должен был пресекать его неправомерной деятельности по использованию средств мобильной связи на территории режимного объекта в нарушение Правил внутреннего распорядка следственных изоляторов уголовно-исполнительной системы. Однако, младший инспектор ФИО314 являясь должностным лицом, в нарушение Правил внутреннего распорядка следственных изоляторов уголовно-исполнительной системы, из корыстных побуждений, в целях личной материальной выгоды, используя свое служебное положение, являясь представителем власти и находясь при исполнении своих служебных обязанностей, умышленно, лично получил от осужденного Свидетель №1 взятку в виде денег общей сумме 71 450 (семьдесят одна тысяча четыреста пятьдесят) рублей путем 8 банковских переводов, за незаконное бездействие, выразившееся в умышленном непринятии им мер в пользу взяткодателя Свидетель №1 по пресечению его неправомерной деятельности по использованию средств мобильной связи на территории режимного объекта в нарушение Правил внутреннего распорядка следственных изоляторов уголовно-исполнительной системы, что способствовало пользованию осужденным Свидетель №1 вышеуказанными запрещенными средствами мобильной связи в период отбывания наказания в СИЗО-1. Согласно примечанию 1 к ст. 290 УК РФ значительным размером взятки в настоящей статье, статьях и 291.1 УК РФ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 Органами предварительного следствия при предъявлении ФИО315. обвинения и судом исходя из анализа представленных государственным обвинителем доказательств установлено, что ФИО17 получил от осужденного ФИО49 деньги в размере 71450 рублей, что является значительным размером взятки, т.к. размер полученной им взятки превышает 25000 рублей и не превышает 150000 рублей. Оснований для иной юридической квалификации действий подсудимого ФИО17 не имеется. Стороной защиты также квалификация действий подсудимого по ч.3 ст. 290 УК РФ не оспаривается. Уголовное преследование в отношении Д. по ч.1 ст. 291.2 , ч.1 ст. 291.2 , ч.1 ст. 291.2 , ч.1 ст. 291.2 УК РФ постановлением от ДД.ММ.ГГГГ прекращено на основании п. 3 ч. 1 ст. 24 УПК РФ , в связи с истечением сроков давности уголовного преследования. С учетом адекватного поведения подсудимого ФИО316 в ходе предварительного следствия и в суде, его психическая полноценность и вменяемость у суда сомнений не вызывает. В соответствии с требованиями ст. 60 УК РФ при назначении наказания подсудимому ФИО317 суд учитывает характер и степень общественной опасности совершенного им преступления, его личность, обстоятельства совершения преступления, наличие смягчающих наказание обстоятельств, отсутствие отягчающих обстоятельств, а также влияние назначенного наказания на исправление осужденного и на условия жизни его семьи. Обстоятельствами, смягчающим наказание подсудимого ФИО318 суд учитывает его полное признание вины, раскаяние в содеянном, наличие на иждивении 1 малолетнего ребенка, отсутствие судимости. Обстоятельств, отягчающих наказание подсудимого ФИО319 предусмотренных ст. 63 УК РФ , не имеется. Принимая во внимание совершение подсудимым ФИО17 преступления против государственной власти, интересов государственной службы, относящегося к категории тяжких преступлений, с учетом повышенной общественной опасности совершенного преступления и обстоятельств его совершения, личности подсудимого, для достижения целей наказания и предупреждения совершения им новых преступлений, а также для восстановления социальной справедливости, суд полагает необходимым назначить подсудимому наказание в виде штрафа в пределах санкции ч.3 ст. 290 УК РФ . Размер штрафа согласно ч.3 ст. 46 УК РФ определяется судом с учетом того, что ФИО17 совершил впервые преступление, которое относится к категории тяжких преступлений, его имущественное положение, а также с учетом его увольнения со службы из органов ФСИН РФ. Кроме того, с учетом изложенных выше обстоятельств, учитывая материальное положение подсудимого и степень общественной опасности совершенного им преступления, а также то, что преступления им были совершены с использованием своего служебного положения, для достижения целей наказания суд также считает необходимым назначить ФИО320 дополнительное наказание в виде лишения права занимать на государственной службе, включая службу в правоохранительных органах, а также в органах местного самоуправления, должности, связанные с осуществлением функций представителя власти. В соответствии со ст. 48 УК РФ , при осуждении за совершение тяжкого или особо тяжкого преступления с учетом личности виновного суд может лишить его специального, воинского или почетного звания, классного чина и государственных наград. Учитывая то, что ФИО321 совершено преступление, предусмотренные ч.3 ст. 290 УК РФ , являясь младшим инспектором 2 категории дежурной службы ФКУ СИЗО-1 ФИО3 по Республике ФИО13, он совершил тяжкое преступление коррупционной направленности, используя своё служебное положение, также принимая во внимание характер и степень общественной опасности преступления, подрывающее авторитет ФСИН ФИО3, для обеспечения целей наказания приходит к выводу о необходимости применения к ФИО322. положений ст. 48 УК РФ и назначить ему дополнительное наказание в виде лишения его специального звания ФСИН ФИО3 - «старший сержант внутренней службы». Исключительных обстоятельств, существенно уменьшающих степень общественной опасности совершенных преступлений и дающих основание для назначения наказания по правилам ст. 64 УК РФ , по делу не установлено. Правовых оснований для применения положений ч.2 ст. , ст. и ст. 53.1 УК РФ не имеется. С учетом фактических обстоятельств тяжкого преступления, совершенного ФИО17, оснований для изменения категории преступления согласно ч.6 ст. 15 УК РФ не имеется. При определении наказания подсудимому ФИО17 суд учел также требования об индивидуализации уголовного наказания, которое должно соответствовать принципам законности, справедливости и гуманизма. Поскольку суд пришел к выводу о возможности назначения ФИО323 наказания, не связанного с лишением свободы, меру пресечения подсудимого в виде домашнего ареста суд считает возможным изменить на подписку о невыезде до вступления приговора в законную силу. С учетом того, что подсудимый ФИО324 находился под стражей с ДД.ММ.ГГГГ по ДД.ММ.ГГГГ, а также под домашним арестом с ДД.ММ.ГГГГ по ДД.ММ.ГГГГ, в соответствии с ч.5 ст. 72 УК РФ суд считает возможным смягчить назначенное основное наказание в виде штрафа с учетом времени его пребывания под данными мерами пресечений. Исходя из требований ст.ст. 104.1 и 104.2 УК РФ конфискация имущества является обязательной мерой уголовно-правового характера, направленной на достижение задач уголовного закона. В силу требований п. "а" ч. 1 ст. 104.1 УК РФ имущество, полученное в результате совершения преступления, предусмотренного ст. 290 УК РФ , подлежит безусловной конфискации. Согласно разъяснениям, содержащимся в п. 3.3 постановления Пленума Верховного Суда Российской Федерации от ДД.ММ.ГГГГ N 17 "О некоторых вопросах, связанных с применением конфискации имущества в уголовном судопроизводстве", исходя из требований ст. ст. 104.1 и 104.2 УК РФ конфискация имущества подлежит обязательному применению при наличии оснований и соблюдении условий, предусмотренных нормами гл. 15.1 УК РФ. При этом, из взаимосвязанных положений ч.ч. 1, 2 ст. 104.2 УК РФ следует, что при невозможности осуществить конфискацию определенного предмета, входящего в имущество, указанное в статье 104.1 УК РФ , суд выносит решение о конфискации иного имущества или денежных средств виновного в размере, эквивалентном стоимости предмета взятки. Судом установлено, что подсудимый ФИО17 в несколько приемов получил взятку в размере 71450 рублей, которые в ходе предварительного расследования не были изъяты, соответственно на основании ст. 104.2 УК РФ необходимо конфисковать денежную сумму, эквивалентную сумме полученной им взятки. В целях обеспечения исполнения приговора в части конфискации в собственность государства денежных средств, эквивалентных размеру полученной взятки, в сумме 71 450 рублей, арест на имущество, наложенный постановлением Кызылского городского суда РТ от ДД.ММ.ГГГГ на транспортное средство марки «ХОНДА АККОРД», 2008 года выпуска, цвета белый, с идентификационным номером (VIN) №, с мощностью двигателя 1201(148), объемом двигателя 2354 куб. суд полагает необходимым сохранить до исполнения приговора в части штрафа и конфискации денежных средств. Вещественные доказательства по делу: сотовый телефон марки «HUAWEI» в корпусе Свидетель №2 цвета, банковская карта «Росбанк», банковская карта «Сбербанк», банковская карта «Альфабанк» - необходимо вернуть по принадлежности, а при отказе от получения уничтожить; с переносной колонки, возвращенной законному владельцу – снять ограничения по хранению; журналы вывода осужденных участка колонии-поселения на рабочие объекты ФКУ ИК-1 ФИО3 по Республике ФИО13 в 2 экз., личное дело ФИО17 ФИО328. – подлежат возвращению в ФКУ КП-3 ФИО3 по РТ; должностная инструкция ФИО325. – подлежит возвращению в ФКУ СИЗО-1 ФИО3 по РТ; личное дело Свидетель №1 - подлежит возвращению в ФКУ ИК-1 ФИО3 по РТ; постановление о разрешении проведения оперативно-розыскных мероприятий, связанных с ограничением конституционных прав гражданина №с от ДД.ММ.ГГГГ на 2 листах, постановление о рассекречивании сведений, составляющих государственную тайну и их носителей № от ДД.ММ.ГГГГ на 3 листах, конверт белого цвета с оптическим диском №/CD-R от ДД.ММ.ГГГГ, протокол опроса Свидетель №1 от ДД.ММ.ГГГГ на 7 листах, копия справки-объективки на ФИО330 на 2 листах, копия постановления о разрешении проведения оперативно-розыскного мероприятия по получению сведений, составляющих банковскую тайну от ДД.ММ.ГГГГ на 2 листах, копия ответа из банка «Росбанк» № от ДД.ММ.ГГГГ, на 29 листах (выписка): копия приказа о назначении ФИО17 ФИО326 №лс от ДД.ММ.ГГГГ на 1 листе, копия приказа о назначении ФИО332 №лс от ДД.ММ.ГГГГ на 1 листе; копия должностной инструкции младшего инспектора 1 категории надзора изолированного участка, функционирующего как исправительный центр ФКУ КП-3 ФИО3 по Республике Тыва ФИО331., ответ на запрос ПАО «Росбанка» по выпискам ФИО329. и Свидетель №1 от ДД.ММ.ГГГГ №, а именно справки (выписки) со счетов ФИО327 № и Свидетель №1 №, 40№, 40№ подлежат хранению при уголовном деле. На основании изложенного, руководствуясь ст.ст. , , и 309 УПК РФ , суд ПРИГОВОРИЛ: Признать Д. виновным в совершении преступления, предусмотренного ч.3 ст. 290 УК РФ , и назначить ему наказание в виде штрафа в размере 700 000 (семисот тысяч) рублей, с лишением права занимать на государственной службе, включая службу в правоохранительных органах, а также в органах местного самоуправления, должности, связанные с осуществлением функций представителя власти, на срок 2 (два) года, с лишением на основании ст. 48 УК РФ специального звания - «старший сержант внутренней службы». На основании ч. 5 ст. 72 УК РФ учесть срок содержания Д. под стражей с ДД.ММ.ГГГГ по ДД.ММ.ГГГГ, а также время пребывания под домашним арестом с ДД.ММ.ГГГГ по ДД.ММ.ГГГГ, и смягчить наказание в виде штрафа до 500 000 (пятисот тысяч) рублей. Согласно ч.1 ст.31 УИК РФ осужденный к штрафу без рассрочки выплаты оплачивает штраф в течение 60 дней со дня вступления приговора суда в законную силу. Реквизиты для уплаты штрафа: получатель денежных средств: Управление Федерального казначейства по Республике ФИО13 (УФК по Республике ФИО13) (Следственное управление Следственного комитета Российской Федерации по Республике ФИО13, л/сч &lt;***&gt;); банк получателя: Отделение – НБ Республики ФИО13 &lt;адрес&gt;; ИНН: &lt;***&gt;; КПП: 170101001; БИК: 049304001; расчетный счет: 40№; ОКТМО: 93701000; КБК: 417 116 210 100 160 000 140; УИН 41№. Осужденному ФИО333 разъяснить положение ч.2 ст.31 УИК РФ о том, что в случае, если осужденный не имеет возможности единовременно уплатить штраф, суд по его ходатайству может рассрочить уплату штрафа на срок до пяти лет. Дополнительное наказание, назначенное ФИО334 в виде лишения права занимать на государственной службе, включая службу в правоохранительных органах, а также в органах местного самоуправления, должности, связанные с осуществлением функций представителя власти, на срок 2 (два) года, исчислять с момента вступления приговора суда в законную силу. Согласно ст.61 УИК РФ после вступления приговора в законную силу направить копию приговора в отношении ФИО335 руководителю ФИО3 РФ по РТ для исполнения наказания в виде лишения специального звания ФСИН России - «старший сержант внутренней службы». Меру пресечения в отношении Д. в виде домашнего ареста изменить на подписку о невыезде и надлежащем поведении до вступления приговора в законную силу. На основании ч.1 ст. 104.2 УК РФ конфисковать у Д. в пользу федерального бюджета и обратить в собственность государства 71 450 (семьдесят одну тысячу четыреста пятьдесят) рублей, соответствующую сумме денежных средств, полученных им в виде взятки. Арест на имущество ФИО336 а именно на транспортное средство марки «ХОНДА АККОРД», 2008 года выпуска, цвета белый, с идентификационным номером (VIN) №, с мощностью двигателя 1201(148), объемом двигателя 2354 куб., наложенный постановлением Кызылского городского суда РТ от ДД.ММ.ГГГГ, оставить до исполнения приговора в части штрафа и конфискации в собственность государства денежных средств, эквивалентных размеру полученной взятки, в сумме 71 450 рублей. После вступления приговора в законную силу вещественные доказательства по делу: банковские карты «Росбанк», «Сбербанк», «Альфабанк», сотовый телефон марки «HUAWEI» в корпусе черного цвета,- вернуть по принадлежности, а при отказе от получения уничтожить; с переносной колонки, возвращенной законному владельцу – снять ограничения по хранению; журналы вывода осужденных участка колонии-поселения на рабочие объекты ФКУ ИК-1 ФИО3 по Республике ФИО13 в 2 экз., личное дело ФИО17 ФИО338. вернуть в ФКУ КП-3 ФИО3 по РТ; должностную инструкцию ФИО337 вернуть в ФКУ СИЗО-1 ФИО3 по РТ; личное дело Свидетель №1 вернуть в ФКУ ИК-1 ФИО3 по РТ; постановление о разрешении проведения оперативно-розыскных мероприятий, связанных с ограничением конституционных прав гражданина №с от ДД.ММ.ГГГГ на 2 листах, постановление о рассекречивании сведений, составляющих государственную тайну и их носителей № от ДД.ММ.ГГГГ на 3 листах, конверт белого цвета с оптическим диском №/CD-R от ДД.ММ.ГГГГ, протокол опроса Свидетель №1 от ДД.ММ.ГГГГ на 7 листах, копия справки-объективки на ФИО344 на 2 листах, копия постановления о разрешении проведения оперативно-розыскного мероприятия по получению сведений, составляющих банковскую тайну от ДД.ММ.ГГГГ на 2 листах, копия ответа из банка «Росбанк» № от ДД.ММ.ГГГГ, на 29 листах (выписка): копия приказа о назначении ФИО343 №лс от ДД.ММ.ГГГГ на 1 листе, копия приказа о назначении ФИО339 №лс от ДД.ММ.ГГГГ на 1 листе; копия должностной инструкции младшего инспектора 1 категории надзора изолированного участка, функционирующего как исправительный центр ФКУ КП-3 ФИО3 по Республике ФИО13 ФИО341 ответ на запрос ПАО «Росбанка» по выпискам ФИО17 ФИО340. и Свидетель №1 от ДД.ММ.ГГГГ №, а именно справки (выписки) со счетов ФИО17 ФИО342 № и Свидетель №1 №, 40№, 40№ – хранить при уголовном деле. Приговор может быть обжалован в апелляционном порядке в Верховный Суд Республики ФИО13 в течение 15 суток после провозглашения. В случае подачи апелляционной жалобы, а также в случае рассмотрения дела по представлению прокурора или по жалобе другого лица, осужденный вправе ходатайствовать о своем участии при рассмотрении дела судом апелляционной инстанции, а также о назначении ему защитника. Председательствующий Е.А. Монгуш Суд: Кызылский городской суд (Республика Тыва) (подробнее) Иные лица: Прокуратура г.Кызыл РТ (подробнее) Судьи дела: Монгуш Елена Анай-Ооловна (судья) (подробнее) Судебная практика по: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По кражам Судебная практика по применению нормы ст. 158 УК РФ По коррупционным преступлениям, по взяточничеству Судебная практика по применению норм ст. 290, 291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