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выполняя роль руководителя организованной преступной группы взял на себя функции: - организация и руководство приобретением наркотических средств; - руководство деятельностью членов организованной группы на всех стадиях совершения преступлений; - установление цен, ведение учета реализуемых наркотических средств; -распоряжение полученными в результате незаконного сбыта наркотиков денежными средствами и их распределение между членами организованной группы; - контроль деятельности по фасовке наркотических средств и размещению готовых свертков с наркотическими средствами; - передача части денежных средств, полученных от реализации наркотических средств, непосредственно «курьеру-закладчику», «оптовым курьеру поставщику и закладчику» и иным участникам организованной группы; - разработка методов конспирации и обеспечение их применения.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Неустановленное лицо, выполняя роль «оптового курьера-поставщика и закладчика» в составе организованной преступной группы, взяло не себя функции: - перемещение крупных партий наркотических средств в конкретный субъект Российской Федерации, в том числе Ханты-Мансийский автономный округ-Югра, а также их последующую передачу «оптовым закладчикам» с соблюдением мер конспирации через тайники («закладки») и предоставлением сведений о них через «операторов» интернет-магазинов; - реализация и поставка ФИО1 и В. через сеть «Интернет» на платформе «Mega» крупных партий наркотических средств путем их размещения в «тайниках-закладках» на территории Нефтеюганского района ХМАО-Югры.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выполняя роль «партнера», «фасовщика» и «закладчика» в составе организованной преступный группы, взял на себя функции: - передачи ФИО1 денежных средств на приобретение крупных партий наркотических средств; - непосредственное хранение крупных партий наркотических средств в местах своего временного проживания, их фасовка в полимерные пакеты в соответствии с указаниями ФИО1 по их весу и количеству; - осуществление размещения фасованных наркотических средств в полимерные свертки в тайнике «закладках» для приобретателей, с последующей передачей описания их местонахождения ФИО1 Кроме того, ФИО1, действуя согласно своего умыслу, в декабре 2023 года, находясь на территории г.Нефтеюганск и Нефтеюганского района Ханты-Мансийского автономного округа-Югры, достоверно зная о том, что П. является сотрудником полиции, состоит в должности инспектора (дорожно-патрульной службы) отдельного взвода дорожно-патрульной службы государственной инспекции безопасности дорожного движения ОМВД России по Нефтеюганскому району (далее по тексту – инспектор ДПС), предложил последнему за незаконные денежные вознаграждения, передаваемые в качестве взяток оказать покровительство в изъятии ФИО1 из «тайников» крупных партий наркотических средств расположенных на территории Нефтеюганского района ХМАО-Югры и их последующей беспрепятственной от сотрудников правоохранительных органов транспортировке в г.Нефтеюганск ХМАО-Югры. При этом П. в случае остановки управляемого им автомобиля сотрудниками правоохранительных органов должен был использовать своё служебное положение в должности инспектора ДПС, предотвратить задержание ФИО1 за незаконный оборот наркотических средств. П. с вышеуказанным предложением ФИО1 согласился. Организатор преступной группы ФИО1, с целью незаконного обогащения, объединив под своим единым руководством В., а также П., не осведомленного о преступном умысле ФИО1 направленного на незаконный сбыт наркотических средств, спланировал и принял непосредственное участие в совершении нескольких нижеуказанных особо тяжких преступлений, направленных на незаконный сбыт наркотических средств неопределенному кругу лиц. 1) ФИО1, действуя умышленно, организованной группой совместно и согласовано с В., в период с 29.07.2023 по 22.05.2024, находясь в г. Нефтеюганск ХМАО-Югры, точное время и место не установлены, в нарушении статей 14,20,23-25 Федерального закона от 08.01.1998 №3-ФЗ «О наркотических средствах и психотропных веществах», при помощи неустановленных технических средств, в сети «Интернет» на платформе «Mega», расположенной по адресу: https://сайта приобрели у неустановленного лица крупную партию наркотических средств весом не менее 1 кг., оплатив не менее 800 000 руб., для последующей их расфасовки на мелкие партии весом от 0,75 граммов и выше в удобные для последующего сбыта неопределенному кругу покупателей, размещения мелких партий наркотических средств путём создания тайников «закладок» на территории городов Нефтеюганск, Пыть-Ях и (адрес) ХМАО-Югры. Неустановленное лицо, находясь в неустановленном месте, в период с (дата) по (дата), точное время не установлено, не менее 3 раз незаконно сбыло ФИО1 крупные партии наркотических средств весом не менее 1 кг., которые поместило в «тайники», расположенные на участке местности на 34 км. автодороги «подъезд к (адрес)» (адрес) ХМАО-Югры, а также в лесном массиве около участка местности расположенном на 34 км. автодороги «подъезд к (адрес)» (адрес) ХМАО-Югры. ФИО1, выполняя отведенную ему роль «организатора» преступной деятельности, в декабре 2023 года, январе 2024 года и в период с (дата) по (дата), находясь на участке местности, расположенном на 34 км. автодороги «подъезд к (адрес)» (адрес) ХМАО-Югры, а также в лесном массиве около участка местности расположенном в 750 метрах от километрового столба № км. автодороги «подъезд к (адрес)» (адрес) ХМАО-Югры, точное время и место не установлены, не менее 3 раз извлек из «тайников» крупные партии наркотических средств весом не менее 1 кг., куда его доставлял инспектор ДПС П. управляя автомобилями марки «Фольксваген Поло» с государственными регистрационными знаками &lt;***&gt; и О494ЕХ 196. Кроме того, П. выполняя отведенную ему роль, за незаконные денежные вознаграждения, переданные ему ФИО1 в качестве взяток в общей сумме 200 000 руб., управляя вышеуказанными автомобилями, оказал общее покровительство по службе ФИО1, предотвратил его задержание сотрудниками правоохранительных органов и изобличение его совместной с В. преступной деятельности по незаконному обороту наркотических средств, беспрепятственно доставил ФИО1 вместе с крупной партией наркотических средств на территорию (адрес) ХМАО-Югры. Так, в период с 19.05.2024 по 20.05.2024, точное время не установлено, П. на автомобиле марки «Фольксваген Поло» государственный регистрационный знак № регион, доставил ФИО1 к месту «тайника-закладки», расположенного в лесном массиве около участка местности расположенном на 712 км. автодороги «Тюмень-Ханты-Мансийск», где ФИО1 получил согласно географическим данным, направленным ему неустановленным лицом, вещество, содержащее в своем составе наркотическое средство мефедрон (4-метилметкатинон), массой около 1 кг. Полученное наркотическое средство, В.. и ФИО1 стали незаконно хранить в съемной квартире, расположенной по адресу: Ханты-Мансийский автономный округ-Югра, (адрес), № микрорайон, (адрес), с целью дальнейшего незаконного сбыта неопределенному кругу лиц. В период времени с 22 часов 40 минут 22.05.2024 до 01 часа 30 минут 23.05.2024, сотрудниками полиции в ходе осмотра места происшествия, проведенного по адресу: ХМАО-Югра, (адрес), было изъято включенное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наркотическое вещество, относящееся к наркотическому средству мефедрон (4-метилметкатинон), общей массой 857,65 грамм. В соответствии с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количество наркотического средства – мефедрон (4-металметкатинон) общей массой 857,65 грамм, является особо крупным размером. Однако, довести свой преступный умысел, направленный на незаконный сбыт наркотических средств в особо крупном размере неопределенному кругу лиц, ФИО1, В. и неустановленное лицо до конца не смогли по независящим от них обстоятельствам, поскольку в период времени до 21 часа 05 минут 22.05.2024 ФИО1 и В. были задержаны сотрудниками полиции по адресу: ХМАО-Югра, (адрес) 2) Он же, ФИО1, в период времени с 20.05.2024 по 22.05.2024, действуя умышленно, совместно и согласовано с В. 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с целью незаконного сбыта неопределенному кругу лиц, оборудовали тайник с наркотическим веществом, содержащем в своем составе наркотическое средство – мефедрон (4-метилметкатинон) массой 1,90 грамм, который расположили в г.Пыть-Ях ХМАО-Югры, на расстоянии 200 метров от автодороги «Тюмень-Пыть-Ях», в лесном массиве по географическим координатам 60.70743, 72.85403 у основания сломанного дерева, находящегося на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сбыта неопределенному кругу лиц, наркотического вещества, содержащем в своем составе наркотическое средство – мефедрон (4-метилметкатинон), массой 1,90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14 часов 55 минут по 15 часов 15 минут 28.05.2024 в ходе проведения осмотра места происшествия, сотрудниками полиции из тайника, ранее оборудованного ФИО1 и В..на участке местности, расположенном в г. Пыть-Ях ХМАО-Югры, около 200 метров от автодороги «Тюмень-Пыть-Ях», по географическим координатам № у основания дерева, был обнаружен и изъят сверток, обмотанный отрезком полимерной ленты комбинированного желто-зеленого цвета, внутри которого находилось вещество, содержащее в своем составе наркотическое средство мефедрон (4-метилметкатинон) массой 1,90 грамм. Таким образом, ФИО1, В.. и неустановленное лицо, действуя в составе организованной группы, покушались на незаконный сбыт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1,90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3)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средством, содержащем в своем составе наркотическое вещество – мефедрон (4-метилметкатинон) массой 2 грамма, который расположили в г.Пыть-Ях ХМАО-Югры, на расстоянии около 200 метров от автодороги «Тюмень-Пыть-Ях», в лесном массиве с координатами №, у основания сломанного дерева.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сбыта неопределенному кругу лиц, наркотического вещества, содержащем в своем составе наркотическое средство – мефедрон (4-метилметкатинон), массой 2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14 часов 30 минут по 14 часов 50 минут 28.05.2024 в ходе проведения осмотра места происшествия, сотрудниками полиции из тайника, ранее оборудованного ФИО1 и В..на участке местности, расположенном в г. Пыть-Ях ХМАО-Югры, около 200 метров от автодороги «Тюмень-Пыть-Ях», по географическим координатам № у основания дерева под листвой, был обнаружен и изъят сверток, обмотанный отрезком изоляционной лентой белого цвета, внутри которого находилось вещество, содержащее в своем составе наркотическое средство мефедрон (4-метилметкатинон) массой 2,0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2,0 грамма,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4)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1,77 грамм, который расположили в г.Пыть-Ях ХМАО-Югры, на расстоянии 200 метров от автодороги «Тюмень-Пыть-Ях», в лесном массиве по географическим координатам № у основания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1,77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12 часов 30 минут по 12 часов 50 минут 31.05.2024 в ходе проведения осмотра места происшествия, сотрудниками полиции из тайника, ранее оборудованного ФИО1 и В..на участке местности, расположенном в г. Пыть-Ях ХМАО-Югры, около 200 метров от автодороги «Тюмень-Пыть-Ях», по географическим координатам № у основания дерева под листвой, был обнаружен и изъят сверток, обмотанный отрезком ленты комбинированного белого и черного цвета, внутри которого находилось вещество, содержащее в своем составе наркотическое средство мефедрон (4-метилметкатинон) массой 1,77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1,77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5)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1,88 грамм, который расположили в в г.Пыть-Ях ХМАО-Югры, на расстоянии 200 метров от автодороги «Тюмень-Пыть-Ях», в лесном массиве по географическим координатам № у основания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неопределенному кругу лиц, содержащем в своем составе наркотическое средство – мефедрон (4-метилметкатинон), массой 1,88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13 часов 00 минут по 13 часов 20 минут 31.05.2024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у основания дерева под листвой, был обнаружен и изъят сверток, обмотанный отрезком изолирующей ленты желто-зеленого цвета, внутри которого находилось вещество, содержащее в своем составе наркотическое средство мефедрон (4-метилметкатинон) массой 1,88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1,88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6)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1,73 грамм, который расположили в г.Пыть-Ях ХМАО-Югры, на расстоянии 200 метров от автодороги «Тюмень-Пыть-Ях», в лесном массиве по географическим координатам № у основания сломанного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1,73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13 часов 30 минут по 13 часов 50 минут 31.05.2024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у основания сломанного дерева под листвой, был обнаружен и изъят сверток, обмотанный отрезком изолирующей ленты красного цвета, внутри которого находилось вещество, содержащее в своем составе наркотическое средство мефедрон (4-метилметкатинон) массой 1,73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1,73 грамм, что согласно Постановлению Правительства РФ от 01 октября 2012 года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7)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1,86 грамм, который расположили в г.Пыть-Ях ХМАО-Югры, на расстоянии 200 метров от автодороги «Тюмень-Пыть-Ях», в лесном массиве по географическим координатам № у основания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1,86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11 часов 55 минут по 12 часов 15 минут 06.06.2024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у основания дерева под листвой, был обнаружен и изъят сверток, обмотанный отрезком изолирующей ленты желто-зеленого цвета, внутри которого находилось вещество, содержащее в своем составе наркотическое средство мефедрон (4-метилметкатинон) массой 1,86 грамм. Таким образом, ФИО1, В.. и неустановленное лицо, действуя в составе организованной группы, покушались на незаконный сбыт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1,86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8)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1,71 грамм, который расположили в г.Пыть-Ях ХМАО-Югры, на расстоянии 200 метров от автодороги «Тюмень-Пыть-Ях», в лесном массиве по географическим координатам № у основания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сбыта наркотического вещества, содержащем в своем составе наркотическое средство – мефедрон (4-метилметкатинон), массой 1,71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11 часов 30 минут по 11 часов 50 минут 06.06.2024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у основания дерева под листвой, был обнаружен и изъят сверток, обмотанный отрезком изолирующей ленты красного цвета, внутри которого находилось вещество, содержащее в своем составе наркотическое средство мефедрон (4-метилметкатинон) массой 1,71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1,71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9)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1,85 грамм, который расположили в г.Пыть-Ях ХМАО-Югры, на расстоянии 200 метров от автодороги «Тюмень-Пыть-Ях», в лесном массиве по географическим координатам № у основания сломанного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1,85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15 часов 20 минут до 15 часов 40 минут 21.06.2024 в ходе проведения осмотра места происшествия, сотрудниками полиции из тайника, ранее оборудованного ФИО1 и В..на участке местности, расположенном в (адрес)-Ях ХМАО-Югры, около 200 метров от автодороги «Тюмень-Пыть-Ях», по географическим координатам № у основания сломанного дерева под листвой, был обнаружен и изъят сверток, обмотанный отрезком изолирующей ленты черного цвета, внутри которого находилось вещество, содержащее в своем составе наркотическое средство мефедрон (4-метилметкатинон) массой 1,85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1,85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10)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1,76 грамм, который расположили в г.Пыть-Ях ХМАО-Югры, на расстоянии 200 метров от автодороги «Тюмень-Пыть-Ях», в лесном массиве по географическим координатам № у основания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неопределенному кругу лиц, содержащем в своем составе наркотическое средство – мефедрон (4-метилметкатинон), массой 1,76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15 часов 45 минут до 16 часов 00 минут 21.06.2024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у основания сломанного дерева под листвой, был обнаружен и изъят сверток, обмотанный отрезком изолирующей ленты красного цвета, внутри которого находилось вещество, содержащее в своем составе наркотическое средство мефедрон (4-метилметкатинон) массой 1,76 грамм. Таким образом, ФИО1, В.. и неустановленное лицо, действуя в составе организованной группы, покушались на незаконный сбыт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1,76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11)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1,69 грамм, который расположили в г.Пыть-Ях ХМАО-Югры, на расстоянии 200 метров от автодороги «Тюмень-Пыть-Ях», в лесном массиве по географическим координатам № около 2 метров от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содержащем в своем составе наркотическое средство – мефедрон (4-метилметкатинон), массой 1,69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16 часов 02 минуты до 16 часов 15 минут 21.06.2024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2 метров от дерева под листвой, был обнаружен и изъят сверток, обмотанный отрезком изолирующей ленты красного цвета, внутри которого находилось вещество, содержащее в своем составе наркотическое средство мефедрон (4-метилметкатинон) массой 1,69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1,69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12)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0,84 грамма, который расположили в г.Пыть-Ях ХМАО-Югры, на расстоянии 200 метров от автодороги «Тюмень-Пыть-Ях», в лесном массиве по географическим координатам № на расстоянии около 1 метра от дерева, в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0,84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г.Нефтеюганск, (адрес) В период времени с 11 часов 30 минут до 11 часов 50 минут 26.06.2024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в земле на расстоянии около 1 метра от дерева, был обнаружен и изъят сверток, обмотанный изолированной лентой черного цвета, внутри которого находилось вещество, содержащее в своем составе наркотическое средство мефедрон (4-метилметкатинон) массой 0,84 грамма.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0,84 грамма,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13)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0,85 грамм, который расположили в г.Пыть-Ях ХМАО-Югры, на расстоянии 200 метров от автодороги «Тюмень-Пыть-Ях», в лесном массиве по географическим координатам 60.70695, 72.85521 около лежащего дерева на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содержащем в своем составе наркотическое средство – мефедрон (4-метилметкатинон), массой 0,85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11 часов 05 минут до 11 часов 25 минут 26.06.2024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лежащего дерева на земле, был обнаружен и изъят сверток, обмотанный изолированной лентой черного цвета, внутри которого находилось вещество, содержащее в своем составе наркотическое средство мефедрон (4 метилметкатинон) массой 0,85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0,85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14)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0,80 грамм, который расположили в г.Пыть-Ях ХМАО-Югры, на расстоянии 200 метров от автодороги «Тюмень-Пыть-Ях», в лесном массиве по географическим координатам № около 1 метра от дерева в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0,80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г.(адрес). В период времени с 12 часов 30 минут до 12 часов 50 минут 26.06.2024 года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1 метра от дерева на земле, был обнаружен и изъят сверток, обмотанный отрезком изолированной лентой черного цвета, внутри которого находилось вещество, содержащее в своем составе наркотическое средство мефедрон (4-метилметкатинон) массой 0,80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0,80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15)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0,75 грамм, который расположили в г.Пыть-Ях ХМАО-Югры, на расстоянии 200 метров от автодороги «Тюмень-Пыть-Ях», в лесном массиве по географическим координатам № около 50 см. от дерева в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содержащем в своем составе наркотическое средство – мефедрон (4-метилметкатинон), массой 0,75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12 часов 00 минут до 12 часов 20 минут 26.06.2024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50 см. от дерева в земле, был обнаружен и изъят сверток, обмотанный отрезком изолированной ленты черного цвета, внутри которого находилось вещество, содержащее в своем составе наркотическое средство мефедрон (4-метилметкатинон) массой 0,75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0,75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16)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1,78 грамм, который расположили в (адрес)-Ях ХМАО-Югры, на расстоянии 200 метров от автодороги «Тюмень-Пыть-Ях», в лесном массиве по географическим координатам 60.70777, 72.85420 около 20 см. от дерева в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1,78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11 часов 00 минут до 11 часов 20 минут 03.07.2024 в ходе проведения осмотра места происшествия, сотрудниками полиции из тайника, ранее оборудованного ФИО1 и В..на участке местности, расположенном в (адрес)-Ях ХМАО-Югры, около 200 метров от автодороги «Тюмень-Пыть-Ях», по географическим координатам № около 20 см. от дерева в земле, был обнаружен и изъят сверток, обмотанный отрезком изолированной ленты черного цвета, внутри которого находилось вещество, содержащее в своем составе наркотическое средство мефедрон (4-метилметкатинон) массой 1,78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1,78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и В.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17)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1,97 грамм, который расположили в г.Пыть-Ях ХМАО-Югры, на расстоянии 200 метров от автодороги «Тюмень-Пыть-Ях», в лесном массиве по географическим координатам № около 50 см. от дерева в земле.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содержащем в своем составе наркотическое средство – мефедрон (4 метилметкатинон), массой 1,97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11 часов 30 минут до 11 часов 50 минут 03.07.2024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50 см. от дерева в земле, был обнаружен и изъят сверток, обмотанный отрезком изолированной ленты красного цвета, внутри которого находилось вещество, содержащее в своем составе наркотическое средство мефедрон (4-метилметкатинон) массой 1,97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1,97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18)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1,90 грамм, который расположили в г.Пыть-Ях ХМАО-Югры, на расстоянии 200 метров от автодороги «Тюмень-Пыть-Ях», в лесном массиве по географическим координатам № около основания дерева.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наркотического вещества, содержащем в своем составе наркотическое средство – мефедрон (4-метилметкатинон), массой 1,90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15 часов 30 минут до 15 часов 50 минут 08.07.2024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основания дерева, был обнаружен и изъят сверток, обмотанный отрезком изолированной ленты белого и черного цвета, внутри которого находилось вещество, содержащее в своем составе наркотическое средство мефедрон (4-метилметкатинон) массой 1,90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1,90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19)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1,87 грамм, который расположили в г.Пыть-Ях ХМАО-Югры, на расстоянии 200 метров от автодороги «Тюмень-Пыть-Ях», в лесном массиве по географическим координатам № около сломанного дерева под листвой. ФИО1, действуя в составе организованной группы, совместно с В. 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1,87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15 часов 55 минут до 16 часов 15 минут 08.07.2024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сломанного дерева под листвой, был обнаружен и изъят сверток, обмотанный отрезком изолированной ленты красного цвета, внутри которого находилось вещество, содержащее в своем составе наркотическое средство мефедрон (4-метилметкатинон) массой 1,87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1,87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20)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1,87 грамм, который расположили в г.Пыть-Ях ХМАО-Югры, на расстоянии 200 метров от автодороги «Тюмень-Пыть-Ях», в лесном массиве по географическим координатам № около 10 см. от сломанного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1,87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17 часов 00 минут до 17 часов 30 минут 15.07.2024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10 см. от сломанного дерева под листвой, был обнаружен и изъят сверток, обмотанный отрезком изолированной ленты белого цвета, внутри которого находилось вещество, содержащее в своем составе наркотическое средство мефедрон (4-метилметкатинон) массой 1,87 грамм. Таким образом, ФИО1, В.. и неустановленное лицо, действуя в составе организованной группы, покушались на незаконный сбыт неопределенному кругу лиц,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1,87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21) Он же, ФИО1, в период времени с 20.05.2024 по 22.05.2024,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1,90 грамм, который расположили в г.Пыть-Ях ХМАО-Югры, на расстоянии 200 метров от автодороги «Тюмень-Пыть-Ях», в лесном массиве по географическим координатам № около основания дерева под листвой. ФИО1, действуя в составе организованной группы, совместно с В..и неустановленным лицом, в период времени с 20.05.2024 по 22.05.2024, находясь в неустановленном месте на территории ХМАО-Югры, с целью незаконного сбыта неопределенному кругу лиц, наркотического вещества, содержащем в своем составе наркотическое средство – мефедрон (4-метилметкатинон), массой 1,90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Однако, довести свой преступный умысел, направленный на незаконный сбыт наркотических средств неопределенному кругу лиц, ФИО1, В.. и неустановленное лицо не смогли довести до конца по независящим от них обстоятельствам, поскольку в период времени до 21 часа 05 минут 22.05.2024 ФИО1 и В.. задержаны сотрудниками полиции по адресу: Ханты-Мансийский автономный округ–Югра, (адрес) В период времени с 11 часов 00 минут до 11 часов 40 минут 25.07.2024 в ходе проведения осмотра места происшествия, сотрудниками полиции из тайника, ранее оборудованного ФИО1 и В..на участке местности, расположенном в г.Пыть-Ях ХМАО-Югры, около 200 метров от автодороги «Тюмень-Пыть-Ях», по географическим координатам № около основания дерева под листвой, был обнаружен и изъят сверток, обмотанный отрезком изолированной ленты желто-зеленого цвета, внутри которого находилось вещество, содержащее в своем составе наркотическое средство мефедрон (4-метилметкатинон) массой 1,90 грамм. Таким образом, ФИО1, В.. и неустановленное лицо, действуя в составе организованной группы, покушались на незаконный сбыт вещества мефедрон (4-метилметкатинон),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1,90 грамм, что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Однако, свой преступный умысел, направленный на незаконный сбыт наркотического средства неопределенному кругу лиц, в значительном размере, ФИО1, В.. и неустановленное лицо, действуя в составе организованной группы, не смогли довести до конца по независящим от них обстоятельствам, так как их преступная деятельность была пресечена сотрудниками правоохранительных органов, а наркотические средства изъяты из незаконного оборота. 22) Он же, ФИО1, в период времени 29.07.2023 по 12.03.2024,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реализуя общий преступный умысел, направленный на незаконный сбыт оптовой партии наркотических средств полученной ими при указанных выше обстоятельствах и расфасованной в свертки, оборудовали тайник с наркотическим веществом, содержащем в своем составе наркотическое средство – мефедрон (4-метилметкатинон), массой около 2 грамм, который поместили на участок местности в лесном массиве, расположенный в Нефтеюганском районе ХМАО-Югры с географическими координатами №, после чего сделали фотоизображение «закладки» с указанием на ней вышеуказанных географических координат. ФИО1, действуя в составе организованной группы, совместно с В..и неустановленным лицом, в период времени с 29.07.2023 по 12.03.2024, находясь в неустановленном месте на территории ХМАО-Югры, с целью сбыта наркотического вещества, содержащем в своем составе наркотическое средство – мефедрон (4-метилметкатинон), массой около 2 грамм,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 12.03.2024 около 21 час. 45 мин., точное время не установлено, ФИО1, действуя умышленно, совместно и согласовано, в составе организованной группы с В. и неустановленным лицом, с применением информационно-телекоммуникационной сети «Интернет», посредством Интернет-магазина «№» с поступлением оплаты на виртуальный электронный счет в сумме 0,00086507 криптовалюты Биткойн, эквивалентной 8500 руб., после чего, сообщили И.Д.А. местоположение наркотического средства путем направления фотоизображения местности с указанием вышеуказанных географических координат. 14.03.2024 более точное время не установлено, И.Д.А. проследовал на участок местности, имеющий географические координаты № и расположенный на 34 км. автодороги «подъезд к (адрес)» Нефтеюганского района ХМАО-Югры, где получил из тайника «закладки» оборудованного ФИО1 и В. сверток с веществом, содержащем в своем составе наркотическое средство мефедрон (4-метилметкатинон) массой около 2 грамм, которое И.Д.А. употребил. Далее, 14.03.2024 около 21 часов 45 минут на перекрестке улиц Сургутская и Объездная г. Нефтеюганска ХМАО-Югры, сотрудниками полиции И.Д.А. был задержан за управление транспортным средством в состоянии опьянения. По результатам медицинского освидетельствования И.Д.А. проведенного в 23 час. 59 мин. 14.03.2024 в БУ ХМАО-Югры «Сургутская клиническая психоневрологическая больница» у последнего установлено наркотическое опьянение, в биологических объектах И.Д.А. по результатам химико-токсикологического исследования обнаружены психоактивные вещества: прегабалин, мефедрон, тропикамид, тетрагидроканнабинол. Тем самым, ФИО1, действуя в составе организованной группы, совместно с В. и неустановленным лицом, с применением неустановленных технических средств и информационно-телекоммуникационной сети «Интернет», незаконно сбыл И.Д.А. наркотическое средство мефедрон (4-метилметкатинон), включенное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а также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23) Он же, ФИО1,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выполняя отведенную им роль в совершении преступлений, реализуя общий преступный умысел, направленный на незаконный сбыт части оптовой партии наркотических средств полученной ими при указанных выше обстоятельствах и расфасованной в свертки, с целью незаконного сбыта, в период времени с 29.07.2023 по 29.03.2024, оборудовали тайник с наркотическим веществом, содержащем в своем составе наркотическое средство – мефедрон (4-метилметкатинон), массой 1,80 грамма, который поместили на участок местности в лесном массиве, расположенный в (адрес) ХМАО-Югры с географическими координатами 61.18136, 72.86882, после чего сделали фотоизображение «закладки» с указанием на ней вышеуказанных географических координат. ФИО1, действуя в составе организованной группы, совместно и согласовано с В..и неустановленным лицом, в период времени с 29.07.2023 по 29.03.2024, находясь в неустановленном месте на территории ХМАО-Югры, с целью сбыта наркотического вещества, содержащем в своем составе наркотическое средство – мефедрон (4-метилметкатинон), массой 1,80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29.03.2024 в период с 11 час. 32 мин. до 16 час. 31 мин., точное время не установлено, ФИО1, действуя умышленно, совместно и согласовано, в составе организованной группы с В..и неустановленным лицом, с применением информационно-телекоммуникационной сети «Интернет», посредством Интернет-магазина «(иные данные)» с поступлением оплаты на виртуальный электронный счет в сумме 0,00087532 криптовалюты Биткойн, эквивалентной 7 700 руб., после чего, сообщили Ф.Е.Ю. местоположение тайника «закладки» наркотического средства, путем направления фотоизображения местности с указанием географических координат: № 29.03.2024 в период времени с 13 час. 31 мин. до 18 час. 50 мин., Ф.Е.Ю. проследовал на участок местности в лесном массиве, имеющий географические координаты №, расположенный на 34 км. автодороги «подъезд к (адрес)» (адрес) ХМАО-Югры, в 300 метрах от кустовой площадки в (адрес) ХМАО-Югры, где получил из тайника, оборудованного ФИО1 и В. сверток с веществом, содержащем в своем составе наркотическое средство мефедрон (4-метилметкатинон) массой 1,80 грамма, тем самым приобрел его и стал незаконно хранить при себе, с целью личного употребления, до момента его обнаружения и изъятия сотрудниками полиции. После приобретения указанного наркотического средства Ф.Е.Ю. направился в (адрес) на автомобиле марки «Опель ZAFIRA TOURER», с государственным регистрационным знаком &lt;***&gt; под управлением Б.А.Т., не осведомленного о преступном намерении Ф.Е.Ю. Далее, (дата) в 18 часов 50 минут на участке проезжей части (адрес), в 100 метрах от перекрестка улиц Сургутская-Объездная (адрес) ХМАО-Югры, сотрудниками полиции был задержан автомобиль марки «Опель ZAFIRA TOURER», с государственным регистрационным знаком &lt;***&gt;, в котором на заднем пассажирском сиденье находился Ф.Е.Ю., который на момент задержания выбросил находящийся при нем сверток с указанным наркотическим веществом в салон автомобиля между сиденьем и дверью. После чего, в период с 19 час. 30 мин. до 20 час. 10 мин., 29.03.2024 в ходе осмотра места происшествия, проведенного сотрудниками полиции в вышеуказанном месте и в салоне вышеуказанного автомобиля, обнаружен и изъят сверток, обмотанный изолентой синего цвета, с содержимым в виде наркотического средства мефедрон (4-метилметкатинон) массой 1,80 грамма. Тем самым, ФИО1, действуя в составе организованной группы, совместно с В..и неустановленным лицом, с применением неустановленных технических средств и информационно-телекоммуникационной сети «Интернет», незаконно сбыл Ф.Е.Ю. наркотическое средство мефедрон (4-метилметкатинон) массой 1,80 грамма, включенного на основании Постановления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а также согласно Постановлению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24) Он же, ФИО1, действуя умышленно, совместно и согласовано с В..и неустановленным лицом, в составе организованной группы, в нарушении статей 14,20,23-25 Федерального закона от 08.01.1998 г №3-ФЗ «О наркотических средствах и психотропных веществах», в соответствии с которыми на законодательном уровне определён порядок производства, приобретения и хранения наркотических средств и психотропных веществ, а также субъекты указанной деятельности, выполняя отведенную им роль в совершении преступлений, реализуя общий преступный умысел, направленный на незаконный сбыт части оптовой партии наркотических средств полученной ими при указанных выше обстоятельствах и расфасованной в свертки, с целью незаконного сбыта, в период времени с 29.07.2023 по 31.08.2023, ФИО1 и В.. оборудовали тайник с наркотическим веществом, содержащем в своем составе наркотическое средство – гашиш (анаша, смола каннабиса) массой 2,08 грамма, который поместили на участок местности рядом с посадкой деревьев, на расстоянии 450 метров от (адрес) СНТ «Северная нива», расположенного на территории г.Нефтеюганск ХМАО-Югры с географическими координатами 61.11023, 72.65715, после чего сделали фотоизображение «закладки» наркотического средства, с указанием на ней вышеуказанных географических координат. ФИО1, действуя в составе организованной группы, совместно и согласовано с В..и неустановленным лицом, в период времени с (дата) по (дата), находясь в неустановленном месте на территории ХМАО-Югры, с целью сбыта наркотического вещества, содержащем в своем составе наркотическое средство – гашиш (анаша, смола каннабиса) массой 2,08 грамма, с применением неустановленных технических средств и информационно-телекоммуникационной сети «Интернет», загрузил фотоизображение вышеуказанной «закладки» наркотического вещества с указанием её географических координат в Интернет-магазин «(иные данные)». (дата) в период с 17 час. 23 мин. до 22 час. 21 мин., точное время не установлено, ФИО1, действуя умышленно, совместно и согласовано, в составе организованной группы с В..и неустановленным лицом, с применением информационно-телекоммуникационной сети «Интернет», посредством Интернет-магазина «(иные данные)» с поступлением оплаты на виртуальный электронный счет в сумме 0,00087532 криптовалюты Биткойн, эквивалентной 6 300 руб., после чего, сообщили М.Д.Е. местоположение «закладки» наркотического средства путем направления фотоизображения местности с указанием географических координат 61.11023, 72.65715. В период времени с 22 час. 21 мин. (дата) до 00 час. 20 мин. (дата), М.Д.Е. проследовал на территорию местности по указанным географическим координатам, а именно находясь на расстоянии 450 метров от (адрес) СНТ «Северная нива», расположенного на территории (адрес) ХМАО-Югры (географические координаты 61.11023, 72.65715), где рядом с посадкой деревьев из тайника, оборудованного ФИО1 и В. забрал сверток с наркотическим средством – гашиш (анаша, смола каннабиса) массой 2,08 грамма, тем самым незаконно приобрел его и стал незаконно хранить при себе с целью личного употребления, до момента его обнаружения и изъятия сотрудниками полиции. Далее, (дата) около 00 час. 20 мин., находясь на проселочной дороге, расположенном на расстоянии около 680 метров от (адрес) СНТ «Северная Нива» (адрес) ХМАО-Югры (географические координаты 61.11023, 72.65715), сотрудниками полиции задержан М.Д.Е., при личном досмотре которого, проведенного (дата) в период времени с 00 часов 50 минут до 01 часа 35 минут, обнаружен и изъят полимерный зип-пакет с наркотическим средством - гашиш (анаша, смола каннабиса), массой 2,08 грамма. Тем самым, ФИО1, действуя в составе организованной группы, совместно с В..и неустановленным лицом, с применением неустановленных технических средств и информационно-телекоммуникационной сети «Интернет», незаконно сбыл М.Д.Е. наркотическое средство гашиш (анаша, смола каннабиса) массой 2,08 грамма, включенного на основании Постановления Правительства РФ от (дата) №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а также согласно Постановлению Правительства РФ от (дата)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25) Он же, ФИО1 легализовал (отмыл) денежные средства, полученные им 12.03.2024 в результате незаконного сбыта И.Д.А. наркотического вещества, при следующих обстоятельствах. ФИО1, 29.07.2023 находясь в неустановленном месте (адрес) ХМАО-Югры, точное время и место не установлено, с целью приобретения у неустановленных лиц крупных партий наркотических средств, их последующей фасовки и реализации мелкими разовыми дозами, при помощи неустановленных технических средств, в сети «Интернет» на платформе «Mega», расположенной по адресу: https://сайта создал Интернет-магазин под названием «(иные данные)» ((иные данные)) с функцией автопродаж и закрепленным за ним виртуальным электронным счетом. ФИО1, действуя в составе организованной группы, совместно и согласовано с В..и неустановленным лицом, в период времени с 29.07.2023 по 12.03.2024, находясь в неустановленном месте на территории ХМАО-Югры, с целью сбыта наркотического вещества, содержащем в своем составе наркотическое средство – мефедрон (4-метилметкатинон), массой 2 грамма, с применением неустановленных технических средств и информационно-телекоммуникационной сети «Интернет», загрузил фотоизображение «закладки» наркотического вещества с указанием её географических координат в Интернет-магазин «(иные данные)». 12.03.2024 около 21 час. 45 мин., точное время не установлено, ФИО1, действуя умышленно, совместно и согласовано, в составе организованной группы с В..и неустановленным лицом, с применением информационно-телекоммуникационной сети «Интернет», посредством Интернет-магазина «(иные данные) незаконно сбыл И.Д.А. наркотическое средство мефедрон (4-метилметкатинон) массой 2 грамма, который перевел денежные средства в сумме 8 500 руб. на виртуальный электронный счет вышеуказанного интернет-магазина. Данная сумма конвертирована в криптовалюту Биткойн и с учетом комиссии в размере 0,00004553 зачислена на счет Интернет-магазина «(иные данные)» в сумме 0,00086507 криптовалюты Биткойн, эквивалентной 5 999 руб. ФИО1, незаконно получив иное имущество - криптовалюту Биткойн в качестве оплаты за сбытое И.Д.А. вышеуказанное наркотическое вещество, а также сбытое наркотическое вещество иным неустановленным лицам, преследуя цель придания правомерного вида владению, пользованию и распоряжению полученному иному имуществу в виде криптовалюты Биткойн, добытой преступным путем от незаконного распространения наркотических средств, стал искать способы введения их в легальный экономический оборот, чтобы прервать преступное происхождение денежных средств. Реализуя задуманное, ФИО1, в период с 12.03.2024 по 17.03.2024, находясь в неустановленном месте (адрес) ХМАО-Югры, действуя незаконно и умышленно, с целью придания правомерного вида владению, пользованию и распоряжению иного имущества в виде криптовалюты Биткойн, приобретенной в результате совершения преступления, вовлечения денежных средств в легальный экономический оборот, маскируя связь легализуемых доходов с преступным источником их происхождения, с применением неустановленных технических средств подключенных к сети «Интернет», через онлайн-обменник криптовалюты «ЕвроБит» совершил финансовые операции по онлайн-конвертации 0.0200000 криптовалюты «Биткойн» поступившей на виртуальный счет интернет-магазина «(иные данные)», после чего (дата) около 20 час. 12 мин. перевел на банковский счет №, открытый (дата) на имя ФИО2 в спецфилиале ЦОД Югорское № ПАО «Сбербанк», расположенном по адресу: ХМАО-Югра, (адрес), денежные средства в общей сумме 120000 руб., тем самым придал правомерный вид владения, пользования и распоряжения указанными денежными средствами, которые использовал по своему усмотрению. 26) Он же, ФИО1 легализовал (отмыл) денежные средства, полученные им (дата) в результате незаконного сбыта Ф.Е.Ю. наркотического вещества, при следующих обстоятельствах. ФИО1 (дата) находясь в неустановленном месте (адрес) ХМАО-Югры, точное время и место не установлено, с целью приобретения у неустановленных лиц крупных партий наркотических средств, их последующей фасовки и реализации мелкими разовыми дозами, при помощи неустановленных технических средств, в сети «Интернет» на платформе «Mega», расположенной по адресу: https://сайта создал Интернет-магазин под названием «(иные данные)» ((иные данные)) с функцией автопродаж и закрепленным за ним виртуальным электронным счетом. ФИО1, действуя в составе организованной группы, совместно и согласовано с В..и неустановленным лицом, в период времени с (дата) по (дата), находясь в неустановленном месте на территории ХМАО-Югры, с целью сбыта наркотического вещества, содержащем в своем составе наркотическое средство – мефедрон (4-метилметкатинон), массой 1,80 грамма, с применением неустановленных технических средств и информационно-телекоммуникационной сети «Интернет», загрузил фотоизображение «закладки» наркотического вещества с указанием её географических координат в Интернет-магазин «(иные данные)». (дата) в период с 11 час. 32 мин. до 16 час. 31 мин., точное время не установлено, ФИО1, действуя умышленно, совместно и согласовано, в составе организованной группы с В..и неустановленным лицом, с применением информационно-телекоммуникационной сети «Интернет», посредством Интернет-магазина «(иные данные)» незаконно сбыл Ф.Е.Ю. наркотическое средство мефедрон (4-метилметкатинон) массой 1,80 грамма, который перевел денежные средства в сумме 7 700 руб. на виртуальный электронный счет вышеуказанного интернет-магазина. Данная сумма конвертирована в криптовалюту Биткойн и с учетом комиссии в размере 0,00004607 зачислена на счет Интернет-магазина «(иные данные)» в сумме 0,00087532 криптовалюты Биткойн, эквивалентной 5990 руб. ФИО1, незаконно получив иное имущество - криптовалюту Биткойн в качестве оплаты за сбытое Ф.Е.Ю. вышеуказанное наркотическое вещество, а также сбытое наркотическое вещество иным неустановленным лицам, преследуя цель придания правомерного вида владению, пользованию и распоряжению полученному иному имуществу в виде криптовалюты Биткойн, добытой преступным путем от незаконного распространения наркотических средств, стал искать способы введения их в легальный экономический оборот, чтобы прервать преступное происхождение денежных средств. Реализуя задуманное, ФИО1, в период с 29.03.2024 по 16.04.2024, находясь в неустановленном месте г.Нефтеюганск ХМАО-Югры, действуя незаконно и умышленно, с целью придания правомерного вида владению, пользованию и распоряжению иного имущества в виде криптовалюты Биткойн, приобретенной в результате совершения преступления, вовлечения денежных средств в легальный экономический оборот, маскируя связь легализуемых доходов с преступным источником их происхождения, с применением неустановленных технических средств подключенных к сети «Интернет», через онлайн-обменник криптовалюты «ЕвроБит» совершил финансовые операции по онлайн-конвертации 05376000 криптовалюты «Биткойн» поступившей на виртуальный счет интернет-магазина «(иные данные)», после чего (дата) около 03 час. 24 мин. и 16.04.2024 около 11 час. 42 мин. перевел на банковский счет №, открытый (дата) на имя ФИО2 в спецфилиале ЦОД Югорское № ПАО «Сбербанк», расположенном по адресу: ХМАО-Югра, (адрес), денежные средства в суммах 100000 руб. и 87760 руб., соответственно, тем самым придал правомерный вид владения, пользования и распоряжения указанными денежными средствами, которые использовал по своему усмотрению. Подсудимый ФИО1, с которым заключено досудебное соглашение о сотрудничестве, с предъявленным ему обвинением полностью согласен, ходатайствует о постановлении приговора без проведения судебного разбирательства. Вину в совершении преступлений признает полностью, в том числе он понимает фактические обстоятельства содеянного, форму вины, мотив совершения деяния и его юридическую оценку. Данное ходатайство заявлено им добровольно и после проведения консультаций с защитником, он осознает характер и последствия заявленного ходатайства. Защитник поддерживает ходатайство подсудимого. Государственный обвинитель, не возражает против рассмотрения данного уголовного дела в особом порядке, поскольку подсудимым условия досудебного соглашения полностью исполнены. Обвинение, с которым согласился подсудимый, обосновано и подтверждено доказательствами, собранными по уголовному делу. Поскольку условия и обязательства, предусмотренные досудебным соглашением о сотрудничестве выполнены, государственный обвинитель подтвердил активное содействие ФИО1 следствию, которое выразилось в даче последовательных и правдивых показаний о совершённых им преступлениях, связанных с незаконным оборотом наркотиков, каналов приобретение некротических средств, создания интернет магазина по продаже наркотических средств бесконтакнтным способом, о роли каждого лица, также сообщил сведения, изобличающие в преступной деятельности В. и П., кроме того, рассказал все обстоятельства о совершении им других преступлений, а именно о совершении преступлений, предусмотренных п. «а» ч. 4 ст. 228.1 УК РФ , о котором ранее не было известно сотрудникам правоохранительных органов, а также о преступлениях, предусмотренных ч. 1 ст. 174.1 УК РФ , что в целом имело существенное значение для расследования настоящего уголовного дела. Сведений о наличии угрозы личной безопасности ФИО1, а также его близких родственников, и близких лиц, в связи с заключением им досудебного соглашения о сотрудничестве, не поступало. Принимая во внимание, что досудебное соглашение о сотрудничестве с ФИО1 было заключено добровольно и при участии защитника, он осознает характер и последствия заявленного им ходатайства, в отсутствие обстоятельств, препятствующих разбирательству уголовного дела в особом порядке, дело подлежит рассмотрению в особом порядке. Суд квалифицирует действия подсудимого ФИО1: по первому преступлению по ч. 3 ст. , ч. 5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организованной группой, в особо крупном размере,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организованной группой, в особо крупном размере, если при этом преступление не было доведено до конца по не зависящим от этого лица обстоятельствам. по второму преступлению (по факту покушения на сбыт наркотического средства массой 1,90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третьему преступлению (по факту покушения на сбыт наркотического средства массой 2,0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четвертому преступлению (по факту покушения на сбыт наркотического средства массой 1,77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пятому преступлению (по факту покушения на сбыт наркотического средства массой 1,88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шестому преступлению (по факту покушения на сбыт наркотического средства массой 1,73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седьмому преступлению (по факту покушения на сбыт наркотического средства массой 1,86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восьмому преступлению (по факту покушения на сбыт наркотического средства массой 1,71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девятому преступлению (по факту покушения на сбыт наркотического средства массой 1,85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десятому преступлению (по факту покушения на сбыт наркотического средства массой 1,76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одиннадцатому преступлению (по факту покушения на сбыт наркотического средства массой 1,69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двенадцатому преступлению (по факту покушения на сбыт наркотического средства массой 0,84 грамма по 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тринадцатому преступлению (по факту покушения на сбыт наркотического средства массой 0,85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четырнадцатому преступлению (по факту покушения на сбыт наркотического средства массой 0,80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пятнадцатому преступлению (по факту покушения на сбыт наркотического средства массой 0,75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шестнадцатому преступлению (по факту покушения на сбыт наркотического средства массой 1,78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семнадцатому преступлению (по факту покушения на сбыт наркотического средства массой 1,97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восемнадцатому преступлению (по факту покушения на сбыт наркотического средства массой 1,90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девятнадцатому преступлению (по факту покушения на сбыт наркотического средства массой 1,87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двадцатому преступлению (по факту покушения на сбыт наркотического средства массой 1,87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по двадцать первому преступлению (по факту покушения на сбыт наркотического средства массой 1,90 грамма, по географическим координатам №) по ч. 3 ст. , п. «а» ч. 4 ст. 228.1 УК РФ – покушение на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то есть умышленные действия лица,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значительном размере, организованной группой, если при этом преступление не было доведено до конца по не зависящим от этого лица обстоятельствам. Органами предварительного следствия действия ФИО1 по 22 преступлению, по факту сбыта наркотического средства И.Д.А., были квалифицированы по п. «а» ч.4 ст. 228.1 УК РФ -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В ходе судебного заседания, государственным обвинителем в соответствии со ст. 246 УПК РФ , из объёма обвинения ФИО1 по данному преступлению, был исключен квалифицирующий признак «в значительном размере», поскольку в ходе предварительного следствия фактическая масса сбытого наркотического средства И.Д.А., не была установлена. Суд соглашается с мнением государственного обвинителя, поскольку объективных данных о том, какая именно масса наркотического средства была сбыта И.Д.А., материалы дела не содержат. Суд квалифицирует действия ФИО1 по двадцать второму преступлению (по факту сбыта наркотического средства И.Д.А., по географическим координатам 61.18004, 72.86953) по п. «а» ч. 4 ст. 228.1 УК РФ – незаконный сбыт наркотических средств, совершенный с использованием информационно-телекоммуникационных сетей (включая сеть «Интернет»), организованной группой. по двадцать третьему преступлению (по факту сбыта наркотического средства массой 1,80 грамма, по географическим координатам №) по п. «а» ч. 4 ст. 228.1 УК РФ –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по двадцать четвертому преступлению (по факту сбыта наркотического средства массой 2,08 грамма, по географическим координатам №) по п. «а» ч. 4 ст. 228.1 УК РФ – незаконный сбыт наркотических средств, совершенный с использованием информационно-телекоммуникационных сетей (включая сеть «Интернет»), в значительном размере, организованной группой. по двадцать пятому преступлению (по факту легализации денежных средств в сумме 120000 рублей) по ч. 1 ст. 174.1 УК РФ - совершение финансовыхопераций сденежными средствами, приобретенными лицом в результате совершения им преступления, вцеляхпридания правомерного вида владению, пользованию и распоряжению указанными денежными средствами. по двадцать шестому преступлению (по факту легализации денежных средств в сумме 187760 рублей) по ч. 1 ст. 174.1 УК РФ - совершение финансовыхопераций сденежными средствами, приобретенными лицом в результате совершения им преступления, вцеляхпридания правомерного вида владению, пользованию и распоряжению указанными денежными средствами. При назначении наказания подсудимому, суд учитывает характер и степень общественной опасности, совершенных преступлений, относящихся к категории особо тяжких и небольшой тяжести, личность подсудимого, который месту жительства характеризуется удовлетворительно, судимости не имеет, к административной ответственности не привлекался, на учете у врача психиатра и нарколога не состоит, а также суд учитывает его семейное, материальное положение, состояние здоровья, состояние здоровья его близких родственников, влияние назначенного наказания на его исправление. Обстоятельствами, смягчающими наказание подсудимому в соответствии с п. «и» ч.1 ст. 61 УК РФ , суд признает по всем преступлениям «активное способствование раскрытию и расследованию преступлений, изобличению и уголовному преследованию других соучастников преступления». Кроме того, в соответствии с ч.2 ст. 61 УК РФ в качестве смягчающих наказание обстоятельств, по всем преступлениям суд признает полное признание вины, раскаяние в содеянном. В соответствии со ст. 63 УК РФ , суд отягчающих наказание обстоятельств не усматривает. С учетом характера и степени общественной опасности, совершенных преступлений, обстоятельств совершенных преступлений, наличия обстоятельств смягчающих и отсутствие обстоятельств отягчающих наказание подсудимого, суд не находит оснований для применения ст. 73 УК РФ и считает, что исправление ФИО1 возможно только при назначении наказания в виде лишения свободы, в условиях изоляции от общества. Суд, также считает возможным, назначить ФИО1 за совершенные преступлений, предусмотренных ч. 1 ст. 174.1 УК РФ наказание в виде штрафа, размер которого определяется с учетом тяжести совершенных преступлений и имущественного положения подсудимого. Вместе с тем, суд назначает наказание подсудимому в виде лишения свободы, с применением ч. 2 ст. 62 УК РФ . Кроме того, при назначении наказания суд учитывает требования ч.3 ст. 66 УК РФ . В связи с наличием смягчающих наказание обстоятельств, принимая во внимание данные о личности подсудимого, суд считает нецелесообразным назначение подсудимому дополнительных видов наказания в виде штрафа, ограничения свободы и лишения права занимать определённые должности или заниматься определённой деятельностью. В соответствии со ст. 58 УК РФ местом отбытия наказания суд определяет исправительную колонию строгого режима, в связи с совершением особо тяжких преступлений. По мнению суда, совокупность смягчающих наказание обстоятельств, нельзя признать исключительной, в связи с чем, достаточных оснований для назначения подсудимому наказания с применением ст. 64 УК РФ , не имеется. С учетом тяжести совершенных преступлений, мотивов их обстоятельств, учитывая личность ФИО1, оснований для изменения категории преступлений на менее тяжкие, в соответствии с ч.6 ст. 15 УК РФ , суд не усматривает. Кроме того, суд не усматривает оснований для применения требований ст.ст. 53.1 , 72.1 , , 82.1 УК РФ . Кроме того, учитывая тот факт, что ФИО1 фактически был задержан сотрудниками полиции 22.05.2024 года, то есть фактически был лишен свободы, суд считает необходимым в соответствии со ст. 128 УПК РФ , зачесть в срок отбытия наказания время содержания под стражей до приговора суда, с момента фактического задержания, то есть с 22.05.2024 года. Согласно п. 10.1 ч. 1 ст. 299 УПК РФ при постановлении приговора суд, в числе прочего, решает вопрос, доказано ли, что имущество, подлежащее конфискации, получено в результате совершения преступления. Согласно п. "а" ч. 1 ст. 104.1 УК РФ конфискация имущества есть принудительное безвозмездное изъятие и обращение в собственность государства на основании обвинительного приговора денег, ценностей и иного имущества, полученных в результате совершения преступлений, предусмотренных в том числе ст. 174.1 УК РФ , ст. 228.1 УК РФ . В соответствии с ч. 1 ст. 104.2 УК РФ , если конфискация определенного предмета, входящего в имущество, указанное в статье 104.1 УК РФ ,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 Кроме того, исходя из разъяснений указанных в п. 20 постановлением Пленума Верховного Суда РФ от 07.07.2015 № 32 (ред. от 26.02.2019) "О судебной практике по делам о легализации (отмывании) денежных средств или иного имущества, приобретенных преступным путем, и о приобретении или сбыте имущества, заведомо добытого преступным путем" внимание судов обращено на необходимость решения вопроса о конфискации имущества в отношении лиц, признанных виновными в совершении преступлений, предусмотренных статьей 174.1 УК РФ , в соответствии с правилами, установленными статьями 104.1 - 104.3 УК РФ . Положениями п. п. "а", "б" ч. 1 ст. 104.1 УК РФ предусмотрена конфискация денег, ценностей и иного имущества, полученных в результате совершения преступления, предусмотренного ст. 174.1 УК РФ , ст. 228.1 УК РФ , а также денег, ценностей и иного имущества, в которые имущество, полученное в результате совершения данного преступления, и доходы от этого имущества были частично или полностью превращены или преобразованы. Учитывая, что денежные средства, в общей сумме 307 760 рублей, преобразованные ФИО1 из виртуальных активов (криптовалюты), приобретенных в результате совершения преступления, а именно за сбыт наркотических средств, то они подлежат конфискации в доход государства, поскольку они добыты преступным путем. Согласно ч. 2 ст. 104.2 УК РФ в случае отсутствия либо недостаточности денежных средств, подлежащих конфискации взамен предмета, входящего в имущество, указанное в статье 104.1 настоящего Кодекса,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гражданским процессуальным законодательством Российской Федерации не может быть обращено взыскание. Как установлено в ходе судебного заседания, ФИО1, преступным путем добыто 307 760 рублей. При таких обстоятельствах денежные средства, соответствующие полученным преступным путем, подлежат конфискации в доход государства. Кроме того, постановление Нефтеюганского районного суда ХМАО - Югры от 26.03.2025, 27.03.2025 наложены аресты на автомобиль марки «Шевроле Лачетти», государственный регистрационный знак &lt;***&gt; регион, 2008 года выпуска, стоимостью 507 000 рублей, ключи, брелок от сигнализации, и документы на него, принадлежащие ФИО1 Данный автомобиль, ключи, брелок от сигнализации, и документы на него, также подлежит конфискации в доход государства, поскольку данные предметы приобретены на денежные средства, полученные преступным путем, при совершении преступлений, предусмотренных ст. 228.1 УК РФ . Указанное имущество не входит в перечень имущества, на которое в соответствии со ст. 446 ГПК РФ не может быть обращено взыскание по исполнительным документам. В соответствии со ст. 81 Уголовно-процессуального кодекса Российской Федерации, предметы и документы, подлежат оставлению по месту их хранения, до принятия процессуального ращения по уголовному делу №. На основании изложенного и руководствуясь ст. 316, ст. 317.7 Уголовно-процессуального кодекса Российской Федерации, суд П Р И Г О В О Р И Л: ФИО1, признать виновным в совершении преступлений, предусмотренных ч. 3 ст. , ч. 5 ст. 228.1 УК РФ , ч.3 ст. , п. «а» ч. 4 ст. 228.1 УК РФ , ч. 3 ст. , п. «а» ч. 4 ст. 228.1 УК РФ , ч. 3 ст. , п. «а» ч. 4 ст. 228.1 УК РФ , ч. 3 ст. , п. «а» ч. 4 ст. 228.1 УК РФ , ч. 3 ст. , п. «а» ч. 4 ст. 228.1 УК РФ , ч. 3 ст. , п. «а» ч. 4 ст. 228.1 УК РФ , ч. 3 ст. , п. «а» ч. 4 ст. 228.1 УК РФ , ч. 3 ст. , п. «а» ч. 4 ст. 228.1 УК РФ , ч. 3 ст. , п. «а» ч. 4 ст. 228.1 УК РФ , ч. 3 ст. , п. «а» ч. 4 ст. 228.1 УК РФ , ч. 3 ст. , п. «а» ч.4 ст. 228.1 УК РФ , ч. 3 ст. , п. «а» ч. 4 ст. 228.1 УК РФ , ч. 3 ст. , п. «а» ч. 4 ст. 228.1 УК РФ , ч. 3 ст. , п. «а» ч. 4 ст. 228.1 УК РФ , ч. 3 ст. , п. «а» ч. 4 ст. 228.1 УК РФ , ч. 3 ст. , п. «а» ч.4 ст. 228.1 УК РФ , ч. 3 ст. , п. «а» ч. 4 ст. 228.1 УК РФ , ч. 3 ст. , п. «а» ч. 4 ст. 228.1 УК РФ , ч. 3 ст. , п. «а» ч. 4 ст. 228.1 УК РФ , ч. 3 ст. , п. «а» ч. 4 ст. 228.1 УК РФ , п. «а» ч. 4 ст. 228.1 УК РФ , п. «а» ч. 4 ст. 228.1 УК РФ , п. «а» ч. 4 ст. 228.1 УК РФ , ч. 1 ст. 174.1 УК РФ , ч. 1 ст. 174.1 УК РФ и назначить ему наказание: по ч. 3 ст. , ч. 5 ст. 228.1 УК РФ – в виде лишения свободы сроком на 6 (шесть) лет; по ч. 3 ст. , п. «а» ч. 4 ст. 228.1 УК РФ (по факту покушения на сбыт наркотического средства массой 1,90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2,0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1,77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1,88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1,73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1,86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1,71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1,85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1,76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1,69 грамма по графическим координатам №) в виде лишения свободы сроком на 5 (пять) лет 7 (семь) месяцев; по ч. 3 ст. 30, п. «а» ч. 4 ст. 228.1 (по факту покушения на сбыт наркотического средства массой 0,84 грамма по 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0,85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0,80 грамма, по географическим координатам №) в виде лишения свободы сроком на 5 (пять) лет 7 (семь) месяцев; по ч. 3 ст. 30, п. «а» ч. 4 ст. 228.1 (по факту покушения на сбыт наркотического средства массой 0,75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1,78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1,97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1,90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1,87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1,87 грамма, по географическим координатам №) в виде лишения свободы сроком на 5 (пять) лет 7 (семь) месяцев; по ч. 3 ст. , п. «а» ч. 4 ст. 228.1 УК РФ (по факту покушения на сбыт наркотического средства массой 1,90 грамма, по географическим координатам №) в виде лишения свободы сроком на 5 (пять) лет 7 (семь) месяцев; по п. «а» ч. 4 ст. 228.1 УК РФ (по факту сбыта наркотического средства И.Д.А., по географическим координатам №) в виде лишения свободы сроком на 5 (пять) лет 08 (восемь) месяцев; по п. «а» ч. 4 ст. 228.1 УК РФ (по факту сбыта наркотического средства массой 1,80 грамма, по географическим координатам №) в виде лишения свободы сроком на 5 (пять) лет 10 (десять) месяцев; по п. «а» ч. 4 ст. 228.1 УК РФ (по факту сбыта наркотического средства массой 2,08 грамма, по географическим координатам №) в виде лишения свободы сроком на 5 (пять) лет 10 (десять) месяцев; по ч. 1 ст. 174.1 УК РФ (по факту легализации денежных средств в сумме 120000 рублей) в виде штрафа в размере 35000 (тридцать пять тысяч) рублей. по ч. 1 ст. 174.1 УК РФ (по факту легализации денежных средств в сумме 187760 рублей) в виде штрафа в размере 40000 (сорок тысяч) рублей. В соответствии с ч. 3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7 (семь) лет 6 (шесть) месяцев, со штрафом 50000 (пятьдесят) тысяч рублей, с отбыванием наказания в исправительной колонии строгого режима. Срок отбытия наказания исчислять ФИО1, со дня вступления приговора в законную силу. Зачесть в срок отбытия наказания, в соответствии с требованиями ч.3.2 ст. 72 УК РФ время содержания под стражей с 22.05.2024 года и до дня вступления приговора в законную силу, из расчета один день, за один день отбывания наказания в виде лишения свободы в исправительной колонии строгого режима. Меру пресечения ФИО1 в виде заключения под стражу, до вступления приговора в законную силу, оставить без изменения. В соответствии с ч. 2 ст. 71 УК РФ основное наказание, назначенное ФИО1, в виде штрафа в размере 50 000 рублей, исполнять самостоятельно. Реквизиты для оплаты штрафа: получатель денежных средств: УФК по Ханты-Мансийскому автономному округу-Югре (СУ СК России по Ханты-Мансийскому автономному округу-Югре л/с &lt;***&gt;). Банк получателя: РКЦ ХАНТЫ-МАНСИЙСК//УФК по Ханты-Мансийскому автономному округу-Югре г. Ханты-Мансийск; ИНН &lt;***&gt;; КПП 860101001; БИК 007162163; Единый казначейский счет 40102810245370000007; Номер казначейского счета 03100643000000018700; ОКТМО 71871000; УИН 41700000000012880994 (для штрафа); КБК 41711603130019000140 (для штрафа). Назначение платежа: указывается номер уголовного дела, дата судебного решения, фамилия, имя и отчество обвиняемого (подозреваемого), статья УК РФ. На основании ч. 1 ст. 104.1 УК РФ , ч. 1 ст. 104.2 УК РФ конфисковать у ФИО1 денежную сумму, соответствующую сумме денежных средств полученных преступным путем в размере 307760 (триста семь тысяч семьсот шестьдесят) рублей. Исполнение приговора в части конфискации поручить службе судебных приставов - исполнителей. На основании ч. 1 ст. 104.1 УК РФ , конфисковать у ФИО1 в доход государства автомобиль марки «Шевроле Лачетти», государственный регистрационный знак &lt;***&gt;; два ключа от автомобиля и брелок от сигнализации; паспорт транспортного средства №, свидетельство о регистрации № от (дата). Исполнение приговора в части конфискации поручить службе судебных приставов - исполнителей. Наложенный постановлением Нефтеюганского районного суда от 26.03.2025 года арест на автомобиль марки «Шевроле Лачетти», государственный регистрационный знак № регион, 2008 года выпуска, до исполнения конфискации, оставить без изменения. После вступления приговора в законную силу, вещественные доказательства, оставить по месту их хранения, до принятия процессуального решения по уголовному делу №. Приговор может быть обжалован в апелляционном порядке в суд Ханты-Мансийского автономного округа-Югры в 15-суточный срок со дня провозглашения приговора, через Нефтеюганский районный суд, а осужденным, содержащимся под стражей – в тот же срок, со дня вручения приговора.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 Ходатайство об ознакомлении с протоколом и аудиозаписью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Председательствующий судья: подпись Верно: судья Д.В. Новокрещенов Секретарь: Л.И. Мухаметшина Подлинник приговора находится в Нефтеюганском районно суде в деле №(дата)г. «Приговор не вступил в законную силу». УИД: 86RS0№-65 Суд: Нефтеюганский районный суд (Ханты-Мансийский автономный округ-Югра) (подробнее) Судьи дела: Новокрещенов Дмитрий Владимирович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