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июня 13 января 2025 г., неустановленное лицо, уголовное дело, в отношении которого выделено в отдельное производство (далее по тексту неустановленное лицо), в ходе общения в сети «Интернет» в интернет-мессенджере «Telegram» предложило ФИО1 и лицу, в отношении которого уголовное дело выделено в отдельное производство (далее по тексту Лицо № 2), осуществлять совместные незаконные сбыты наркотических средств, группой лиц по предварительному сговору с использованием сети «Интернет», в целях получения совместного дохода от данной незаконной преступной деятельности, на что ФИО1 и Лицо № 2 ответили согласием. Таким образом, ФИО1 и Лицо № 2, в указанное время, вступили с неустановленным лицом в предварительный преступный сговор, направленный на совершение незаконных сбытов наркотических средств, с использованием сети «Интернет», группой лиц по предварительному сговору. При этом неустановленное лицо распределило преступные роли при совершении преступлений между собой, ФИО1 и Лицом № 2. Согласно распределенных преступных ролей, неустановленное лицо, должно было приобретать для дальнейшего незаконного сбыта наркотические средства, передавать их ФИО1 и Лицу № 2, руководить действиями последних по помещению наркотических средств в тайники с целью их сбыта потребителям с использованием сети «Интернет», получать от ФИО1 и Лица № 2 сведения о месте нахождения оборудованных ими тайников с использованием сети «Интернет», распределять полученную материальную прибыль от незаконных сбытов наркотических средств. ФИО1 и Лицо № 2 должны были получать от неустановленного лица наркотические средства, хранить, помещать их в тайники, о месте нахождения которых уведомлять неустановленное лицо в ходе общения посредством сотовых телефонов. При осуществлении преступной деятельности по незаконному сбыту наркотических средств ФИО1 использовала сотовый телефон марки «Redmi Note 9», а лицо №2 сотовый телефон марки и «TECNO SPARK 10C», снабженные сим-картами операторов сотовой связи, технически обеспечивающими свободный доступ к сети «Интернет», в каждом из которых была установлена программа «Telegram», являющаяся интернет-мессенджером, посредством которого неустановленное лицо вступило с ними в предварительный сговор, а также координировал их преступные действия, давая им указания, получая от них сведения об оборудованных тайниках с наркотическими средствами.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0,95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05 минут, ФИО1 и Лицо № 2, продолжая реализовывать преступный умысел, прибыли на участок местности, расположенный в 10 м. от &lt;...&gt; где, согласно распределенным ролям, Лицо № 2 оборудовало тайник, в который поместило вышеуказанное наркотическое средство общей массой 0,95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0,95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17 минут, ФИО1 и Лицо № 2, продолжая реализовывать преступный умысел, прибыли на участок местности, расположенный в 2 м. от д. 10 по 3-му Комсомольскому проезду г. Саратова, где, согласно распределенным ролям, Лицо № 2 оборудовало тайник, в который поместило вышеуказанное наркотическое средство общей массой 0,95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0,96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18 минут, ФИО1 и Лицо № 2, продолжая реализовывать преступный умысел, прибыли на участок местности, расположенный в 5 м. от &lt;...&gt; где, согласно распределенным ролям, Лицо № 2 оборудовало тайник, в который поместило вышеуказанное наркотическое средство общей массой 0,96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0,92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20 минут, ФИО1 и Лицо № 2, продолжая реализовывать преступный умысел, прибыли на участок местности, расположенный в 2 м. от &lt;...&gt; где, согласно распределенным ролям, Лицо № 2 оборудовало тайник, в который поместило вышеуказанное наркотическое средство общей массой 0,92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0,90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20 минут, ФИО1 и Лицо № 2, продолжая реализовывать преступный умысел, прибыли на участок местности, расположенный в 10 м. от &lt;...&gt; где, согласно распределенным ролям, Лицо № 2 оборудовало тайник, в который поместило вышеуказанное наркотическое средство общей массой 0,90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0,88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25 минут, ФИО1 и Лицо № 2, продолжая реализовывать преступный умысел, прибыли на участок местности, расположенный в 2 м. от &lt;...&gt; где, согласно распределенным ролям, Лицо № 2 оборудовало тайник, в который поместило вышеуказанное наркотическое средство общей массой 0,88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0,96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27 минут, ФИО1 и Лицо № 2, продолжая реализовывать преступный умысел, прибыли на участок местности, расположенный в 5 м. от &lt;...&gt; где, согласно распределенным ролям, Лицо № 2 оборудовало тайник, в который поместило вышеуказанное наркотическое средство общей массой 0,96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0,87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29 минут, ФИО1 и Лицо № 2, продолжая реализовывать преступный умысел, прибыли на участок местности, расположенный в 5 м. от &lt;...&gt; где, согласно распределенным ролям, Лицо № 2 оборудовало тайник, в который поместило вышеуказанное наркотическое средство общей массой 0,87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0,98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31 минут, ФИО1 и Лицо № 2, продолжая реализовывать преступный умысел, прибыли на участок местности, расположенный в 5 м. от &lt;...&gt; где, согласно распределенным ролям, Лицо № 2 оборудовало тайник, в который поместило вышеуказанное наркотическое средство общей массой 0,98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0,98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33 минут, ФИО1 и Лицо № 2, продолжая реализовывать преступный умысел, прибыли на участок местности, расположенный у д. 13/17 А по 2-му Детскому проезду г. Саратова, где, согласно распределенным ролям, Лицо № 2 оборудовало тайник, в который поместило вышеуказанное наркотическое средство общей массой 0,98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0,96 гр., организовало оборудование тайника с данным наркотическим средством на территории Саратовской области, о чем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36 минут, ФИО1 и Лицо № 2, продолжая реализовывать преступный умысел, прибыли на участок местности, расположенный у д. 28/36 по 3-му Комсомольскому проезду г. Саратова, где, согласно распределенным ролям, Лицо № 2 оборудовало тайник, в который поместило вышеуказанное наркотическое средство общей массой 0,96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0,87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38 минут, ФИО1 и Лицо № 2, продолжая реализовывать преступный умысел, прибыли на участок местности, расположенный в 2 м. от д. 32/40 по ул. им. Карла Маркса г. Саратова, где, согласно распределенным ролям, Лицо № 2 оборудовало тайник, в который поместило вышеуказанное наркотическое средство общей массой 0,87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1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55 минут, ФИО1 и Лицо № 2, продолжая реализовывать преступный умысел, прибыли на участок местности, расположенный в 5 м. от &lt;...&gt; Саратова, где, согласно распределенным ролям, Лицо № 2 оборудовало тайник, в который поместило вышеуказанное наркотическое средство общей массой 1 гр., что согласно Постановлению Правительства РФ от 1 октября 2012 года № 1002 является крупным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0,92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55 минут, ФИО1 и Лицо № 2, продолжая реализовывать преступный умысел, прибыли на участок местности, расположенный в 2 м. от &lt;...&gt; где, согласно распределенным ролям, Лицо № 2 оборудовало тайник, в который поместило вышеуказанное наркотическое средство общей массой 0,92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0,99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12 часов 58 минут, ФИО1 и Лицо № 2, продолжая реализовывать преступный умысел, прибыли на участок местности, расположенный в 2 м. от &lt;...&gt; где, согласно распределенным ролям, Лицо № 2 оборудовало тайник, в который поместило вышеуказанное наркотическое средство общей массой 0,99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0,90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01 минут, ФИО1 и Лицо № 2, продолжая реализовывать преступный умысел, прибыли на участок местности, расположенный в 5 м. от &lt;...&gt; где, согласно распределенным ролям, Лицо № 2 оборудовало тайник, в который поместило вышеуказанное наркотическое средство общей массой 0,90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0,92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06 минут, ФИО1 и Лицо № 2, продолжая реализовывать преступный умысел, прибыли на участок местности, расположенный в 2 м. от &lt;...&gt; где, согласно распределенным ролям, Лицо № 2 оборудовало тайник, в который поместило вышеуказанное наркотическое средство общей массой 0,92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0,98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16 минут, ФИО1 и Лицо № 2, продолжая реализовывать преступный умысел, прибыли на участок местности, расположенный в 5 м. от &lt;...&gt; где, согласно распределенным ролям, Лицо № 2 оборудовало тайник, в который поместило вышеуказанное наркотическое средство общей массой 0,98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0,97 гр., организовало оборудование тайника с данным наркотическим средством на территории Саратовской области, о чем сообщило ФИО1 путем отправки сообщений в сети «Интернет» в интернет-мессенджере «Telegram», доступ к которому осуществлялся ФИО1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18 минут, ФИО1 и Лицо № 2, продолжая реализовывать преступный умысел, прибыли на участок местности, расположенный в 5 м. от &lt;...&gt; где Лицо № 2 оборудовало тайник, в который поместило вышеуказанное наркотическое средство общей массой 0,97 гр., что согласно Постановлению Правительства РФ от 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1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29 минут, ФИО1 и Лицо № 2, продолжая реализовывать преступный умысел, прибыли на участок местности, расположенный в 2 м. от &lt;...&gt; где, согласно распределенным ролям, Лицо № 2 оборудовало тайник, в который поместило вышеуказанное наркотическое средство общей массой 1 гр., что согласно Постановлению Правительства РФ от 1 октября 2012 года № 1002 является крупным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1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33 минуты, ФИО1 и Лицо № 2, продолжая реализовывать преступный умысел, прибыли на участок местности, расположенный в 5 м. от д. 19 по 3-му Парковому проезду г. Саратова, где, согласно распределенным ролям, Лицо № 2 оборудовало тайник, в который поместило вышеуказанное наркотическое средство общей массой 1 гр., что согласно Постановлению Правительства РФ от 1 октября 2012 года № 1002 является крупным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0,93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34 минуты, ФИО1 и Лицо № 2, продолжая реализовывать преступный умысел, прибыли на участок местности, расположенный в 5 м. от д. 34 по 3-му Парковому проезду г. Саратова, где, согласно распределенным ролям, Лицо № 2 оборудовало тайник, в который поместило вышеуказанное наркотическое средство общей массой 0,93 гр., что согласно Постановлению Правительства РФ от 01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производное наркотическое средство N-метилэфедрон массой 0,88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которое стали незаконно хранить при себе. 18 января 2025 г. примерно в 13 часов 35 минут, ФИО1 и Лицо № 2, продолжая реализовывать преступный умысел, прибыли на участок местности, расположенный в 5 м. от д. 53 по 4-му Парковому проезду г. Саратова, где, согласно распределенным ролям, Лицо № 2 оборудовало тайник, в который поместило вышеуказанное наркотическое средство общей массой 0,88 гр., что согласно Постановлению Правительства РФ от 01 октября 2012 года № 1002 является значительным размером, а ФИО1 следил за окружающей обстановкой, и, используя свой сотовый телефон, сфотографировал указанный тайник, определил его адрес и географические координаты, которые они должны были передать неустановленному лицу через сеть «Интернет» посредством интернет-мессенджера «Telegram». 18 января 2025 г. в 13 часов 35 минут ФИО1 и Лицо № 2 были задержаны сотрудниками полиции, а указанное наркотическое средство в ходе осмотра места происшествия было обнаружено и изъято, в связи с чем, ФИО1, Лицо № 2 и неустановленное лицо не смогли довести совместный преступный умысел до конца по независящим от них обстоятельствам.</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Кроме того, примерно в 10 часов 18 января 2025 г., неустановленное лицо, реализуя совместный преступный умысел на незаконный сбыт наркотических средств с использованием сети «Интернет», действуя по предварительному сговору с ФИО1 и Лицом № 2, при неустановленных обстоятельствах приобрело с целью сбыта наркотическое средство – смесь, в состав которой входит наркотическое средство PVP – производное наркотическое средство N-метилэфедрон массой 9 гр., организовало оборудование тайника с данным наркотическим средством на территории Саратовской области, о чем сообщило ФИО1 и Лицу № 2, путем отправки сообщений в сети «Интернет» в интернет-мессенджере «Telegram», доступ к которому осуществлялся ФИО1, посредством используемого им сотового телефона. 18 января 2025 г. примерно в 11 часов 30 минут ФИО1 и Лицо № 2 извлекли из тайника указанное наркотическое средство массой 9 гр., что согласно Постановлению Правительства РФ от 01 октября 2012 года № 1002 является крупным размером, которое стали незаконно хранить при себе. 18 января 2025 г. примерно в 13 часов 35 минут, ФИО1 и Лицо № 2, продолжая реализовывать преступный умысел, прибыли на участок местности, расположенный у д. 16 по 5-му Товарному проезду г. Саратова, где подыскивали место для оборудования тайниковой закладки, однако, Лицо № 2, увидев сотрудников полиции, выбросило часть наркотического средства массой 6,44 гр., в связи с чем, в указанную дату и время, ФИО1 и Лицо № 2 были задержаны сотрудниками полиции, а указанное наркотическое средство в ходе осмотра мест происшествия было обнаружено и изъято, а последние были доставлены в ОП № 5 в составе УМВД России по г. Саратову, где в ходе личного досмотра у ФИО1 обнаружено и изъято указанное наркотическое средство массой 1,91 гр., а у Лица № 2 массой 0,65 гр., в связи с чем, ФИО1, Лицо № 2 и неустановленное лицо не смогли довести совместный преступный умысел до конца по независящим от них обстоятельствам. Подсудимый ФИО1 вину в совершении указанных преступлений признал полностью, от дачи показаний в суде отказался и подтвердил свои показания, данные на предварительном следствии в качестве подозреваемого и обвиняемого, оглашенные на основании ст. 276 УПК РФ , из которых видно, что примерно в январе 2025 г., в связи с материальными трудностями, со своего сотового телефона марки «Redmi Note 9» в социальной сети «Вконтакте» написал неизвестному лицу с целью трудоустройства «закладчиком» наркотических средств. Через пару часов ему в интернет-мессенджере «Telegram» поступило сообщение от пользователя под ником «Егор», являющегося куратором магазина «Marat_Shop», который разъяснил ему обязанности: получать от него оптовые партии наркотических средств, забирать их, оборудовать тайники, фотографировать места, определять их местоположение, фотографии и описание отправлять ему через интернет-мессенджер «Telegram». О полученной информации он сообщил своему другу ФИО5, с которым они ранее неоднократно обсуждали этот вопрос, после этого они совместно устроились в указанный магазин «закладчиками». «Егор» сообщил им дополнительные инструкции совместным действиям, рассказал о приложениях для определения координат и редактирования фотографий, а также, об оплате. 18 января 2025 г. примерно в 10 часов в интернет-мессенджере «Telegram» ему поступило указание получить мелкооптовую тайниковую закладку, расположенную в районе ул. Миллеровская г. Саратова. В тот же день он сообщил об этом ФИО5, после чего примерно в 11 часов 30 минут, прибыв совместно с ФИО5 по указанным координатам, они обнаружили эту оптовую закладку, в которой находилось 37 свертков из изоленты черного цвета. После чего, они направились в Октябрьский район г. Саратова, где в период времени с 11 часов 40 минут до 13 часов 35 минут они орудовали тайниковый закладки, при этом ФИО5 непосредственно занимался оборудованием, а он наблюдал за окружающей обстановкой, фотографировал места оборудованных закладок, сведения о которых он должен был направить куратору. Примерно в 13 часов 35 минут 18 января 2025 г., находясь у д. 16 по 5-му Товарному проезду &lt;адрес&gt;, они увидели сотрудников полиции, которые направлялись в их сторону. ФИО5 выбросил находящиеся при нем 7 свертков с наркотическим средством, в связи с чем, они были задержаны, на место была вызвана оперативно-следственная группа, по прибытии которой были произведены осмотры участков местности, в ходе которых было обнаружено и изъято 7 свертков. После чего они были доставлены в ОП № 5 в составе УМВД России по г. Саратову, где в ходе проведения его личного досмотра у него были обнаружены и изъяты 2 свертка в изоленте черного цвета, сотовый телефон, кобура с пневматическим пистолетом. Затем с его участием и с участием ФИО5 были произведены 23 осмотра мест происшествия, где были оборудованы тайниковые закладки, в ходе которых были обнаружены и изъяты наркотические средства (т. 1 л.д. 69-85, 93-95, т. 4 л.д. 49-56, 115).</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0,95 гр. в 10 м. от &lt;...&gt; подтверждена, помимо его показаний, следующими доказательствами. Показаниями подозреваемого и обвиняемого ФИО5, данными им в ходе предварительного следствия, оглашенными в судебном заседании, которые аналогичны показаниям ФИО1, из которых, помимо прочего, следует, что в ходе его личного досмотра были обнаружены и изъяты 1 сверток из изоленты черного цвета и сотовый телефон (т. 1 л.д. 109-124, 130-132). Согласно показаниям свидетелей - сотрудников полиции Свидетель №1, Свидетель №2 и Свидетель №3, данных ими при производстве предварительного следствия, оглашенных на основании ст. 281 УПК РФ , следует, что в 18 января 2025 г. в период времени с 13 часов 30 минут по 13 часов 35 минут, двигаясь по маршруту патрулирования у д. 53 по 4-му Парковому проезду г. Саратова ими были замечены двое мужчин, поведение которых вызывало подозрение, в связи с чем, ими было принято решение направиться к ним. ФИО5, увидев их, достал что-то из кармана и скинуло рядом с собой, в связи с чем, ФИО1 и ФИО5были задержаны. Далее были установлены их личности, произведен визуальный осмотр, в ходе которого у ФИО5 был обнаружен 1 сверток в изоленте черного цвета с содержимым внутри и сотовой телефон, а у ФИО1 - 2 свертка в изоленте черного цвета, предмет в кобуре, похожий на пистолет, о чем было доложено в ДЧ ОП № 5 в составе УМВД России по г. Саратову и вызвана следственно-оперативная группа, по прибытии которой были произведены осмотры мест происшествия, в ходе которых было обнаружено и изъято в общем количестве 7 свертков из изоленты черного цвета с содержимым внутри. После чего, ФИО1 и ФИО5 были доставлены в ОП № 5 в составе УМВД России по г. Саратову для дальнейшего разбирательства (т. 3 л.д. 204-207, 208-211, 212-215). Из показаний свидетеля – сотрудника полиции Свидетель №4, данных им при производстве предварительного следствия, оглашенных на основании ст. 281 УПК РФ , следует, что &lt;дата&gt; он производил личный досмотр ФИО1 и Лица № 2. В ходе личного досмотра у Лица № 2 были обнаружены и изъяты сотовый телефон марки «TECNO SPARK 10C», а также сверток из изоляционной ленты черного цвета с содержимым. В ходе личного досмотра у ФИО1 были обнаружены и изъяты сотовый телефон марки «Redmi Note 9», 2 свертка из изоляционной ленты черного цвета с содержимым, кобура черного цвета с пневматическим пистолетом внутри (т. 3 л.д. 222-225) Вину подсудимого также подтверждают следующие доказательства: - рапорт инспектора 5-й роты полка ППСп УМВД России г. Саратова Свидетель №2от 18 января 2025 г., согласно которому в 13 часов 35 минут у д. 16 по 5-му Товарному проезду г. Саратова были задержаны ФИО1 и Лицо № 2 (т. 1 л.д. 13); - протокол личного досмотра от 18 января 2025 г., в ходе которого у ФИО1 были обнаружены и изъяты сотовый телефон марки «TECNO SPARK 10C» в корпусе зеленого цвета, сверток из изоляционной ленты черного цвета с содержимым, который был завернут во фрагмент из бесцветного прозрачного полимерного материала (т. 1 л.д. 14); - протокол личного досмотра от 18 января 2025 г., в ходе которого у Лица № 2 были обнаружены и изъяты сотовый телефон марки «Redmi Note 9» в корпусе синего цвета, 2 свертка из изоляционной ленты черного цвета с содержимым, кобура черного цвета с пневматическим пистолетом черного цвета внутри (т. 1 л.д. 18); - протокол осмотра места происшествия от 19 января 2025 г., согласно которому осмотрен участок местности, расположенный в 10 м. от д. 4/8 по ул. ФИО2 г. Саратова, где был обнаружен и изъят сверток в изоленте черного цвета с содержимым (т. 2 л.д. 173-178); - справка об исследовании № 131 от 19 января 2025 г., согласно которой, представленное на исследование вещество массой 0,95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182); - протокол осмотра предметов от 21 января 2025 г., согласно которому осмотрены наркотические средства и их первоначальный упаковки (т. 2 л.д. 183-226); - протокол осмотра предметов от 05 марта 2025 г., согласно которому осмотрены: сотовый телефон марки «Redmi Note 9», сотовый телефон марки «TECNO SPARK 10C» где были обнаружены переписки, подтверждающие умысел ФИО1 на незаконный сбыт наркотических средств (т. 4 л.д.7-21); - заключение эксперта № 547 от 21 марта 2025 г., согласно которому представленное на экспертизу вещество (объект № 5), массой 0,94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0,95 гр. у д. 10 по 3-му Комсомольскому проезду г. Саратова,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2 м. от д. 10 по 3-му Комсомольскому проезду г. Саратова, где был обнаружен и изъят сверток в изоленте черного цвета с содержимым (т. 2 л.д. 162-167); - справка об исследовании № 153 от 20 января 2025 г., согласно которой, представленное на исследование вещество массой 0,95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171);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27), массой 0,94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0,96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2 л.д. 151-156); - справка об исследовании № 140 от 19 января 2025 г., согласно которой, представленное на исследование вещество массой 0,96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160);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14), массой 0,95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0,92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2 м. от &lt;...&gt; где был обнаружен и изъят сверток в изоленте черного цвета с содержимым (т. 2 л.д. 140-145); - справка об исследовании № 141 от 19 января 2025 г., согласно которой, представленное на исследование вещество массой 0,92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149);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15), массой 0,91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0,90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10 м. от &lt;...&gt; где был обнаружен и изъят сверток в изоленте черного цвета с содержимым (т. 2 л.д. 129-134); - справка об исследовании № 142 от 19 января 2025 г., согласно которой, представленное на исследование вещество массой 0,90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149);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16), массой 0,89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0,88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2 м. от &lt;...&gt; где был обнаружен и изъят сверток в изоленте черного цвета с содержимым (т. 2 л.д. 118-123); - справка об исследовании № 143 от 19 января 2025 г., согласно которой, представленное на исследование вещество массой 0,88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127);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17), массой 0,87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0,96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2 л.д. 107-112); - справка об исследовании № 144 от 19 января 2025 г., согласно которой, представленное на исследование вещество массой 0,96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116);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18), массой 0,95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0,87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2 л.д. 96-101); - справка об исследовании № 145 от 19 января 2025 г., согласно которой, представленное на исследование вещество массой 0,87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105);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19), массой 0,86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0,98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2 л.д. 85-90); - справка об исследовании № 146 от 20 января 2025 г., согласно которой, представленное на исследование вещество массой 0,98 гр., является наркотическим средством – смесью, в состав которой входит наркотическое средство PVP – производное наркотическое средство N-метилэфедрон (т. 2 л.д. 94);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20), массой 0,97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0,98 гр. у д. 13/17 А по 2-му Детскому проезду г. Саратова,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у д. 13/17 А по 2-му Детскому проезду г. Саратова, где был обнаружен и изъят сверток в изоленте черного цвета с содержимым (т. 2 л.д. 63-68); - справка об исследовании № 148 от 20 января 2025 г., согласно которой, представленное на исследование вещество массой 0,98 гр., является наркотическим средством – смесью, в состав которой входит наркотическое средство PVP – производное наркотическое средство N-метилэфедрон (т. 2 л.д. 72);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22), массой 0,97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0,96 гр. у д. 28/36 по 3-му Комсомольскому проезду г. Саратова,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19 января 2025 г., согласно которому осмотрен участок местности, расположенный у д. 28/36 по 3-му Комсомольскому проезду г. Саратова, где был обнаружен и изъят сверток в изоленте черного цвета с содержимым (т. 2 л.д. 74-79); - справка об исследовании № 147 от 20 января 2025 г., согласно которой, представленное на исследование вещество массой 0,96 гр., является наркотическим средством – смесью, в состав которой входит наркотическое средство PVP – производное наркотическое средство N-метилэфедрон (т. 2 л.д. 83);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21), массой 0,95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0,87 гр. у д. 32/40 по ул. Карла Маркса г. Саратова,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2 м. от подъезда № 6 д. 32/40 по ул. Карла Маркса г. Саратова, где был обнаружен и изъят сверток в изоленте черного цвета с содержимым (т. 2 л.д. 52-57) - справка об исследовании № 151 от 20 января 2025 г., согласно которой, представленное на исследование вещество массой 0,87 гр., является наркотическим средством – смесью, в состав которой входит наркотическое средство PVP – производное наркотическое средство N-метилэфедрон (т. 2 л.д. 61);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25), массой 0,86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2 л.д. 41-46); - справка об исследовании № 150 от 20 января 2025 г., согласно которой, представленное на исследование вещество массой 1 гр., является наркотическим средством – смесью, в состав которой входит наркотическое средство PVP – производное наркотическое средство N-метилэфедрон (т. 2 л.д. 50);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24), массой 0,99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0,92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2 м. от &lt;...&gt; где был обнаружен и изъят сверток в изоленте черного цвета с содержимым (т. 2 л.д. 30-35) - справка об исследовании № 149 от 20 января 2025 г., согласно которой, представленное на исследование вещество массой 1 гр., является наркотическим средством – смесью, в состав которой входит наркотическое средство PVP – производное наркотическое средство N-метилэфедрон (т. 2 л.д. 39);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23), массой 0,91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0,99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2 м. от &lt;...&gt; где был обнаружен и изъят сверток в изоленте черного цвета с содержимым (т. 2 л.д. 19-24); - справка об исследовании № 139 от 19 января 2025 г., согласно которой, представленное на исследование вещество массой 1 гр., является наркотическим средством – смесью, в состав которой входит наркотическое средство PVP – производное наркотическое средство N-метилэфедрон (т. 2 л.д. 28);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13), массой 0,98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0,90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2 л.д. 8-13); - справка об исследовании № 138 от 19 января 2025 г., согласно которой, представленное на исследование вещество массой 0,98 гр., является наркотическим средством – смесью, в состав которой входит наркотическое средство PVP – производное наркотическое средство N-метилэфедрон (т. 2 л.д. 17);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12), массой 0,89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0,92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2 м. от &lt;...&gt; где был обнаружен и изъят сверток в изоленте черного цвета с содержимым (т. 1 л.д. 247-250, т. 2 л.д. 1-2); - справка об исследовании № 137 от 19 января 2025 г., согласно которой, представленное на исследование вещество массой 0,92 гр., является наркотическим средством – смесью, в состав которой входит наркотическое средство PVP – производное наркотическое средство N-метилэфедрон (т. 2 л.д. 6);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11), массой 0,91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0,98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1 л.д. 236-241); - справка об исследовании № 152 от 20 января 2025 г., согласно которой, представленное на исследование вещество массой 0,98 гр., является наркотическим средством – смесью, в состав которой входит наркотическое средство PVP – производное наркотическое средство N-метилэфедрон (т. 1 л.д. 245);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26), массой 0,97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0,97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1 л.д. 225-230); - справка об исследовании № 136 от 19 января 2025 г., согласно которой, представленное на исследование вещество массой 0,97 гр., является наркотическим средством – смесью, в состав которой входит наркотическое средство PVP – производное наркотическое средство N-метилэфедрон (т. 1 л.д. 234);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10), массой 0,96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2 м. от &lt;...&gt; где был обнаружен и изъят сверток в изоленте черного цвета с содержимым (т. 1 л.д. 214-219); - справка об исследовании № 135 от 19 января 2025 г., согласно которой, представленное на исследование вещество массой 1 гр., является наркотическим средством – смесью, в состав которой входит наркотическое средство PVP – производное наркотическое средство N-метилэфедрон (т. 1 л.д. 223);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9), массой 0,99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1 гр. в 5 м. от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1 л.д. 203-208); - справка об исследовании № 133 от 19 января 2025 г., согласно которой, представленное на исследование вещество массой 1 гр., является наркотическим средством – смесью, в состав которой входит наркотическое средство PVP – производное наркотическое средство N-метилэфедрон (т. 1 л.д. 212);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7), массой 0,99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0,93 гр. в 5 м. от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1 л.д. 192-197); - справка об исследовании № 132 от 19 января 2025 г., согласно которой, представленное на исследование вещество массой 0,93 гр., является наркотическим средством – смесью, в состав которой входит наркотическое средство PVP – производное наркотическое средство N-метилэфедрон (т. 1 л.д. 201);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6), массой 0,92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массой 0,88 гр. у &lt;...&gt;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5 м. от &lt;...&gt; где был обнаружен и изъят сверток в изоленте черного цвета с содержимым (т. 1 л.д. 181-186); - справка об исследовании № 134 от 19 января 2025 г., согласно которой, представленное на исследование вещество массой 0,88 гр., является наркотическим средством – смесью, в состав которой входит наркотическое средство PVP – производное наркотическое средство N-метилэфедрон (т. 1 л.д. 190);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8), массой 0,87 гр., наркотическим средством – смесью, в состав которой входит наркотическое средство PVP – производное наркотическое средство N-метилэфедрон (т. 3 л.д. 13-36);</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Вину ФИО1 по эпизоду покушения на незаконный сбыт наркотического средства – смесь, в состав которой входит наркотическое средство PVP – производное наркотическое средство N-метилэфедрон суммарной массой 9 гр., подтверждают следующие доказательства. Вышеизложенные показания подозреваемого и обвиняемого ФИО5, свидетелей Свидетель №1, Свидетель №2, Свидетель №3, Свидетель №4 (т. 1 л.д. 109-124, 130-132, т. 3 л.д. 204-207, 208-211, 212-215, т. 3 л.д. 222-225); - вышеуказанный рапорт от 18 января 2025 г. (т. 1 л.д. 13); - вышеуказанный протокол личного досмотра от 18 января 2025 г. (т. 1 л.д. 14); - вышеуказанный протокол личного досмотра от 18 января 2025 г. (т. 1 л.д. 18); - протокол осмотра места происшествия от 18 января 2025 г., согласно которому осмотрен участок местности, расположенный в 3 м. от ворот &lt;...&gt; где были обнаружены и изъяты 2 свертка в изоленте черного цвета с содержимым, а также участок местности, расположенный в 2 м. 70 см. от забора &lt;...&gt; где были обнаружены и изъяты 5 свертков в изоленте черного цвета с содержимым (т. 1 л.д. 22-28); - справка об исследовании № 128 от 19 января 2025 г., согласно которой, представленное на исследование вещество массой 0,65 гр., является наркотическим средством – смесью, в состав которой входит наркотическое средство PVP – производное наркотическое средство N-метилэфедрон (т. 1 л.д. 17); - справка об исследовании № 129 от 19 января 2025 г., согласно которой, представленное на исследование вещество (объекты № № 1, 2) массой 1,91 гр., является наркотическим средством – смесью, в состав которой входит наркотическое средство PVP – производное наркотическое средство N-метилэфедрон (т. 1 л.д. 21); - справка об исследовании № 126 от 19 января 2025 г., согласно которой, представленное на исследование вещество (объекты № № 1, 2) массой 1,87 гр., является наркотическим средством – смесью, в состав которой входит наркотическое средство PVP – производное наркотическое средство N-метилэфедрон (т. 1 л.д. 31); - справка об исследовании № 127 от 19 января 2025 г., согласно которой, представленное на исследование вещество (объекты № № 1-5) массой 4,57 гр., является наркотическим средством – смесью, в состав которой входит наркотическое средство PVP – производное наркотическое средство N-метилэфедрон (т. 1 л.д. 34); - вышеуказанный протокол осмотра предметов от 21 января 2025 г.(т. 2 л.д. 183-226); - вышеуказанный протокол осмотра предметов от 05 марта 2025 г. (т. 4 л.д.7-21); - вышеуказанное заключение эксперта № 547 от 21 марта 2025 г., согласно которому представленное на экспертизу вещество (объект № 1), массой 1,85 гр.; вещество (объект № 2), массой 4,52 гр.; вещество (объект № 3), массой 0,64 гр.; вещество (объект № 4), массой 1,89 гр. является наркотическим средством – смесью, в состав которой входит наркотическое средство PVP – производное наркотическое средство N-метилэфедрон (т. 3 л.д. 13-36). Психическое состояние подсудимого судом проверено. В соответствии со справками медицинского учреждения ФИО1 на учете у врача-нарколога и врача-психиатра не состоит (т. 4 л.д. 135, 136). Согласно заключению врача-судебно-психиатрического эксперта (комиссии экспертов) № 226 от 13 марта 2025 г. ФИО1 хроническим психическим расстройством, слабоумием, временным болезненным расстройством психической деятельности или иным болезненным расстройством не страдает и не страдал ими во время совершения инкриминируемых ему деяний; мог в полной мере осознавать фактический характер и общественную опасность своих действий либо руководить ими; в настоящее время по своему психическому состоянию не представляет собой опасности для себя и других лиц, либо возможности причинения им иного существенного вреда, в применении принудительных мер медицинского характера не нуждается, может лично осуществлять принадлежащие ему и предусмотренные ст.ст. и 47 УПК РФ процессуальные права. ФИО1 наркоманией, алкоголизмом не страдает, в лечении от наркомании, алкоголизма не нуждается, обнаруживает пагубное употребление нескольких наркотических средств и использование других психоактивных веществ, в связи с этим ему рекомендовано наблюдение у врача-психиатра-нарколога (т. 3 л.д. 92-95). Выводы экспертов суд находит обоснованными, а подсудимого ФИО1 вменяемым и подлежащим уголовной ответственности. Оценив исследованные доказательства в совокупности, суд пришел к выводу о доказанности вины ФИО1 в совершении 20 преступлений, предусмотренных ч. 3 ст. , п. «а», «б» ч. 3 ст. 228.1 УК РФ , то есть в покушениях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значительном размере. Кроме того, суд находит доказанной вину ФИО1 в совершении 4 преступлений, предусмотренных ч. 3 ст. , п. «г» ч. 4 ст. 228.1 УК РФ , то есть в покушении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 Действия ФИО1 по каждому вышеуказанному эпизоду суд квалифицирует как самостоятельное преступление, поскольку, как установлено в судебном заседании, он имела умысел на сбыт наркотических средств нескольким лицам при отсутствии с ними предварительной договоренности на реализацию всего объема этих наркотических средств, однако не смог окончить преступления по независящим от нее причинам, в связи с ее задержанием и изъятием наркотических средств. Квалифицирующий признак совершения преступления с использованием информационно-телекоммуникационных сетей (включая сеть «Интернет») подтвержден данными о том, что ФИО1 при совершении всех вышеуказанных преступлений использовал компьютерное устройство – мобильный телефон марки «Redmi Note 9», установленный в нем интернет-мессенджеры «Telegram». А именно, с помощью указанных приложений он вел переписку с неустановленным соучастником и Лицом № 2 о незаконном сбыте наркотиков, в том числе согласовывал условия совершения преступлений и свою роль; получал от неизвестного соучастника информацию о местах нахождения закладок с наркотиками, откуда их извлекал; с помощью указанного телефона фотографировал места нахождения оборудованных им и Лицом № 2 закладок с наркотиками средствами, с целью их сбыта через приложение «Telegram» должен был передать фотографии с координатами закладок неизвестному соучастнику с помощью сети «Интернет». Квалифицирующий признак совершения преступления группой лиц по предварительному сговору подтвержден показаниями ФИО1, а также данными о том, что ФИО1, Лицо № 2 и неустановленный соучастник совместно совершили все вышеописанные преступления в соответствии с их ролями, заранее договорившись об их совместном совершении, что подтверждено их перепиской в приложении «Telegram». Квалифицирующий признак незаконного сбыта наркотических средств в значительном и крупном размерах подтверждены данными о том, что в соответствии с Постановлением Правительства № 1002 от 01.10.2012 наркотическое средство – смесь, в состав которой входит наркотическое средство PVP – производное наркотическое средство N-метилэфедрон, массой свыше 0,2 гр. признается значительным размером, а свыше 1 гр. – крупным размером. Совершение покушения на незаконный сбыт наркотических средств подтвержден тем, что умысел, направленный на незаконный сбыт наркотических средств ФИО1, действовавшим группой лиц по предварительному сговору, не был доведен до конца по независящим от этих лиц обстоятельствам, так как ФИО1 и Лицо №2 были задержаны, а наркотические средства были изъяты из незаконного оборота. Также, при квалификации действий подсудимого суд учитывает, что, по смыслу уголовного Закона, сбыт наркотического средства считается оконченным преступлением с момента выполнения лицом всех необходимых действий по передаче приобретателю указанного наркотического средства, независимо от их фактического получения приобретателем. Однако, если лицо в целях осуществления умысла на незаконный сбыт наркотических средств, незаконно хранит эти средства, и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приобретателю, то такое лицо несет уголовную ответственность за покушение на незаконный сбыт этих средств. При назначении наказания суд учитывает характер и степень общественной опасности преступлений, которые относятся к категории особо тяжких преступлений; личность виновного, в том числе состояние его здоровья и его близких, влияние наказания на его исправление и условия жизни его семьи, достижение таких целей наказания, как восстановление социальной справедливости и предупреждение совершения новых преступлений. ФИО1 места регистрации на территории РФ не имеет, по месту жительства характеризуется посредственно, неофициально, но работает, имеет на иждивении малолетнего ребенка, на учете у врачей нарколога и психиатра не состоит, ранее не судим, вину признал полностью, в содеянном раскаялся. Обстоятельствами, смягчающими наказание ФИО1 по всем преступлениям, суд в соответствии с п.п. «г», «и» ч. 1 ст. 61 УК РФ признает наличие малолетнего ребенка, а также активное способствование расследованию преступления, что выразилось в подробной даче показаний относительно обстоятельств сговора с неустановленным лицом, распределении ролей в данной группе, в том числе указание на места закладок наркотических средств, в результате чего они были обнаружены и изъяты. В соответствии с ч. 2 ст. 61 УК РФ суд также признает по всем преступлениям признание вины, раскаяние в содеянном, состояние его здоровья и его близких. Обстоятельств, отягчающих наказание, не имеется. С учетом изложенного, характера и степени общественной опасности совершенного преступления, личности подсудимого и других вышеуказанных обстоятельств, суд приходит к выводу, что наказание ФИО1 должно быть назначено в виде лишения свободы и считает, что исправление и перевоспитание подсудимого возможно лишь в условиях изоляции от общества. Правовых оснований для назначения наказания ФИО1 с применением ст. 73 УК РФ , или ч. 6 ст. 15 УК РФ с целью изменения подсудимому, категории преступления на менее тяжкую, суд не усматривает. При этом при назначении наказания за неоконченное преступление суд применяет правила ч. 3 ст. 66 УК РФ . Поскольку судом в отношении подсудимого ФИО1 установлены смягчающие наказание обстоятельства, предусмотренные п. «и» ч. 1 ст. 61 УК РФ , а обстоятельств, отягчающих наказание не имеется, суд при назначении наказания подсудимому ФИО1 применяет правила ч. 1 ст. 62 УК РФ . С учетом вида назначаемого подсудимому ФИО1 наказания, суд считает возможным не применять в качестве дополнительного наказания штраф и лишение права занимать определенные должности или заниматься определенной деятельностью, полагая, что цели наказания будут достигнуты применением основного наказания. Назначая подсудимому ФИО1 наказание по преступлениям, предусмотренным: - ч. 3 ст. и п.п. «а», «б» ч. 3 ст. 228.1 УК РФ суд учитывает, что санкция указанной уголовно-правовой нормы с учетом положений ч. 3 ст. (3/4 от 15 лет - 11 лет 3 месяца) и ч. 1 ст. (2/3 от 11 лет 3 месяцев - 7 лет 6 месяцев) УК РФ; - ч. 3 ст. и п. «г» ч. 4 ст. 228.1 УК РФ суд учитывает, что санкция указанной уголовно-правовой нормы с учетом положений ч. 3 ст. 66 УК РФ (3/4 от 20 – 15 лет) и ч. 1 ст. (2/3 от 15 – 10 лет) УК РФ, учитывая также, что судом установлены иные, вышеуказанные смягчающие обстоятельства, наказание ФИО1 следует назначить ниже низшего предела, без ссылки на ст. 64 УК РФ . На основании положений п. «в» ч. 1 ст. 58 УК РФ отбывание наказания ФИО1 как мужчине, осужденному за совершение особо тяжких преступлений, ранее не отбывавшему лишение свободы, следует назначить в исправительной колонии строгого режима. Учитывая сведения о личности, характер, степень общественной опасности и обстоятельства совершенного преступления, а также для обеспечения исполнения приговора суд считает необходимым оставить ранее избранную в отношении подсудимого меру пресечения в виде заключения под стражу без изменения до вступления приговора в законную силу. Разрешая вопрос о зачете в срок отбывания наказания времени задержания и содержания подсудимого ФИО1 под стражей, суд полагает, что фактически ФИО1 был задержан 18 января 2025 г., что следует из показаний самого подсудимого ФИО1, а также из рапорта инспектора 5-й роты полка ППСп УМВД России по г. Саратову от 18 января 2025 г. (т. 1 л.д. 13), а согласно протоколу задержания подозреваемого в порядке ст.ст. , 92 УПК РФ – 20 января 2025 г. В соответствии с ч. 3.2 ст. 72 УК РФ в срок отбывания наказания ФИО1 следует зачесть срок его фактического задержания и содержания под стражей с 18 января 2025 г. до вступления приговора в законную силу из расчета один день за один день отбывания наказания в исправительной колонии строгого режима. Судьбу вещественных доказательств следует решить в соответствии со ст. 81 УПК РФ . Руководствуясь статьями ст.ст. , и 309 УПК РФ , суд приговорил: ФИО1 признать виновным в совершении 20 преступлений, предусмотренных ч. 3 ст. , п.п. «а», «б» ч. 3 ст. 228.1 УК РФ и 4 преступлений, предусмотренных ч. 3 ст. , п. «г» ч. 4 ст. 228.1 УК РФ , и назначить ему наказание: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0,95 гр. у д. 4/8 по ул. им. ФИО2 С.Р. г. Саратова), в виде 6 (шести) лет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0,95 гр. у д. 10 по 3-му Комсомольскому проезду г. Саратова) в виде 6 (шести) лет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0,96 гр. у д. 24 по ул. 1-я Детская г. Саратова), в виде 6 (шести) лет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0,92 гр. у д. 32 по ул. 1-я Детская г. Саратова), в виде 6 (шести) лет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0,90 гр. у д. 9 по ул. Вяземская г. Саратова), в виде 6 (шести) лет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0,88 гр. у д. 44 по ул. 1-я Детская г. Саратова), в виде 6 (шести) лет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0,96 гр. у д. 35 по ул. 1-я Детская г. Саратова), в виде 6 (шести) лет лишения свободы;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0,87 гр. у д. 25 по ул. 1-я Детская г. Саратова), в виде 6 (шести) лет лишения свободы;</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0,98 гр. у &lt;...&gt; Саратова), в виде 6 (шести) лет лишения свободы;</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0,98 гр. у д. 13/17 А по 2-му Детскому проезду г. Саратова), в виде 6 (шести) лет лишения свободы;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0,96 гр. у д. 28/36 по 3-му Комсомольскому проезду г. Саратова), в виде 6 (шести) лет лишения свободы;</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0,87 гр. у д. 32/40 по ул. Карла Маркса г. Саратова), в виде 6 (шести) лет лишения свободы;</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ч. 3 ст. и п. «г» ч. 4 ст. 228.1 УК РФ (по факту покушения на незаконный сбыт наркотических средств массой 1 гр. у д. 39 по ул. 10-я Линия г. Саратова), в виде 7 (семи) лет лишения свободы;</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0,92 гр. у д. 41 по ул. 10-я Линия г. Саратова), в виде 6 (шести) лет лишения свободы;</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0,99 гр. у д. 96 по ул. 2-я Поперечная г. Саратова), в виде 6 (шести) лет лишения свободы;</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0,90 гр. у д. 22 по ул. 8-я Линия г. Саратова), в виде 6 (шести) лет лишения свободы;</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0,92 гр. у д. 3 по ул. 7-я Линия г. Саратова), в виде 6 (шести) лет лишения свободы;</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0,98 гр. у д. 31 по ул. 1-я Поперечная г. Саратова), в виде 6 (шести) лет лишения свободы;</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0,97 гр. у д. 9 по ул. 3-я Линия г. Саратова), в виде 6 (шести) лет лишения свободы;</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 ч. 3 ст. и п. «г» ч. 4 ст. 228.1 УК РФ (по факту покушения на незаконный сбыт наркотических средств массой 1 гр. у &lt;...&gt; Саратова), в виде 7 (семи) лет лишения свободы;</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 ч. 3 ст. и п. «г» ч. 4 ст. 228.1 УК РФ (по факту покушения на незаконный сбыт наркотических средств массой 1 гр. у д. 19 по ул. 3-му Парковому проезду г. Саратова), в виде 7 (семи) лет лишения свободы;</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0,93 гр. у д. 34 по ул. 3-му Парковому проезду г. Саратова), в виде 6 (шести) лет лишения свободы;</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массой 0,88 гр. у д. 53 по ул. 4-му Парковому проезду г. Саратова), в виде 6 (шести) лет лишения свободы;</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по ч. 3 ст. и п. «г» ч. 4 ст. 228.1 УК РФ (по факту покушения на незаконный сбыт наркотических средств массой 9 гр.), в виде 7 (семи) лет 6 (шести) месяцев лишения свободы. На основании ч. 2 ст. 69 УК РФ по совокупности преступлений окончательное наказание ФИО1 назначить путем поглощения менее строгого наказания более строгим в виде 7 (семи) лет 6 (шести) месяцев лишения свободы с отбыванием наказания в исправительной колонии строгого режима. Срок наказания осужденному ФИО1 исчислять с момента вступления приговора в законную силу. Зачесть в срок отбытия наказания ФИО1 время его нахождения под стражей с 18 января 2025 г., то есть со дня его фактического задержания, до дня вступления приговора в законную силу из расчета один день за один день отбывания наказания в исправительной колонии строгого режима. Меру пресечения в виде содержания под стражей оставить ФИО1 без изменения до вступления приговора в законную силу, с содержанием в ФКУ СИЗО-1 УФСИН России по Саратовской области. Вещественные доказательства: - наркотические средства – смесь, в состав которой входит наркотическое средство PVP- производное наркотическое средство N-метилэфедрон, остаточной массой 1,84 гр., 4,51 гр., 0,63 гр., 1,88 гр., 0,86 гр., 0,91 гр. 0,98 гр., 0,98 гр., 0,95 гр., 0,96 гр., 0,90 гр., 0,88 гр., 0,97 гр., 0,90 гр., 0,98 гр., 0,85 гр., 0,96 гр., 0,94 гр., 0,96 гр., 0,85 гр., 0,94 гр., 0,86 гр., 0,88 гр., 0,90 гр., 0,94 гр., 0,93 гр., 0,93, первоначальные упаковки наркотических средств, сотовые телефоны марки Redmi Note 9» и «TECNO SPARK 10C», хранящиеся в камере хранения вещественных доказательств ГУ МВД России по Саратовской области по квитанциям №№ 2063, 1116 - хранить до принятия итогового решения по уголовному делу, выделенному в отношении Лица № 2; (т. 4 л.д. 22-27, 30-33, 34-38, 41-44), - выписку о движении денежных средств по банковскому счету № 40820810856000200782, детализацию телефонных соединений, хранящиеся в материалах уголовного дела, - хранить до принятия итогового решения по уголовному делу, выделенному в отношении Лица № 2; - пневматический пистолет «Borner PM-X» № №, хранящийся в камере вещественных доказательств, - вернуть по принадлежности ФИО1 либо его представителю в соответствии с действующим законодательством. Приговор может быть обжалован в апелляционном порядке в судебную коллегию по уголовным делам Саратовского областного суда через Октябрьский районный суд г. Саратова в течение 15 суток со дня его провозглашения, а осужденным, содержащимся под стражей, - в тот же срок со дня вручения копии приговора. Осужденный вправе ходатайствовать о своем участии в рассмотрении уголовного дела судом апелляционной инстанции, о чем указывается в своей апелляционной жалобе или в возражениях на жалобы, представления, принесенные другими участниками уголовного процесса. Председательствующий С.В. Калашников Суд: Октябрьский районный суд г. Саратова (Саратовская область) (подробнее) Судьи дела: Калашников Сергей Владимирович (судья) (подробнее) Последние документы по делу: Приговор от 2 сентября 2025 г. по делу № 1-103/2025 Приговор от 16 июня 2025 г. по делу № 1-103/2025 Приговор от 10 июня 2025 г. по делу № 1-103/2025 Приговор от 8 апреля 2025 г. по делу № 1-103/2025 Приговор от 23 марта 2025 г. по делу № 1-103/2025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