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конверт белого цвета, опечатанный и заклеенный по периметру 4 оттисками печати №2 эксперта ОМВД России по Петушинскому району, с пояснительной надписью: Одиннадцать фрагментов фольги белого цвета, изъятые 13.07.2024 по адресу: адрес, и подписью эксперта Ж При вскрытии упаковки внутри обнаружены одиннадцать прозрачных полимерных упаковок, имеющих нумерацию 4-11 и 18-19, 11 фрагментов фольги белого цвета, формой близкой к прямоугольной различных размеров, имеющих неровные края в виде выступов и выемок и деформацию поверхности в виде складок, и бумажный конверт первоначальной упаковки.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конверт белого цвета, опечатанный и заклеенный по периметру 4 оттисками печати №2 эксперта ОМВД России по Петушинскому району, с пояснительной надписью: Восемь фрагментов фольги белого цвета, изъятые 05.06.2024 по адресу: адрес, у адрес, и подписью эксперта Ж При вскрытии упаковки внутри обнаружены девять прозрачных полимерных упаковок, 8 из которых имеют нумерацию 1-8, 1 без нумерации, 8 фрагментов фольги белого цвета, формой близкой к прямоугольной различных размеров, имеющих неровные края в виде выступов и выемок и деформацию поверхности в виде складок, 1 полимерный фрагмент и бумажный конверт первоначальной упаковки.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полимерный пакет с рулоном фольги внутри, опечатанный оттиском печати №2 эксперта ОМВД России по Петушинскому району, с пояснительной надписью: Рулон фольги, изъятый 13.07.2024 по адресу: адрес подписью эксперта Ж При вскрытии упаковки внутри обнаружен начатый рулон фольги белого цвета, выполненный в виде ленты многократно накрученной на картонную пустотелую трубку, край которого имеет выступы и выемки. Участвующий в осмотре ФИО2 пояснил, что рулон фольги, изъятый по месту его жительства 13.07.2024 по адресу: адрес, и соответственно осматриваемый при данном осмотре, он использовал для упаковки наркотического средства - каннабиса (марихуаны) в отдельные фольгированные свертки у себя дома, для дальнейшей их продажи, а также для личного потребления. Представленные на осмотре фрагменты фольгированных свертков в количестве 19 штук использовались им как упаковка наркотического средства - каннабиса (марихуаны). Полимерный пакет также использовался им для хранения наркотического средства - каннабиса (марихуаны) (т.1 л.д.222-224) Допрошенные в ходе предварительного расследования свидетели Свидетель №4 и Свидетель №5 показали, что 13 июля 2024 года в дневное время они находились дома. Около 14 часов 00 минут к ним в дверь постучали сотрудники полиции. Они представились и предложили им поучаствовать в проведении обследования квартиры соседа, в качестве приглашенных на добровольной основе граждан для наблюдения за ходом мероприятия, проводимого в отношении мужчины по имени - ФИО2 И, проживающего по адресу: адрес, на что они согласились. Они пошли в адрес, где и было произведено ее обследование с участием хозяина квартиры - ФИО2 В начале данного мероприятия сотрудником полиции всем участвующим лицам были разъяснены их права и обязанности и предъявлено на обозрение постановление председателя Петушинского районного суда от 12.07.2024 о разрешении проведения данного мероприятия. Затем сотрудник полиции, спросил у ФИО2, имеются ли по месту его жительства наркотические средства и иные предметы, запрещенные к обороту на территории Российской Федерации. ФИО2 признался, что в квартире находятся наркотические вещества. Далее сотрудниками полиции было проведено обследование квартиры ФИО2 В ходе осмотра квартиры сотрудником полиции были обнаружены и изъяты следующие предметы: в коридоре в шкафу нашли полимерный черный пакет, в котором находилось два прозрачных вакуумных пакета с веществами растительного происхождения, над шкафом в антресоли была найдена стеклянная банка с таким же растительным веществом, полимерный пакет с растительным веществом, электронные весы, банка черного цвета с надписью «НЕФТЬ» в которой лежало три полимерных пакета с растительными веществами, пакет в котором было восемь фольгированных свертков с растительными веществами, пакет с остатками растительного вещества, далее в комнате на мебельной стенке сотрудники полиции нашли три фольгированных свертка с растительными веществами, банковскую карту, сотовый телефон «Самсунг», в ящике стенки еще нашли бумажный сверток с растительным веществом, еще одни электронные весы поменьше, и денежные средства в общей сумме 231000 рублей разными купюрами номиналами 5000, 2000 и 1000 рублей, еще две банковские карты разных банков. Также в ходе данного мероприятия у ФИО2 были изъяты различные образцы для сравнительных исследований, как пояснили им сотрудники полиции, и еще на кухне те обнаружили открытый рулон фольги. Когда сотрудники находили различные упаковки с растительными веществами, то они их аккуратно открывали, но только те упаковки, которые были уже вскрытыми или легко открывались, и показывали им, чтобы они убедились, что в них действительно эти вещества. Все изъятые предметы были упакованы сотрудником полиции в отдельные упаковки, на которых тот сделал соответствующие пояснительные надписи, и опечатал листками бумаги с оттиском печати «Для пакетов №1 ОМВД России по адрес», на которых все участвующие лица поставили свои подписи так как каких-либо замечаний по составлению протокола от них не поступало, и они заверили данный документ своими подписями (т.1 л.д.127-129,130-132) Согласно показаниям свидетеля Свидетель №7 в ходе расследования, он являлся потребителем наркотического средства марихуаны, которую употреблял путем курения. У него есть знакомый по имени Александр, фамилия которого как он теперь узнал - ФИО2. Он знаком с ним около года, ФИО2 проживает в г.Петушки. От ФИО2 ему стало известно, что у него можно приобрести наркотическое средство марихуану. Он в целях приобретения наркотического средства марихуаны для личного употребления обращался к ФИО2 Для этого он звонил ФИО2 со своего телефонного номера «№» на его телефонный номер «№». По телефону они договаривались о месте и времени встречи. Открыто о наркотиках с ФИО2 они не говорили, а вели разговор завуалировано. Например, он спрашивал ФИО2, может ли он прогуляться, что означало, возможно, ли к нему приехать для приобретения наркотиков, когда ФИО2 отвечал, что да, это означало, что он может приехать к нему для приобретения наркотиков. Потом он приезжал к ФИО2 в г.Петушки. В основном они встречались у магазина «Три хмеля», где он передавал ФИО2 наличные деньги - около 1000-1200 рублей за один сверток (столько стоит один грамм наркотического средства марихуаны), а ФИО2 передавал ему фольгированный сверток с марихуаной. Он обращался к ФИО2 несколько десятков раз для приобретения наркотического средства марихуаны, сколько точно уже не помнит (т.2 л.д.74-75) В ходе осмотра предметов (документов) от 12.09.2024, с участием обвиняемого ФИО2 и защитника Зоткина М.В. был осмотрен мобильный телефон «Самсунг Гэлэкси S 20 FE» в корпусе темно-синего цвета, изъятый в ходе проведения оперативно-розыскного мероприятия «Обследование помещений, зданий, сооружений, участков местности и транспортных средств» по адресу: адрес. В ходе осмотра в телефоне в приложении «Ватсап» обнаружены звонки и переписки ФИО2 с различными контактами, из содержания которых следует, что он вел переговоры по поводу сбыта наркотических средств, с применением методов конспирации. Участвующий в осмотре ФИО2, подтвердил, что переписки между ним и указанными пользователями велись на предмет продажи им наркотического средства марихуаны. После осмотра мобильный телефон признан в качестве вещественного доказательства (т.1 л.д.207-212) По преступлению, предусмотренному ч.2 ст. 228 УК РФ Постановлением председателя Петушинского районного суда Владимирской области от 12.07.2024, для проверки оперативной информации о причастности ФИО2 к незаконному сбыту наркотических средств, разрешено проведение в отношении ФИО2 оперативно-розыскного мероприятия«Обследование помещений, зданий, сооружений, участков местности и транспортных средств» в жилище по адресу: адрес (т.1 л.д.116) На основании постановления о предоставлении результатов оперативно-розыскной деятельности органу дознания, следователю или в суд от 15.07.2024 результаты оперативно-розыскного мероприятия «Обследование помещений, зданий, сооружений, участков местности и транспортных средств» в отношении ФИО2 направлены в СО ОМВД России по Петушинскому району для принятия решения в порядке ст.ст. - 145 УПК РФ (т.1 л.д.115) Согласно протоколу обследования помещений, зданий, сооружений, участков местности и транспортных средств от 13.07.2024, с участием ФИО2 проведено обследование адрес.9 по адрес. В коридоре в шкафу обнаружен полимерный черный пакет с двумя прозрачными вакуумными пакетами с веществами растительного происхождения, над шкафом в антресоли обнаружена стеклянная банка с таким же растительным веществом, полимерный пакет с растительным веществом, электронные весы NOTEBOOK, банка черного цвета с надписью «НЕФТЬ» с тремя полимерными пакетами с растительными веществами, пакет с восемью фольгированными свертками с растительными веществами, пакет с остатками растительного вещества. В комнате на мебельной стенке обнаружено три фольгированных свертка с растительными веществами, банковская карта, сотовый телефон «Самсунг», в ящике стенки обнаружен бумажный сверток с растительным веществом, еще одни электронные весы и денежные средства в общей сумме 231000 рублей разными купюрами номиналами 5000, 2000 и 1000 рублей, две банковские карты разных банков. На кухне обнаружен открытый рулон фольги. В дальнейшем изъятые предметы были осмотрены и признаны вещественными доказательствами. Также в ходе данного мероприятия у ФИО2 были изъяты различные образцы для сравнительных исследований (т.1 л.д.117-124,161-162,187-190) Справкой об исследовании №3/505 от 14.07.2024 и заключением эксперта №3/724 от 29.07.2024 установлено, что предоставленное на исследование вещество содержит в своем составе никотин и наркотическое средство тетрагидроканнабинол, который является наркотически активным компонентом растения конопля (растения рода Cannabis), а также наркотических средств, получаемых из растения конопли: каннабиса (марихуаны), гашиша (анаши, смолы каннабиса), гашишного масла массой 0,67 грамма (т.1 л.д.144-146,151-159) Как следует из заключений эксперта №3/725 от 22.07.2024 и №3/720 от 19.07.2024 на поверхностях электронных весов в полимерном корпусе серого и черного цвета, изъятых 13.07.2024 из адрес.9 по адрес, и на смывах с рук ФИО2 обнаружены следы наркотического средства тетрагидроканнабинола. В дальнейшем указанные весы и ватный тампон со смывами рук были осмотрены и признаны вещественными доказательствами (т.1 л.д.168-172,174-176,194-198) В ходе осмотра предметов (документов) от 10.09.2024 с участием обвиняемого ФИО2 и защитника Зоткина М.В. были осмотрены смывы с рук ФИО2, на которых, согласно заключению эксперта, имеются следы наркотического средства тетрагидроканнабинола. Участвующий в осмотре ФИО2 пояснил, что данные следы могли остаться у него на ладонях рук, так как он периодически употреблял наркотическое средство марихуану (т.1 л.д.200-202) Допрошенные в ходе предварительного расследования свидетели Свидетель №4 и Свидетель №5 показали, что 13 июля 2024 года в дневное время они находились дома. Около 14 часов 00 минут к ним в дверь постучали сотрудники полиции. Они представились и предложили им поучаствовать в проведении обследования квартиры соседа, в качестве приглашенных на добровольной основе граждан для наблюдения за ходом мероприятия, проводимого в отношении мужчины по имени - ФИО2 И, проживающего по адресу: адрес, на что они согласились. Они пошли в адрес, где и было произведено ее обследование с участием хозяина квартиры - ФИО2 В начале данного мероприятия сотрудником полиции всем участвующим лицам были разъяснены их права и обязанности и предъявлено на обозрение постановление председателя Петушинского районного суда от 12.07.2024 о разрешении проведения данного мероприятия. Затем сотрудник полиции, спросил у ФИО2, имеются ли по месту его жительства наркотические средства и иные предметы, запрещенные к обороту на территории Российской Федерации. ФИО2 признался, что в квартире находятся наркотические вещества. Далее сотрудниками полиции было проведено обследование квартиры ФИО2 В ходе осмотра квартиры сотрудником полиции были обнаружены и изъяты следующие предметы: в коридоре в шкафу нашли полимерный черный пакет, в котором находилось два прозрачных вакуумных пакета с веществами растительного происхождения, над шкафом в антресоли была найдена стеклянная банка с таким же растительным веществом, полимерный пакет с растительным веществом, электронные весы, банка черного цвета с надписью «НЕФТЬ» в которой лежало три полимерных пакета с растительными веществами, пакет в котором было восемь фольгированных свертков с растительными веществами, пакет с остатками растительного вещества, далее в комнате на мебельной стенке сотрудники полиции нашли три фольгированных свертка с растительными веществами, банковскую карту, сотовый телефон «Самсунг», в ящике стенки еще нашли бумажный сверток с растительным веществом, еще одни электронные весы поменьше, и денежные средства в общей сумме 231000 рублей разными купюрами номиналами 5000, 2000 и 1000 рублей, еще две банковские карты разных банков. Также в ходе данного мероприятия у ФИО2 были изъяты различные образцы для сравнительных исследований, как пояснили им сотрудники полиции, и еще на кухне те обнаружили открытый рулон фольги. Когда сотрудники находили различные упаковки с растительными веществами, то они их аккуратно открывали, но только те упаковки, которые были уже вскрытыми или легко открывались, и показывали им, чтобы они убедились, что в них действительно эти вещества. Все изъятые предметы были упакованы сотрудником полиции в отдельные упаковки, на которых тот сделал соответствующие пояснительные надписи, и опечатал листками бумаги с оттиском печати «Для пакетов №1 ОМВД России по Петушинскому району», на которых все участвующие лица поставили свои подписи так как каких-либо замечаний по составлению протокола от них не поступало, и они заверили данный документ своими подписями (т.1 л.д.127-129,130-132) Показания свидетелей Свидетель №6, «Свидетель №1», Свидетель №2, Свидетель №3, Свидетель №4, Свидетель №5, Свидетель №7 данные в ходе предварительного следствия, доказательства, содержащиеся в исследованных судом материалах настоящего уголовного дела, суд признает относимыми и допустимыми доказательствами причастности ФИО2 к совершению преступлений, поскольку они получены в установленном законом порядке. Они последовательны, непротиворечивы, согласуются между собой. Кроме того, их достоверность объективно подтверждается другими доказательствами, исследованными в ходе судебного разбирательства, в частности, данными, полученными в результате проведения следственных действий, в связи с чем, суд считает возможным положить показания указанных свидетелей в основу обвинения ФИО2 Оснований для оговора свидетелями, либо их иной личной заинтересованности в привлечении ФИО2 к уголовной ответственности за преступления, судом не установлено, и из исследованных материалов уголовного дела не усматривается. Обстоятельств, которые могут поставить под сомнение достоверность результатов оперативно-розыскных мероприятий, а также проведенных следственных действий, судом при рассмотрении уголовного дела не выявлено, поэтому суд также считает возможным положить их в основу обвинения подсудимого ФИО2 и учитывает в совокупности с другими доказательствами по делу исследованными судом. Анализ приведенных выше доказательств позволяет утверждать о том, что в действиях сотрудников полиции, отсутствуют признаки провокации преступлений, а умысел подсудимого на незаконный оборот наркотических средств сформировался вне зависимости от деятельности правоохранительных органов. Оперативно-розыскные мероприятия проводились в соответствии с требованиями Федерального закона РФ «Об оперативно-розыскной деятельности» с целью установления лиц, причастных к незаконному обороту наркотических средств, при наличии правовых оснований для их проведения. Проведение в отношении ФИО2 нескольких оперативно-розыскных мероприятий было вызвано необходимостью установить конкретные данные лиц, занимающихся незаконным сбытом запрещенных веществ, с целью раскрытия совершаемых преступлений, при этом повторные закупки у него не осуществлялись. Суд приходит к выводу, что обстоятельства совершения преступлений, изложенные в обвинении ФИО2 объективно подтверждаются достаточной совокупностью доказательств, представленных стороной обвинения. В соответствии с изложенным, суд полагает вину ФИО2 в совершении преступлений полностью доказанной и квалифицирует его действия: - по п.«б» ч.3 ст. 228.1 УК РФ - как незаконный сбыт наркотических средств в значительном размере, - по ч.3 ст. , п.«г» ч.4 ст. 228.1 УК РФ - как покушение на незаконный сбыт наркотических средств в крупном размере, - ч.2 ст. 228 УК РФ - как незаконное приобретение и хранение без цели сбыта наркотических средств в крупном размере. Законных оснований для иной правовой оценки действий ФИО2, либо его оправдания, не имеется. Размер наркотических средств установлен в соответствии с Постановлением Правительства РФ №1002 от 01.10.2012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2281, и 2291 Уголовного кодекса Российской Федерации». При определении квалификации по ч.3 ст. , п.«г» ч.4 ст. 228.1 УК РФ суд исходит из совокупности доказательств, в том числе, признательных показаний самого ФИО2, данных им в ходе предварительного расследования, показаний свидетелей, имеющейся у сотрудников полиции информации о причастности ФИО2 к незаконному обороту наркотических средств, количества изъятого наркотического средства, часть из которого была расфасована в удобные для сбыта свертки, информации, извлеченной из мобильного телефона, изъятого у ФИО2, что свидетельствует о его умысле на сбыт наркотического средства, который не был доведен до конца по не зависящим от него обстоятельствам. В ходе судебного разбирательства ФИО2 не выразил сомнений в своем нормальном психическом состоянии, его поведение не отклонялось от общепринятых норм. При таких обстоятельствах, учитывая поведение ФИО2 в период предварительного и судебного следствия, когда он активно осуществлял свои процессуальные права, суд не усматривает оснований для сомнений в психической полноценности подсудимого и в отношении содеянного признает его вменяемым. При назначении наказания суд учитывает положения ст.ст. , , 60 УК РФ , характер и степень общественной опасности совершенных деяний, данные о личности подсудимого, его возраст и состояние здоровья, наличие смягчающих обстоятельств, влияние назначенного наказания на исправление подсудимого и на условия жизни его семьи. ФИО2 ранее не судим, к административной ответственности не привлекался, совершил умышленное тяжкое преступление и два умышленных особо тяжких преступления, * Обстоятельствами, смягчающими наказание виновного по каждому преступлению, являются в соответствии с п.«и» ч.1 ст. 61 УК РФ - явка с повинной, содержащаяся в объяснениях ФИО2 данных до возбуждения уголовного дела (т.1 л.д.125), в которых он сообщил конкретные обстоятельства совершения преступлений, которые не были известны следственному органу, активное способствование раскрытию и расследованию преступлений, выразившееся в даче ФИО2 подробных показаний об обстоятельствах совершенных преступлений, в том числе изобличающих иное лицо в совершении преступлений, связанных с незаконным оборотом наркотических средств, участии в следственных действиях; на основании ч.2 ст. 61 УК РФ - признание вины и раскаяние в содеянном, принесение извинений в судебном заседании, возраст виновного, состояние здоровья, а также то обстоятельство, что ФИО2 впервые привлекается к уголовной ответственности. Обстоятельств, отягчающих наказание ФИО2, судом не установлено. Анализируя фактические обстоятельства совершенных преступлений, принимая во внимание их характер и степень общественной опасности, суд приходит к выводу о том, что достижение целей наказания, предусмотренных ч.2 ст. 43 УК РФ , а именно восстановление социальной справедливости, исправление виновного и предупреждение совершения новых преступлений, возможно только путем назначения ФИО2 наказания исключительно в виде лишения свободы. Иной менее строгий вид наказания не будет отвечать целям достижения исправления подсудимого. Оснований для применения положений ст. 73 УК РФ при назначении ФИО2 наказания в виде лишения свободы суд не усматривает, поскольку с учетом личности подсудимого, характера и общественной опасности преступлений его исправление возможно лишь в условиях реального отбытия данного наказания. При этом суд полагает назначение наказания в виде лишения свободы подсудимому достаточным без применения дополнительных видов наказаний, предусмотренных санкцией ч.2 ст. , ч.3 и ч.4 ст. 228.1 УК РФ . При определении срока наказания в виде лишения свободы суд руководствуется положениями ч.1 ст. 62 УК РФ , поскольку по делу установлены смягчающие наказание обстоятельства, предусмотренные п.«и» ч.1 ст. 61 УК РФ , при отсутствии отягчающих. При назначении наказания по ч.3 ст. , п.«г» ч.4 ст. 228.1 УК РФ суд также учитывает положения ч.3 ст. 66 УК РФ . С учетом фактических обстоятельств преступлений и степени их общественной опасности суд не усматривает оснований для изменения категории преступлений на менее тяжкие в порядке, предусмотренном ч.6 ст. 15 УК РФ , а также оснований для применения к подсудимому как альтернативы лишению свободы принудительных работ и замены наказания в виде лишения свободы принудительными работами в соответствии со ст. 53.1 УК РФ . Исключительных обстоятельств, связанных с целями и мотивами преступлений, ролью виновного, его поведением во время или после совершения преступлений, и других обстоятельств, существенно уменьшающих степень общественной опасности преступлений, судом не установлено, в связи с чем оснований для применения ст. 64 УК РФ не имеется. Окончательное наказание ФИО2 следует назначить путем частичного сложения, согласно ч.3 ст. 69 УК РФ . В соответствии с п.«в» ч.1 ст. 58 УК РФ местом отбывания наказания ФИО2 следует определить исправительную колонию строгого режима. Меру пресечения в отношении ФИО2 до вступления приговора в законную силу суд считает необходимым оставить без изменения в виде заключения под стражей. В силу ч.3.2 ст. 72 УК РФ в срок лишения свободы подлежит зачету время содержания ФИО2 под стражей с 13 июля 2024 года до вступления приговора в законную силу, из расчета один день содержания под стражей за один день отбывания наказания в исправительной колонии строгого режима. Учитывая, что дополнительное наказание в виде штрафа ФИО2 не назначено, а из предъявленного обвинения и исследованных материалов дела не следует, что денежные средства, на которые наложен арест, получены в результате совершения преступлений, то есть оснований для конфискации не имеется, суд считает необходимым снять арест с денежных средств в сумме 231000 рублей. Вопрос о судьбе вещественных доказательств суд разрешает согласно ч.3 ст. 81 УПК РФ . При этом согласно п.1 ч.3 ст. 81 УПК РФ орудия, оборудование или иные средства совершения преступления, принадлежащие обвиняемому, подлежат конфискации. Мобильный телефон марки «Самсунг Гэлэкси S 20 FE» принадлежащий ФИО2 подлежит конфискации в доход государства, поскольку фактические обстоятельства дела свидетельствуют о том, что он использовался ФИО2 при незаконном сбыте наркотических средств, то есть использовался как средство совершения преступления. Руководствуясь ст.ст. , - 309 УПК РФ , суд, приговорил: ФИО2 признать виновным в совершении преступлений, предусмотренных п.«б» ч.3 ст. 228.1 , ч.3 ст. , п.«г» ч.4 ст. 228.1 , ч.2 ст. 228 УК РФ , за которые назначить ему наказание в виде лишения свободы: - по п.«б» ч.3 ст. 228.1 УК РФ на срок 8 (восемь) лет, - по ч.3 ст. , п.«г» ч.4 ст. 228.1 УК РФ на срок 9 (девять) лет, - ч.2 ст. 228 УК РФ на срок 3 (три) года. В соответствии с ч.3 ст. 69 УК РФ по совокупности преступлений путем частичного сложения назначенных наказаний назначить ФИО2 окончательное наказание в виде лишения свободы на срок 10 (десять) лет с отбыванием в исправительной колонии строгого режима. Меру пресечения в отношении ФИО2 до вступления приговора суда в законную силу оставить без изменения в виде заключения под стражей. Срок отбывания наказания в виде лишения свободы ФИО2 исчислять со дня вступления приговора в законную силу. Зачесть ФИО2 в срок лишения свободы время его содержания под стражей в период с 13 июля 2024 года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режима. Снять арест, наложенный на денежные средства в сумме 231000 рублей, принадлежащие ФИО2 После вступления приговора в законную силу вещественные доказательства: - наркотическое средство каннабис в 8 полимерных пакетах с линейными застежками общей массой 6,2 грамма, наркотическое средство каннабис (объекты №1-19) общей массой 561,7 грамм, наркотическое средство тетрагидроканнабинол (объект №20) массой 0,341 грамма, электронные весы в корпусе серого цвета, электронные весы марки «NOTEBOOK» в корпусе черного цвета, первоначальные упаковки из-под наркотических средств, полимерный пакет, рулон фольги - уничтожить, - ватный тампон со смывами с рук ФИО2, компакт-диск с записью, полученной в результате проведения ОРМ «Проверочная закупка» от 05.06.2024, компакт-диск с записями, полученными в результате проведения ОРМ «Прослушивание телефонных переговоров» - хранить при материалах уголовного дела, - мобильный телефон марки «Самсунг Гэлэкси S 20 FE» в корпусе темно-синего цвета - конфисковать в доход государства. Приговор может быть обжалован в апелляционном порядке во Владимирский областной суд через Петушинский районный суд в течение 15 суток со дня провозглашения, а осужденным, содержащимся под стражей, в тот же срок со дня получения копии приговора.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жалобы, представления, принесенные другими участниками уголовного процесса. Председательствующий * Ю.В. Шилова Суд: Петушинский районный суд (Владимирская область) (подробнее) Судьи дела: Шилова Юлия Вячеславовна (судья) (подробнее) Последние документы по делу: Приговор от 24 ноября 2025 г. по делу № 1-110/2025 Апелляционное постановление от 29 октября 2025 г. по делу № 1-110/2025 Приговор от 25 июня 2025 г. по делу № 1-110/2025 Приговор от 23 февраля 2025 г. по делу № 1-110/2025 Приговор от 18 февраля 2025 г. по делу № 1-110/2025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