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ходе осуществления коммерческой деятельности ООО «Монолит-Строй» (застройщик/заказчик) получено разрешение № от ДД.ММ.ГГГГ на строительство многоквартирного жилого дома по адресу: &lt;адрес&gt; на основании которого и, в соответствиис проектной документацией предусмотрено, как неотъемлемая часть строительства дома, выполнение ООО «Монолит-Строй» работ по устройству (строительству) наружных инженерных сетей к строящемуся жилому дому по адресу: &lt;адрес&gt;, которые являются устройствами и сооружениями, необходимыми для подключения (технологического присоединения) указанного дома к сетям инженерно-технического обеспечения теплоснабжения, водоснабжения, канализации и электроснабжения в точках подключения. Кроме того, ООО «Монолит-Строй» (застройщик/заказчик) получено разрешение № от ДД.ММ.ГГГГ на строительство многоквартирного жилого дома по адресу: &lt;адрес&gt; на основании которого и, в соответствии с проектной документацией предусмотрено, как неотъемлемая часть строительства дома, выполнение ООО «Монолит-Строй» работ по устройству (строительству) наружных инженерных сетей к строящемуся жилому дому по адресу: &lt;адрес&gt;, которые являются устройствами и сооружениями, необходимыми для подключения (технологического присоединения) указанного дома к сетям инженерно-технического обеспечения теплоснабжения, водоснабжения, канализации и электроснабжения в точках подключения. Мирошкина Т.В. и лицо 3, достоверно зная и понимая, что МКУ «ОКС» и администрация Гурьевского муниципального района не являются заказчиками строительства многоквартирных жилых домов по адресу: &lt;адрес&gt;, а также то, что коммерческое строительство указанных многоквартирных домов осуществляет ООО «Монолит-Строй», а также ООО «Монолит», выступающим генеральным подрядчиком строительства домов, а работы по устройству (строительству) наружных инженерных сетей к строящимся жилым домам по адресу: &lt;адрес&gt; предусмотрены проектной документацией и являются ее неотъемлемой частью при коммерческом строительстве указанных многоквартирных жилых домов, а равно являются обязательными к выполнению ООО «Монолит-Строй», ООО «Монолит» самостоятельно при их коммерческом строительстве, не позднее 02.10.2014, находясь на территории Кемеровской области, приняли предложение лица 1 совершить хищение чужого имущества - денежных средств из бюджета муниципального образования «Гурьевский муниципальный район» путем заключения и оплаты стоимости муниципального контракта на выполнение работ по устройству (строительству) наружных инженерных сетей к строящимся жилым домам на расчетный (банковский) счет ООО «Монолит». Не позднее 02.10.2014, находясь на территории Кемеровской области, Мирошкина Т.В., реализуя совместный с лицом 2 и лицом 1 преступный умысел, действуя совместно и согласованно с ними, умышленно, организованной группой, с целью хищения чужого имущества - бюджетных денежных средств муниципального образования «Гурьевский муниципальный район», из корыстных побуждений, путем обмана, в соответствии с определенными функциями и договоренностью с остальными участниками организованной группы, определили предмет хищения в виде бюджетных денежных средств при проведении электронного аукциона и заключения незаконного муниципального контракта на выполнение работ по устройству (строительству) наружных инженерных сетей к жилым домам по адресу: &lt;адрес&gt;, заведомо зная, что администрация Гурьевского муниципального района и МКУ «ОКС» не имеют права выступать в роли заказчика названных работ и оплачивать ООО «Монолит», фактически выступающим генеральным подрядчиком строительства указанных домов, данный вид работ, так как работы по устройству (строительству) наружных инженерных сетей к жилым домам входят в объем коммерческого строительства указанных домов, которое осуществляет ООО «Монолит-Строй». Во исполнение задуманного, организованной группой было осуществлено следующее. Для переселения граждан из многоквартирных домов, признанных в установленном порядке непригодными для проживания, а также для предоставления жилых помещений детям-сиротам, детям, оставшихся без попечения родителей, между муниципальным казенным учреждением «Отдел капитального строительства администрации Гурьевского муниципального района» (далее – МКУ «ОКС») в лице его директора Л и ООО «Монолит-Строй» в лице директора лица 1 заключены муниципальные контракты: -№ от 21.07.2014, для переселения граждан из ветхого и аварийного жилья, в целях обеспечения муниципальных нужд; -№ от 03.09.2014, для обеспечения жилыми помещениями детей-сирот и детей, оставшихся без попечения родителей, в целях обеспечения муниципальных нужд, согласно которых ООО «Монолит-Строй» приняты обязательства своими силами и (или) с привлечением других лиц построить (создать) на земельном участке, расположенном по адресу: &lt;адрес&gt;, многоквартирный жилой дом, а затем, после получения разрешения на ввод в эксплуатацию указанного дома передать МКУ «ОКС» объекты долевого строительства, в частности: -в виде 8 (восьми) двухкомнатных и 21 (двадцати одной) однокомнатных квартиры, с площадью 29 (двадцати девяти) квартир равной 980,39 квадратных метров, со стоимостью муниципального контракта № от 21.07.2014 в сумме 29 411 700 руб., 00 коп.; -в виде 1 (одной) однокомнатной квартиры, с площадью 1 (одной) квартиры равной 37,00 квадратных метров, со стоимостью муниципального контракта № от 03.09.2014 в сумме 1 110 000 руб., 00 коп., при этом, согласно условиям вышеуказанных муниципальных контрактов, каждая из приобретенных квартир должна быть благоустроена, подключенак тепло-водо-электроснабжению и быть пригодной, безопасной для проживания граждан. Кроме того, для переселения граждан из многоквартирных домов, признанных в установленном порядке непригодными для проживания, а также для предоставления жилых помещений детям-сиротам, детям, оставшихся без попечения родителей, между МКУ «ОКС» в лице его директора Л и ООО «Монолит-Строй» в лице директора лицо 2 заключены муниципальные контракты: -№ от 11.08.2014, для обеспечения жилыми помещениями многодетных семей, в целях обеспечения муниципальных нужд; -№ от 14.08.2014, для обеспечения жилыми помещениями детей-сирот и детей, оставшихся без попечения родителей, в целях обеспечения муниципальных нужд; -№ от 14.08.2014, для переселения граждан из ветхого и аварийного жилья, в целях обеспечения муниципальных нужд, согласно которых ООО «Монолит-Строй» приняты обязательства своими силами и (или) с привлечением других лиц построить (создать) на земельном участке, расположенном по адресу: &lt;адрес&gt;, многоквартирный жилой дом, а затем, после получения разрешения на ввод в эксплуатацию указанного дома передать МКУ «ОКС» объекты долевого строительства, в частности: -в виде 1 (одной) трехкомнатной и 1 (одной) двухкомнатной квартиры, с площадью 2 (двух) квартир равной 112,28 квадратных метров, со стоимостью муниципального контракта № от 11.08.2014 в сумме 3 368 400 руб., 00 коп.; -в виде 2 (двух) однокомнатных квартир, с площадью 2 (двух) квартир равной 72,33 квадратных метров, со стоимостью муниципального контракта № от 14.08.2014 в сумме 2 169 900 руб., 00 коп.; -в виде 1 (одной) трехкомнатной, 5 (пяти) двухкомнатных и 7 (семи) однокомнатных квартир, с площадью 13 (тринадцати) квартир равной 562,99 квадратных метров, со стоимостью муниципального контракта № от 14.08.2014 в сумме 16 889 700 руб., 00 коп., при этом, согласно условиям вышеуказанных муниципальных контрактов, каждая из приобретенных квартир должна быть благоустроена, подключена к тепло-водо-электроснабжению и быть пригодной, безопасной для проживания граждан. Мирошкина Т.В., реализуя совместный с лицо 2 и лицо 1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не позднее 02.10.2014, выполнила действия, направленные на заключение незаконного муниципального контракта №.289265 от 02.10.2014 между МКУ «ОКС» и ООО «Монолит», предусматривающего выполнение ООО «Монолит» работ по устройству (строительству) наружных инженерных сетей к жилым домам по адресу: &lt;адрес&gt;, при этом, все участники организованной группы, осуществляя свои функции, достоверно знали и осознавали о том, что МКУ «ОКС» и администрация Гурьевского муниципального района не являются заказчиками строительства многоквартирных жилых домов по адресу: &lt;адрес&gt;, а также то, что коммерческое строительство указанных многоквартирных домов осуществляет ООО «Монолит-Строй», а также ООО «Монолит», выступающим генеральным подрядчиком строительства домов. Так, Мирошкина Т.В., не позднее 12.08.2014, в дневное время, находясь в помещении служебного кабинета МКУ «ОКС» по адресу: &lt;адрес&gt;,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главного инженера, и фактически занимая должность исполняющей обязанности директора МКУ «ОКС», а именно: обладая полномочиями по организации подготовки, разработки, проверки, согласования и направления в уполномоченный орган по определению поставщиков (подрядчиков, исполнителей) для муниципальных заказчиков, бюджетных учреждений и иных учреждений Гурьевского муниципального района – отдел муниципальных закупок администрации Гурьевского муниципального района (далее – уполномоченный орган) документов для открытого аукциона в электронной форме (включающих проект муниципального контракта, с приложениями технического задания, локальной сметы (локальный сметный расчет), обоснования начальной максимальной цены контракта) для их включения уполномоченным органом в незаконную аукционную документацию, утверждения и согласования уполномоченным органом аукционной документации, и последующей организации размещения и проведения уполномоченным органом на электронной площадке аукционов по муниципальным заказам на определение поставщика на право заключения муниципальных контрактов на выполнение работ по устройству (строительству) наружных инженерных сетей и благоустройству территории к жилым домам, и заключению муниципальных контрактов на выполнение указанных видов работ, обладая полномочиями по единоличному руководству деятельностью МКУ «ОКС», по организации распоряжения средствами бюджета, в соответствии с отведенными ей функциями, для обеспечения возможности заключения и дальнейшей оплаты ООО «Монолит» стоимости незаконного муниципального контракта предусматривающего выполнение работ по устройству (строительству) наружных инженерных сетей к жилым домам по адресу: &lt;адрес&gt; таким образом хищения из бюджета муниципального образования «Гурьевский муниципальный район» денежных средств, путем их перечисления на расчетный счет ООО «Монолит», имея наличие возможность заключать от имени МКУ «ОКС» муниципальные контракты, в соответствии с отведенными ей функциями в организованной группе, понимая, что является ответственным исполнителем муниципальной программы муниципального образования «Гурьевский муниципальный район» – «Строительство, реконструкция и капитальный ремонт жилищных и социальных объектов на территории Гурьевского муниципального района. Обеспечение жильем отдельных категорий граждан» (с изменениями и дополнениями), дала указание подчиненному сотруднику МКУ «ОКС» Ч о подготовке, разработке проекта муниципального контракта предусматривающего выполнение работ по устройству (строительству) наружных инженерных сетей к жилым домам по адресу: &lt;адрес&gt;, о подготовке, разработке технического заданияк проекту муниципального контракта, локальной сметы (локальный сметный расчет) (обоснование начальной (максимальной) цены контракта), в виде приложения к муниципальному контракту, после представить ей на проверкуи согласование, с целью последующей передачи документов в уполномоченный орган и включения их в аукционную документацию. Не осведомленный о преступных намерениях организованной группы сотрудник МКУ «ОКС» Ч, не позднее 12.08.2014, исполняя указания Мирошкиной Т.В. подготовила, разработала проект муниципального контракта предусматривающего выполнение работ по устройству (строительству) наружных инженерных сетей к жилым домам по адресу: &lt;адрес&gt;, техническое задание к проекту муниципального контракта, локальную смету (локальный сметный расчет) (обоснование начальной (максимальной) цены контракта), в виде приложения к муниципальному контракту, рассчитав стоимость работ в размере 6 476 955 руб., 00 коп. и представила Мирошкиной Т.В. на проверку и согласование, с целью последующей передачи Мирошкиной Т.В. документов в уполномоченный орган и включения их в аукционную документацию. После чего, Мирошкина Т.В., реализуя совместный с лицом 1 и лицом 2 преступный умысел, действуя совместно и согласованнос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подготовила и составила заявку на осуществление закупки товаров, работ, услуг, а после проверив и согласовав проект муниципального контракта, техническое задание к проекту муниципального контракта, локальную смету (локальный сметный расчет) (обоснование начальной (максимальной) цены контракта), направила вместе с заявкой на осуществление закупки товаров, работ, услуг начальнику отдела муниципальных закупок администрации Гурьевского муниципального района З (уполномоченный орган), для объявления и проведения электронного аукциона, указав, что финансирование будет осуществлено по муниципальной программе «Строительство, реконструкция и капитальный ремонт жилищных и социальных объектов на территории Гурьевского муниципального района. Обеспечение жильем отдельных категорий граждан» (с изменениями и дополнениями), при этом умолчав об отсутствии законных оснований проведения аукциона. Не осведомленная о преступных намерениях организованной группы и введенная в заблуждение Мирошкиной Т.В. относительно законности объявления и проведения электронного аукциона, начальник отдела муниципальных закупок администрации Гурьевского муниципального района З (уполномоченный орган) подготовила, разработала аукционную документацию для объявления торгов в единой информационной системе: извещение о проведении электронного аукциона для закупки №, документацию об электронном аукционе «Устройство наружных сетей к жилым домам &lt;адрес&gt;», включив в нее в качестве приложений в неизменном виде: проект муниципального контракта, техническое задание к проекту муниципального контракта, локальную смету (локальный сметный расчет) (обоснование начальной (максимальной) цены контракта), которую З утвердила. Не позднее 13.08.2014, в дневное время, не осведомленная о преступных намерениях организованной группы начальник отдела муниципальных закупок администрации Гурьевского муниципального района З (уполномоченный орган) в сети Интернет на электронной площадке по адресу: www.rts-tender.ru опубликовала извещение и документацию о проведении электронного аукциона по объекту закупки: «Устройство наружных сетей к жилым домам &lt;адрес&gt;», о чем сообщила Мирошкиной Т.В. После чего, не позднее 04.09.2014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с целью своевременной подачи ООО «Монолит» заявки на участие в электронном аукционе до окончания срока подачи заявок на участие в нем, последующей победы ООО «Монолит» в электронном аукционе, сообщила лицу 1 информацию об извещении о проведении электронного аукциона, о требуемых к выполнению работах, о стоимости работ. Лицо 1, фактически выполнявший функции технического директора ООО «Монолит-Строй», технического директора ООО «СК «Монолит» и технического директора ООО «Монолит», находясь в г. Белово Кемеровской области, реализуя совместный с лицом 2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используя служебное положение технического директора ООО «Монолит-Строй», технического директора ООО «Монолит», имея полномочия осуществлять строительный контроль при строительстве ООО «Монолит-Строй», ООО «Монолит» объектов капитального строительства, в том числе многоквартирных жилых домов, при выполнении ООО «Монолит-Строй», ООО «Монолит» иных строительных работ, организовывать ведение, составление, подписание, исполнительной производственно-технической документации по всем видам строительных работ, выполняемых ООО «Монолит-Строй», ООО «Монолит», а также подписывать лично указанную исполнительную производственно-техническую документацию, заведомо зная о том, что ООО «Монолит-Строй», осуществляет коммерческое строительство многоквартирных жилых домов по адресу: &lt;адрес&gt;, выступает застройщиком дома, а ООО «Монолит», выступает генеральным подрядчиком строительства дома, а он, как технический директор ООО «Монолит-Строй» и технический директор ООО «Монолит» является лицом, осуществляющим строительный контроль за ходом и ведения строительства указанных домов, осознавая, что работы по устройству (строительству) наружных инженерных сетей к жилым домам по адресу: &lt;адрес&gt; предусмотрены проектной документациейи являются ее неотъемлемой частью при коммерческом строительстве указанных многоквартирных жилых домов, а равно являются обязательными к выполнению ООО «Монолит-Строй», ООО «Монолит» самостоятельно при их коммерческом строительстве, достоверно зная, что ООО «Монолит» не имеет право принимать участие в электронном аукционе и заключать с МКУ «ОКС» и администрацией Гурьевского муниципального района муниципальный контракт на работы по устройству (строительству) наружных инженерных сетей к жилым домам по адресу: &lt;адрес&gt;, так как ООО «Монолит-Строй», ООО «Монолит» в ходе коммерческого строительства указанных многоквартирных домов обязаны выполнить эти работы самостоятельно в соответствии с разработанной проектной документацией, разрешениями на строительство и проектной декларацией, не позднее 04.09.2014, понимая, что ООО «Монолит», в случае заключения муниципального контракта на указанный вид работ, незаконно и необоснованно получит денежные средства из бюджета муниципального образования «Гурьевский муниципальный район», сообщил директору ООО «Монолит» лицу 2 информацию об извещении о проведении электронного аукциона по объекту закупки: «Устройство наружных сетей к жилым домам &lt;адрес&gt;», с целью необходимости последующей подготовки лицом 2 документов, своевременной подаче заявок от ООО «Монолит» на участие в электронном аукционе. Лицо 2, фактически выполнявший функции директора ООО «Монолит-Строй», директора ООО «СК «Монолит» и директора ООО «Монолит», находясь в &lt;адрес&gt;, действуя умышлено, с целью хищения чужого имущества, реализуя совместный с лицом 1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используя служебное положение директора ООО «Монолит-Строй», директора ООО «Монолит» имея полномочия осуществлять руководство финансово-экономической деятельностью организаций, без доверенности действовать от имени организаций, представлять интересы ООО «Монолит-Строй», ООО «Монолит» в учреждениях и организациях, получив от лица 1 сведения об извещении о проведении электронного аукциона, не позднее 04.09.2014, находясь в г. Белово Кемеровской области, подготовил заявку от ООО «Монолит» на участие в закупке № по объекту закупки: «Устройство наружных сетей к жилым домам &lt;адрес&gt;», в которых отразил сведения об участнике закупки ООО «Монолит», а также предложение от участника закупки ООО «Монолит», указав о возможности выполнения ООО «Монолит» работ по устройству (строительству) наружных инженерных сетей к жилым домам по адресу: &lt;адрес&gt;, а после чего, разместил ее на торговой площадке www.rts-tender.ru. Не осведомленная о преступных намерениях организованной группы начальник отдела муниципальных закупок администрации Гурьевского муниципального района З (уполномоченный орган), находясьв помещении служебного кабинета администрации Гурьевского муниципального района по адресу: &lt;адрес&gt;, 04.09.2014, в дневное время, в составе комиссии рассмотрела первую часть заявки ООО «Монолит» на участие в электронном аукционе № по объекту закупки: «Устройство наружных сетей к жилым домам &lt;адрес&gt;» и приняла решение о его допуске к участию в открытом аукционе в электронной форме, после чего, З, 10.09.2014, в дневное время, в составе комиссии подвела итоги электронного аукциона №, в соответствии с ч. 10 ст. 69 ФЗ-44 признала победителем аукциона ГП КО «Жилищно-коммунальное хозяйство» (ИНН &lt;***&gt;), ценовое предложение которого в сумме 6 412 185 руб., 44 коп., оказалось ниже ценового предложения ООО «Монолит» в сумме 6 444 570 руб., 22 коп. После чего, 24.09.2014 протоколом директора МКУ «ОКС» признания участника уклонившимся от заключения контракта по результатам проведения электронного аукциона от 24.09.2014, на основании ч. 13 ст. 70 ФЗ-44, ГП КО «Жилищно-коммунальное хозяйство» признано уклонившимся от заключения контракта, что в свою очередь явилось основанием для заключения муниципального контракта МКУ «ОКС» с ООО «Монолит» на выполнение работ по устройству (строительству) наружных инженерных сетей к жилым домам по адресу: &lt;адрес&gt;, которым предложена цена контракта в сумме 6 444 570 руб., 22 коп. После чего, Мирошкина Т.В., 02.10.2014 в дневное время, находясь в помещении служебного кабинета МКУ «ОКС» по адресу: &lt;адрес&gt;,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подписала и заключила от имени МКУ «ОКС» с ООО «Монолит» муниципальный контракт № от 02.10.2014 на выполнение ООО «Монолит» работ по устройству (строительству) наружных инженерных сетей к жилым домам по адресу: &lt;адрес&gt;. Лицо 2, являясь директором ООО «Монолит», реализуя совместный с лицом 1 и Мирошкиной Т.В. преступный умысел, используя свое служебное положение директора ООО «Монолит», относящегося к категории руководителей, выразившееся в наличии права и возможности действовать от имени юридического лица ООО «Монолит» без доверенности, совершать от имени ООО «Монолит» сделки, заключать контракты, иметь право первой подписи и подписывать документы от имени юридического лица ООО «Монолит», действуя совместно и согласованно с участниками организованной группы, подписал и заключил от имени юридического лица ООО «Монолит» с МКУ «ОКС», в лице его исполняющего обязанности директора Мирошкиной Т.В. муниципальный контракт № от 02.10.2014, а также совместно с Мирошкиной Т.В. подписали и утвердили локальную смету (локальный сметный расчет), предметом которых являлось выполнение ООО «Монолит» работ по устройству (строительству) наружных инженерных сетей к жилым домам по адресу: &lt;адрес&gt;, стоимостью 6 444 570 руб., 22 коп., достоверно зная о том, что ООО «Монолит-Строй», выступая застройщиком домов, а ООО «Монолит» выступая генеральным подрядчиком строительства домов, самостоятельно осуществляют коммерческое строительство указанных домов, в соответствии с полученными разрешениями № от 06.05.2014, № от 27.05.2014 на строительство, проектной документацией на строительство домов, а строительные работы по устройству (строительству) наружных инженерных сетей к жилым домам по адресу: &lt;адрес&gt;, являются неотъемлемой частью при их коммерческом строительстве. Реализуя совместный преступный умысел, лицо 1, как технический директор ООО «Монолит» и Мирошкина Т.В. как главный инженер и исполняющая обязанности директора МКУ «ОКС» действуя совместно и согласованно с участниками организованной группы, в целях хищения бюджетных денежных средств в размере стоимости муниципального контракта № от 02.10.2014, совместно используя свое служебное положение, организовали ведение, составление, подписание и принятие неосведомленными о преступных намерениях организованной группы подчиненными сотрудниками ООО «Монолит», МКУ «ОКС» исполнительной производственно-технической документации к муниципальному контракту, что в дальнейшем явилось основанием для приемки объемов работ в соответствии требованиями заказчика в лице МКУ «ОКС» к выполняемым работам и используемым материалам, давшие основание Мирошкиной Т.В. и лицу 2 подписать акт о приемке-передаче выполненных работ (акт формы № КС-2), справку о стоимости выполненных работ и затрат (акт формы № КС-3) по указанному муниципальному контракту, а также служило основанием для дальнейшего составления и подписания заявок на кассовый расход для осуществления незаконного перечисления бюджетных денежных средств на расчетный счет ООО «Монолит» и оплаты ООО «Монолит» стоимости незаконного муниципального контракта № от 02.10.2014. 01.12.2014, в дневное время, лицо 1, как технический директор ООО «Монолит» (лицо осуществляющее строительство) и как лицо, осуществляющее строительный контроль при строительстве генеральным подрядчиком ООО «Монолит» многоквартирного жилого дома по адресу: &lt;адрес&gt;, и лицо 2 как директор ООО «Монолит-Строй» (застройщик/заказчик), достоверно зная, что указанный многоквартирный дом ООО «Монолит» уже построен, совместно подписали акт приемки законченного строительством объекта от 01.12.2014, акт соответствия параметров построенного, реконструированного, отремонтированного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приборами учета используемых энергетических ресурсов от 01.12.2014; акт подтверждающий строительство в соответствии с техническим регламентом от 01.12.2014, акт подтверждающий параметры объекта от 01.12.2014, а также акт приемки законченного строительством объекта от 01.12.2014 (акт формы № КС-11), подтверждающие выполнение ООО «Монолит-Строй», ООО «Монолит» всех работ по строительству объекта капитального строительства – жилого дома по адресу: &lt;адрес&gt;, в том числе о выполнении работ по устройству (строительству) наружных инженерных сетей к жилому дому адресу: &lt;адрес&gt;, после чего, указанный объект капитального строительства введен в эксплуатацию разрешением на ввод объекта в эксплуатацию № от 04.12.2014. Кроме того, 01.12.2014, в дневное время, лицо 1, как технический директор ООО «Монолит» (лицо осуществляющее строительство) и как лицо, осуществляющее строительный контроль при строительстве генеральным подрядчиком ООО «Монолит» многоквартирного жилого дома по адресу: &lt;адрес&gt;, и лицо 2 как директор ООО «Монолит-Строй» (застройщик/заказчик), достоверно зная, что указанный многоквартирный дом ООО «Монолит» уже построен, совместно подписали акт приемки законченного строительством объекта от 01.12.2014, акт соответствия параметров построенного, реконструированного, отремонтированного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приборами учета используемых энергетических ресурсов от 01.12.2014; акт подтверждающий строительство в соответствии с техническим регламентом от 01.12.2014, акт подтверждающий параметры объекта от 01.12.2014, а также акт приемки законченного строительством объекта от 01.12.2014 (акт формы № КС-11), подтверждающие выполнение ООО «Монолит-Строй», ООО «Монолит» всех работ по строительству объекта капитального строительства – жилого дома по адресу: &lt;адрес&gt;, в том числе о выполнении работ по устройству (строительству) наружных инженерных сетей к жилому дому по адресу: &lt;адрес&gt;, после чего, указанный объект капитального строительства введен в эксплуатацию разрешением на ввод объекта в эксплуатацию № от 04.12.2014. Далее, в осуществление задуманного, не позднее 31.12.2014, в дневное время, Мирошкина Т.В., как исполняющая обязанности директора МКУ «ОКС» и заказчик по муниципальному контракту № от 02.10.2014, а также лицо 2., как директор ООО «Монолит», реализуя совместные с лицом 1 преступные действия, направленные на хищение бюджетных денежных средств путем заключения указанного муниципального контракта, преследуя совместную корыстную цель – хищение чужого имущества в виде бюджетных денежных средств муниципального образования «Гурьевский муниципальный район», находясь в помещении служебного кабинета МКУ «ОКС» по адресу: &lt;адрес&gt;, совместно используя свои служебные положения, подписали и утвердили счет-фактуры, а также совместно подписали справку о стоимости выполненных работ и затрат № (акт формы № КС-3) от 31.12.2014, акт о приемке выполненных работ № (акт формы № КС-2) от 31.12.2014, по муниципальному контракту № от 02.10.2014, предусматривающему выполнение ООО «Монолит» работ по устройству (строительству) наружных инженерных сетей к жилым домам по адресу: &lt;адрес&gt;, достоверно зная о том, что на момент подписания вышеуказанных справки о стоимости выполненных работ и затрат и акта о приемке выполненных работ, а также на момент заключения муниципального контракта № от 02.10.2014, между ООО «Монолит-Строй» и МКУ «ОКС» уже заключены муниципальные контракты: № от 21.07.2014, № от 03.09.2014, № от 11.08.2014, № от 14.08.2014, № от 14.08.2014 и у ООО «Монолит-Строй» перед МКУ «ОКС» имеются обязательства по условиям названных муниципальных контрактов, согласно которым ООО «Монолит-Строй» осуществляет строительство указанного дома, где дольщик в лице МКУ «ОКС» оплатилООО «Монолит-Строй» стоимость благоустроенных всех квартир согласно условий вышеуказанных муниципальных контрактов, а строительные работы по устройству (строительству) наружных инженерных сетей к жилым домампо адресу: &lt;адрес&gt;, являются неотъемлемой частью при их коммерческом строительстве, достоверно зная о том, что жилые многоквартирные дома, по адресу: &lt;адрес&gt; уже построены, соответствуют требованиям технических условий, регламентов, проектной документации, что подтверждается актом приемки законченного строительством объекта от 01.12.2014, актом соответствия параметров построенного, реконструированного, отремонтированного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приборами учета используемых энергетических ресурсов от 01.12.2014; актом подтверждающим строительство в соответствии с техническим регламентом от 01.12.2014, актом подтверждающим параметры объекта от 01.12.2014, а также актом приемки законченного строительством объекта от 01.12.2014 (акт формы № КС-11), подтверждающими выполнение ООО «Монолит» всех работ по строительству объекта капитального строительства – жилого дома по адресу: &lt;адрес&gt;, разрешением на ввод объекта в эксплуатацию № от ДД.ММ.ГГГГ, а также подтверждается актом приемки законченного строительством объекта от 01.12.2014, актом соответствия параметров построенного, реконструированного, отремонтированного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приборами учета используемых энергетических ресурсов от 01.12.2014; актом подтверждающим строительство в соответствии с техническим регламентом от 01.12.2014, актом подтверждающим параметры объекта от 01.12.2014, а также актом приемки законченного строительством объекта от 01.12.2014 (акт формы № КС-11), подтверждающими выполнение ООО «Монолит» всех работ по строительству объекта капитального строительства – жилого дома по адресу: &lt;адрес&gt;, разрешением на ввод объекта в эксплуатацию № от ДД.ММ.ГГГГ.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действуя организованной группой с указанными лицами, не позднее 26.01.2016, находясь в помещении служебного кабинета МКУ «ОКС» по адресу: &lt;адрес&gt;, дала указание главному бухгалтеру МКУ «ОКС» Г, не осведомленной о преступных намерениях организованной группы, сформировать, составить заявку на кассовый расход на сумму 200 000 руб., 00 коп., для последующего ее подписания электронной цифровой подписью от своего имени Мирошкиной Т.В., и от имени Г, ее дальнейшего направления в Управление федерального казначейства по Кемеровской области, с целью перечисления бюджетных денежных средств на расчетный (банковский) счет ООО «Монолит». Г, не осведомленная о преступных намерениях организованной группы, выполняя указания Мирошкиной Т.В., составила заявку на кассовый расход: № от 26.01.2016 на сумму 200 000 руб., 00 коп., о перечислении на расчетный (банковский) счет ООО «Монолит» № денежных средств в размере 200 000 руб., 00 коп., с назначением платежа: &lt;данные изъяты&gt; а после составления вышеуказанной заявки на кассовый расход Мирошкина Т.В. и Г подписали ее электронной цифровой подписью каждая от своего имении направили в Управление федерального казначейства по Кемеровской области. Неосведомленные о преступных намерениях организованной группы сотрудники Управления федерального казначейства по Кемеровской области на основании заявки на кассовый расход Мирошкиной Т.В., сформировали платежное поручение: № от 26.01.2016 на сумму 200 000 руб., 00 коп., и посредством лицевого счета МКУ «ОКС» №, открытого в Отделении по г. Гурьевску Управления федерального казначейства по Кемеровской области, расположенного по адресу: г. Гурьевск, ул. Ленина, д. 37, перечислили денежные средства в размере 200 000 руб., 00 коп. с банковского счета УФК по Кемеровской области №, открытого в ГРКЦ ГУ Банка России по Кемеровской области, расположенного по адресу: &lt;адрес&gt; на расчетный (банковский) счет ООО «Монолит» №, открытый ДД.ММ.ГГГГ в Кемеровском отделении № 8615 ПАО «Сбербанк», по адресу: &lt;адрес&gt;, в качестве оплаты части стоимости незаконного муниципального контракта № от 02.10.2014.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действуя организованной группой с указанными лицами, не позднее 29.01.2016, находясь в помещении служебного кабинета МКУ «ОКС» по адресу: &lt;адрес&gt;, дала указание главному бухгалтеру МКУ «ОКС» Г, не осведомленной о преступных намерениях организованной группы, сформировать, составить заявку на кассовый расход на сумму 150 000 руб., 00 коп., для последующего ее подписания электронной цифровой подписью от своего имени Мирошкиной Т.В., и от имени Г, ее дальнейшего направления в Управление федерального казначейства по Кемеровской области, с целью перечисления бюджетных денежных средств на расчетный (банковский) счет ООО «Монолит». Г, не осведомленная о преступных намерениях организованной группы, выполняя указания Мирошкиной Т.В., составила заявку на кассовый расход: № от 29.01.2016 на сумму 150 000 руб., 00 коп., о перечислении на расчетный (банковский) счет ООО «Монолит» № денежных средств в размере 150 000 руб., 00 коп., с назначением платежа: &lt;данные изъяты&gt; а после составления вышеуказанной заявки на кассовый расход Мирошкина Т.В. и Г подписали ее электронной цифровой подписью каждая от своего имени и направили в Управление федерального казначейства по Кемеровской области. Неосведомленные о преступных намерениях организованной группы сотрудники Управления федерального казначейства по Кемеровской области на основании заявки на кассовый расход Мирошкиной Т.В., сформировали платежное поручение: № от 29.01.2016 на сумму 150 000 руб., 00 коп., и посредством лицевого счета МКУ «ОКС» №, открытого в Отделении по г. Гурьевску Управления федерального казначейства по Кемеровской области, расположенного по адресу: &lt;адрес&gt;, перечислили денежные средства в размере 150 000 руб., 00 коп. с банковского счета УФК по Кемеровской области №, открытого в ГРКЦ ГУ Банка России по Кемеровской области, расположенного по адресу: &lt;адрес&gt; на расчетный (банковский) счет ООО «Монолит» №, открытый 26.04.2010 в Кемеровском отделении № 8615 ПАО «Сбербанк», по адресу: &lt;адрес&gt;, в качестве оплаты части стоимости незаконного муниципального контракта № от 02.10.2014.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действуя организованной группой с указанными лицами, не позднее 05.02.2016, находясь в помещении служебного кабинета МКУ «ОКС» по адресу: &lt;адрес&gt;, дала указание главному бухгалтеру МКУ «ОКС» Г, не осведомленной о преступных намерениях организованной группы, сформировать, составить заявку на кассовый расход на сумму 100 000 руб., 00 коп., для последующего ее подписания электронной цифровой подписью от своего имени Мирошкиной Т.В., и от имени Г, ее дальнейшего направления в Управление федерального казначейства по Кемеровской области, с целью перечисления бюджетных денежных средств на расчетный (банковский) счет ООО «Монолит». Г, не осведомленная о преступных намерениях организованной группы, выполняя указания Мирошкиной Т.В., составила заявку на кассовый расход: № от 05.02.2016 на сумму 100 000 руб., 00 коп., о перечислении на расчетный (банковский) счет ООО «Монолит» № денежных средств в размере 100 000 руб., 00 коп., с назначением платежа: &lt;данные изъяты&gt; а после составления вышеуказанной заявки на кассовый расход Мирошкина Т.В. и Г подписали ее электронной цифровой подписью каждая от своего имени и направили в Управление федерального казначейства по Кемеровской области. Неосведомленные о преступных намерениях организованной группы сотрудники Управления федерального казначейства по Кемеровской области на основании заявки на кассовый расход Мирошкиной Т.В., сформировали платежное поручение: № от 05.02.2016 на сумму 100 000 руб., 00 коп., и посредством лицевого счета МКУ «ОКС» №, открытого в Отделении по г. Гурьевску Управления федерального казначейства по Кемеровской области, расположенного по адресу: &lt;адрес&gt;, перечислили денежные средства в размере 100 000 руб., 00 коп. с банковского счета УФК по Кемеровской области №, открытого в ГРКЦ ГУ Банка России по Кемеровской области, расположенного по адресу: &lt;адрес&gt; на расчетный (банковский) счет ООО «Монолит» №, открытый 26.04.2010 в Кемеровском отделении № 8615 ПАО «Сбербанк», по адресу: &lt;адрес&gt;, в качестве оплаты части стоимости незаконного муниципального контракта № от 02.10.2014.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действуя организованной группой с указанными лицами, не позднее 16.02.2016, находясь в помещении служебного кабинета МКУ «ОКС» по адресу: &lt;адрес&gt;, дала указание главному бухгалтеру МКУ «ОКС» Г, не осведомленной о преступных намерениях организованной группы, сформировать, составить заявку на кассовый расход на сумму 50 000 руб., 00 коп., для последующего ее подписания электронной цифровой подписью от своего имени Мирошкиной Т.В., и от имени Г, ее дальнейшего направления в Управление федерального казначейства по Кемеровской области, с целью перечисления бюджетных денежных средств на расчетный (банковский) счет ООО «Монолит». Г, не осведомленная о преступных намерениях организованной группы, выполняя указания Мирошкиной Т.В., составила заявку на кассовый расход: № от 16.02.2016 на сумму 50 000 руб., 00 коп., о перечислении на расчетный (банковский) счет ООО «Монолит» № денежных средств в размере 50 000 руб., 00 коп., с назначением платежа: &lt;данные изъяты&gt; а после составления вышеуказанной заявки на кассовый расход Мирошкина Т.В. и Г подписали ее электронной цифровой подписью каждая от своего имени и направили в Управление федерального казначейства по Кемеровской области. Неосведомленные о преступных намерениях организованной группы сотрудники Управления федерального казначейства по Кемеровской области на основании заявки на кассовый расход Мирошкиной Т.В., сформировали платежное поручение: № от 16.02.2016 на сумму 50 000 руб., 00 коп., и посредством лицевого счета МКУ «ОКС» №, открытогов Отделении по г. Гурьевску Управления федерального казначейства по Кемеровской области, расположенного по адресу: &lt;адрес&gt;, перечислили денежные средства в размере 50 000 руб., 00 коп. с банковского счета УФК по Кемеровской области №, открытого в ГРКЦ ГУ Банка России по Кемеровской области, расположенного по адресу: &lt;адрес&gt; на расчетный (банковский) счет ООО «Монолит» №, открытый ДД.ММ.ГГГГ в Кемеровском отделении № 8615 ПАО «Сбербанк», по адресу: &lt;адрес&gt;, в качестве оплаты части стоимости незаконного муниципального контракта № от 02.10.2014.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действуя организованной группой с указанными лицами, не позднее 12.04.2016, находясь в помещении служебного кабинета МКУ «ОКС» по адресу: &lt;адрес&gt;, дала указание главному бухгалтеру МКУ «ОКС» Г, не осведомленной о преступных намерениях организованной группы, сформировать, составить заявку на кассовый расход на сумму 50 000 руб., 00 коп., для последующего ее подписания электронной цифровой подписью от своего имени Мирошкиной Т.В., и от имени Г, ее дальнейшего направления в Управление федерального казначейства по Кемеровской области, с целью перечисления бюджетных денежных средств на расчетный (банковский) счет ООО «Монолит». Г, не осведомленная о преступных намерениях организованной группы, выполняя указания Мирошкиной Т.В., составила заявку на кассовый расход: № от 12.04.2016 на сумму 50 000 руб., 00 коп., о перечислении на расчетный (банковский) счет ООО «Монолит» № денежных средств в размере 50 000 руб., 00 коп., с назначением платежа: &lt;данные изъяты&gt; а после составления вышеуказанной заявки на кассовый расход Мирошкина Т.В. и Г подписали ее электронной цифровой подписью каждая от своего имени и направили в Управление федерального казначейства по Кемеровской области. Неосведомленные о преступных намерениях организованной группы сотрудники Управления федерального казначейства по Кемеровской области на основании заявки на кассовый расход Мирошкиной Т.В., сформировали платежное поручение: № от 12.04.2016 на сумму 50 000 руб., 00 коп., и посредством лицевого счета МКУ «ОКС» №, открытого в Отделении по г. Гурьевску Управления федерального казначейства по Кемеровской области, расположенного по адресу: &lt;адрес&gt;, перечислили денежные средства в размере 50 000 руб., 00 коп. с банковского счета УФК по Кемеровской области №, открытого в ГРКЦ ГУ Банка России по Кемеровской области, расположенного по адресу: &lt;адрес&gt; на расчетный (банковский) счет ООО «Монолит» №, открытый ДД.ММ.ГГГГ в Кемеровском отделении № 8615 ПАО «Сбербанк», по адресу: &lt;адрес&gt;, в качестве оплаты части стоимости незаконного муниципального контракта № от 02.10.2014. Лицо 2, реализуя совместный с лицом 1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как директор ООО «Монолит», не позднее 21.04.2017 заключил от имени юридического лица ООО «Монолит» с ООО «Сибирская строительная компания» (ИНН &lt;***&gt;) договор уступки прав требования, согласно которомуООО «Монолит» уступило ООО «Сибирская строительная компания» право требования части долга по муниципальному контракту № от 02.10.2014 с должника МКУ «ОКС» на сумму 2 185 042 руб., 00 коп., о чем лицо 2 сообщил Мирошкиной Т.В., что в свою очередь позволило ООО «Сибирская строительная компания» не позднее 21.04.2017 обратиться в Арбитражный суд Кемеровской области с иском к муниципальному образованию «Гурьевский муниципальный район» в лице МКУ «ОКС» с целью взыскания 2 185 042 руб., 00 коп. долга за работы, выполненные ООО «Монолит» по муниципальному контракту № от 02.10.2014, на основании которого, арбитражным судьей Кемеровской области, вынесено решение по делу № А27-3120/2017 от 21.04.2017, об удовлетворении исковых требований и взыскании долга, о чем взыскателю ООО «Сибирская строительная компания» выдан исполнительный лист серии ФС № от 15.05.2017, который не позднее 11.09.2017 передан в администрацию Гурьевского муниципального района, для перечисления бюджетных денежных средств на расчетный счет ООО «Сибирская строительная компания». В свою очередь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зная об уступке ООО «Монолит» права требования ООО «Сибирская строительная компания» части долга по муниципальному контракту № от 02.10.2014, не позднее 11.09.2017 устно подтвердила начальнику Финансового управления по Гурьевскому району (ИНН &lt;***&gt;) (далее – ФИНО по Гурьевскому району) КО факт приемки-передачи работ по муниципальному контракту № от 02.10.2014, с целью дальнейшей оплаты стоимости муниципального контракта за счет бюджетных средств муниципального образования «Гурьевский муниципальный район». Не осведомленная о преступных намерениях организованной группы начальник ФИНО по Гурьевскому району КО, получив исполнительный лист серии ФС № от 15.05.2017, не позднее 11.09.2017, находясь в администрации Гурьевского муниципального района по адресу: &lt;адрес&gt;, дала указание начальнику отдела бухгалтерского учета и отчетности - главному бухгалтеру ФИНО по Гурьевскому району С сформировать, составить заявку на кассовый расход на сумму 2 185 042 руб., 00 коп., для последующего ее подписания электронной цифровой подписью от своего имени КО, и от имени С, ее дальнейшего направления в Управление федерального казначейства по Кемеровской области, с целью перечисления бюджетных денежных средств на расчетный (банковский) счет ООО «Сибирская строительная компания». С, не осведомленная о преступных намерениях организованной группы, выполняя указания КО, составила заявку на кассовый расход: № от 11.09.2017 на сумму 2 185 042 руб., 00 коп., о перечислении на расчетный (банковский) счет ООО «Сибирская строительная компания» № денежных средств в размере 2 185 042 руб., 00 коп., с назначением платежа: &lt;данные изъяты&gt; а после составления вышеуказанной заявки на кассовый расход КО и С подписали ее электронной цифровой подписью каждая от своего имени и направили в Управление федерального казначейства по Кемеровской области. Неосведомленные о преступных намерениях организованной группы сотрудники Управления федерального казначейства по Кемеровской области на основании заявки на кассовый расход КО, сформировали платежное поручение: № от 11.09.2017 на сумму 2 185 042 руб., 00 коп., и посредством лицевого счета ФИНО по Гурьевскому району №, открытого в Отделении по г. Гурьевску Управления федерального казначейства по Кемеровской области, расположенного по адресу: &lt;адрес&gt;, перечислили денежные средства в размере 2 185 042 руб., 00 коп. с банковского счета УФК по Кемеровской области №, открытого в ГРКЦ ГУ Банка России по Кемеровской области, расположенного по адресу: &lt;адрес&gt; на расчетный (банковский) счет третьего лица - ООО «Сибирская строительная компания» №, открытый в Сибирском филиале ПАО «Промсвязьбанк» г. Новосибирск, в качестве оплаты части стоимости незаконного муниципального контракта № от 02.10.2014. Лицо 2, реализуя совместный с лицом 1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как директор ООО «Монолит», не позднее 20.05.2016 заключил от имени юридического лица ООО «Монолит» с ООО «СК «Монолит» договор уступки прав требования, согласно которому ООО «Монолит» уступило ООО «СК «Монолит» право требования части долга по муниципальному контракту № от 02.10.2014 с должника МКУ «ОКС» на сумму 3 006 361 руб., 17 коп., о чем лицо 2 сообщил Мирошкиной Т.В., что в свою очередь позволило лицу 2 как директору ООО «СК «Монолит», не позднее 01.06.2017 обратиться в Арбитражный суд Кемеровской области с иском ООО «СК «Монолит» к муниципальному образованию «Гурьевский муниципальный район» в лице МКУ «ОКС» с целью взыскания 3 006 361 руб., 17 коп. долга за работы, выполненные ООО «Монолит» по муниципальному контракту № от 02.10.2014, на основании которого, арбитражным судьей &lt;адрес&gt;, вынесено решение по делу № А27-4004/2017 от 01.06.2017 об удовлетворении исковых требований и взыскании долга, о чем взыскателю ООО «СК «Монолит» выдан исполнительный лист серии ФС № от 28.06.2017, о чем лицо 2 сообщило лицу 1. Лицо 1, реализуя совместный с лицом 2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как технический директор ООО «СК «Монолит», не позднее 18.10.2017 передал названный исполнительный лист в администрацию Гурьевского муниципального района, для осуществления перечисления бюджетных денежных средств на расчетный счет ООО «СК «Монолит», о чем лицо 1 сообщил Мирошкиной Т.В. В свою очередь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зная об уступке ООО «Монолит» права требования ООО «СК «Монолит» части долга по муниципальному контракту № от 02.10.2014, не позднее 18.10.2017 устно подтвердила начальнику ФИНО по Гурьевскому району КО факт приемки-передачи работ по муниципальному контракту № от 02.10.2014, с целью дальнейшей оплаты стоимости муниципального контракта за счет бюджетных средств муниципального образования «Гурьевский муниципальный район». Не осведомленная о преступных намерениях организованной группы начальник ФИНО по Гурьевскому району КО, получив исполнительный лист серии ФС № от 28.06.2017, не позднее 18.10.2017, находясь в администрации Гурьевского муниципального района по адресу: &lt;адрес&gt;, дала указание начальнику отдела бухгалтерского учета и отчетности - главному бухгалтеру ФИНО по Гурьевскому району С сформировать, составить заявку на кассовый расход на сумму 3 006 361 руб., 17 коп., для последующего ее подписания электронной цифровой подписью от своего имени КО и от имени С., ее дальнейшего направления в Управление федерального казначейства по Кемеровской области, с целью перечисления бюджетных денежных средств на расчетный (банковский) счет ООО «СК «Монолит». С, не осведомленная о преступных намерениях организованной группы, выполняя указания КО, составила заявку на кассовый расход: № от 18.10.2017 на сумму 3 006 361 руб., 17 коп., о перечислении на расчетный (банковский) счет ООО «СК «Монолит» № денежных средств в размере 3 006 361 руб., 17 коп., с назначением платежа: &lt;данные изъяты&gt;, а после составления вышеуказанной заявки на кассовый расход КО и С подписали ее электронной цифровой подписью каждая от своего имени и направили в Управление федерального казначейства по Кемеровской области. Неосведомленные о преступных намерениях организованной группы сотрудники Управления федерального казначейства по Кемеровской области на основании заявки на кассовый расход КО, сформировали платежное поручение: № от 18.10.2017 на сумму 3 006 361 руб., 17 коп., и посредством лицевого счета ФИНО по Гурьевскому району №, открытого в Отделении по г. Гурьевску Управления федерального казначейства по Кемеровской области, расположенного по адресу: &lt;адрес&gt;, перечислили денежные средства в размере 3 006 361 руб., 17 коп. с банковского счета УФК по Кемеровской области №, открытого в ГРКЦ ГУ Банка России по Кемеровской области, расположенного по адресу: &lt;адрес&gt; на расчетный (банковский) счет третьего лица - ООО «СК «Монолит» №, открытый 24.04.2014 в дополнительном офисе отделения ПАО «Сбербанк» № 8615/0462 по адресу: &lt;адрес&gt;, пер. Цинкзаводской, &lt;адрес&gt;, в качестве оплаты части стоимости незаконного муниципального контракта № от 02.10.2014. Лицо 2, реализуя совместный с лицом 1 и Мирошкиной Т.В. преступный умысел, действуя совместно и согласованнос ними, умышленно, организованной группой, с целью хищения чужого имущества, в соответствии с отведенными ему функциями в организованной группе, как директор ООО «Монолит», не позднее ДД.ММ.ГГГГ заключил от имени юридического лица ООО «Монолит» с ООО «Зеленстрой» (ИНН &lt;***&gt;) договор уступки прав требования, согласно которому ООО «Монолит» уступило ООО «Зеленстрой право требования части долга по муниципальному контракту № от 02.10.2014 с должника МКУ «ОКС» на сумму 703 167 руб., 05 коп., о чем лицо 2 сообщило Мирошкиной Т.В., что в свою очередь позволило ООО «Зеленстрой» не позднее 07.09.2017 обратиться в Арбитражный суд Кемеровской области с иском к муниципальному образованию «Гурьевский муниципальный район» в лице МКУ «ОКС» с целью взыскания 703 167 руб., 05 коп. долга за работы, выполненные ООО «Монолит» по муниципальному контракту № от 02.10.2014, на основании которого, арбитражным судьей Кемеровской области, вынесено решение по делу № А27-11136/2017 от 07.09.2017, об удовлетворении исковых требований и взыскании долга, о чем взыскателю ООО «Зеленстрой» выдан исполнительный лист серии ФС № от 20.10.2017, который не позднее 27.12.2017 передан в администрацию Гурьевского муниципального района, для перечисления бюджетных денежных средств на расчетный счет ООО «Зеленстрой». В свою очередь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зная об уступке ООО «Монолит» права требования ООО «Зеленстрой» части долга по муниципальному контракту № от 02.10.2014, не позднее 27.12.2017 устно подтвердила начальнику ФИНО по Гурьевскому району КО факт приемки-передачи работ по муниципальному контракту № от 02.10.2014, с целью дальнейшей оплаты стоимости муниципального контракта за счет бюджетных средств муниципального образования «Гурьевский муниципальный район». Не осведомленная о преступных намерениях организованной группы начальник ФИНО по Гурьевскому району КО, получив исполнительный лист серии ФС № от 20.10.2017, не позднее 27.12.2017, находясь в администрации Гурьевского муниципального района по адресу: &lt;адрес&gt;, дала указание начальнику отдела бухгалтерского учета и отчетности - главному бухгалтеру ФИНО по Гурьевскому району С сформировать, составить заявку на кассовый расход на сумму 703 167 руб., 05 коп., для последующего ее подписания электронной цифровой подписью от своего имени КО, и от имени С, ее дальнейшего направления в Управление федерального казначейства по Кемеровской области, с целью перечисления бюджетных денежных средств на расчетный (банковский) счет ООО «Зеленстрой». С, не осведомленная о преступных намерениях организованной группы, выполняя указания КО, составила заявку на кассовый расход: № от 27.12.2017 на сумму 703 167 руб., 05 коп., о перечислении на расчетный (банковский) счет ООО «Зеленстрой» № денежных средств в размере 703 167 руб., 05 коп., с назначением платежа: &lt;данные изъяты&gt; а после составления вышеуказанной заявки на кассовый расход КО и С подписали ее электронной цифровой подписью каждая от своего имени и направили в Управление федерального казначейства по Кемеровской области. Неосведомленные о преступных намерениях организованной группы сотрудники Управления федерального казначейства по Кемеровской области на основании заявки на кассовый расход КО, сформировали платежное поручение: № от 27.12.2017 на сумму 703 167 руб., 05 коп., и посредством лицевого счета ФИНО по Гурьевскому району №, открытого в Отделении по г. Гурьевску Управления федерального казначейства по Кемеровской области, расположенного по адресу: &lt;адрес&gt;, перечислили денежные средства в размере 703 167 руб., 05 коп. с банковского счета УФК по Кемеровской области №, открытого в ГРКЦ ГУ Банка России по Кемеровской области, расположенного по адресу: &lt;адрес&gt; на расчетный (банковский) счет третьего лица - ООО «Зеленстрой» №, открытый в Кемеровском отделении № 8615 ПАО «Сбербанк», по адресу: &lt;адрес&gt;, в качестве оплаты части стоимости незаконного муниципального контракта № от 02.10.2014, в результате чего муниципальному образованию «Гурьевский муниципальный район» причинен ущерб в особо крупном размере на сумму 6 444 570 руб., 22 коп. Таким образом, Мирошкина Т.В., лицо 1 и лицо 2, используя свое служебное положение, действуя умышленно, организованной группой, путем обмана, похитили чужое имущество – денежные средства из бюджета муниципального образования «Гурьевский муниципальный район», в особо крупном размере, в сумме 6 444 570 руб., 22 коп., распорядившись по своему усмотрению, безвозмездно обратив в пользу ООО «Монолит», в пользу третьих лиц – ООО «СК «Монолит», ООО «Сибирская строительная компания» и ООО «Зеленстрой», тем самым причинив муниципальному образованию «Гурьевский муниципальный район» ущерб на сумму 6 444 570 руб., 22 коп.</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ходе осуществления коммерческой деятельности ООО «Монолит-Строй» (застройщик/заказчик) получено разрешение № от 06.05.2014 на строительство многоквартирного жилого дома по адресу: &lt;адрес&gt; на основании которого и, в соответствии с проектной документацией предусмотрено, как неотъемлемая часть строительства дома, выполнение ООО «Монолит-Строй» работ по благоустройству территории к строящемуся жилому дому по адресу: &lt;адрес&gt;. Кроме того, ООО «Монолит-Строй» (застройщик/заказчик) получено разрешение № от ДД.ММ.ГГГГ на строительство многоквартирного жилого дома по адресу: &lt;адрес&gt; на основании которого и, в соответствии с проектной документацией предусмотрено, как неотъемлемая часть строительства дома, выполнение ООО «Монолит-Строй» работ по благоустройству территории к строящемуся жилому дому по адресу: &lt;адрес&gt;. Мирошкина Т.В. и лицо 2, достоверно зная и понимая, что МКУ «ОКС» и администрация Гурьевского муниципального района не являются заказчиками строительства многоквартирных жилых домов по адресу: &lt;адрес&gt;, а также то, что коммерческое строительство указанных многоквартирных домов осуществляет ООО «Монолит-Строй», а также ООО «Монолит», выступающим генеральным подрядчиком строительства домов, а работы по благоустройству территорий к строящимся жилым домам по адресу: &lt;адрес&gt; предусмотрены проектной документацией и являются ее неотъемлемой частью при коммерческом строительстве указанных многоквартирных жилых домов, а равно являются обязательными к выполнению ООО «Монолит-Строй», ООО «Монолит» самостоятельно при их коммерческом строительстве, не позднее 02.12.2014, находясь на территории Кемеровской области, приняли предложение лица 1 совершить хищение чужого имущества - денежных средств из бюджета муниципального образования «Гурьевский муниципальный район» путем заключения и оплаты стоимости муниципального контракта на выполнение работ по благоустройству территорий к строящимся жилым домам на расчетный (банковский) счет ООО «СК «Монолит». Не позднее 02.12.2014, находясь на территории Кемеровской области, Мирошкина Т.В., реализуя совместный с лицом 2 и лицом 1 преступный умысел, действуя совместно и согласованно с ними, умышленно, организованной группой, с целью хищения чужого имущества - бюджетных денежных средств муниципального образования «Гурьевский муниципальный район», из корыстных побуждений, путем обмана, в соответствии с определенными функциями и договоренностью с остальными участниками организованной группы, определили предмет хищения в виде бюджетных денежных средств при проведении электронного аукциона и заключения незаконного муниципального контракта на выполнение работ по благоустройству территорий к жилым домам по адресу: &lt;адрес&gt;, заведомо зная, что администрация Гурьевского муниципального района и МКУ «ОКС» не имеют права выступать в роли заказчика названных работ и оплачивать ООО «СК «Монолит», данный вид работ, так как работы по благоустройству территорий к жилым домам входят в объем коммерческого строительства указанных домов, которое осуществляет ООО «Монолит-Строй». Во исполнение задуманного, организованной группой было осуществлено следующее. Для переселения граждан из многоквартирных домов, признанных в установленном порядке непригодными для проживания, а также для предоставления жилых помещений детям-сиротам, детям, оставшихся без попечения родителей, между муниципальным казенным учреждением «Отдел капитального строительства администрации Гурьевского муниципального района» (далее – МКУ «ОКС») в лице директора Л и ООО «Монолит-Строй» в лице директора лицо 1заключены муниципальные контракты: -№ от 21.07.2014, для переселения граждан из ветхого и аварийного жилья, в целях обеспечения муниципальных нужд; -№ от 03.09.2014, для обеспечения жилыми помещениями детей-сирот и детей, оставшихся без попечения родителей, в целях обеспечения муниципальных нужд, согласно которых ООО «Монолит-Строй» приняты обязательства своими силами и (или) с привлечением других лиц построить (создать) на земельном участке, расположенном по адресу: &lt;адрес&gt;, многоквартирный жилой дом, а затем, после получения разрешения на ввод в эксплуатацию указанного дома передать МКУ «ОКС» объекты долевого строительства, в частности: -в виде 8 (восьми) двухкомнатных и 21 (двадцати одной) однокомнатных квартиры, с площадью 29 (двадцати девяти) квартир равной 980,39 квадратных метров, со стоимостью муниципального контракта № от 21.07.2014 в сумме 29 411 700 руб., 00 коп.; -в виде 1 (одной) однокомнатной квартиры, с площадью 1 (одной) квартиры равной 37,00 квадратных метров, со стоимостью муниципального контракта № от 03.09.2014 в сумме 1 110 000 руб., 00 коп., при этом, согласно условиям вышеуказанных муниципальных контрактов, каждая из приобретенных квартир должна быть благоустроена, подключена к тепло-водо-электроснабжению и быть пригодной, безопасной для проживания граждан. Кроме того, для переселения граждан из многоквартирных домов, признанных в установленном порядке непригодными для проживания, а также для предоставления жилых помещений детям-сиротам, детям, оставшихся без попечения родителей, между МКУ «ОКС» в лице директора Л и ООО «Монолит-Строй» в лице директора лицо 2 заключены муниципальные контракты: -№ от 11.08.2014, для обеспечения жилыми помещениями многодетных семей, в целях обеспечения муниципальных нужд; -№ от 14.08.2014, для обеспечения жилыми помещениями детей-сирот и детей, оставшихся без попечения родителей, в целях обеспечения муниципальных нужд; -№ от 14.08.2014, для переселения граждан из ветхого и аварийного жилья, в целях обеспечения муниципальных нужд, согласно которых ООО «Монолит-Строй» приняты обязательства своими силами и (или) с привлечением других лиц построить (создать) на земельном участке, расположенном по адресу: &lt;адрес&gt;, многоквартирный жилой дом, а затем, после получения разрешения на ввод в эксплуатацию указанного дома передать МКУ «ОКС» объекты долевого строительства, в частности: -в виде 1 (одной) трехкомнатной и 1 (одной) двухкомнатной квартиры, с площадью 2 (двух) квартир равной 112,28 квадратных метров, со стоимостью муниципального контракта № от 11.08.2014 в сумме 3 368 400 руб., 00 коп.; -в виде 2 (двух) однокомнатных квартир, с площадью 2 (двух) квартир равной 72,33 квадратных метров, со стоимостью муниципального контракта № от 14.08.2014 в сумме 2 169 900 руб., 00 коп.; -в виде 1 (одной) трехкомнатной, 5 (пяти) двухкомнатных и 7 (семи) однокомнатных квартир, с площадью 13 (тринадцати) квартир равной 562,99 квадратных метров, со стоимостью муниципального контракта № от 14.08.2014 в сумме 16 889 700 руб., 00 коп., при этом, согласно условиям вышеуказанных муниципальных контрактов, каждая из приобретенных квартир должна быть благоустроена, подключена к тепло-водо-электроснабжению и быть пригодной, безопасной для проживания граждан. Мирошкина Т.В., реализуя совместный с лицом 2 и лицом 1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не позднее 02.12.2014, выполнила действия, направленные на заключение незаконного муниципального контракта № от 02.12.2014 между МКУ «ОКС» и ООО «СК «Монолит», предусматривающего выполнение ООО «СК «Монолит» работ по благоустройству территорий к жилым домам по адресу: &lt;адрес&gt;, при этом, все участники организованной группы, осуществляя свои функции, достоверно знали и осознавали о том, что МКУ «ОКС» и администрация Гурьевского муниципального района не являются заказчиками строительства многоквартирных жилых домов по адресу: &lt;адрес&gt;, а также то, что коммерческое строительство указанных многоквартирных домов осуществляет ООО «Монолит-Строй», а также ООО «Монолит», выступающим генеральным подрядчиком строительства домов. Так, Мирошкина Т.В., не позднее 08.10.2014, в дневное время, находясь в помещении служебного кабинета МКУ «ОКС» по адресу: &lt;адрес&gt;,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исполняющей обязанности директора МКУ «ОКС», а именно: обладая полномочиями по организации подготовки, разработки, проверки, согласования и направления в уполномоченный орган по определению поставщиков (подрядчиков, исполнителей) для муниципальных заказчиков, бюджетных учреждений и иных учреждений Гурьевского муниципального района – отдел муниципальных закупок администрации Гурьевского муниципального района (далее – уполномоченный орган) документов для открытого аукциона в электронной форме (включающих проект муниципального контракта, с приложениями технического задания, локальной сметы (локальный сметный расчет), обоснования начальной максимальной цены контракта) для их включения уполномоченным органом в незаконную аукционную документацию, утверждения и согласования уполномоченным органом аукционной документации, и последующей организации размещения и проведения уполномоченным органом на электронной площадке аукционов по муниципальным заказам на определение поставщика на право заключения муниципальных контрактов на выполнение работ по устройству (строительству) наружных инженерных сетей и благоустройству территории к жилым домам, и заключению муниципальных контрактов на выполнение указанных видов работ, обладая полномочиями по единоличному руководству деятельностью МКУ «ОКС», по организации распоряжения средствами бюджета, в соответствии с отведенными ей функциями, для обеспечения возможности заключения и дальнейшей оплаты ООО «СК «Монолит» стоимости незаконного муниципального контракта предусматривающего выполнение работ по благоустройству территорий к жилым домам по адресу: &lt;адрес&gt; таким образом хищения из бюджета муниципального образования «Гурьевский муниципальный район» денежных средств, путем их перечисления на расчетный счет ООО «СК «Монолит», имея наличие возможность заключать от имени МКУ «ОКС» муниципальные контракты, в соответствии с отведенными ей функциями в организованной группе, понимая, что является ответственным исполнителем муниципальной программы муниципального образования «Гурьевский муниципальный район» – «Строительство, реконструкция и капитальный ремонт жилищных и социальных объектов на территории Гурьевского муниципального района. Обеспечение жильем отдельных категорий граждан» (с изменениями и дополнениями), дала указание подчиненному сотруднику МКУ «ОКС» Ч о подготовке, разработке проекта муниципального контракта предусматривающего выполнение работ по благоустройству территорий к жилым домам по адресу: &lt;адрес&gt;, о подготовке, разработке технического задания к проекту муниципального контракта, локальной сметы (локальный сметный расчет) (обоснование начальной (максимальной) цены контракта), в виде приложения к муниципальному контракту, после представить ей на проверку и согласование, с целью последующей передачи документов в уполномоченный орган и включения их в аукционную документацию. Не осведомленный о преступных намерениях организованной группы сотрудник МКУ «ОКС» Ч, не позднее 08.10.2014, исполняя указания Мирошкиной Т.В. подготовила, разработала проект муниципального контракта предусматривающего выполнение работ по благоустройству территорий к жилым домам по адресу: &lt;адрес&gt;, техническое задание к проекту муниципального контракта, локальную смету (локальный сметный расчет) (обоснование начальной (максимальной) цены контракта), в виде приложения к муниципальному контракту, рассчитав стоимость работ в размере 6 178 888 руб., 00 коп. и представила Мирошкиной Т.В. на проверку и согласование, с целью последующей передачи Мирошкиной Т.В. документов в уполномоченный орган и включения их в аукционную документацию. После чего,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подготовила и составила заявку на осуществление закупки товаров, работ, услуг, а после проверив и согласовав проект муниципального контракта, техническое задание к проекту муниципального контракта, локальную смету (локальный сметный расчет) (обоснование начальной (максимальной) цены контракта), направила вместе с заявкой на осуществление закупки товаров, работ, услуг начальнику отдела муниципальных закупок администрации Гурьевского муниципального района З (уполномоченный орган), для объявления и проведения электронного аукциона, указав, что финансирование будет осуществлено по муниципальной программе «Строительство, реконструкция и капитальный ремонт жилищных и социальных объектов на территории Гурьевского муниципального района. Обеспечение жильем отдельных категорий граждан» (с изменениями и дополнениями), при этом умолчав об отсутствии законных оснований проведения аукциона. Не осведомленная о преступных намерениях организованной группы и введенная в заблуждение Мирошкиной Т.В. относительно законности объявления и проведения электронного аукциона, начальник отдела муниципальных закупок администрации Гурьевского муниципального района З (уполномоченный орган) подготовила, разработала аукционную документацию для объявления торгов в единой информационной системе: извещение о проведении электронного аукциона для закупки №, документацию об электронном аукционе «Благоустройство территории жилого дома по адресу: &lt;адрес&gt;», включив в нее в качестве приложений в неизменном виде: проект муниципального контракта, техническое задание к проекту муниципального контракта, локальную смету (локальный сметный расчет) (обоснование начальной (максимальной) цены контракта), которую З утвердила. Не позднее 09.10.2014, в дневное время, не осведомленная о преступных намерениях организованной группы начальник отдела муниципальных закупок администрации Гурьевского муниципального района З (уполномоченный орган) в сети Интернет на электронной площадке по адресу: www.rts-tender.ru опубликовала извещение и документацию о проведении электронного аукциона по объекту закупки: «Благоустройство территории жилого дома по адресу: &lt;адрес&gt;», о чем сообщила Мирошкиной Т.В. После чего, не позднее 31.10.2014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с целью своевременной подачи ООО «СК «Монолит» заявки на участие в электронном аукционе до окончания срока подачи заявок на участие в нем, последующей победы ООО «СК «Монолит» в электронном аукционе, сообщила лицу 1 информацию об извещении о проведении электронного аукциона, о требуемых к выполнению работах, о стоимости работ. Лицо 1, фактически выполнявший функции технического директора ООО «Монолит-Строй», технического директора ООО «СК «Монолит» и технического директора ООО «Монолит», находясь в г. Белово Кемеровской области, реализуя совместный с лицом 2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используя служебное положение технического директора ООО «Монолит-Строй», технического директора ООО «СК «Монолит» и технического директора ООО «Монолит», имея полномочия осуществлять строительный контроль при строительстве ООО «Монолит-Строй», ООО «СК «Монолит», ООО «Монолит» объектов капитального строительства, в том числе многоквартирных жилых домов, при выполнении ООО «Монолит-Строй», ООО «СК «Монолит», ООО «Монолит» иных строительных работ, организовывать ведение, составление, подписание, исполнительной производственно-технической документации по всем видам строительных работ, выполняемых ООО «Монолит-Строй», ООО «СК «Монолит», ООО «Монолит», а также подписывать лично указанную исполнительную производственно-техническую документацию, заведомо зная о том, что ООО «Монолит-Строй», осуществляет коммерческое строительство многоквартирных жилых домов по адресу: &lt;адрес&gt;, выступает застройщиком дома, а ООО «Монолит», выступает генеральным подрядчиком строительства дома, а он, как технический директор ООО «Монолит-Строй» и технический директор ООО «Монолит» является лицом, осуществляющим строительный контроль за ходом и ведения строительства указанных домов, осознавая, что работы по благоустройству территорий к жилым домам по адресу: &lt;адрес&gt; предусмотрены проектной документацией и являются ее неотъемлемой частью при коммерческом строительстве указанных многоквартирных жилых домов, а равно являются обязательными к выполнению ООО «Монолит-Строй», ООО «Монолит» самостоятельно при их коммерческом строительстве, достоверно зная, что ООО «СК «Монолит» не имеет право принимать участие в электронном аукционе и заключать с МКУ «ОКС» и администрацией Гурьевского муниципального района муниципальный контракт на работы по благоустройству территорий к жилым домам по адресу: &lt;адрес&gt;, так как ООО «Монолит-Строй», ООО «Монолит» в ходе коммерческого строительства указанных многоквартирных домов обязаны выполнить эти работы самостоятельно в соответствии с разработанной проектной документацией, разрешениями на строительство и проектной декларацией, не позднее 31.10.2014, понимая, что ООО «СК «Монолит», в случае заключения муниципального контракта на указанный вид работ, незаконно и необоснованно получит денежные средства из бюджета муниципального образования «Гурьевский муниципальный район», сообщил директору ООО «СК «Монолит» лицу 2 информацию об извещении о проведении электронного аукциона по объекту закупки: «Благоустройство территории жилого дома по адресу: &lt;адрес&gt;», с целью необходимости последующей подготовки лицом 2 документов, своевременной подаче заявок от ООО «СК «Монолит» на участие в электронном аукционе. Лицо 2, фактически выполнявший функции директора ООО «Монолит-Строй», директора ООО «СК «Монолит» и директора ООО «Монолит», находясь в г. Белово Кемеровской области, действуя умышлено, с целью хищения чужого имущества, реализуя совместный с лицом 1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используя служебное положение директора ООО «Монолит-Строй», директора ООО «СК «Монолит» и директора ООО «Монолит» имея полномочия осуществлять руководство финансово-экономической деятельностью организаций, без доверенности действовать от имени организаций, представлять интересы ООО «Монолит-Строй», ООО «СК «Монолит», ООО «Монолит» в учреждениях и организациях, получив от лица 1 сведения об извещении о проведении электронного аукциона, не позднее 31.10.2014, находясь в г. Белово Кемеровской области, подготовил заявку от ООО «СК «Монолит» на участие в закупке № по объекту закупки: «Благоустройство территории жилого дома по адресу: &lt;адрес&gt;», в которых отразил сведения об участнике закупки ООО «СК «Монолит», а также предложение от участника закупки ООО «СК «Монолит», указав о возможности выполнения ООО «СК «Монолит» работ по благоустройству территорий к жилым домам по адресу: &lt;адрес&gt;, а после чего, разместил ее на торговой площадке www.rts-tender.ru. Не осведомленная о преступных намерениях организованной группы начальник отдела муниципальных закупок администрации Гурьевского муниципального района З (уполномоченный орган), находясь в помещении служебного кабинета администрации Гурьевского муниципального района по адресу: &lt;адрес&gt;, 31.10.2014, в дневное время, в составе комиссии рассмотрела первую часть заявки ООО «СК «Монолит» на участие в электронном аукционе № по объекту закупки: «Благоустройство территории жилого дома по адресу: &lt;адрес&gt;» и приняла решение о его допуске к участию в открытом аукционе в электронной форме, после чего, З, 31.10.2014, в дневное время, в составе комиссии подвела итоги электронного аукциона №, определила вторую часть заявки единственного участника ООО «СК «Монолит» соответствующей требованиям документации об электронном аукционе, после чего, аукционной комиссией принято решение о соответствии требованиям, установленным документацией об электронном аукционе, только одной второй части заявки на участие в нем, и в соответствии с ч. 8 ст. 67 ФЗ-44 в составе комиссии признала аукцион не состоявшимся в связи с принятием решения о признании только одного участника закупки, подавшего заявку на участие в электронном аукционе, участником аукциона, что в свою очередь явилось основанием для заключения муниципального контракта МКУ «ОКС» с ООО «СК «Монолит» на выполнение работ по благоустройству территорий к жилым домам по адресу: &lt;адрес&gt;, как с единственным участником. После чего, Мирошкина Т.В., 02.12.2014 в дневное время, находясь в помещении служебного кабинета МКУ «ОКС» по адресу: &lt;адрес&gt;,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подписала и заключила от имени МКУ «ОКС» с ООО «СК «Монолит» муниципальный контракт № от 02.12.2014 на выполнение ООО «СК «Монолит» работ по благоустройству территорий к жилым домам по адресу: &lt;адрес&gt;. Лицо 2, являясь директором ООО «СК «Монолит», реализуя совместный с лицом 1 Мирошкиной Т.В. преступный умысел, используя свое служебное положение директора ООО «СК «Монолит», относящегося к категории руководителей, выразившееся в наличии права и возможности действовать от имени юридического лица ООО «СК «Монолит» без доверенности, совершать от имени ООО «СК «Монолит» сделки, заключать контракты, иметь право первой подписи и подписывать документы от имени юридического лица ООО «СК «Монолит», действуя совместно и согласованно с участниками организованной группы, подписал и заключил от имени юридического лица ООО «СК «Монолит» с МКУ «ОКС», в лице его исполняющего обязанности директора Мирошкиной Т.В. муниципальный контракт № от 02.12.2014, а также совместно с Мирошкиной Т.В. подписали и утвердили локальную смету (локальный сметный расчет), предметом которых являлось выполнение ООО «СК «Монолит» работ по благоустройству территорий к жилым домам по адресу: &lt;адрес&gt;, стоимостью 6 178 888 руб., 00 коп., достоверно зная о том, что ООО «Монолит-Строй», выступая застройщиком домов, а ООО «Монолит» выступая генеральным подрядчиком строительства домов, самостоятельно осуществляют коммерческое строительство указанных домов, в соответствии с полученными разрешениями № от 06.05.2014, № от 27.05.2014 на строительство, проектной документацией на строительство домов, а строительные работы по благоустройству территорий к жилым домам по адресу: &lt;адрес&gt;, являются неотъемлемой частью при их коммерческом строительстве. 01.12.2014, в дневное время, лицо 1, как технический директор ООО «Монолит» (лицо осуществляющее строительство) и как лицо, осуществляющее строительный контроль при строительстве генеральным подрядчиком ООО «Монолит» многоквартирного жилого дома по адресу: &lt;адрес&gt;, и лицо 2как директор ООО «Монолит-Строй» (застройщик/заказчик), достоверно зная, что указанный многоквартирный дом ООО «Монолит» уже построен, совместно подписали акт приемки законченного строительством объекта от 01.12.2014, акт соответствия параметров построенного, реконструированного, отремонтированного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приборами учета используемых энергетических ресурсов от 01.12.2014; акт подтверждающий строительство в соответствии с техническим регламентом от 01.12.2014, акт подтверждающий параметры объекта от 01.12.2014, а также акт приемки законченного строительством объекта от 01.12.2014 (акт формы № КС-11), подтверждающие выполнение ООО «Монолит-Строй», ООО «Монолит» всех работ по строительству объекта капитального строительства – жилого дома по адресу: &lt;адрес&gt;, в том числе о выполнении работ по благоустройству территории к жилому дому по адресу: &lt;адрес&gt;, после чего, указанный объект капитального строительства введен в эксплуатацию разрешением на ввод объекта в эксплуатацию № от 04.12.2014. Кроме того, 01.12.2014, в дневное время, лицо 1, как технический директор ООО «Монолит» (лицо осуществляющее строительство) и как лицо, осуществляющее строительный контроль при строительстве генеральным подрядчиком ООО «Монолит» многоквартирного жилого дома по адресу: &lt;адрес&gt;, и лицо 2 как директор ООО «Монолит-Строй» (застройщик/заказчик), достоверно зная, что указанный многоквартирный дом ООО «Монолит» уже построен, совместно подписали акт приемки законченного строительством объекта от 01.12.2014, акт соответствия параметров построенного, реконструированного, отремонтированного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приборами учета используемых энергетических ресурсов от 01.12.2014; акт подтверждающий строительство в соответствии с техническим регламентом от 01.12.2014, акт подтверждающий параметры объекта от 01.12.2014, а также акт приемки законченного строительством объекта от 01.12.2014 (акт формы № КС-11), подтверждающие выполнение ООО «Монолит-Строй», ООО «Монолит» всех работ по строительству объекта капитального строительства – жилого дома по адресу: &lt;адрес&gt;, в том числе о выполнении работ по благоустройству территории к жилому дому по адресу: &lt;адрес&gt;, после чего, указанный объект капитального строительства введен в эксплуатацию разрешением на ввод объекта в эксплуатацию № от 04.12.2014. Реализуя совместный преступный умысел, лицо 1, как технический директор ООО «СК «Монолит» и Мирошкина Т.В. как директор МКУ «ОКС» действуя совместно и согласованно с участниками организованной группы, в целях хищения бюджетных денежных средств в размере стоимости муниципального контракта № от 02.12.2014, совместно используя свое служебное положение, организовали ведение, составление, подписание и принятие неосведомленными о преступных намерениях организованной группы подчиненными сотрудниками ООО «СК «Монолит», МКУ «ОКС» исполнительной производственно-технической документации к муниципальному контракту, что в дальнейшем явилось основанием для приемки объемов работ в соответствии требованиями заказчика в лице МКУ «ОКС» к выполняемым работам и используемым материалам, давшие основание Мирошкиной Т.В. и лицу 2 подписать акт о приемке-передаче выполненных работ (акт формы № КС-2), справку о стоимости выполненных работ и затрат (акт формы № КС-3) по указанному муниципальному контракту, а также служило основанием для дальнейшего составления и подписания заявок на кассовый расход для осуществления незаконного перечисления бюджетных денежных средств на расчетный счет ООО «СК «Монолит» и оплаты ООО «СК «Монолит» стоимости незаконного муниципального контракта № от 02.12.2014. Далее, в осуществление задуманного, не позднее 30.06.2015, в дневное время, Мирошкина Т.В., как директор МКУ «ОКС» и заказчик по муниципальному контракту № от 02.12.2014, а также лицо 2, как директор ООО «СК «Монолит», реализуя совместные с лицом 1 преступные действия, направленные на хищение бюджетных денежных средств путем заключения указанного муниципального контракта, преследуя совместную корыстную цель – хищение чужого имущества в виде бюджетных денежных средств муниципального образования «Гурьевский муниципальный район», находясь в помещении служебного кабинета МКУ «ОКС» по адресу: &lt;адрес&gt;, совместно используя свои служебные положения, подписали и утвердили счет-фактуры, а также совместно подписали справку о стоимости выполненных работ и затрат № (акт формы № КС-3) от 30.06.2015, акт о приемке выполненных работ № (акт формы № КС-2) от 30.06.2015, по муниципальному контракту № от 02.12.2014, предусматривающему выполнение ООО «СК «Монолит» работ по благоустройству территорий к жилым домам по адресу: &lt;адрес&gt;, достоверно зная о том, что на момент подписания вышеуказанных справки о стоимости выполненных работ и затрат и акта о приемке выполненных работ, а также на момент заключения муниципального контракта № от 02.12.2014, между ООО «Монолит-Строй» и МКУ «ОКС» уже заключены муниципальные контракты: № от 21.07.2014, № от 03.09.2014, № от 11.08.2014, № от 14.08.2014, № от 14.08.2014 и у ООО «Монолит-Строй» перед МКУ «ОКС» имеются обязательства по условиям названных муниципальных контрактов, согласно которым ООО «Монолит-Строй» осуществляет строительство указанного дома, где дольщик в лице МКУ «ОКС» оплатил ООО «Монолит-Строй» стоимость благоустроенных всех квартир согласно условий вышеуказанных муниципальных контрактов, а строительные работы по благоустройству территорий к жилым домам по адресу: &lt;адрес&gt;, являются неотъемлемой частью при их коммерческом строительстве, достоверно зная о том, что жилые многоквартирные дома, по адресу: &lt;адрес&gt; уже построены, соответствуют требованиям технических условий, регламентов, проектной документации, что подтверждается актом приемки законченного строительством объекта от 01.12.2014, актом соответствия параметров построенного, реконструированного, отремонтированного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приборами учета используемых энергетических ресурсов от 01.12.2014; актом подтверждающим строительство в соответствии с техническим регламентом от 01.12.2014, актом подтверждающим параметры объекта от 01.12.2014, а также актом приемки законченного строительством объекта от 01.12.2014 (акт формы № КС-11), подтверждающими выполнение ООО «Монолит» всех работ по строительству объекта капитального строительства – жилого дома по адресу: &lt;адрес&gt;, разрешением на ввод объекта в эксплуатацию № от 04.12.2014, а также подтверждается актом приемки законченного строительством объекта от 01.12.2014, актом соответствия параметров построенного, реконструированного, отремонтированного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приборами учета используемых энергетических ресурсов от 01.12.2014; актом подтверждающим строительство в соответствии с техническим регламентом от 01.12.2014, актом подтверждающим параметры объекта от 01.12.2014, а также актом приемки законченного строительством объекта от 01.12.2014 (акт формы № КС-11), подтверждающими выполнение ООО «Монолит» всех работ по строительству объекта капитального строительства – жилого дома по адресу: &lt;адрес&gt;, разрешением на ввод объекта в эксплуатацию № от 04.12.2014. Лицо 2, реализуя совместный с лицом 1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как директор ООО «СК «Монолит», не позднее 05.06.2017 обратился в Арбитражный суд Кемеровской области с иском ООО «СК «Монолит» к муниципальному образованию «Гурьевский муниципальный район» в лице МКУ «ОКС» с целью взыскания задолженности по муниципальному контракту № от 02.12.2014 в размере 6 178 888 руб., 00 коп., на основании которого, арбитражным судьей Кемеровской области, вынесено решение по делу № А27-4006/2017 от 05.06.2017, об удовлетворении исковых требований и взыскании задолженности, о чем взыскателю ООО «СК «Монолит» выдан исполнительный лист серии ФС № от 06.07.2017, о чем лицо 2 сообщило лицу 1 Лицо 1, реализуя совместный с лицом 2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как технический директор ООО «СК «Монолит», не позднее 18.10.2017 передал названный исполнительный лист в администрацию Гурьевского муниципального района, для осуществления незаконного перечисления бюджетных денежных средств на расчетный счет ООО «СК «Монолит» и оплаты ООО «СК «Монолит» стоимости незаконного муниципального контракта № от 02.12.2014, о чем лицо 1 сообщило Мирошкиной Т.В. В свою очередь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не позднее 18.10.2017 устно подтвердила начальнику Финансового управления по Гурьевскому району (ИНН &lt;***&gt;) (далее – ФИНО по Гурьевскому району) КО факт приемки-передачи работ по муниципальному контракту № от 02.12.2014, с целью дальнейшей оплаты стоимости муниципального контракта за счет бюджетных средств муниципального образования «Гурьевский муниципальный район». Не осведомленная о преступных намерениях организованной группы начальник ФИНО по Гурьевскому району КО, получив исполнительный лист серии ФС № от 06.07.2017, не позднее 18.10.2017, находясь в администрации Гурьевского муниципального района по адресу: &lt;адрес&gt;, дала указание начальнику отдела бухгалтерского учета и отчетности - главному бухгалтеру ФИНО по Гурьевскому району С сформировать, составить заявку на кассовый расход на сумму 6 178 888 руб., 00 коп., для последующего ее подписания электронной цифровой подписью от своего имени КО, и от имени С, ее дальнейшего направления в Управление федерального казначейства по Кемеровской области, с целью перечисления бюджетных денежных средств на расчетный (банковский) счет ООО «СК «Монолит». С, не осведомленная о преступных намерениях организованной группы, выполняя указания КО, составила заявку на кассовый расход: № от 18.10.2017 на сумму 6 178 888 руб., 00 коп., о перечислении на расчетный (банковский) счет ООО «СК «Монолит» № денежных средств в размере 6 178 888 руб., 00 коп, с назначением платежа: &lt;данные изъяты&gt;», а после составления вышеуказанной заявки на кассовый расход КО и С подписали ее электронной цифровой подписью каждая от своего имени и направили в Управление федерального казначейства по Кемеровской области. Неосведомленные о преступных намерениях организованной группы сотрудники Управления федерального казначейства по Кемеровской области на основании заявки на кассовый расход КО, сформировали платежное поручение: № от 18.10.2017 на сумму 6 178 888 руб., 00 коп., и посредством лицевого счета ФИНО по Гурьевскому району №, открытого в Отделении по г. Гурьевску Управления федерального казначейства по Кемеровской области, расположенного по адресу: &lt;адрес&gt;, перечислили денежные средства в размере 6 178 888 руб., 00 коп. с банковского счета УФК по Кемеровской области №, открытого в ГРКЦ ГУ Банка России по Кемеровской области, расположенного по адресу: &lt;адрес&gt; на расчетный (банковский) счет ООО «СК «Монолит» №, открытый ДД.ММ.ГГГГ в дополнительном офисе отделения ПАО «Сбербанк» № 8615/0462 по адресу: &lt;адрес&gt;, пер. Цинкзаводской, &lt;адрес&gt;, в качестве оплаты стоимости незаконного муниципального контракта № от 02.12.2014, в результате чего муниципальному образованию «Гурьевский муниципальный район» причинен ущерб в особо крупном размере на сумму 6 178 888 руб., 00 коп. Таким образом, Мирошкина Т.В., лицо 1 и лицо 2, используя свое служебное положение, действуя умышленно, организованной группой, путем обмана, похитили чужое имущество – денежные средства из бюджета муниципального образования «Гурьевский муниципальный район», в особо крупном размере, в сумме 6 178 888 руб., 00 коп., распорядившись по своему усмотрению, безвозмездно обратив в пользу ООО «СК «Монолит», тем самым причинив муниципальному образованию «Гурьевский муниципальный район» ущерб на сумму 6 178 888 руб., 00 коп.</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ходе осуществления коммерческой деятельности ООО «Монолит-Строй» (застройщик/заказчик) получено разрешение № от 03.07.2014 на строительство многоквартирного жилого дома по адресу: &lt;адрес&gt; на основании которого и, в соответствии с проектной документацией предусмотрено, как неотъемлемая часть строительства дома, выполнение ООО «Монолит-Строй» работ по благоустройству территории к строящемуся жилому дому по адресу: &lt;адрес&gt;. Мирошкина Т.В. и лицо 2, достоверно зная и понимая, что МКУ «ОКС» и администрация Гурьевского муниципального района не являются заказчиками строительства многоквартирного жилого дома по адресу: &lt;адрес&gt;, а также то, что коммерческое строительство указанного многоквартирного дома осуществляет ООО «Монолит-Строй», а также ООО «СК «Монолит», выступающим генеральным подрядчиком строительства дома, а работы по благоустройству территории жилого дома по адресу: &lt;адрес&gt; предусмотрены проектной документацией и являются ее неотъемлемой частью при коммерческом строительстве указанного многоквартирного жилого дома, а равно являются обязательными к выполнению ООО «Монолит-Строй», ООО «СК «Монолит» самостоятельно при его коммерческом строительстве, не позднее 02.12.2014, находясь на территории Кемеровской области, приняли предложение лица 1 совершить хищение чужого имущества - денежных средств из бюджета муниципального образования «Гурьевский муниципальный район» путем заключения и оплаты стоимости муниципального контракта на выполнение работ по благоустройству территории строящегося жилого дома на расчетный (банковский) счет ООО «СК «Монолит». Не позднее 02.12.2014, находясь на территории Кемеровской области, Мирошкина Т.В., реализуя совместный с лицом 2 и лицом 1 преступный умысел, действуя совместно и согласованно с ними, умышленно, организованной группой, с целью хищения чужого имущества - бюджетных денежных средств муниципального образования «Гурьевский муниципальный район», из корыстных побуждений, путем обмана, в соответствии с определенными функциями и договоренностью с остальными участниками организованной группы, определили предмет хищения в виде бюджетных денежных средств при проведении электронного аукциона и заключения незаконного муниципального контракта на выполнение работ по благоустройству территории жилого дома по адресу: &lt;адрес&gt;, заведомо зная, что администрация Гурьевского муниципального района и МКУ «ОКС» не имеют права выступать в роли заказчика названных работ и оплачивать ООО «СК «Монолит», фактически выступающим генеральным подрядчиком строительства указанного дома, данный вид работ, так как работы по благоустройству территории жилого дома входят в объем коммерческого строительства указанного дома, которое осуществляет ООО «Монолит-Строй». Во исполнение задуманного, организованной группой было осуществлено следующее. Для переселения граждан из многоквартирных домов, признанных в установленном порядке непригодными для проживания, а также для предоставления жилых помещений детям-сиротам, детям, оставшихся без попечения родителей, между муниципальным казенным учреждением «Отдел капитального строительства администрации Гурьевского муниципального района» (далее – МКУ «ОКС») в лице его директора Л (с 19.02.2015 в лице директора Мирошкиной Т.В.) и ООО «Монолит-Строй» в лице директора лицо 2 заключены муниципальные контракты: -№ от 25.08.2014, для обеспечения жилыми помещениями детей-сирот и детей, оставшихся без попечения родителей, в целях обеспечения муниципальных нужд; -№ от 25.08.2014, для переселения граждан из ветхого и аварийного жилья, в целях обеспечения муниципальных нужд; -№ от 29.09.2014, для обеспечения жилыми помещениями детей-сирот и детей, оставшихся без попечения родителей, в целях обеспечения муниципальных нужд; -№ от 01.06.2015, для переселения граждан из ветхого и аварийного жилья, в целях обеспечения муниципальных нужд; -№ от 01.06.2015 для переселения граждан из ветхого и аварийного жилья, в целях обеспечения муниципальных нужд, согласно которых ООО «Монолит-Строй» приняты обязательства своими силами и (или) с привлечением других лиц построить (создать) на земельном участке, расположенном по адресу: &lt;адрес&gt;, многоквартирный жилой дом, а затем, после получения разрешения на ввод в эксплуатацию указанного дома передать МКУ «ОКС» объекты долевого строительства, в частности: -в виде 12 (двенадцати) однокомнатных квартир, с площадью 12 (двенадцати) квартир равной 423,69 квадратных метров, со стоимостью муниципального контракта № от 25.08.2014 в сумме 12 710 700 руб., 00 коп.; -в виде 6 (шести) двухкомнатных и 3 (трех) трехкомнатных квартир, с площадью 9 (девяти) квартир равной 511,50 квадратных метров, со стоимостью муниципального контракта № от 25.08.2014 в сумме 15 345 000 руб., 00 коп.; -в виде 1 (одной) однокомнатной квартиры, с площадью 1 (одной) квартиры равной 38,31 квадратных метров, со стоимостью муниципального контракта № от 29.09.2014 в сумме 1 149 300 руб., 00 коп.; -в виде 1 (одной) однокомнатной квартиры, с площадью 1 (одной) квартиры равной 38,31 квадратных метров, со стоимостью муниципального контракта № от 01.06.2015 в сумме 1 149 300 руб., 00 коп.; -в виде 1 (одной) однокомнатной квартиры, с площадью 1 (одной) квартиры равной 38,31 квадратных метров, со стоимостью муниципального контракта № от 01.06.2015 в сумме 1 149 300 руб., 00 коп., при этом, согласно условиям вышеуказанных муниципальных контрактов, каждая из приобретенных квартир должна быть благоустроена, подключена к тепло-водо-электроснабжению и быть пригодной, безопасной для проживания граждан. Мирошкина Т.В., реализуя совместный с лицом 2 и лицом 1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не позднее 02.12.2014, выполнила действия, направленные на заключение незаконного муниципального контракта № от 02.12.2014 между МКУ «ОКС» и ООО «СК «Монолит», предусматривающего выполнение ООО «СК «Монолит» работ по благоустройству территории жилого дома по адресу: &lt;адрес&gt;, при этом, все участники организованной группы, осуществляя свои функции, достоверно знали и осознавали о том, что МКУ «ОКС» и администрация Гурьевского муниципального района не являются заказчиками строительства многоквартирного жилого дома по адресу: &lt;адрес&gt;, а также то, что коммерческое строительство указанного многоквартирного дома осуществляет ООО «Монолит-Строй», а также ООО «СК «Монолит», выступающим генеральным подрядчиком строительства дома. Так, Мирошкина Т.В., не позднее 17.10.2014, в дневное время, находясь в помещении служебного кабинета МКУ «ОКС» по адресу: &lt;адрес&gt;,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исполняющей обязанности директора МКУ «ОКС», а именно: обладая полномочиями по организации подготовки, разработки, проверки, согласования и направления в уполномоченный орган по определению поставщиков (подрядчиков, исполнителей) для муниципальных заказчиков, бюджетных учреждений и иных учреждений Гурьевского муниципального района – отдел муниципальных закупок администрации Гурьевского муниципального района (далее – уполномоченный орган) документов для открытого аукциона в электронной форме (включающих проект муниципального контракта, с приложениями технического задания, локальной сметы (локальный сметный расчет), обоснования начальной максимальной цены контракта) для их включения уполномоченным органом в незаконную аукционную документацию, утверждения и согласования уполномоченным органом аукционной документации, и последующей организации размещения и проведения уполномоченным органом на электронной площадке аукционов по муниципальным заказам на определение поставщика на право заключения муниципальных контрактов на выполнение работ по устройству (строительству) наружных инженерных сетей и благоустройству территории к жилым домам, и заключению муниципальных контрактов на выполнение указанных видов работ, обладая полномочиями по единоличному руководству деятельностью МКУ «ОКС», по организации распоряжения средствами бюджета, в соответствии с отведенными ей функциями, для обеспечения возможности заключения и дальнейшей оплаты ООО «СК «Монолит» стоимости незаконного муниципального контракта предусматривающего выполнение работ по благоустройству территории жилого дома по адресу: &lt;адрес&gt; таким образом хищения из бюджета муниципального образования «Гурьевский муниципальный район» денежных средств, путем их перечисления на расчетный счет ООО «СК «Монолит», имея наличие возможность заключать от имени МКУ «ОКС» муниципальные контракты, в соответствии с отведенными ей функциями в организованной группе, понимая, что является ответственным исполнителем муниципальной программы муниципального образования «Гурьевский муниципальный район» – «Строительство, реконструкция и капитальный ремонт жилищных и социальных объектов на территории Гурьевского муниципального района. Обеспечение жильем отдельных категорий граждан» (с изменениями и дополнениями), дала указание подчиненному сотруднику МКУ «ОКС» Ч о подготовке, разработке проекта муниципального контракта предусматривающего выполнение работ по благоустройству территории жилого дома по адресу: &lt;адрес&gt;, о подготовке, разработке технического задания к проекту муниципального контракта, локальной сметы (локальный сметный расчет) (обоснование начальной (максимальной) цены контракта), в виде приложения к муниципальному контракту, после представить ей на проверку и согласование, с целью последующей передачи документов в уполномоченный орган и включения их в аукционную документацию. Не осведомленный о преступных намерениях организованной группы сотрудник МКУ «ОКС» Ч, не позднее 17.10.2014, исполняя указания Мирошкиной Т.В. подготовила, разработала проект муниципального контракта предусматривающего выполнение работ по благоустройству территории жилого дома по адресу: &lt;адрес&gt;, техническое задание к проекту муниципального контракта, локальную смету (локальный сметный расчет) (обоснование начальной (максимальной) цены контракта), в виде приложения к муниципальному контракту, рассчитав стоимость работ в размере 2 679 204 руб., 00 коп. и представила Мирошкиной Т.В. на проверку и согласование, с целью последующей передачи Мирошкиной Т.В. документов в уполномоченный орган и включения их в аукционную документацию. После чего,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подготовила и составила заявку на осуществление закупки товаров, работ, услуг, а после проверив и согласовав проект муниципального контракта, техническое задание к проекту муниципального контракта, локальную смету (локальный сметный расчет) (обоснование начальной (максимальной) цены контракта), направила вместе с заявкой на осуществление закупки товаров, работ, услуг начальнику отдела муниципальных закупок администрации Гурьевского муниципального района З (уполномоченный орган), для объявления и проведения электронного аукциона, указав, что финансирование будет осуществлено по муниципальной программе «Строительство, реконструкция и капитальный ремонт жилищных и социальных объектов на территории Гурьевского муниципального района. Обеспечение жильем отдельных категорий граждан» (с изменениями и дополнениями), при этом умолчав об отсутствии законных оснований проведения аукциона. Не осведомленная о преступных намерениях организованной группы и введенная в заблуждение Мирошкиной Т.В. относительно законности объявления и проведения электронного аукциона, начальник отдела муниципальных закупок администрации Гурьевского муниципального района З (уполномоченный орган) подготовила, разработала аукционную документацию для объявления торгов в единой информационной системе: извещение о проведении электронного аукциона для закупки №, документацию об электронном аукционе «Благоустройство территории жилого дома по адресу: &lt;адрес&gt;», включив в нее в качестве приложений в неизменном виде: проект муниципального контракта, техническое задание к проекту муниципального контракта, локальную смету (локальный сметный расчет) (обоснование начальной (максимальной) цены контракта), которую З утвердила. Не позднее 20.10.2014, в дневное время, не осведомленная о преступных намерениях организованной группы начальник отдела муниципальных закупок администрации Гурьевского муниципального района З (уполномоченный орган) в сети Интернет на электронной площадке по адресу: www.rts-tender.ru опубликовала извещение и документацию о проведении электронного аукциона по объекту закупки: «Благоустройство территории жилого дома по адресу: &lt;адрес&gt;», о чем сообщила Мирошкиной Т.В. После чего, не позднее 06.11.2014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с целью своевременной подачи ООО «СК «Монолит» заявки на участие в электронном аукционе до окончания срока подачи заявок на участие в нем, последующей победы ООО «СК «Монолит» в электронном аукционе, сообщила лицу 1 информацию об извещении о проведении электронного аукциона, о требуемых к выполнению работах, о стоимости работ. Лицо 1, фактически выполнявший функции технического директора ООО «Монолит-Строй», технического директора ООО «СК «Монолит», находясь в г. Белово Кемеровской области, реализуя совместный с лицом 2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используя служебное положение технического директора ООО «Монолит-Строй», технического директора ООО «СК «Монолит», имея полномочия осуществлять строительный контроль при строительстве ООО «Монолит-Строй», ООО «СК «Монолит» объектов капитального строительства, в том числе многоквартирных жилых домов, при выполнении ООО «Монолит-Строй», ООО «СК «Монолит» иных строительных работ, организовывать ведение, составление, подписание, исполнительной производственно-технической документации по всем видам строительных работ, выполняемых ООО «Монолит-Строй», ООО «СК «Монолит», а также подписывать лично указанную исполнительную производственно-техническую документацию, заведомо зная о том, что ООО «Монолит-Строй», осуществляет коммерческое строительство многоквартирного жилого дома по адресу: &lt;адрес&gt;, выступает застройщиком дома, а ООО «СК «Монолит», выступает генеральным подрядчиком строительства дома, а он, как технический директор ООО «Монолит-Строй» и технический директор ООО «СК «Монолит» является лицом, осуществляющим строительный контроль за ходом и ведения строительства указанного дома, осознавая, что работы по благоустройству территории жилого дома по адресу: &lt;адрес&gt; предусмотрены проектной документацией и являются ее неотъемлемой частью при коммерческом строительстве указанного многоквартирного жилого дома, а равно являются обязательными к выполнению ООО «Монолит-Строй», ООО «СК «Монолит» самостоятельно при его коммерческом строительстве, достоверно зная, что ООО «СК «Монолит» не имеет право принимать участие в электронном аукционе и заключать с МКУ «ОКС» и администрацией Гурьевского муниципального района муниципальный контракт на работы по благоустройству территории жилого дома по адресу: &lt;адрес&gt;, так как ООО «Монолит-Строй», ООО «СК «Монолит» в ходе коммерческого строительства указанного многоквартирного дома обязаны выполнить эти работы самостоятельно в соответствии с разработанной проектной документацией, разрешением на строительство и проектной декларацией, не позднее 06.11.2014, понимая, что ООО «СК «Монолит», в случае заключения муниципального контракта на указанный вид работ, незаконно и необоснованно получит денежные средства из бюджета муниципального образования «Гурьевский муниципальный район», сообщил директору ООО «СК «Монолит» лицу 2 информацию об извещении о проведении электронного аукциона по объекту закупки: «Благоустройство территории жилого дома по адресу: &lt;адрес&gt;», с целью необходимости последующей подготовки лицом 2 документов, своевременной подаче заявок от ООО «СК «Монолит» на участие в электронном аукционе. Лицо 2, фактически выполнявший функции директора ООО «Монолит-Строй», директора ООО «СК «Монолит», находясь в г. Белово Кемеровской области, действуя умышлено, с целью хищения чужого имущества, реализуя совместный с лицом 1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используя служебное положение директора ООО «Монолит-Строй», директора ООО «СК «Монолит», имея полномочия осуществлять руководство финансово-экономической деятельностью организаций, без доверенности действовать от имени организаций, представлять интересы ООО «Монолит-Строй», ООО «СК «Монолит» в учреждениях и организациях, получив от лица 1 сведения об извещении о проведении электронного аукциона, не позднее 06.11.2014, находясь в г. Белово Кемеровской области, подготовил заявку от ООО «СК «Монолит» на участие в закупке № по объекту закупки: «Благоустройство территории жилого дома по адресу: &lt;адрес&gt;», в которых отразил сведения об участнике закупки ООО «СК «Монолит», а также предложение от участника закупки ООО «СК «Монолит», указав о возможности выполнения ООО «СК «Монолит» работ по благоустройству территории жилого дома по адресу: &lt;адрес&gt;, а после чего, разместил ее на торговой площадке www.rts-tender.ru. Не осведомленная о преступных намерениях организованной группы начальник отдела муниципальных закупок администрации Гурьевского муниципального района З (уполномоченный орган), находясь в помещении служебного кабинета администрации Гурьевского муниципального района по адресу: &lt;адрес&gt;, 06.11.2014, в дневное время, в составе комиссии рассмотрела первую часть заявки ООО «СК «Монолит» на участие в электронном аукционе № по объекту закупки: «Благоустройство территории жилого дома по адресу: &lt;адрес&gt;» и приняла решение о его допуске к участию в открытом аукционе в электронной форме, после чего, З, 07.11.2014, в дневное время, в составе комиссии подвела итоги электронного аукциона №, определила вторую часть заявки единственного участника ООО «СК «Монолит» соответствующей требованиям документации об электронном аукционе, после чего, аукционной комиссией принято решение о соответствии требованиям, установленным документацией об электронном аукционе, только одной второй части заявки на участие в нем, и в соответствии с ч. 8 ст. 67 ФЗ-44 в составе комиссии признала аукцион не состоявшимся в связи с принятием решения о признании только одного участника закупки, подавшего заявку на участие в электронном аукционе, участником аукциона, что в свою очередь явилось основанием для заключения муниципального контракта МКУ «ОКС» с ООО «СК «Монолит» на выполнение работ по благоустройству территории жилого дома по адресу: &lt;адрес&gt;, как с единственным участником. После чего, Мирошкина Т.В., 02.12.2014 в дневное время, находясь в помещении служебного кабинета МКУ «ОКС» по адресу: &lt;адрес&gt;,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подписала и заключила от имени МКУ «ОКС» с ООО «СК «Монолит» муниципальный контракт № от 02.12.2014 на выполнение ООО «СК «Монолит» работ по благоустройству территории жилого дома по адресу: &lt;адрес&gt;. Лицо 2, являясь директором ООО «СК «Монолит», реализуя совместный с лицом 1 и Мирошкиной Т.В. преступный умысел, используя свое служебное положение директора ООО «СК «Монолит», относящегося к категории руководителей, выразившееся в наличии права и возможности действовать от имени юридического лица ООО «СК «Монолит» без доверенности, совершать от имени ООО «СК «Монолит» сделки, заключать контракты, иметь право первой подписи и подписывать документы от имени юридического лица ООО «СК «Монолит», действуя совместно и согласованно с участниками организованной группы, подписал и заключил от имени юридического лица ООО «СК «Монолит» с МКУ «ОКС», в лице его исполняющего обязанности директора Мирошкиной Т.В. муниципальный контракт № от 02.12.2014, а также совместно с Мирошкиной Т.В. подписали и утвердили локальную смету (локальный сметный расчет), предметом которых являлось выполнение ООО «СК «Монолит» работ по благоустройству территории жилого дома по адресу: &lt;адрес&gt;, стоимостью 2 679 204 руб., 00 коп., достоверно зная о том, что ООО «Монолит-Строй», выступая застройщиком дома, а ООО «СК «Монолит» выступая генеральным подрядчиком строительства дома, самостоятельно осуществляют коммерческое строительство указанного дома, в соответствии с полученным разрешением № от ДД.ММ.ГГГГ на строительство, проектной документацией на строительство дома, а строительные работы по благоустройству территории жилого дома по адресу: &lt;адрес&gt;, являются неотъемлемой частью при его коммерческом строительстве. 18.05.2015, в дневное время, лицо 1, как технический директор ООО «СК «Монолит» (лицо осуществляющее строительство) и как лицо, осуществляющее строительный контроль при строительстве генеральным подрядчиком ООО «СК «Монолит» многоквартирного жилого дома по адресу: &lt;адрес&gt; лицо 2 как директор ООО «Монолит-Строй» (застройщик/заказчик), достоверно зная, что указанный многоквартирный дом ООО «СК «Монолит» уже построен, совместно подписали акт приемки законченного строительством объекта от 18.05.2015, акт соответствия параметров построенного, реконструированного, отремонтированного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приборами учета используемых энергетических ресурсов от 18.05.2015; акт подтверждающий строительство в соответствии с техническим регламентом от 18.05.2015, акт подтверждающий параметры объекта от 18.05.2015, а также акт приемки законченного строительством объекта от 18.05.2015 (акт формы № КС-11), подтверждающие выполнение ООО «Монолит-Строй», ООО «СК «Монолит» всех работ по строительству объекта капитального строительства – жилого дома по адресу: &lt;адрес&gt;, в том числе о выполнении работ по благоустройству территории к жилому дому по адресу: &lt;адрес&gt;, после чего, указанный объект капитального строительства введен в эксплуатацию разрешением на ввод объекта в эксплуатацию № от 21.05.2015. Реализуя совместный преступный умысел, лицо 1, как технический директор ООО «СК «Монолит» и Мирошкина Т.В. как директор МКУ «ОКС» действуя совместно и согласованно с участниками организованной группы, в целях хищения бюджетных денежных средств в размере стоимости муниципального контракта № от 02.12.2014, совместно используя свое служебное положение, организовали ведение, составление, подписание и принятие неосведомленными о преступных намерениях организованной группы подчиненными сотрудниками ООО «СК «Монолит», МКУ «ОКС» исполнительной производственно-технической документации к муниципальному контракту, что в дальнейшем явилось основанием для приемки объемов работ в соответствии требованиями заказчика в лице МКУ «ОКС» к выполняемым работам и используемым материалам, давшие основание Мирошкиной Т.В. и лицу 2 подписать акт о приемке-передаче выполненных работ (акт формы № КС-2), справку о стоимости выполненных работ и затрат (акт формы № КС-3) по указанному муниципальному контракту, а также служило основанием для дальнейшего составления и подписания заявок на кассовый расход для осуществления незаконного перечисления бюджетных денежных средств на расчетный счет ООО «СК «Монолит» и оплаты ООО «СК «Монолит» стоимости незаконного муниципального контракта № от 02.12.2014. Далее, в осуществление задуманного, не позднее ДД.ММ.ГГГГ, в дневное время, Мирошкина Т.В., как директор МКУ «ОКС» и заказчик по муниципальному контракту № от 02.12.2014, а также лицо 2, как директор ООО «СК «Монолит», реализуя совместные с лицом 1 преступные действия, направленные на хищение бюджетных денежных средств путем заключения указанного муниципального контракта, преследуя совместную корыстную цель – хищение чужого имущества в виде бюджетных денежных средств муниципального образования «Гурьевский муниципальный район», находясь в помещении служебного кабинета МКУ «ОКС» по адресу: &lt;адрес&gt;, совместно используя свои служебные положения, подписали и утвердили счет-фактуры, а также совместно подписали справку о стоимости выполненных работ и затрат № (акт формы № КС-3) от 30.06.2015, акт о приемке выполненных работ № (акт формы № КС-2) от 30.06.2015, по муниципальному контракту № от 02.12.2014, предусматривающему выполнение ООО «СК «Монолит» работ по благоустройству территории жилого дома по адресу: &lt;адрес&gt;, достоверно зная о том, что на момент подписания вышеуказанных справки о стоимости выполненных работ и затрат и акта о приемке выполненных работ, а также на момент заключения муниципального контракта № от 02.12.2014, между ООО «Монолит-Строй» и МКУ «ОКС» уже заключены муниципальные контракты: № от 25.08.2014, № от 25.08.2014, № от 29.09.2014, № от 01.06.2015 и № от 01.06.2015 и у ООО «Монолит-Строй» перед МКУ «ОКС» имеются обязательства по условиям названных муниципальных контрактов, согласно которым ООО «Монолит-Строй» осуществляет строительство указанного дома, где дольщик в лице МКУ «ОКС» оплатил ООО «Монолит-Строй» стоимость двадцати четырех благоустроенных квартир согласно условий вышеуказанных муниципальных контрактов, а строительные работы по благоустройству территории жилого дому адресу: &lt;адрес&gt;, являются неотъемлемой частью при его коммерческом строительстве, а также достоверно зная о том, что жилой многоквартирный дом, по адресу: &lt;адрес&gt; уже построен, соответствует требованиям технических условий, регламентов, проектной документации, что подтверждается актом приемки законченного строительством объекта от 18.05.2015, актом соответствия параметров построенного, реконструированного, отремонтированного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приборами учета используемых энергетических ресурсов от 18.05.2015; актом подтверждающим строительство в соответствии с техническим регламентом от 18.05.2015, актом подтверждающим параметры объекта от 18.05.2015, а также актом приемки законченного строительством объекта от 18.05.2015 (акт формы № КС-11), подтверждающими выполнение ООО «СК «Монолит» всех работ по строительству объекта капитального строительства – жилого дома по адресу: &lt;адрес&gt;, разрешением на ввод объекта в эксплуатацию № от 21.05.2015. Лицо 2, реализуя совместный с лицом 1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как директор ООО «СК «Монолит», не позднее 28.06.2017 обратился в Арбитражный суд Кемеровской области с иском ООО «СК «Монолит» к муниципальному образованию «Гурьевский муниципальный район» в лице МКУ «ОКС» с целью взыскания задолженности по муниципальному контракту № от 02.12.2014 в размере 2 679 204 руб., 00 коп., на основании которого, арбитражным судьей Кемеровской области, вынесено решение по делу № А27-4002/2017 от 28.06.2017, об удовлетворении исковых требований и взыскании задолженности, о чем взыскателю ООО «СК «Монолит» выдан исполнительный лист серии ФС № от 08.08.2017, о чем лицо 2 сообщило лицу 1. Лицо 1, реализуя совместный с лицом 2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как технический директор ООО «СК «Монолит», не позднее 14.11.2017 передал названный исполнительный лист в администрацию Гурьевского муниципального района, для осуществления незаконного перечисления бюджетных денежных средств на расчетный счет ООО «СК «Монолит» и оплаты ООО «СК «Монолит» стоимости незаконного муниципального контракта№ от 02.12.2014, о чем лицо 1 сообщил Мирошкиной Т.В. В свою очередь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не позднее 14.11.2017 устно подтвердила начальнику Финансового управления по Гурьевскому району (ИНН &lt;***&gt;) (далее – ФИНО по Гурьевскому району) КО факт приемки-передачи работ по муниципальному контракту № от 02.12.2014, с целью дальнейшей оплаты стоимости муниципального контракта за счет бюджетных средств муниципального образования «Гурьевский муниципальный район». Не осведомленная о преступных намерениях организованной группы начальник ФИНО по Гурьевскому району КО, получив исполнительный лист серии ФС № от 08.08.2017, не позднее 14.11.2017, находясь в администрации Гурьевского муниципального района по адресу: &lt;адрес&gt;, дала указание начальнику отдела бухгалтерского учета и отчетности - главному бухгалтеру ФИНО по Гурьевскому району С сформировать, составить заявку на кассовый расход на сумму 2 679 204 руб., 00 коп., для последующего ее подписания электронной цифровой подписью от своего имени КО, и от имени С, ее дальнейшего направленияв Управление федерального казначейства по Кемеровской области, с целью перечисления бюджетных денежных средств на расчетный (банковский) счет ООО «СК «Монолит». С, не осведомленная о преступных намерениях организованной группы, выполняя указания КО, составила заявку на кассовый расход: № от 14.11.2017 на сумму 2 679 204 руб., 00 коп., о перечислении на расчетный (банковский) счет ООО «СК «Монолит» № денежных средств в размере 2 679 204 руб., 00 коп., с назначением платежа: &lt;данные изъяты&gt; а после составления вышеуказанной заявки на кассовый расход КО и С подписали ее электронной цифровой подписью каждая от своего имени и направили в Управление федерального казначейства по Кемеровской области. Неосведомленные о преступных намерениях организованной группы сотрудники Управления федерального казначейства по Кемеровской области на основании заявки на кассовый расход КО, сформировали платежное поручение: № от 14.11.2017 на сумму 2 679 204 руб., 00 коп., и посредством лицевого счета ФИНО по Гурьевскому району №, открытого в Отделении по г. Гурьевску Управления федерального казначейства по Кемеровской области, расположенного по адресу: &lt;адрес&gt;, перечислили денежные средства в размере 2 679 204 руб., 00 коп. с банковского счета УФК по Кемеровской области №, открытого в ГРКЦ ГУ Банка России по Кемеровской области, расположенного по адресу: &lt;адрес&gt; на расчетный (банковский) счет ООО «СК «Монолит» №, открытый ДД.ММ.ГГГГ в дополнительном офисе отделения ПАО «Сбербанк» № 8615/0462 по адресу: &lt;адрес&gt;, пер. Цинкзаводской, &lt;адрес&gt;, в качестве оплаты стоимости незаконного муниципального контракта № от 02.12.2014, в результате чего муниципальному образованию «Гурьевский муниципальный район» причинен ущерб в особо крупном размере на сумму 2 679 204 руб., 00 коп. Таким образом, Мирошкина Т.В., лицо 1 и лицо 2, используя свое служебное положение, действуя умышленно, организованной группой, путем обмана, похитили чужое имущество – денежные средства из бюджета муниципального образования «Гурьевский муниципальный район», в особо крупном размере, в сумме 2 679 204 руб., 00 коп., распорядившись по своему усмотрению, безвозмездно обратив в пользу ООО «СК «Монолит», тем самым причинив муниципальному образованию «Гурьевский муниципальный район» ущерб на сумму 2 679 204 руб., 00 коп.</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ходе осуществления коммерческой деятельности ООО «Монолит-Строй» (застройщик/заказчик) получено разрешение № от 04.09.2014 на строительство многоквартирного жилого дома по адресу: &lt;адрес&gt; на основании которого и, в соответствии с проектной документацией предусмотрено, как неотъемлемая часть строительства дома, выполнение ООО «Монолит-Строй» работ по благоустройству территории к строящемуся жилому дому по адресу: &lt;адрес&gt;. Мирошкина Т.В. и лицо 2, достоверно зная и понимая, что МКУ «ОКС» и администрация Гурьевского муниципального района не являются заказчиками строительства многоквартирного жилого дома по адресу: &lt;адрес&gt;, а также то, что коммерческое строительство указанного многоквартирного дома осуществляет ООО «Монолит-Строй», а также ООО «СК «Монолит», выступающим генеральным подрядчиком строительства дома, а работы по благоустройству территории к строящемуся жилому дому по адресу: &lt;адрес&gt; предусмотрены проектной документацией и являются ее неотъемлемой частью при коммерческом строительстве указанного многоквартирного жилого дома, а равно являются обязательными к выполнению ООО «Монолит-Строй», ООО «СК «Монолит» самостоятельно при его коммерческом строительстве, не позднее 26.01.2015, находясь на территории Кемеровской области, приняли предложение лица 1 совершить хищение чужого имущества - денежных средств из бюджета муниципального образования «Гурьевский муниципальный район» путем заключения и оплаты стоимости муниципального контракта на выполнение работ по благоустройству территории к строящемуся жилому дому на расчетный (банковский) счет ООО «СК «Монолит». Не позднее 26.01.2015, находясь на территории Кемеровской области, Мирошкина Т.В., реализуя совместный с лицом 2 и лицом 1 преступный умысел, действуя совместно и согласованно с ними, умышленно, организованной группой, с целью хищения чужого имущества - бюджетных денежных средств муниципального образования «Гурьевский муниципальный район», из корыстных побуждений, путем обмана, в соответствии с определенными функциями и договоренностью с остальными участниками организованной группы, определили предмет хищения в виде бюджетных денежных средств при проведении электронного аукциона и заключения незаконного муниципального контракта на выполнение работ по благоустройству территории к жилому дому по адресу: &lt;адрес&gt;, заведомо зная, что администрация Гурьевского муниципального района и МКУ «ОКС» не имеют права выступать в роли заказчика названных работ и оплачивать ООО «СК «Монолит», фактически выступающим генеральным подрядчиком строительства указанного дома, данный вид работ, так как работы по благоустройству территории к жилому дому входят в объем коммерческого строительства указанного дома, которое осуществляет ООО «Монолит-Строй». Во исполнение задуманного, организованной группой было осуществлено следующее. Для переселения граждан из многоквартирных домов, признанных в установленном порядке непригодными для проживания, а также для предоставления жилых помещений детям-сиротам, детям, оставшихся без попечения родителей, между муниципальным казенным учреждением «Отдел капитального строительства администрации Гурьевского муниципального района» (далее – МКУ «ОКС») в лице его директора Л и ООО «Монолит-Строй» в лице директора лицо 2 заключены муниципальные контракты: -№ от 29.09.2014, для переселения граждан из ветхого и аварийного жилья, в целях обеспечения муниципальных нужд; -№ от 29.09.2014, для обеспечения жилыми помещениями детей-сирот и детей, оставшихся без попечения родителей, в целях обеспечения муниципальных нужд, согласно которых ООО «Монолит-Строй» приняты обязательства своими силами и (или) с привлечением других лиц построить (создать) на земельном участке, расположенном по адресу: &lt;адрес&gt;, многоквартирный жилой дом, а затем, после получения разрешения на ввод в эксплуатацию указанного дома передать МКУ «ОКС» объекты долевого строительства, в частности: -в виде 3 (трех) двухкомнатных и 1 (одной) трехкомнатной квартиры, с площадью 4 (четырех) квартир равной 231,22 квадратных метров, со стоимостью муниципального контракта № от 29.09.2014 в сумме 6 936 600 руб., 00 коп.; -в виде 7 (семи) однокомнатных квартир, с площадью 7 (семи) квартир равной 234,59 квадратных метров, со стоимостью муниципального контракта № от 29.09.2014 в сумме 7 037 700 руб., 00 коп., при этом, согласно условиям вышеуказанных муниципальных контрактов, каждая из приобретенных квартир должна быть благоустроена, подключена к тепло-водо-электроснабжению и быть пригодной, безопасной для проживания граждан. Мирошкина Т.В., реализуя совместный с лицом 2 и лицом 1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не позднее 26.01.2015, выполнила действия, направленные на заключение незаконного муниципального контракта № от 26.01.2015 между МКУ «ОКС» и ООО «СК «Монолит», предусматривающего выполнение ООО «СК «Монолит» работ по благоустройству территории к жилому дому по адресу: &lt;адрес&gt;, при этом, все участники организованной группы, осуществляя свои функции, достоверно знали и осознавали о том, что МКУ «ОКС» и администрация Гурьевского муниципального района не являются заказчиками строительства многоквартирного жилого дома по адресу: &lt;адрес&gt;, а также то, что коммерческое строительство указанного многоквартирного дома осуществляет ООО «Монолит-Строй», а также ООО «СК «Монолит», выступающим генеральным подрядчиком строительства дома. Так, Мирошкина Т.В., не позднее 03.12.2014, в дневное время, находясь в помещении служебного кабинета МКУ «ОКС» по адресу: &lt;адрес&gt;, реализуя совместный с лицом1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исполняющей обязанности директора МКУ «ОКС», а именно: обладая полномочиями по организации подготовки, разработки, проверки, согласования и направления в уполномоченный орган по определению поставщиков (подрядчиков, исполнителей) для муниципальных заказчиков, бюджетных учреждений и иных учреждений Гурьевского муниципального района – отдел муниципальных закупок администрации Гурьевского муниципального района (далее – уполномоченный орган) документов для открытого аукциона в электронной форме (включающих проект муниципального контракта, с приложениями технического задания, локальной сметы (локальный сметный расчет), обоснования начальной максимальной цены контракта) для их включения уполномоченным органом в незаконную аукционную документацию, утверждения и согласования уполномоченным органом аукционной документации, и последующей организации размещения и проведения уполномоченным органом на электронной площадке аукционов по муниципальным заказам на определение поставщика на право заключения муниципальных контрактов на выполнение работ по устройству (строительству) наружных инженерных сетей и благоустройству территории к жилым домам, и заключению муниципальных контрактов на выполнение указанных видов работ, обладая полномочиями по единоличному руководству деятельностью МКУ «ОКС», по организации распоряжения средствами бюджета, в соответствии с отведенными ей функциями, для обеспечения возможности заключения и дальнейшей оплаты ООО «СК «Монолит» стоимости незаконного муниципального контракта предусматривающего выполнение работ по благоустройству территории к жилому дому по адресу: &lt;адрес&gt; таким образом хищения из бюджета муниципального образования «Гурьевский муниципальный район» денежных средств, путем их перечисления на расчетный счет ООО «СК «Монолит», имея наличие возможность заключать от имени МКУ «ОКС» муниципальные контракты, в соответствии с отведенными ей функциями в организованной группе, понимая, что является ответственным исполнителем муниципальной программы муниципального образования «Гурьевский муниципальный район» – «Строительство, реконструкция и капитальный ремонт жилищных и социальных объектов на территории Гурьевского муниципального района. Обеспечение жильем отдельных категорий граждан» (с изменениями и дополнениями), дала указание подчиненному сотруднику МКУ «ОКС» Ч о подготовке, разработке проекта муниципального контракта предусматривающего выполнение работ по благоустройству территории к жилому дому по адресу: &lt;адрес&gt;, о подготовке, разработке технического задания к проекту муниципального контракта, локальной сметы (локальный сметный расчет) (обоснование начальной (максимальной) цены контракта), в виде приложения к муниципальному контракту, после представить ей на проверку и согласование, с целью последующей передачи документов в уполномоченный орган и включения их в аукционную документацию. Не осведомленный о преступных намерениях организованной группы сотрудник МКУ «ОКС» Ч, не позднее 03.12.2014, исполняя указания Мирошкиной Т.В. подготовила, разработала проект муниципального контракта предусматривающего выполнение работ по благоустройству территории к жилому дому по адресу: &lt;адрес&gt;, техническое задание к проекту муниципального контракта, локальную смету (локальный сметный расчет) (обоснование начальной (максимальной) цены контракта), в виде приложения к муниципальному контракту, рассчитав стоимость работ в размере 1 088 885 руб., 00 коп. и представила Мирошкиной Т.В. на проверку и согласование, с целью последующей передачи Мирошкиной Т.В. документов в уполномоченный орган и включения их в аукционную документацию. После чего,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подготовила и составила заявку на осуществление закупки товаров, работ, услуг, а после проверив и согласовав проект муниципального контракта, техническое задание к проекту муниципального контракта, локальную смету (локальный сметный расчет) (обоснование начальной (максимальной) цены контракта), направила вместе с заявкой на осуществление закупки товаров, работ, услуг начальнику отдела муниципальных закупок администрации Гурьевского муниципального района З (уполномоченный орган), для объявления и проведения электронного аукциона, указав, что финансирование будет осуществлено по муниципальной программе «Строительство, реконструкция и капитальный ремонт жилищных и социальных объектов на территории Гурьевского муниципального района. Обеспечение жильем отдельных категорий граждан» (с изменениями и дополнениями), при этом умолчав об отсутствии законных оснований проведения аукциона. Не осведомленная о преступных намерениях организованной группы и введенная в заблуждение Мирошкиной Т.В. относительно законности объявления и проведения электронного аукциона, начальник отдела муниципальных закупок администрации Гурьевского муниципального района З (уполномоченный орган) подготовила, разработала аукционную документацию для объявления торгов в единой информационной системе: извещение о проведении электронного аукциона для закупки №, документацию об электронном аукционе «Благоустройство территории жилого дома по адресу: &lt;адрес&gt;», включив в нее в качестве приложений в неизменном виде: проект муниципального контракта, техническое задание к проекту муниципального контракта, локальную смету (локальный сметный расчет) (обоснование начальной (максимальной) цены контракта), которую З утвердила. Не позднее 04.12.2014, в дневное время, не осведомленная о преступных намерениях организованной группы начальник отдела муниципальных закупок администрации Гурьевского муниципального района З (уполномоченный орган) в сети Интернет на электронной площадке по адресу: www.rts-tender.ru опубликовала извещение и документацию о проведении электронного аукциона по объекту закупки: «Благоустройство территории жилого дома по адресу: &lt;адрес&gt;», о чем сообщила Мирошкиной Т.В. После чего, не позднее 14.01.2015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с целью своевременной подачи ООО «СК «Монолит» заявки на участие в электронном аукционе до окончания срока подачи заявок на участие в нем, последующей победы ООО «СК «Монолит» в электронном аукционе, сообщила лицу 1 информацию об извещении о проведении электронного аукциона, о требуемых к выполнению работах, о стоимости работ. Лицо 1, фактически выполнявший функции технического директора ООО «Монолит-Строй», технического директора ООО «СК «Монолит», находясь в г. Белово Кемеровской области, реализуя совместный с лицом 2и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используя служебное положение технического директора ООО «Монолит-Строй», технического директора ООО «СК «Монолит», имея полномочия осуществлять строительный контроль при строительстве ООО «Монолит-Строй», ООО «СК «Монолит» объектов капитального строительства, в том числе многоквартирных жилых домов, при выполнении ООО «Монолит-Строй», ООО «СК «Монолит» иных строительных работ, организовывать ведение, составление, подписание, исполнительной производственно-технической документации по всем видам строительных работ, выполняемых ООО «Монолит-Строй», ООО «СК «Монолит», а также подписывать лично указанную исполнительную производственно-техническую документацию, заведомо зная о том, что ООО «Монолит-Строй», осуществляет коммерческое строительство многоквартирного жилого дома по адресу: &lt;адрес&gt;, выступает застройщиком дома, а ООО «СК «Монолит», выступает генеральным подрядчиком строительства дома, а он, как технический директор ООО «Монолит-Строй» и технический директор ООО «СК «Монолит» является лицом, осуществляющим строительный контроль за ходом и ведения строительства указанного дома, осознавая, что работы по благоустройству территории к жилому дому по адресу: &lt;адрес&gt; предусмотрены проектной документацией и являются ее неотъемлемой частью при коммерческом строительстве указанного многоквартирного жилого дома, а равно являются обязательными к выполнению ООО «Монолит-Строй», ООО «СК «Монолит» самостоятельно при его коммерческом строительстве, достоверно зная, что ООО «СК «Монолит» не имеет право принимать участие в электронном аукционе и заключать с МКУ «ОКС» и администрацией Гурьевского муниципального района муниципальный контракт на работы по благоустройству территории к жилому дому по адресу: &lt;адрес&gt;, так как ООО «Монолит-Строй», ООО «СК «Монолит» в ходе коммерческого строительства указанного многоквартирного дома обязаны выполнить эти работы самостоятельно в соответствии с разработанной проектной документацией, разрешением на строительство и проектной декларацией, не позднее 14.01.2015, понимая, что ООО «СК «Монолит», в случае заключения муниципального контракта на указанный вид работ, незаконно и необоснованно получит денежные средства из бюджета муниципального образования «Гурьевский муниципальный район», сообщил директору ООО «СК «Монолит» лицо 2 информацию об извещении о проведении электронного аукциона по объекту закупки: «Благоустройство территории жилого дома по адресу: &lt;адрес&gt;», с целью необходимости последующей подготовки лицом 2 документов, своевременной подаче заявок от ООО «СК «Монолит» на участие в электронном аукционе. Лицо 2, фактически выполнявший функции директора ООО «Монолит-Строй», директора ООО «СК «Монолит», находясь в &lt;адрес&gt;, действуя умышлено, с целью хищения чужого имущества, реализуя совместный с лицом 1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используя служебное положение директора ООО «Монолит-Строй», директора ООО «СК «Монолит», имея полномочия осуществлять руководство финансово-экономической деятельностью организаций, без доверенности действовать от имени организаций, представлять интересы ООО «Монолит-Строй», ООО «СК «Монолит» в учреждениях и организациях, получив от лицо 1 сведения об извещении о проведении электронного аукциона, не позднее 14.01.2015, находясь в г. Белово Кемеровской области, подготовил заявку от ООО «СК «Монолит» на участие в закупке № по объекту закупки: «Благоустройство территории жилого дома по адресу: &lt;адрес&gt;», в которых отразил сведения об участнике закупки ООО «СК «Монолит», а также предложение от участника закупки ООО «СК «Монолит», указав о возможности выполнения ООО «СК «Монолит» работ по благоустройству территории к жилому дому по адресу: &lt;адрес&gt;, а после чего, разместил ее на торговой площадке www.rts-tender.ru. Не осведомленная о преступных намерениях организованной группы начальник отдела муниципальных закупок администрации Гурьевского муниципального района З (уполномоченный орган), находясь в помещении служебного кабинета администрации Гурьевского муниципального района по адресу: &lt;адрес&gt;, ДД.ММ.ГГГГ, в дневное время, в составе комиссии рассмотрела единственную заявку на участие в электронном аукционе № по объекту закупки: «Благоустройство территории жилого дома по адресу: &lt;адрес&gt;», подвела итоги электронного аукциона, определила единственную заявку участника ООО «СК «Монолит» соответствующей требованиям документации об электронном аукционе, после чего, в составе комиссии приняла решение о признании аукциона в электронной форме несостоявшимся на основании ч. 16 ст. 66 ФЗ-44, что в свою очередь явилось основанием для заключения муниципального контракта МКУ «ОКС с ООО «СК «Монолит» на выполнение работ по благоустройству территории к жилому дому по адресу: &lt;адрес&gt;, как с единственным участником. После чего, Мирошкина Т.В., 26.01.2015 в дневное время, находясь в помещении служебного кабинета МКУ «ОКС» по адресу: &lt;адрес&gt;,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подписала и заключила от имени МКУ «ОКС» с ООО «СК «Монолит» муниципальный контракт № от 26.01.2015 на выполнение ООО «СК «Монолит» работ по благоустройству территории к жилому дому по адресу: &lt;адрес&gt;. Лицо 2, являясь директором ООО «СК «Монолит», реализуя совместный с лицом 1 и Мирошкиной Т.В. преступный умысел, используя свое служебное положение директора ООО «СК «Монолит», относящегося к категории руководителей, выразившееся в наличии права и возможности действовать от имени юридического лица ООО «СК «Монолит» без доверенности, совершать от имени ООО «СК «Монолит» сделки, заключать контракты, иметь право первой подписи и подписывать документы от имени юридического лица ООО «СК «Монолит», действуя совместно и согласованно с участниками организованной группы, подписал и заключил от имени юридического лица ООО «СК «Монолит» с МКУ «ОКС», в лице его исполняющего обязанности директора Мирошкиной Т.В. муниципальный контракт № от 26.01.2015, а также совместно с Мирошкиной Т.В. подписали и утвердили локальную смету (локальный сметный расчет), предметом которых являлось выполнение ООО «СК «Монолит» работ по благоустройству территории к жилому дому по адресу: &lt;адрес&gt;, стоимостью 1 088 885 руб., 00 коп., достоверно зная о том, что ООО «Монолит-Строй», выступая застройщиком дома, а ООО «СК «Монолит» выступая генеральным подрядчиком строительства дома, самостоятельно осуществляют коммерческое строительство указанного дома, в соответствии с полученным разрешением № от 04.09.2014 на строительство, проектной документацией на строительство дома, а строительные работы по благоустройству территории к жилому дому по адресу: &lt;адрес&gt;, являются неотъемлемой частью при его коммерческом строительстве. 18.05.2015, в дневное время, лицо 1, как технический директор ООО «СК «Монолит» (лицо осуществляющее строительство) и как лицо, осуществляющее строительный контроль при строительстве генеральным подрядчиком ООО «СК «Монолит» многоквартирного жилого дома по адресу: &lt;адрес&gt; лицо 2 как директор ООО «Монолит-Строй» (застройщик/заказчик), достоверно зная, что указанный многоквартирный дом ООО «СК «Монолит» уже построен, совместно подписали акт приемки законченного строительством объекта от 18.05.2015, акт соответствия параметров построенного, реконструированного, отремонтированного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приборами учета используемых энергетических ресурсов от 18.05.2015; акт подтверждающий строительство в соответствии с техническим регламентом от 18.05.2015, акт подтверждающий параметры объекта от 18.05.2015, а также акт приемки законченного строительством объекта от 18.05.2015 (акт формы № КС-11), подтверждающие выполнение ООО «Монолит-Строй», ООО «СК «Монолит» всех работ по строительству объекта капитального строительства – жилого дома по адресу: &lt;адрес&gt;, в том числе о выполнении работ по благоустройству территории к жилому дому по адресу: &lt;адрес&gt;, после чего, указанный объект капитального строительства введен в эксплуатацию разрешением на ввод объекта в эксплуатацию № от 21.05.2015. Далее, в осуществление задуманного, не позднее 29.05.2015, в дневное время, Мирошкина Т.В., как директор МКУ «ОКС» и заказчик по муниципальному контракту № от 26.01.2015, а также лицо 2, как директор ООО «СК «Монолит», реализуя совместные с лицом 1 преступные действия, направленные на хищение бюджетных денежных средств путем заключения указанного муниципального контракта, преследуя совместную корыстную цель – хищение чужого имущества в виде бюджетных денежных средств муниципального образования «Гурьевский муниципальный район», находясь в помещении служебного кабинета МКУ «ОКС» по адресу: &lt;адрес&gt;, совместно используя свои служебные положения, подписали и утвердили счет-фактуры, а также совместно подписали справку о стоимости выполненных работ и затрат № (акт формы № КС-3) от 29.05.2015, акт о приемке выполненных работ № (акт формы № КС-2) от 29.05.2015, по муниципальному контракту № от 26.01.2015, предусматривающему выполнение ООО «СК «Монолит» работ по благоустройству территории к жилому дому по адресу: &lt;адрес&gt;. Реализуя совместный преступный умысел, лицо 1, как технический директор ООО «СК «Монолит» и Мирошкина Т.В. как директор МКУ «ОКС» действуя совместно и согласованно с участниками организованной группы, в целях хищения бюджетных денежных средств в размере стоимости муниципального контракта № от 26.01.2015, совместно используя свое служебное положение, организовали ведение, составление, подписание и принятие неосведомленными о преступных намерениях организованной группы подчиненными сотрудниками ООО «СК «Монолит», МКУ «ОКС» исполнительной производственно-технической документации к муниципальному контракту, что в дальнейшем явилось основанием для приемки объемов работ в соответствии требованиями заказчика в лице МКУ «ОКС» к выполняемым работам и используемым материалам, давшие основание Мирошкиной Т.В. и лицо 2 подписать акт о приемке-передаче выполненных работ (акт формы № КС-2), справку о стоимости выполненных работ и затрат (акт формы № КС-3) по указанному муниципальному контракту, а также служило основанием для дальнейшего составления и подписания заявок на кассовый расход для осуществления незаконного перечисления бюджетных денежных средств на расчетный счет ООО «СК «Монолит» и оплаты ООО «СК «Монолит» стоимости незаконного муниципального контракта № от 26.01.2015. Далее, в осуществление задуманного, не позднее 27.07.2015, в дневное время, Мирошкина Т.В., как директор МКУ «ОКС» и заказчик по муниципальному контракту № от 26.01.2015, а также лицо 2, как директор ООО «СК «Монолит», реализуя совместные с лицом 1 преступные действия, направленные на хищение бюджетных денежных средств путем заключения указанного муниципального контракта, преследуя совместную корыстную цель – хищение чужого имущества в виде бюджетных денежных средств муниципального образования «Гурьевский муниципальный район», находясь в помещении служебного кабинета МКУ «ОКС» по адресу: &lt;адрес&gt;, совместно используя свои служебные положения, подписали и утвердили счет-фактуры, а также совместно подписали справку о стоимости выполненных работ и затрат № (акт формы № КС-3) от 27.07.2015, акт о приемке выполненных работ № (акт формы № КС-2) от 27.07.2015, по муниципальному контракту № от 26.01.2015, предусматривающему выполнение ООО «СК «Монолит» работ по благоустройству территории к жилому дому по адресу: &lt;адрес&gt;, достоверно зная о том, что на момент подписания вышеуказанных справок о стоимости выполненных работ и затрат и актов о приемке выполненных работ, а также на момент заключения муниципального контракта № от 26.01.2015, между ООО «Монолит-Строй» и МКУ «ОКС» уже заключены муниципальные контракты: № от 29.09.2014, № от 29.09.2014 и у ООО «Монолит-Строй» перед МКУ «ОКС» имеются обязательства по условиям названных муниципальных контрактов, согласно которым ООО «Монолит-Строй» осуществляет строительство указанного дома, где дольщик в лице МКУ «ОКС» оплатил ООО «Монолит-Строй» стоимость благоустроенных всех одиннадцати квартир согласно условий вышеуказанных муниципальных контрактов, а строительные работы по благоустройству территории к жилому дому по адресу: &lt;адрес&gt;, являются неотъемлемой частью при его коммерческом строительстве, достоверно зная о том, что жилой многоквартирный дом, по адресу: &lt;адрес&gt; уже построен, соответствует требованиям технических условий, регламентов, проектной документации, что подтверждается актом приемки законченного строительством объекта от 18.05.2015, актом соответствия параметров построенного, реконструированного, отремонтированного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приборами учета используемых энергетических ресурсов от 18.05.2015; актом подтверждающим строительство в соответствии с техническим регламентом от 18.05.2015, актом подтверждающим параметры объекта от 18.05.2015, а также актом приемки законченного строительством объекта от 18.05.2015 (акт формы № КС-11), подтверждающими выполнение ООО «СК «Монолит» всех работ по строительству объекта капитального строительства – жилого дома по адресу: &lt;адрес&gt;, разрешением на ввод объекта в эксплуатацию № от 21.05.2015. Лицо 2, реализуя совместный с лицом 1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как директор ООО «СК «Монолит», не позднее 26.05.2017 обратился в Арбитражный суд Кемеровской области с иском ООО «СК «Монолит» к муниципальному образованию «Гурьевский муниципальный район» в лице МКУ «ОКС» с целью взыскания задолженности по муниципальному контракту № от 26.01.2015 в размере 1 088 885 руб., 00 коп., на основании которого, арбитражным судьей Кемеровской области, вынесено решение по делу № А27-4003/2017 от 26.05.2017, об удовлетворении исковых требований и взыскании задолженности, о чем взыскателю ООО «СК «Монолит» выдан исполнительный лист серии ФС № от 06.07.2017, о чем лицо 2 сообщило лицу 1. Лицо 1, реализуя совместный с лицом 2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как технический директор ООО «СК «Монолит», не позднее 18.10.2017 передал названный исполнительный лист в администрацию Гурьевского муниципального района, для осуществления незаконного перечисления бюджетных денежных средств на расчетный счет ООО «СК «Монолит» и оплаты ООО «СК «Монолит» стоимости незаконного муниципального контракта № от 26.01.2015, о чем лицо 1 сообщил Мирошкиной Т.В. В свою очередь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не позднее 18.10.2017 устно подтвердила начальнику Финансового управления по Гурьевскому району (ИНН &lt;***&gt;) (далее – ФИНО по Гурьевскому району) КО факт приемки-передачи работ по муниципальному контракту № от 26.01.2015, с целью дальнейшей оплаты стоимости муниципального контракта за счет бюджетных средств муниципального образования «Гурьевский муниципальный район». Не осведомленная о преступных намерениях организованной группы начальник ФИНО по Гурьевскому району КО, получив исполнительный лист серии ФС № от 06.07.2017, обязательный для исполнения в силу судебного решения, не позднее 18.10.2017, находясь в администрации Гурьевского муниципального района по адресу: &lt;адрес&gt;, дала указание начальнику отдела бухгалтерского учета и отчетности - главному бухгалтеру ФИНО по Гурьевскому району С сформировать, составить заявку на кассовый расход на сумму 1 088 885 руб., 00 коп., для последующего ее подписания электронной цифровой подписью от своего имени КО, и от имени С, ее дальнейшего направления в Управление федерального казначейства по Кемеровской области, с целью перечисления бюджетных денежных средств на расчетный (банковский) счет ООО «СК «Монолит». С, не осведомленная о преступных намерениях организованной группы, выполняя указания КО, составила заявку на кассовый расход: № от 18.10.2017 на сумму 1 088 885 руб., 00 коп., о перечислении на расчетный (банковский) счет ООО «СК «Монолит» № денежных средств в размере 1 088 885 руб., 00 коп., с назначением платежа: «Опл за счет ср-в казны за благоуст-во территор. ж/д &lt;адрес&gt; по реш суда исп.л ФС№ от06.07.2017», а после составления вышеуказанной заявки на кассовый расход КО и С подписали ее электронной цифровой подписью каждая от своего имени и направили в Управление федерального казначейства по Кемеровской области. Неосведомленные о преступных намерениях организованной группы сотрудники Управления федерального казначейства по Кемеровской области на основании заявки на кассовый расход КО, сформировали платежное поручение: № от 18.10.2017 на сумму 1 088 885 руб., 00 коп., и посредством лицевого счета ФИНО по Гурьевскому району №, открытого в Отделении по г. Гурьевску Управления федерального казначейства по Кемеровской области, расположенного по адресу: &lt;адрес&gt;, перечислили денежные средства в размере 1 088 885 руб., 00 коп. с банковского счета УФК по Кемеровской области №, открытого в ГРКЦ ГУ Банка России по Кемеровской области, расположенного по адресу: &lt;адрес&gt; на расчетный (банковский) счет ООО «СК «Монолит» №, открытый ДД.ММ.ГГГГ в дополнительном офисе отделения ПАО «Сбербанк» № 8615/0462 по адресу: &lt;адрес&gt;, пер. Цинкзаводской, &lt;адрес&gt;, в качестве оплаты стоимости незаконного муниципального контракта № от 26.01.2015, в результате чего муниципальному образованию «Гурьевский муниципальный район» причинен ущерб в особо крупном размере на сумму 1 088 885 руб., 00 коп. Таким образом, Мирошкина Т.В., лицо 1, лицо 2, используя свое служебное положение, действуя умышленно, организованной группой, путем обмана, похитили чужое имущество – денежные средства из бюджета муниципального образования «Гурьевский муниципальный район», в особо крупном размере, в сумме 1 088 885 руб., 00 коп., распорядившись по своему усмотрению, безвозмездно обратив в пользу ООО «СК «Монолит», тем самым причинив муниципальному образованию «Гурьевский муниципальный район» ущерб на сумму 1 088 885 руб., 00 коп.</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ходе осуществления коммерческой деятельности ООО «Монолит-Строй» (застройщик/заказчик) получено разрешение № от 04.09.2014 на строительство многоквартирного жилого дома по адресу: &lt;адрес&gt; на основании которого и, в соответствии с проектной документацией предусмотрено, как неотъемлемая часть строительства дома, выполнение ООО «Монолит-Строй» работ по устройству (строительству) наружных инженерных сетей к строящемуся жилому дому по адресу: &lt;адрес&gt;, которые являются устройствами и сооружениями, необходимыми для подключения (технологического присоединения) указанного дома к сетям инженерно-технического обеспечения теплоснабжения, водоснабжения, канализации и электроснабжения в точках подключения. Мирошкина Т.В. и лицо 2, достоверно зная и понимая, что МКУ «ОКС» и администрация Гурьевского муниципального района не являются заказчиками строительства многоквартирного жилого дома по адресу: &lt;адрес&gt;, а также то, что коммерческое строительство указанного многоквартирного дома осуществляет ООО «Монолит-Строй», а также ООО «СК «Монолит», выступающим генеральным подрядчиком строительства дома, а работы по устройству (строительству) наружных инженерных сетей к строящемуся жилому дому по адресу: &lt;адрес&gt; предусмотрены проектной документацией и являются ее неотъемлемой частью при коммерческом строительстве указанного многоквартирного жилого дома, а равно являются обязательными к выполнению ООО «Монолит-Строй», ООО «СК «Монолит» самостоятельно при его коммерческом строительстве, не позднее 26.01.2015, находясь на территории Кемеровской области, приняли предложение лица 1 совершить хищение чужого имущества - денежных средств из бюджета муниципального образования «Гурьевский муниципальный район» путем заключения и оплаты стоимости муниципального контракта на выполнение работ по устройству (строительству) наружных инженерных сетей к строящемуся жилому дому на расчетный (банковский) счет ООО «СК «Монолит». Не позднее 26.01.2015, находясь на территории Кемеровской области, Мирошкина Т.В., реализуя совместный с лицом 2 и лицом 1 преступный умысел, действуя совместно и согласованно с ними, умышленно, организованной группой, с целью хищения чужого имущества - бюджетных денежных средств муниципального образования «Гурьевский муниципальный район», из корыстных побуждений, путем обмана, в соответствии с определенными функциями и договоренностью с остальными участниками организованной группы, определили предмет хищения в виде бюджетных денежных средств при проведении электронного аукциона и заключения незаконного муниципального контракта на выполнение работ по устройству (строительству) наружных инженерных сетей к жилому дому по адресу: &lt;адрес&gt;, заведомо зная, что администрация Гурьевского муниципального района и МКУ «ОКС» не имеют права выступать в роли заказчика названных работ и оплачивать ООО «СК «Монолит», фактически выступающим генеральным подрядчиком строительства указанного дома, данный вид работ, так как работы по устройству (строительству) наружных инженерных сетей к жилому дому входят в объем коммерческого строительства указанного дома, которое осуществляет ООО «Монолит-Строй». Во исполнение задуманного, организованной группой было осуществлено следующее. Для переселения граждан из многоквартирных домов, признанных в установленном порядке непригодными для проживания, а также для предоставления жилых помещений детям-сиротам, детям, оставшихся без попечения родителей, между муниципальным казенным учреждением «Отдел капитального строительства администрации Гурьевского муниципального района» (далее – МКУ «ОКС») в лице его директора Л и ООО «Монолит-Строй» в лице директора лицо 2 заключены муниципальные контракты: -№ от 29.09.2014, для переселения граждан из ветхого и аварийного жилья, в целях обеспечения муниципальных нужд; -№ от 29.09.2014, для обеспечения жилыми помещениями детей-сирот и детей, оставшихся без попечения родителей, в целях обеспечения муниципальных нужд, согласно которых ООО «Монолит-Строй» приняты обязательства своими силами и (или) с привлечением других лиц построить (создать) на земельном участке, расположенном по адресу: &lt;адрес&gt;, многоквартирный жилой дом, а затем, после получения разрешения на ввод в эксплуатацию указанного дома передать МКУ «ОКС» объекты долевого строительства, в частности: -в виде 3 (трех) двухкомнатных и 1 (одной) трехкомнатной квартиры, с площадью 4 (четырех) квартир равной 231,22 квадратных метров, со стоимостью муниципального контракта № от 29.09.2014 в сумме 6 936 600 руб., 00 коп.; -в виде 7 (семи) однокомнатных квартир, с площадью 7 (семи) квартир равной 234,59 квадратных метров, со стоимостью муниципального контракта № от 29.09.2014 в сумме 7 037 700 руб., 00 коп., при этом, согласно условиям вышеуказанных муниципальных контрактов, каждая из приобретенных квартир должна быть благоустроена, подключена к тепло-водо-электроснабжению и быть пригодной, безопасной для проживания граждан. Мирошкина Т.В., реализуя совместный с лицом 2 и лицом 1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не позднее 26.01.2015, выполнила действия, направленные на заключение незаконного муниципального контракта № от 26.01.2015 между МКУ «ОКС» и ООО «СК «Монолит», предусматривающего выполнение ООО «СК «Монолит» работ по устройству (строительству) наружных инженерных сетей к жилому дому по адресу: &lt;адрес&gt;, при этом, все участники организованной группы, осуществляя свои функции, достоверно знали и осознавали о том, что МКУ «ОКС» и администрация Гурьевского муниципального района не являются заказчиками строительства многоквартирного жилого дома по адресу: &lt;адрес&gt;, а также то, что коммерческое строительство указанного многоквартирного дома осуществляет ООО «Монолит-Строй», а также ООО «СК «Монолит», выступающим генеральным подрядчиком строительства дома. Так, Мирошкина Т.В., не позднее 04.12.2014, в дневное время, находясь в помещении служебного кабинета МКУ «ОКС» по адресу: &lt;адрес&gt;, реализуя совместный с лицом1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исполняющей обязанности директора МКУ «ОКС», а именно: обладая полномочиями по организации подготовки, разработки, проверки, согласования и направления в уполномоченный орган по определению поставщиков (подрядчиков, исполнителей) для муниципальных заказчиков, бюджетных учреждений и иных учреждений Гурьевского муниципального района – отдел муниципальных закупок администрации Гурьевского муниципального района (далее – уполномоченный орган) документов для открытого аукциона в электронной форме (включающих проект муниципального контракта, с приложениями технического задания, локальной сметы (локальный сметный расчет), обоснования начальной максимальной цены контракта) для их включения уполномоченным органом в незаконную аукционную документацию, утверждения и согласования уполномоченным органом аукционной документации, и последующей организации размещения и проведения уполномоченным органом на электронной площадке аукционов по муниципальным заказам на определение поставщика на право заключения муниципальных контрактов на выполнение работ по устройству (строительству) наружных инженерных сетей и благоустройству территории к жилым домам, и заключению муниципальных контрактов на выполнение указанных видов работ, обладая полномочиями по единоличному руководству деятельностью МКУ «ОКС», по организации распоряжения средствами бюджета, в соответствии с отведенными ей функциями, для обеспечения возможности заключения и дальнейшей оплаты ООО «СК «Монолит» стоимости незаконного муниципального контракта предусматривающего выполнение работ по устройству (строительству) наружных инженерных сетей к жилому дому по адресу: &lt;адрес&gt; таким образом хищения из бюджета муниципального образования «Гурьевский муниципальный район» денежных средств, путем их перечисления на расчетный счет ООО «СК «Монолит», имея наличие возможность заключать от имени МКУ «ОКС» муниципальные контракты, в соответствии с отведенными ей функциями в организованной группе, понимая, что является ответственным исполнителем муниципальной программы муниципального образования «Гурьевский муниципальный район» – «Строительство, реконструкция и капитальный ремонт жилищных и социальных объектов на территории Гурьевского муниципального района. Обеспечение жильем отдельных категорий граждан» (с изменениями и дополнениями), дала указание подчиненному сотруднику МКУ «ОКС» Ч о подготовке, разработке проекта муниципального контракта предусматривающего выполнение работ по устройству (строительству) наружных инженерных сетей к жилому дому по адресу: &lt;адрес&gt;, о подготовке, разработке технического задания к проекту муниципального контракта, локальной сметы (локальный сметный расчет) (обоснование начальной (максимальной) цены контракта), в виде приложения к муниципальному контракту, после представить ей на проверку и согласование, с целью последующей передачи документов в уполномоченный орган и включения их в аукционную документацию. Не осведомленный о преступных намерениях организованной группы сотрудник МКУ «ОКС» Ч, не позднее 04.12.2014, исполняя указания Мирошкиной Т.В. подготовила, разработала проект муниципального контракта предусматривающего выполнение работ по устройству (строительству) наружных инженерных сетей к жилому дому по адресу: &lt;адрес&gt;, техническое задание к проекту муниципального контракта, локальную смету (локальный сметный расчет) (обоснование начальной (максимальной) цены контракта), в виде приложения к муниципальному контракту, рассчитав стоимость работ в размере 395 658 руб., 00 коп. и представила Мирошкиной Т.В. на проверку и согласование, с целью последующей передачи Мирошкиной Т.В. документов в уполномоченный орган и включения их в аукционную документацию. После чего,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подготовила и составила заявку на осуществление закупки товаров, работ, услуг, а после проверив и согласовав проект муниципального контракта, техническое задание к проекту муниципального контракта, локальную смету (локальный сметный расчет) (обоснование начальной (максимальной) цены контракта), направила вместе с заявкой на осуществление закупки товаров, работ, услуг начальнику отдела муниципальных закупок администрации Гурьевского муниципального района З (уполномоченный орган), для объявления и проведения электронного аукциона, указав, что финансирование будет осуществлено по муниципальной программе «Строительство, реконструкция и капитальный ремонт жилищных и социальных объектов на территории Гурьевского муниципального района. Обеспечение жильем отдельных категорий граждан» (с изменениями и дополнениями), при этом умолчав об отсутствии законных оснований проведения аукциона. Не осведомленная о преступных намерениях организованной группы и введенная в заблуждение Мирошкиной Т.В. относительно законности объявления и проведения электронного аукциона, начальник отдела муниципальных закупок администрации Гурьевского муниципального района З (уполномоченный орган) подготовила, разработала аукционную документацию для объявления торгов в единой информационной системе: извещение о проведении электронного аукциона для закупки №, документацию об электронном аукционе «Устройство наружных инженерных сетей к жилому дому по адресу: &lt;адрес&gt;», включив в нее в качестве приложений в неизменном виде: проект муниципального контракта, техническое задание к проекту муниципального контракта, локальную смету (локальный сметный расчет) (обоснование начальной (максимальной) цены контракта), которую З утвердила. Не позднее 04.12.2014, в дневное время, не осведомленная о преступных намерениях организованной группы начальник отдела муниципальных закупок администрации Гурьевского муниципального района З (уполномоченный орган) в сети Интернет на электронной площадке по адресу: www.rts-tender.ru опубликовала извещение и документацию о проведении электронного аукциона по объекту закупки: «Устройство наружных инженерных сетей к жилому дому по адресу: &lt;адрес&gt;», о чем сообщила Мирошкиной Т.В. После чего, не позднее 14.01.2015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с целью своевременной подачи ООО «СК «Монолит» заявки на участие в электронном аукционе до окончания срока подачи заявок на участие в нем, последующей победы ООО «СК «Монолит» в электронном аукционе, сообщила лицу 1 информацию об извещении о проведении электронного аукциона, о требуемых к выполнению работах, о стоимости работ. Лицо 1, фактически выполнявший функции технического директора ООО «Монолит-Строй», технического директора ООО «СК «Монолит», находясь в г. Белово Кемеровской области, реализуя совместный с лицом 2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используя служебное положение технического директора ООО «Монолит-Строй», технического директора ООО «СК «Монолит», имея полномочия осуществлять строительный контроль при строительстве ООО «Монолит-Строй», ООО «СК «Монолит» объектов капитального строительства, в том числе многоквартирных жилых домов, при выполнении ООО «Монолит-Строй», ООО «СК «Монолит» иных строительных работ, организовывать ведение, составление, подписание, исполнительной производственно-технической документации по всем видам строительных работ, выполняемых ООО «Монолит-Строй», ООО «СК «Монолит», а также подписывать лично указанную исполнительную производственно-техническую документацию, заведомо зная о том, что ООО «Монолит-Строй», осуществляет коммерческое строительство многоквартирного жилого дома по адресу: &lt;адрес&gt;, выступает застройщиком дома, а ООО «СК «Монолит», выступает генеральным подрядчиком строительства дома, а он, как технический директор ООО «Монолит-Строй» и технический директор ООО «СК «Монолит» является лицом, осуществляющим строительный контроль за ходом и ведения строительства указанного дома, осознавая, что работы по устройству (строительству) наружных инженерных сетей к жилому дому по адресу: &lt;адрес&gt; предусмотрены проектной документацией и являются ее неотъемлемой частью при коммерческом строительстве указанного многоквартирного жилого дома, а равно являются обязательными к выполнению ООО «Монолит-Строй», ООО «СК «Монолит» самостоятельно при его коммерческом строительстве, достоверно зная, что ООО «СК «Монолит» не имеет право принимать участие в электронном аукционе и заключать с МКУ «ОКС» и администрацией Гурьевского муниципального района муниципальный контракт на работы по устройству (строительству) наружных инженерных сетей к жилому дому по адресу: &lt;адрес&gt;, так как ООО «Монолит-Строй», ООО «СК «Монолит» в ходе коммерческого строительства указанного многоквартирного дома обязаны выполнить эти работы самостоятельно в соответствии с разработанной проектной документацией, разрешением на строительство и проектной декларацией, не позднее 14.01.2015, понимая, что ООО «СК «Монолит», в случае заключения муниципального контракта на указанный вид работ, незаконно и необоснованно получит денежные средства из бюджета муниципального образования «Гурьевский муниципальный район», сообщил директору ООО «СК «Монолит» лицо 2 информацию об извещении о проведении электронного аукциона по объекту закупки: «Устройство наружных инженерных сетей к жилому дому по адресу: &lt;адрес&gt;», с целью необходимости последующей подготовки лицом 2 документов, своевременной подаче заявок от ООО «СК «Монолит» на участие в электронном аукционе. Лицо 1, фактически выполнявший функции директора ООО «Монолит-Строй», директора ООО «СК «Монолит», находясь в &lt;адрес&gt;, действуя умышлено, с целью хищения чужого имущества, реализуя совместный с лицом 1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используя служебное положение директора ООО «Монолит-Строй», директора ООО «СК «Монолит», имея полномочия осуществлять руководство финансово-экономической деятельностью организаций, без доверенности действовать от имени организаций, представлять интересы ООО «Монолит-Строй», ООО «СК «Монолит» в учреждениях и организациях, получив от лицо 1 сведения об извещении о проведении электронного аукциона, не позднее 14.01.2015, находясь в г. Белово Кемеровской области, подготовил заявку от ООО «СК «Монолит» на участие в закупке № по объекту закупки: «Устройство наружных инженерных сетей к жилому дому по адресу: &lt;адрес&gt;», в которых отразил сведения об участнике закупки ООО «СК «Монолит», а также предложение от участника закупки ООО «СК «Монолит», указав о возможности выполнения ООО «СК «Монолит» работ по устройству (строительству) наружных инженерных сетей к жилому дому по адресу: &lt;адрес&gt;, а после чего, разместил ее на торговой площадке www.rts-tender.ru. Не осведомленная о преступных намерениях организованной группы начальник отдела муниципальных закупок администрации Гурьевского муниципального района З (уполномоченный орган), находясьв помещении служебного кабинета администрации Гурьевского муниципального района по адресу: &lt;адрес&gt;, 14.01.2015, в дневное время, в составе комиссии рассмотрела единственную заявку на участие в электронном аукционе № по объекту закупки: «Устройство наружных инженерных сетей к жилому дому по адресу: &lt;адрес&gt;», подвела итоги электронного аукциона, определила единственную заявку участника ООО «СК «Монолит» соответствующей требованиям документации об электронном аукционе, после чего, в составе комиссии приняла решение о признании аукциона в электронной форме несостоявшимся на основании ч. 16 ст. 66 ФЗ-44, что в свою очередь явилось основанием для заключения муниципального контракта МКУ «ОКС» с ООО «СК «Монолит» на выполнение работ по устройству (строительству) наружных инженерных сетей к жилому дому по адресу: &lt;адрес&gt;, как с единственным участником. После чего, Мирошкина Т.В., 26.01.2015 в дневное время, находясь в помещении служебного кабинета МКУ «ОКС» по адресу: &lt;адрес&gt;,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подписала и заключила от имени МКУ «ОКС» с ООО «СК «Монолит» муниципальный контракт № от 26.01.2015 на выполнение ООО «СК «Монолит» работ по устройству (строительству) наружных инженерных сетей к жилому дому по адресу: &lt;адрес&gt;. Лицо 2, являясь директором ООО «СК «Монолит», продолжая реализовывать совместный с лицом 1 и Мирошкиной Т.В. преступный умысел, используя свое служебное положение директора ООО «СК «Монолит», относящегося к категории руководителей, выразившееся в наличии права и возможности действовать от имени юридического лица ООО «СК «Монолит» без доверенности, совершать от имени ООО «СК «Монолит» сделки, заключать контракты, иметь право первой подписи и подписывать документы от имени юридического лица ООО «СК «Монолит», действуя совместно и согласованно с участниками организованной группы, подписал и заключил от имени юридического лица ООО «СК «Монолит» с МКУ «ОКС», в лице его исполняющего обязанности директора Мирошкиной Т.В. муниципальный контракт № от 26.01.2015, а также совместно с Мирошкиной Т.В. подписали и утвердили локальную смету (локальный сметный расчет), предметом которых являлось выполнение ООО «СК «Монолит» работ по устройству (строительству) наружных инженерных сетей к жилому дому по адресу: &lt;адрес&gt;, стоимостью 395 658 руб., 00 коп., достоверно зная о том, что ООО «Монолит-Строй», выступая застройщиком дома, а ООО «СК «Монолит» выступая генеральным подрядчиком строительства дома, самостоятельно осуществляют коммерческое строительство указанного дома, в соответствии с полученным разрешением № от 04.09.2014 на строительство, проектной документацией на строительство дома, а строительные работы по устройству (строительству) наружных инженерных сетей к жилому дому по адресу: &lt;адрес&gt;, являются неотъемлемой частью при его коммерческом строительстве. Реализуя совместный преступный умысел, лицо 1, как технический директор ООО «СК «Монолит» и Мирошкина Т.В. как директор МКУ «ОКС» действуя совместно и согласованно с участниками организованной группы, в целях хищения бюджетных денежных средств в размере стоимости муниципального контракта № от 26.01.2015, совместно используя свое служебное положение, организовали ведение, составление, подписание и принятие неосведомленными о преступных намерениях организованной группы подчиненными сотрудниками ООО «СК «Монолит», МКУ «ОКС» исполнительной производственно-технической документации к муниципальному контракту, что в дальнейшем явилось основанием для приемки объемов работ в соответствии требованиями заказчика в лице МКУ «ОКС» к выполняемым работам и используемым материалам, давшие основание Мирошкиной Т.В. и лицу 2 подписать акт о приемке-передаче выполненных работ (акт формы № КС-2), справку о стоимости выполненных работ и затрат (акт формы № КС-3) по указанному муниципальному контракту, а также служило основанием для дальнейшего составления и подписания заявок на кассовый расход для осуществления незаконного перечисления бюджетных денежных средств на расчетный счет ООО «СК «Монолит» и оплаты ООО «СК «Монолит» стоимости незаконного муниципального контракта № от 26.01.2015. Далее, в осуществление задуманного, не позднее 30.01.2015, в дневное время, Мирошкина Т.В., как исполняющая обязанности директора МКУ «ОКС» и заказчик по муниципальному контракту № от 26.01.2015, а также лицо 2, как директор ООО «СК «Монолит», реализуя совместные с лицом 1 преступные действия, направленные на хищение бюджетных денежных средств путем заключения указанного муниципального контракта, преследуя совместную корыстную цель – хищение чужого имущества в виде бюджетных денежных средств муниципального образования «Гурьевский муниципальный район», находясь в помещении служебного кабинета МКУ «ОКС» по адресу: &lt;адрес&gt;, совместно используя свои служебные положения, подписали и утвердили счет-фактуры, а также совместно подписали справку о стоимости выполненных работ и затрат № (акт формы № КС-3) от 30.01.2015, акт о приемке выполненных работ № (акт формы № КС-2) от 30.01.2015, акт о приемке выполненных работ № (акт формы № КС-2) от 30.01.2015, по муниципальному контракту № от 26.01.2015, предусматривающему выполнение ООО «СК «Монолит» работ по устройству (строительству) наружных инженерных сетей к жилому дому по адресу: &lt;адрес&gt;, достоверно зная о том, что на момент подписания вышеуказанных справки о стоимости выполненных работ и затрат и актов о приемке выполненных работ, а также на момент заключения муниципального контракта № от 26.01.2015, между ООО «Монолит-Строй» и МКУ «ОКС» уже заключены муниципальные контракты: № от 29.09.2014, № от 29.09.2014 и у ООО «Монолит-Строй» перед МКУ «ОКС» имеются обязательства по условиям названных муниципальных контрактов, согласно которым ООО «Монолит-Строй» осуществляет строительство указанного дома, где дольщик в лице МКУ «ОКС» оплатил ООО «Монолит-Строй» стоимость благоустроенных всех одиннадцати квартир согласно условий вышеуказанных муниципальных контрактов, а строительные работы по устройству (строительству) наружных инженерных сетей к жилому дому по адресу: &lt;адрес&gt;, являются неотъемлемой частью при его коммерческом строительстве. 18.05.2015, в дневное время, лицо 1, как технический директор ООО «СК «Монолит» (лицо осуществляющее строительство) и как лицо, осуществляющее строительный контроль при строительстве генеральным подрядчиком ООО «СК «Монолит» многоквартирного жилого дома по адресу: &lt;адрес&gt; лицо 2как директор ООО «Монолит-Строй» (застройщик/заказчик), достоверно зная, что указанный многоквартирный дом ООО «СК «Монолит» уже построен, совместно подписали акт приемки законченного строительством объекта от 18.05.2015, акт соответствия параметров построенного, реконструированного, отремонтированного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приборами учета используемых энергетических ресурсов от 18.05.2015; акт подтверждающий строительство в соответствии с техническим регламентом от 18.05.2015, акт подтверждающий параметры объекта от 18.05.2015, а также акт приемки законченного строительством объекта от 18.05.2015 (акт формы № КС-11), подтверждающие выполнение ООО «Монолит-Строй», ООО «СК «Монолит» всех работ по строительству объекта капитального строительства – жилого дома по адресу: &lt;адрес&gt;, в том числе о выполнении работ по устройству (строительству) наружных инженерных сетей к жилому дому по адресу: &lt;адрес&gt;, после чего, указанный объект капитального строительства введен в эксплуатацию разрешением на ввод объекта в эксплуатацию № от 21.05.2015. Лицо 2, реализуя совместный с лицом 1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как директор ООО «СК «Монолит», не позднее 26.05.2017 обратился в Арбитражный суд Кемеровской области с иском ООО «СК «Монолит» к муниципальному образованию «Гурьевский муниципальный район» в лице МКУ «ОКС» с целью взыскания задолженности по муниципальному контракту № от 26.01.2015 в размере 395 658 руб., 00 коп., на основании которого, арбитражным судьей Кемеровской области, вынесено решение по делу № А27-4003/2017 от 26.05.2017, об удовлетворении исковых требований и взыскании задолженности, о чем взыскателю ООО «СК «Монолит» выдан исполнительный лист серии ФС № от 06.07.2017, о чем лицо 2 сообщил лицу 1. Лицо 1, реализуя совместный с лицом 2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как технический директор ООО «СК «Монолит», не позднее 18.10.2017 передал названный исполнительный лист в администрацию Гурьевского муниципального района, для осуществления незаконного перечисления бюджетных денежных средств на расчетный счет ООО «СК «Монолит» и оплаты ООО «СК «Монолит» стоимости незаконного муниципального контракта№ 2015.6919 от 26.01.2015, о чем лицо 1 сообщил Мирошкиной Т.В. В свою очередь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достоверно зная о том, что жилой многоквартирный дом, по адресу: &lt;адрес&gt; уже построен, соответствует требованиям технических условий, регламентов, проектной документации, что подтверждается актом приемки законченного строительством объекта от 18.05.2015, актом соответствия параметров построенного, реконструированного, отремонтированного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приборами учета используемых энергетических ресурсов от 18.05.2015; актом подтверждающим строительство в соответствии с техническим регламентом от 18.05.2015, актом подтверждающим параметры объекта от 18.05.2015, а также актом приемки законченного строительством объекта от 18.05.2015 (акт формы № КС-11), подтверждающими выполнение ООО «СК «Монолит» всех работ по строительству объекта капитального строительства – жилого дома по адресу: &lt;адрес&gt;, разрешением на ввод объекта в эксплуатацию № от 21.05.2015, не позднее 18.10.2017 устно подтвердила начальнику Финансового управления по Гурьевскому району (ИНН &lt;***&gt;) (далее – ФИНО по Гурьевскому району) КО факт приемки-передачи работ по муниципальному контракту № от 26.01.2015, с целью дальнейшей оплаты стоимости муниципального контракта за счет бюджетных средств муниципального образования «Гурьевский муниципальный район». Не осведомленная о преступных намерениях организованной группы начальник ФИНО по Гурьевскому району КО, получив исполнительный лист серии ФС № от 06.07.2017, не позднее 18.10.2017, находясь в администрации Гурьевского муниципального района по адресу: &lt;адрес&gt;, дала указание начальнику отдела бухгалтерского учета и отчетности - главному бухгалтеру ФИНО по Гурьевскому району С сформировать, составить заявку на кассовый расход на сумму 395 658 руб., 00 коп., для последующего ее подписания электронной цифровой подписью от своего имени КО, и от имени С, ее дальнейшего направления в Управление федерального казначейства по Кемеровской области, с целью перечисления бюджетных денежных средств на расчетный (банковский) счет ООО «СК «Монолит». С, не осведомленная о преступных намерениях организованной группы, выполняя указания КО, составила заявку на кассовый расход: № от 18.10.2017 на сумму 395 658 руб., 00 коп., о перечислении на расчетный (банковский) счет ООО «СК «Монолит» № денежных средств в размере 395 658 руб., 00 коп., с назначением платежа: «&lt;данные изъяты&gt;», а после составления вышеуказанной заявки на кассовый расход КО и С подписали ее электронной цифровой подписью каждая от своего имени и направили в Управление федерального казначейства по Кемеровской области. Неосведомленные о преступных намерениях организованной группы сотрудники Управления федерального казначейства по Кемеровской области на основании заявки на кассовый расход КО, сформировали платежное поручение: № от ДД.ММ.ГГГГ на сумму 395 658 руб., 00 коп., и посредством лицевого счета ФИНО по Гурьевскому району №, открытого в Отделении по г. Гурьевску Управления федерального казначейства по Кемеровской области, расположенного по адресу: &lt;адрес&gt;, перечислили денежные средства в размере 395 658 руб., 00 коп. с банковского счета УФК по Кемеровской области №, открытого в ГРКЦ ГУ Банка России по Кемеровской области, расположенного по адресу: &lt;адрес&gt; на расчетный (банковский) счет ООО «СК «Монолит» №, открытый ДД.ММ.ГГГГ дополнительном офисе отделения ПАО «Сбербанк» № по адресу: &lt;адрес&gt;, пер. Цинкзаводской, &lt;адрес&gt;, в качестве оплаты стоимости незаконного муниципального контракта № от 26.01.2015, в результате чего муниципальному образованию «Гурьевский муниципальный район» причинен ущерб в крупном размере на сумму 395 658 руб., 00 коп. Таким образом, Мирошкина Т.В., лицо 1 и лицо 2, используя свое служебное положение, действуя умышленно, организованной группой, путем обмана, похитили чужое имущество – денежные средства из бюджета муниципального образования «Гурьевский муниципальный район», в крупном размере, в сумме 395 658 руб., 00 коп., распорядившись по своему усмотрению, безвозмездно обратив в пользу ООО «СК «Монолит», тем самым причинив муниципальному образованию «Гурьевский муниципальный район» ущерб на сумму 395 658 руб., 00 коп.</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ходе осуществления коммерческой деятельности ООО «Монолит-Строй» (застройщик/заказчик) получено разрешение № от 03.07.2014 на строительство многоквартирного жилого дома по адресу: &lt;адрес&gt; на основании которого и, в соответствии с проектной документацией предусмотрено, как неотъемлемая часть строительства дома, выполнение ООО «Монолит-Строй» работ по устройству (строительству) наружных инженерных сетей к строящемуся жилому дому по адресу: &lt;адрес&gt;, которые являются устройствами и сооружениями, необходимыми для подключения (технологического присоединения) указанного дома к сетям инженерно-технического обеспечения теплоснабжения, водоснабжения, канализации и электроснабжения в точках подключения. Мирошкина Т.В. и лицо 2, достоверно зная и понимая, что МКУ «ОКС» и администрация Гурьевского муниципального района не являются заказчиками строительства многоквартирного жилого дома по адресу: &lt;адрес&gt;, а также то, что коммерческое строительство указанного многоквартирного дома осуществляет ООО «Монолит-Строй», а также ООО «СК «Монолит», выступающим генеральным подрядчиком строительства дома, а работы по устройству (строительству) наружных инженерных сетей к строящемуся жилому дому по адресу: &lt;адрес&gt; предусмотрены проектной документацией и являются ее неотъемлемой частью при коммерческом строительстве указанного многоквартирного жилого дома, а равно являются обязательными к выполнению ООО «Монолит-Строй», ООО «СК «Монолит» самостоятельно при его коммерческом строительстве, не позднее 04.03.2015, находясь на территории Кемеровской области, приняли предложение лицо 1 совершить хищение чужого имущества - денежных средств из бюджета муниципального образования «Гурьевский муниципальный район» путем заключения и оплаты стоимости муниципального контракта на выполнение работ по устройству (строительству) наружных инженерных сетей к строящемуся жилому дому на расчетный (банковский) счет ООО «СК «Монолит». Не позднее 04.03.2015, находясь на территории Кемеровской области, Мирошкина Т.В., реализуя совместный с лицом 2 и лицом 1 преступный умысел, действуя совместно и согласованно с ними, умышленно, организованной группой, с целью хищения чужого имущества - бюджетных денежных средств муниципального образования «Гурьевский муниципальный район», из корыстных побуждений, путем обмана, в соответствии с определенными функциями и договоренностью с остальными участниками организованной группы, определили предмет хищения в виде бюджетных денежных средств при проведении электронного аукциона и заключения незаконного муниципального контракта на выполнение работ по устройству (строительству) наружных инженерных сетей к жилому дому по адресу: &lt;адрес&gt;, заведомо зная, что администрация Гурьевского муниципального района и МКУ «ОКС» не имеют права выступать в роли заказчика названных работ и оплачивать ООО «СК «Монолит», фактически выступающим генеральным подрядчиком строительства указанного дома, данный вид работ, так как работы по устройству (строительству) наружных инженерных сетей к жилому дому входят в объем коммерческого строительства указанного дома, которое осуществляет ООО «Монолит-Строй». Во исполнение задуманного, организованной группой было осуществлено следующее. Для переселения граждан из многоквартирных домов, признанных в установленном порядке непригодными для проживания, а также для предоставления жилых помещений детям-сиротам, детям, оставшихся без попечения родителей, между муниципальным казенным учреждением «Отдел капитального строительства администрации Гурьевского муниципального района» (далее – МКУ «ОКС») в лице его директора Л (с 19.02.2015 в лице директора Мирошкиной Т.В.) и ООО «Монолит-Строй» в лице директора лицо 2 заключены муниципальные контракты: -№ от 25.08.2014, для обеспечения жилыми помещениями детей-сирот и детей, оставшихся без попечения родителей, в целях обеспечения муниципальных нужд; -№ от 25.08.2014, для переселения граждан из ветхого и аварийного жилья, в целях обеспечения муниципальных нужд; -№ от 29.09.2014, для обеспечения жилыми помещениями детей-сирот и детей, оставшихся без попечения родителей, в целях обеспечения муниципальных нужд; -№ от 01.06.2015, для переселения граждан из ветхого и аварийного жилья, в целях обеспечения муниципальных нужд; -№ от 01.06.2015 для переселения граждан из ветхого и аварийного жилья, в целях обеспечения муниципальных нужд, согласно которых ООО «Монолит-Строй» приняты обязательства своими силами и (или) с привлечением других лиц построить (создать) на земельном участке, расположенном по адресу: &lt;адрес&gt;, многоквартирный жилой дом, а затем, после получения разрешения на ввод в эксплуатацию указанного дома передать МКУ «ОКС» объекты долевого строительства, в частности: -в виде 12 (двенадцати) однокомнатных квартир, с площадью 12 (двенадцати) квартир равной 423,69 квадратных метров, со стоимостью муниципального контракта № от 25.08.2014 в сумме 12 710 700 руб., 00 коп.; -в виде 6 (шести) двухкомнатных и 3 (трех) трехкомнатных квартир, с площадью 9 (девяти) квартир равной 511,50 квадратных метров, со стоимостью муниципального контракта № от 25.08.2014 в сумме 15 345 000 руб., 00 коп.; -в виде 1 (одной) однокомнатной квартиры, с площадью 1 (одной) квартиры равной 38,31 квадратных метров, со стоимостью муниципального контракта № от 29.09.2014 в сумме 1 149 300 руб., 00 коп.; -в виде 1 (одной) однокомнатной квартиры, с площадью 1 (одной) квартиры равной 38,31 квадратных метров, со стоимостью муниципального контракта № от 01.06.2015 в сумме 1 149 300 руб., 00 коп.; -в виде 1 (одной) однокомнатной квартиры, с площадью 1 (одной) квартиры равной 38,31 квадратных метров, со стоимостью муниципального контракта № от 01.06.2015 в сумме 1 149 300 руб., 00 коп., при этом, согласно условиям вышеуказанных муниципальных контрактов, каждая из приобретенных квартир должна быть благоустроена, подключена к тепло-водо-электроснабжению и быть пригодной, безопасной для проживания граждан. Мирошкина Т.В., реализуя совместный с лицом 2 и лицом 1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не позднее 04.03.2015, выполнила действия, направленные на заключение незаконного муниципального контракта № от 04.03.2015 между МКУ «ОКС» и ООО «СК «Монолит», предусматривающего выполнение ООО «СК «Монолит» работ по устройству (строительству) наружных инженерных сетей к жилому дому по адресу: &lt;адрес&gt;, при этом, все участники организованной группы, осуществляя свои функции, достоверно знали и осознавали о том, что МКУ «ОКС» и администрация Гурьевского муниципального района не являются заказчиками строительства многоквартирного жилого дома по адресу: &lt;адрес&gt;, а также то, что коммерческое строительство указанного многоквартирного дома осуществляет ООО «Монолит-Строй», а также ООО «СК «Монолит», выступающим генеральным подрядчиком строительства дома. Так, Мирошкина Т.В., не позднее 09.02.2015, в дневное время, находясь в помещении служебного кабинета МКУ «ОКС» по адресу: &lt;адрес&gt;,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исполняющей обязанности директора МКУ «ОКС», а именно: обладая полномочиями по организации подготовки, разработки, проверки, согласования и направления в уполномоченный орган по определению поставщиков (подрядчиков, исполнителей) для муниципальных заказчиков, бюджетных учреждений и иных учреждений Гурьевского муниципального района – отдел муниципальных закупок администрации Гурьевского муниципального района (далее – уполномоченный орган) документов для открытого аукциона в электронной форме (включающих проект муниципального контракта, с приложениями технического задания, локальной сметы (локальный сметный расчет), обоснования начальной максимальной цены контракта) для их включения уполномоченным органом в незаконную аукционную документацию, утверждения и согласования уполномоченным органом аукционной документации, и последующей организации размещения и проведения уполномоченным органом на электронной площадке аукционов по муниципальным заказам на определение поставщика на право заключения муниципальных контрактов на выполнение работ по устройству (строительству) наружных инженерных сетей и благоустройству территории к жилым домам, и заключению муниципальных контрактов на выполнение указанных видов работ, обладая полномочиями по единоличному руководству деятельностью МКУ «ОКС», по организации распоряжения средствами бюджета, в соответствии с отведенными ей функциями, для обеспечения возможности заключения и дальнейшей оплаты ООО «СК «Монолит» стоимости незаконного муниципального контракта предусматривающего выполнение работ по устройству (строительству) наружных инженерных сетей к жилому дому по адресу: &lt;адрес&gt; таким образом хищения из бюджета муниципального образования «Гурьевский муниципальный район» денежных средств, путем их перечисления на расчетный счет ООО «СК «Монолит», имея наличие возможность заключать от имени МКУ «ОКС» муниципальные контракты, в соответствии с отведенными ей функциями в организованной группе, понимая, что является ответственным исполнителем муниципальной программы муниципального образования «Гурьевский муниципальный район» – «Строительство, реконструкция и капитальный ремонт жилищных и социальных объектов на территории Гурьевского муниципального района. Обеспечение жильем отдельных категорий граждан» (с изменениями и дополнениями), дала указание подчиненному сотруднику МКУ «ОКС» Ч о подготовке, разработке проекта муниципального контракта предусматривающего выполнение работ по устройству (строительству) наружных инженерных сетей к жилому дому по адресу: &lt;адрес&gt;, о подготовке, разработке технического задания к проекту муниципального контракта, локальной сметы (локальный сметный расчет) (обоснование начальной (максимальной) цены контракта), в виде приложения к муниципальному контракту, после представить ей на проверку и согласование, с целью последующей передачи документов в уполномоченный орган и включения их в аукционную документацию. Не осведомленный о преступных намерениях организованной группы сотрудник МКУ «ОКС» Ч, не позднее 09.02.2015, исполняя указания Мирошкиной Т.В. подготовила, разработала проект муниципального контракта предусматривающего выполнение работ по устройству (строительству) наружных инженерных сетей к жилому дому по адресу: &lt;адрес&gt;, техническое задание к проекту муниципального контракта, локальную смету (локальный сметный расчет) (обоснование начальной (максимальной) цены контракта), в виде приложения к муниципальному контракту, рассчитав стоимость работ в размере 1 182 430 руб., 08 коп. и представила Мирошкиной Т.В. на проверку и согласование, с целью последующей передачи Мирошкиной Т.В. документов в уполномоченный орган и включения их в аукционную документацию. После чего,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подготовила и составила заявку на осуществление закупки товаров, работ, услуг, а после проверив и согласовав проект муниципального контракта, техническое задание к проекту муниципального контракта, локальную смету (локальный сметный расчет) (обоснование начальной (максимальной) цены контракта), направила вместе с заявкой на осуществление закупки товаров, работ, услуг начальнику отдела муниципальных закупок администрации Гурьевского муниципального района З (уполномоченный орган), для объявления и проведения электронного аукциона, указав, что финансирование будет осуществлено по муниципальной программе «Строительство, реконструкция и капитальный ремонт жилищных и социальных объектов на территории Гурьевского муниципального района. Обеспечение жильем отдельных категорий граждан» (с изменениями и дополнениями), при этом умолчав об отсутствии законных оснований проведения аукциона. Не осведомленная о преступных намерениях организованной группы и введенная в заблуждение Мирошкиной Т.В. относительно законности объявления и проведения электронного аукциона, начальник отдела муниципальных закупок администрации Гурьевского муниципального района З (уполномоченный орган) подготовила, разработала аукционную документацию для объявления торгов в единой информационной системе: извещение о проведении электронного аукциона для закупки №, документацию об электронном аукционе «Устройство наружных инженерных сетей к жилому дому &lt;адрес&gt;», включив в нее в качестве приложений в неизменном виде: проект муниципального контракта, техническое задание к проекту муниципального контракта, локальную смету (локальный сметный расчет) (обоснование начальной (максимальной) цены контракта), которую З утвердила. Не позднее 10.02.2015, в дневное время, не осведомленная о преступных намерениях организованной группы начальник отдела муниципальных закупок администрации Гурьевского муниципального района З (уполномоченный орган) в сети Интернет на электронной площадке по адресу: www.rts-tender.ru опубликовала извещение и документацию о проведении электронного аукциона по объекту закупки: «Устройство наружных инженерных сетей к жилому дому &lt;адрес&gt;», о чем сообщила Мирошкиной Т.В. После чего, не позднее 20.02.2015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с целью своевременной подачи ООО «СК «Монолит» заявки на участие в электронном аукционе до окончания срока подачи заявок на участие в нем, последующей победы ООО «СК «Монолит» в электронном аукционе, сообщила лицу 1 информацию об извещении о проведении электронного аукциона, о требуемых к выполнению работах, о стоимости работ. Лицо 1, фактически выполнявший функции технического директора ООО «Монолит-Строй», технического директора ООО «СК «Монолит», находясь в г. Белово Кемеровской области, реализуя совместный с лицом 2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используя служебное положение технического директора ООО «Монолит-Строй», технического директора ООО «СК «Монолит», имея полномочия осуществлять строительный контроль при строительстве ООО «Монолит-Строй», ООО «СК «Монолит» объектов капитального строительства, в том числе многоквартирных жилых домов, при выполнении ООО «Монолит-Строй», ООО «СК «Монолит» иных строительных работ, организовывать ведение, составление, подписание, исполнительной производственно-технической документации по всем видам строительных работ, выполняемых ООО «Монолит-Строй», ООО «СК «Монолит», а также подписывать лично указанную исполнительную производственно-техническую документацию, заведомо зная о том, что ООО «Монолит-Строй», осуществляет коммерческое строительство многоквартирного жилого дома по адресу: &lt;адрес&gt;, выступает застройщиком дома, а ООО «СК «Монолит», выступает генеральным подрядчиком строительства дома, а он, как технический директор ООО «Монолит-Строй» и технический директор ООО «СК «Монолит» является лицом, осуществляющим строительный контроль за ходом и ведения строительства указанного дома, осознавая, что работы по устройству (строительству) наружных инженерных сетей к жилому дому по адресу: &lt;адрес&gt; предусмотрены проектной документацией и являются ее неотъемлемой частью при коммерческом строительстве указанного многоквартирного жилого дома, а равно являются обязательными к выполнению ООО «Монолит-Строй», ООО «СК «Монолит» самостоятельно при его коммерческом строительстве, достоверно зная, что ООО «СК «Монолит» не имеет право принимать участие в электронном аукционе и заключать с МКУ «ОКС» и администрацией Гурьевского муниципального района муниципальный контракт на работы по устройству (строительству) наружных инженерных сетей к жилому дому по адресу: &lt;адрес&gt;, так как ООО «Монолит-Строй», ООО «СК «Монолит» в ходе коммерческого строительства указанного многоквартирного дома обязаны выполнить эти работы самостоятельно в соответствии с разработанной проектной документацией, разрешением на строительство и проектной декларацией, не позднее 20.02.2015, понимая, что ООО «СК «Монолит», в случае заключения муниципального контракта на указанный вид работ, незаконно и необоснованно получит денежные средства из бюджета муниципального образования «Гурьевский муниципальный район», сообщил директору ООО «СК «Монолит» лицу 2 информацию об извещении о проведении электронного аукциона по объекту закупки: «Устройство наружных инженерных сетей к жилому дому &lt;адрес&gt;», с целью необходимости последующей подготовки лицом 2 документов, своевременной подаче заявок от ООО «СК «Монолит» на участие в электронном аукционе. Лицо 2, фактически выполнявший функции директора ООО «Монолит-Строй», директора ООО «СК «Монолит», находясь в г. Белово Кемеровской области, действуя умышлено, с целью хищения чужого имущества, реализуя совместный с лицом 1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используя служебное положение директора ООО «Монолит-Строй», директора ООО «СК «Монолит», имея полномочия осуществлять руководство финансово-экономической деятельностью организаций, без доверенности действовать от имени организаций, представлять интересы ООО «Монолит-Строй», ООО «СК «Монолит» в учреждениях и организациях, получив от лицо 1 сведения об извещении о проведении электронного аукциона, не позднее 20.02.2015, находясь в г. Белово Кемеровской области, подготовил заявку от ООО «СК «Монолит» на участие в закупке № по объекту закупки: «Устройство наружных инженерных сетей к жилому дому &lt;адрес&gt;», в которых отразил сведения об участнике закупки ООО «СК «Монолит», а также предложение от участника закупки ООО «СК «Монолит», указав о возможности выполнения ООО «СК «Монолит» работ по устройству (строительству) наружных инженерных сетей к жилому дому по адресу: &lt;адрес&gt;, а после чего, разместил ее на торговой площадке www.rts-tender.ru. Не осведомленная о преступных намерениях организованной группы начальник отдела муниципальных закупок администрации Гурьевского муниципального района З (уполномоченный орган), находясь в помещении служебного кабинета администрации Гурьевского муниципального района по адресу: &lt;адрес&gt;, 20.02.2015, в дневное время, в составе комиссии рассмотрела единственную заявку на участие в электронном аукционе № по объекту закупки: «Устройство наружных инженерных сетей к жилому дому &lt;адрес&gt;», подвела итоги электронного аукциона, определила единственную заявку участника ООО «СК «Монолит» соответствующей требованиям документации об электронном аукционе, после чего, в составе комиссии приняла решение о признании аукциона в электронной форме несостоявшимся на основании ч. 16 ст. 66 ФЗ-44, что в свою очередь явилось основанием для заключения муниципального контракта МКУ «ОКС с ООО «СК «Монолит» на выполнение работ по устройству (строительству) наружных инженерных сетей к жилому дому по адресу: &lt;адрес&gt;, как с единственным участником. После чего, Мирошкина Т.В., 04.03.2015 в дневное время, находясь в помещении служебного кабинета МКУ «ОКС» по адресу: &lt;адрес&gt;,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подписала и заключила от имени МКУ «ОКС» с ООО «СК «Монолит» муниципальный контракт № от 04.03.2015 на выполнение ООО «СК «Монолит» работ по устройству (строительству) наружных инженерных сетей к жилому дому по адресу: &lt;адрес&gt;. Лицо 2, являясь директором ООО «СК «Монолит», реализуя совместный с лицом 1 и Мирошкиной Т.В. преступный умысел, используя свое служебное положение директора ООО «СК «Монолит», относящегося к категории руководителей, выразившееся в наличии права и возможности действовать от имени юридического лица ООО «СК «Монолит» без доверенности, совершать от имени ООО «СК «Монолит» сделки, заключать контракты, иметь право первой подписи и подписывать документы от имени юридического лица ООО «СК «Монолит», действуя совместно и согласованно с участниками организованной группы, подписал и заключил от имени юридического лица ООО «СК «Монолит» с МКУ «ОКС», в лице его директора Мирошкиной Т.В. муниципальный контракт № от 04.03.2015, а также совместно с Мирошкиной Т.В. подписали и утвердили локальную смету (локальный сметный расчет), предметом которых являлось выполнение ООО «СК «Монолит» работ по устройству (строительству) наружных инженерных сетей к жилому дому по адресу: &lt;адрес&gt;, стоимостью 1 182 430 руб., 08 коп., достоверно зная о том, что ООО «Монолит-Строй», выступая застройщиком дома, а ООО «СК «Монолит» выступая генеральным подрядчиком строительства дома, самостоятельно осуществляют коммерческое строительство указанного дома, в соответствии с полученным разрешением № от 03.07.2014 на строительство, проектной документацией на строительство дома, а строительные работы по устройству (строительству) наружных инженерных сетей к жилому дому по адресу: &lt;адрес&gt;, являются неотъемлемой частью при его коммерческом строительстве. 18.05.2015, в дневное время, лицо 1, как технический директор ООО «СК «Монолит» (лицо осуществляющее строительство) и как лицо, осуществляющее строительный контроль при строительстве генеральным подрядчиком ООО «СК «Монолит» многоквартирного жилого дома по адресу: &lt;адрес&gt; лицо 2 как директор ООО «Монолит-Строй» (застройщик/заказчик), достоверно зная, что указанный многоквартирный дом ООО «СК «Монолит» уже построен, совместно подписали акт приемки законченного строительством объекта от 18.05.2015, акт соответствия параметров построенного, реконструированного, отремонтированного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приборами учета используемых энергетических ресурсов от 18.05.2015; акт подтверждающий строительство в соответствии с техническим регламентом от 18.05.2015, акт подтверждающий параметры объекта от 18.05.2015, а также акт приемки законченного строительством объекта от 18.05.2015 (акт формы № КС-11), подтверждающие выполнение ООО «Монолит-Строй», ООО «СК «Монолит» всех работ по строительству объекта капитального строительства – жилого дома по адресу: &lt;адрес&gt;, в том числе о выполнении работ по устройству (строительству) наружных инженерных сетей к жилому дому по адресу: &lt;адрес&gt;, после чего, указанный объект капитального строительства введен в эксплуатацию разрешением на ввод объекта в эксплуатацию № от 21.05.2015. Реализуя совместный преступный умысел, лицо 1, как технический директор ООО «СК «Монолит» и Мирошкина Т.В. как директор МКУ «ОКС» действуя совместно и согласованно с участниками организованной группы, в целях хищения бюджетных денежных средств в размере стоимости муниципального контракта № от 04.03.2015, совместно используя свое служебное положение, организовали ведение, составление, подписание и принятие неосведомленными о преступных намерениях организованной группы подчиненными сотрудниками ООО «СК «Монолит», МКУ «ОКС» исполнительной производственно-технической документации к муниципальному контракту, что в дальнейшем явилось основанием для приемки объемов работ в соответствии требованиями заказчика в лице МКУ «ОКС» к выполняемым работам и используемым материалам, давшие основание Мирошкиной Т.В. и лицу 2 подписать акт о приемке-передаче выполненных работ (акт формы № КС-2), справку о стоимости выполненных работ и затрат (акт формы № КС-3) по указанному муниципальному контракту, а также служило основанием для дальнейшего составления и подписания заявок на кассовый расход для осуществления незаконного перечисления бюджетных денежных средств на расчетный счет ООО «СК «Монолит» и оплаты ООО «СК «Монолит» стоимости незаконного муниципального контракта № от 04.03.2015. Далее, в осуществление задуманного, не позднее 31.05.2015, в дневное время, Мирошкина Т.В., как директор МКУ «ОКС» и заказчик по муниципальному контракту № от 04.03.2015, а также лицо 2, как директор ООО «СК «Монолит», продолжая реализовывать совместные с лицом 1 преступные действия, направленные на хищение бюджетных денежных средств путем заключения указанного муниципального контракта, преследуя совместную корыстную цель – хищение чужого имущества в виде бюджетных денежных средств муниципального образования «Гурьевский муниципальный район», находясь в помещении служебного кабинета МКУ «ОКС» по адресу: &lt;адрес&gt;, совместно используя свои служебные положения, подписали и утвердили счет-фактуры, а также совместно подписали справку о стоимости выполненных работ и затрат № (акт формы № КС-3) от 31.05.2015, акт о приемке выполненных работ № (акт формы № КС-2) от 31.05.2015, по муниципальному контракту № от 04.03.2015, предусматривающему выполнение ООО «СК «Монолит» работ по устройству (строительству) наружных инженерных сетей к жилому дому по адресу: &lt;адрес&gt;, достоверно зная о том, что на момент подписания вышеуказанных справки о стоимости выполненных работ и затрат и акта о приемке выполненных работ, а также на момент заключения муниципального контракта № от 04.03.2015, между ООО «Монолит-Строй» и МКУ «ОКС» уже заключены муниципальные контракты: № от 25.08.2014, № от 25.08.2014, № от 29.09.2014 и у ООО «Монолит-Строй» перед МКУ «ОКС» имеются обязательства по условиям названных муниципальных контрактов, согласно которым ООО «Монолит-Строй» осуществляет строительство указанного дома, где дольщик в лице МКУ «ОКС» оплатил ООО «Монолит-Строй» стоимость благоустроенных квартир согласно условий вышеуказанных муниципальных контрактов, а строительные работы по устройству (строительству) наружных инженерных сетей к жилому дому по адресу: &lt;адрес&gt;, являются неотъемлемой частью при его коммерческом строительстве, а также достоверно зная о том, что жилой многоквартирный дом, по адресу: &lt;адрес&gt; уже построен, соответствует требованиям технических условий, регламентов, проектной документации, что подтверждается актом приемки законченного строительством объекта от 18.05.2015, актом соответствия параметров построенного, реконструированного, отремонтированного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приборами учета используемых энергетических ресурсов от 18.05.2015; актом подтверждающим строительство в соответствии с техническим регламентом от 18.05.2015, актом подтверждающим параметры объекта от 18.05.2015, а также актом приемки законченного строительством объекта от 18.05.2015 (акт формы № КС-11), подтверждающими выполнение ООО «СК «Монолит» всех работ по строительству объекта капитального строительства – жилого дома по адресу: &lt;адрес&gt;, разрешением на ввод объекта в эксплуатацию № от 21.05.2015. Лицо 2, реализуя совместный с лицом 1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как директор ООО «СК «Монолит», не позднее 28.06.2017 обратился в Арбитражный суд Кемеровской области с иском ООО «СК «Монолит» к муниципальному образованию «Гурьевский муниципальный район» в лице МКУ «ОКС» с целью взыскания задолженности по муниципальному контракту № от 04.03.2015 в размере 1 182 430 руб., 08 коп., на основании которого, арбитражным судьей Кемеровской области, вынесено решение по делу № А27-4002/2017 от 28.06.2017, об удовлетворении исковых требований и взыскании задолженности, о чем взыскателю ООО «СК «Монолит» выдан исполнительный лист серии ФС № от 08.08.2017, о чем лицо 2 сообщил лицу 1. Лицо 1, реализуя совместный с лицом 2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как технический директор ООО «СК «Монолит», не позднее 14.11.2017 передал названный исполнительный лист в администрацию Гурьевского муниципального района, для осуществления незаконного перечисления бюджетных денежных средств на расчетный счет ООО «СК «Монолит» и оплаты ООО «СК «Монолит» стоимости незаконного муниципального контракта № от 04.03.2015, о чем лицо 1 сообщил Мирошкиной Т.В. В свою очередь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не позднее ДД.ММ.ГГГГ устно подтвердила начальнику Финансового управления по Гурьевскому району (ИНН &lt;***&gt;) (далее – ФИНО по Гурьевскому району) КО факт приемки-передачи работ по муниципальному контракту № от 04.03.2015, с целью дальнейшей оплаты стоимости муниципального контракта за счет бюджетных средств муниципального образования «Гурьевский муниципальный район». Не осведомленная о преступных намерениях организованной группы начальник ФИНО по Гурьевскому району КО, получив исполнительный лист серии ФС № от 08.08.2017, не позднее 14.11.2017, находясь в администрации Гурьевского муниципального района по адресу: &lt;адрес&gt;, дала указание начальнику отдела бухгалтерского учета и отчетности - главному бухгалтеру ФИНО по Гурьевскому району С сформировать, составить заявку на кассовый расход на сумму 1 182 430 руб., 00 коп., для последующего ее подписания электронной цифровой подписью от своего имени КО, и от имени С, ее дальнейшего направления в Управление федерального казначейства по Кемеровской области, с целью перечисления бюджетных денежных средств на расчетный (банковский) счет ООО «СК «Монолит». С, не осведомленная о преступных намерениях организованной группы, выполняя указания КО, составила заявку на кассовый расход: № от 14.11.2017 на сумму 1 182 430 руб., 00 коп., о перечислении на расчетный (банковский) счет ООО «СК «Монолит» № денежных средств в размере 1 182 430 руб., 00 коп., с назначением платежа: &lt;данные изъяты&gt;, а после составления вышеуказанной заявки на кассовый расход КО и С подписали ее электронной цифровой подписью каждая от своего имени и направили в Управление федерального казначейства по Кемеровской области. Неосведомленные о преступных намерениях организованной группы сотрудники Управления федерального казначейства по Кемеровской области на основании заявки на кассовый расход КО, сформировали платежное поручение: № от 14.11.2017 на сумму 1 182 430 руб., 00 коп., и посредством лицевого счета ФИНО по Гурьевскому району №, открытого в Отделении по г. Гурьевску Управления федерального казначейства по Кемеровской области, расположенного по адресу: &lt;адрес&gt;, перечислили денежные средства в размере 1 182 430 руб., 00 коп. с банковского счета УФК по Кемеровской области №, открытого в ГРКЦ ГУ Банка России по Кемеровской области, расположенного по адресу: &lt;адрес&gt; на расчетный (банковский) счет ООО «СК «Монолит» №, открытый ДД.ММ.ГГГГ в дополнительном офисе отделения ПАО «Сбербанк» № 8615/0462 по адресу: &lt;адрес&gt;, пер. Цинкзаводской, &lt;адрес&gt;, в качестве оплаты части стоимости незаконного муниципального контракта № от 04.03.2015.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действуя организованной группой с указанными лицами, не позднее 18.12.2017, находясь в помещении служебного кабинета МКУ «ОКС» по адресу: &lt;адрес&gt;, дала указание главному бухгалтеру МКУ «ОКС» Г, не осведомленной о преступных намерениях организованной группы, сформировать, составить заявку на кассовый расход на общую сумму 08 коп., для последующего ее подписания электронной цифровой подписью от своего имени Мирошкиной Т.В., и от имени Г, ее дальнейшего направления в Управление федерального казначейства по Кемеровской области, с целью перечисления бюджетных денежных средств на расчетный (банковский) счет ООО «СК «Монолит». Г, не осведомленная о преступных намерениях организованной группы, выполняя указания Мирошкиной Т.В., составила заявку на кассовый расход: № от 18.12.2017 на сумму 08 коп., о перечислении на расчетный (банковский) счет ООО СК «Монолит» № денежных средств в размере 08 коп., с назначением платежа: &lt;данные изъяты&gt; а после составления вышеуказанной заявки на кассовый расход Мирошкина Т.В. и Г подписали ее электронной цифровой подписью каждая от своего имени и направили в Управление федерального казначейства по Кемеровской области. Неосведомленные о преступных намерениях организованной группы сотрудники Управления федерального казначейства по Кемеровской области на основании заявки на кассовый расход Мирошкиной Т.В., сформировали платежное поручение: № от 18.12.2017 на сумму 08 коп., и посредством лицевого счета МКУ «ОКС» №, открытого в Отделении по г. Гурьевску Управления федерального казначейства по Кемеровской области, расположенного по адресу: &lt;адрес&gt;, перечислили денежные средства в размере 08 коп. с банковского счета УФК по &lt;адрес&gt; №, открытого в ГРКЦ ГУ Банка России по Кемеровской области, расположенного по адресу: &lt;адрес&gt; на расчетный (банковский) счет ООО «СК «Монолит» №, открытый ДД.ММ.ГГГГ в дополнительном офисе отделения ПАО «Сбербанк» № 8615/0462 по адресу: &lt;адрес&gt;, пер. Цинкзаводской, &lt;адрес&gt;, в качестве оплаты части стоимости незаконного муниципального контракта № от 04.03.2015, в результате чего муниципальному образованию «Гурьевский муниципальный район» причинен ущерб в особо крупном размере на общую сумму 1 182 430 руб., 08 коп. Таким образом, Мирошкина Т.В., лицо 1 и лицо 2, используя свое служебное положение, действуя умышленно, организованной группой, путем обмана, похитили чужое имущество – денежные средства из бюджета муниципального образования «Гурьевский муниципальный район», в особо крупном размере, в сумме 1 182 430 руб., 08 коп., распорядившись по своему усмотрению, безвозмездно обратив в пользу ООО «СК «Монолит», тем самым причинив муниципальному образованию «Гурьевский муниципальный район» ущерб на сумму 1 182 430 руб., 08 коп.</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ходе осуществления коммерческой деятельности ООО «Монолит-Строй» (застройщик/заказчик) получено разрешение № от 04.08.2015 на строительство многоквартирного жилого дома по адресу: &lt;адрес&gt;, на основании которого и, в соответствии с проектной документацией предусмотрено, как неотъемлемая часть строительства дома, выполнение ООО «Монолит-Строй» работ по устройству (строительству) наружных инженерных сетей к строящемуся жилому дому по адресу: &lt;адрес&gt;, которые являются устройствами и сооружениями, необходимыми для подключения (технологического присоединения) указанного дома к сетям инженерно-технического обеспечения теплоснабжения, водоснабжения, канализации и электроснабжения в точках подключения. Мирошкина Т.В. и лицо 2, достоверно зная и понимая, что МКУ «ОКС» и администрация Гурьевского муниципального района не являются заказчиками строительства многоквартирного жилого дома по адресу: &lt;адрес&gt;, а также то, что коммерческое строительство указанного многоквартирного дома осуществляет ООО «Монолит-Строй», а также ООО «СК «Монолит», выступающим генеральным подрядчиком строительства дома, а работы по устройству (строительству) наружных инженерных сетей к строящемуся жилому дому по адресу: &lt;адрес&gt; предусмотрены проектной документацией и являются ее неотъемлемой частью при коммерческом строительстве указанного многоквартирного жилого дома, а равно являются обязательными к выполнению ООО «Монолит-Строй», ООО «СК «Монолит» самостоятельно при его коммерческом строительстве, не позднее 18.02.2016, находясь на территории Кемеровской области, приняли предложение лица 1 совершить хищение чужого имущества - денежных средств из бюджета муниципального образования «Гурьевский муниципальный район» путем заключения и оплаты стоимости муниципального контракта на выполнение работ по устройству (строительству) наружных инженерных сетей к строящемуся жилому дому на расчетный (банковский) счет ООО «СК «Монолит». Не позднее 18.02.2016, находясь на территории Кемеровской области, Мирошкина Т.В., реализуя совместный с лицом 2 и лицом 1 преступный умысел, действуя совместно и согласованно с ними, умышленно, организованной группой, с целью хищения чужого имущества - бюджетных денежных средств муниципального образования «Гурьевский муниципальный район», из корыстных побуждений, путем обмана, в соответствии с определенными функциями и договоренностью с остальными участниками организованной группы, определили предмет хищения в виде бюджетных денежных средств при проведении электронного аукциона и заключения незаконного муниципального контракта на выполнение работ по устройству (строительству) наружных инженерных сетей к жилому дому по адресу: &lt;адрес&gt;, заведомо зная, что администрация Гурьевского муниципального района и МКУ «ОКС» не имеют права выступать в роли заказчика названных работ и оплачивать ООО «СК «Монолит», фактически выступающим генеральным подрядчиком строительства указанного дома, данный вид работ, так как работы по устройству (строительству) наружных инженерных сетей к жилому дому входят в объем коммерческого строительства указанного дома, которое осуществляет ООО «Монолит-Строй». Во исполнение задуманного, организованной группой было осуществлено следующее. Для переселения граждан из многоквартирных домов, признанных в установленном порядке непригодными для проживания, между Комитетом по управлению муниципальным имуществом Гурьевского муниципального района (далее – КУМИ Гурьевского муниципального района) в лице его председателя Р и ООО «Монолит-Строй» в лице директора лицо 2 заключены муниципальные контракты: -№ от 23.10.2015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25.10.2015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23.10.2015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23.10.2015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25.10.2015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23.10.2015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23.10.2015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25.10.2015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23.10.2015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23.10.2015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25.10.2015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25.10.2015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23.10.2015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23.10.2015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25.10.2015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25.10.2015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23.10.2015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25.10.2015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25.10.2015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23.10.2015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согласно которых ООО «Монолит-Строй» приняты обязательства своими силами и (или) с привлечением других лиц построить (создать) на земельном участке, расположенном по адресу: &lt;адрес&gt;, многоквартирный жилой дом, а затем, после получения разрешения на ввод в эксплуатацию указанного дома передать КУМИ Гурьевского муниципального района объекты долевого строительства, в частности: -в виде 1 (одной) двухкомнатной квартиры, с площадью 1 (одной) квартиры равной 40,1 квадратных метров, со стоимостью муниципального контракта № от 23.10.2015 в сумме 1 265 395 руб., 60 коп.; -в виде 1 (одной) двухкомнатной квартиры, с площадью 1 (одной) квартиры равной 41,5 квадратных метров, со стоимостью муниципального контракта № от 25.10.2015 в сумме 1 309 574 руб., 00 коп.; -в виде 1 (одной) двухкомнатной квартиры, с площадью 1 (одной) квартиры равной 40,1 квадратных метров, со стоимостью муниципального контракта № от 23.10.2015 в сумме 1 265 395 руб., 60 коп.; -в виде 1 (одной) двухкомнатной квартиры, с площадью 1 (одной) квартиры равной 40,1 квадратных метров, со стоимостью муниципального контракта № от 23.10.2015 в сумме 1 265 395 руб., 60 коп.; -в виде 1 (одной) двухкомнатной квартиры, с площадью 1 (одной) квартиры равной 41,5 квадратных метров, со стоимостью муниципального контракта № от 25.10.2015 в сумме 1 309 574 руб., 00 коп.; -в виде 1 (одной) двухкомнатной квартиры, с площадью 1 (одной) квартиры равной 40,1 квадратных метров, со стоимостью муниципального контракта № от 23.10.2015 в сумме 1 265 395 руб., 60 коп.; -в виде 1 (одной) двухкомнатной квартиры, с площадью 1 (одной) квартиры равной 40,1 квадратных метров, со стоимостью муниципального контракта № от 23.10.2015 в сумме 1 265 395 руб., 60 коп.; -в виде 1 (одной) двухкомнатной квартиры, с площадью 1 (одной) квартиры равной 41,5 квадратных метров, со стоимостью муниципального контракта № от 25.10.2015 в сумме 1 309 574 руб., 00 коп.; -в виде 1 (одной) двухкомнатной квартиры, с площадью 1 (одной) квартиры равной 40,1 квадратных метров, со стоимостью муниципального контракта № от 23.10.2015 в сумме 1 265 395 руб., 60 коп.; -в виде 1 (одной) двухкомнатной квартиры, с площадью 1 (одной) квартиры равной 44,0 квадратных метров, со стоимостью муниципального контракта № от 23.10.2015 в сумме 1 388 464 руб., 00 коп.; -в виде 1 (одной) двухкомнатной квартиры, с площадью 1 (одной) квартиры равной 47,1 квадратных метров, со стоимостью муниципального контракта № от 25.10.2015 в сумме 1 486 287 руб., 60 коп.; -в виде 1 (одной) двухкомнатной квартиры, с площадью 1 (одной) квартиры равной 48,0 квадратных метров, со стоимостью муниципального контракта № от 25.10.2015 в сумме 1 514 688 руб., 00 коп.; -в виде 1 (одной) двухкомнатной квартиры, с площадью 1 (одной) квартиры равной 46,8 квадратных метров, со стоимостью муниципального контракта № от 23.10.2015 в сумме 1 476 820 руб., 80 коп.; -в виде 1 (одной) двухкомнатной квартиры, с площадью 1 (одной) квартиры равной 44,0 квадратных метров, со стоимостью муниципального контракта № от 23.10.2015 в сумме 1 388 464 руб., 00 коп.; -в виде 1 (одной) двухкомнатной квартиры, с площадью 1 (одной) квартиры равной 47,1 квадратных метров, со стоимостью муниципального контракта № от 25.10.2015 в сумме 1 486 287 руб., 60 коп.; -в виде 1 (одной) двухкомнатной квартиры, с площадью 1 (одной) квартиры равной 48,0 квадратных метров, со стоимостью муниципального контракта № от 25.10.2015 в сумме 1 514 688 руб., 00 коп.; -в виде 1 (одной) двухкомнатной квартиры, с площадью 1 (одной) квартиры равной 44,0 квадратных метров, со стоимостью муниципального контракта № от 23.10.2015 в сумме 1 388 464 руб., 00 коп.; -в виде 1 (одной) двухкомнатной квартиры, с площадью 1 (одной) квартиры равной 47,1 квадратных метров, со стоимостью муниципального контракта № от 25.10.2015 в сумме 1 486 287 руб., 60 коп.; -в виде 1 (одной) двухкомнатной квартиры, с площадью 1 (одной) квартиры равной 48,0 квадратных метров, со стоимостью муниципального контракта № от 25.10.2015 в сумме 1 514 688 руб., 00 коп.; -в виде 1 (одной) двухкомнатной квартиры, с площадью 1 (одной) квартиры равной 46,8 квадратных метров, со стоимостью муниципального контракта № от 23.10.2015 в сумме 1 476 820 руб., 80 коп., при этом, согласно условиям вышеуказанных муниципальных контрактов, каждая из приобретенных квартир должна быть благоустроена, подключена к тепло-водо-электроснабжению и быть пригодной, безопасной для проживания граждан. Мирошкина Т.В., реализуя совместный с лицом 2 и лицом 1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не позднее 18.02.2016, выполнила действия, направленные на заключение незаконного муниципального контракта № от 18.02.2016 между МКУ «ОКС» и ООО «СК «Монолит», предусматривающего выполнение ООО «СК «Монолит» работ по устройству (строительству) наружных инженерных сетей к жилому дому по адресу: &lt;адрес&gt;, при этом, все участники организованной группы, осуществляя свои функции, достоверно знали и осознавали о том, что МКУ «ОКС» и администрация Гурьевского муниципального района не являются заказчиками строительства многоквартирного жилого дома по адресу: &lt;адрес&gt;, а также то, что коммерческое строительство указанного многоквартирного дома осуществляет ООО «Монолит-Строй», а также ООО «СК «Монолит», выступающим генеральным подрядчиком строительства дома. Так, Мирошкина Т.В., не позднее 21.01.2016, в дневное время, находясь в помещении служебного кабинета МКУ «ОКС» по адресу: &lt;адрес&gt;,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директора МКУ «ОКС», а именно: обладая полномочиями по организации подготовки, разработки, проверки, согласования и направления в уполномоченный орган по определению поставщиков (подрядчиков, исполнителей) для муниципальных заказчиков, бюджетных учреждений и иных учреждений Гурьевского муниципального района – отдел муниципальных закупок администрации Гурьевского муниципального района (далее – уполномоченный орган) документов для открытого аукциона в электронной форме (включающих проект муниципального контракта, с приложениями технического задания, локальной сметы (локальный сметный расчет), обоснования начальной максимальной цены контракта) для их включения уполномоченным органом в незаконную аукционную документацию, утверждения и согласования уполномоченным органом аукционной документации, и последующей организации размещения и проведения уполномоченным органом на электронной площадке аукционов по муниципальным заказам на определение поставщика на право заключения муниципальных контрактов на выполнение работ по устройству (строительству) наружных инженерных сетей и благоустройству территории к жилым домам, и заключению муниципальных контрактов на выполнение указанных видов работ, обладая полномочиями по единоличному руководству деятельностью МКУ «ОКС», по организации распоряжения средствами бюджета, в соответствии с отведенными ей функциями, для обеспечения возможности заключения и дальнейшей оплаты ООО «СК «Монолит» стоимости незаконного муниципального контракта предусматривающего выполнение работ по устройству (строительству) наружных инженерных сетей к жилому дому по адресу: &lt;адрес&gt; таким образом хищения из бюджета муниципального образования «Гурьевский муниципальный район» денежных средств, путем их перечисления на расчетный счет ООО «СК «Монолит», имея наличие возможность заключать от имени МКУ «ОКС» муниципальные контракты, в соответствии с отведенными ей функциями в организованной группе, понимая, что является ответственным исполнителем муниципальной программы муниципального образования «Гурьевский муниципальный район» – «Строительство, реконструкция и капитальный ремонт жилищных и социальных объектов на территории Гурьевского муниципального района. Обеспечение жильем отдельных категорий граждан» (с изменениями и дополнениями), дала указание подчиненному сотруднику МКУ «ОКС» Ю о подготовке, разработке проекта муниципального контракта предусматривающего выполнение работ по устройству (строительству) наружных инженерных сетей к жилому дому по адресу: &lt;адрес&gt;, после представить ей на проверку и согласование, с целью последующей передачи документов в уполномоченный орган и включения их в аукционную документацию. Не осведомленный о преступных намерениях организованной группы сотрудник МКУ «ОКС» Ю, не позднее 21.01.2016, исполняя указания Мирошкиной Т.В. подготовила, разработала проект муниципального контракта предусматривающего выполнение работ по устройству (строительству) наружных инженерных сетей к жилому дому по адресу: &lt;адрес&gt;, и представила Мирошкиной Т.В. на проверку и согласование, с целью последующей передачи Мирошкиной Т.В. документов в уполномоченный орган и включения их в аукционную документацию. После чего,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подготовила и составила заявку на осуществление закупки товаров, работ, услуг, а после проверив и согласовав проект муниципального контракта, подготовила и составила техническое задание к проекту муниципального контракта, локальную смету (локальный сметный расчет) (обоснование начальной (максимальной) цены контракта), рассчитав стоимость работ в размере 683 723 руб., 00 коп., которые направила вместе с заявкой на осуществление закупки товаров, работ, услуг начальнику отдела муниципальных закупок администрации Гурьевского муниципального района З (уполномоченный орган), для объявления и проведения электронного аукциона, указав, что финансирование будет осуществлено по муниципальной программе «Строительство, реконструкция и капитальный ремонт жилищных и социальных объектов на территории Гурьевского муниципального района. Обеспечение жильем отдельных категорий граждан» (с изменениями и дополнениями), при этом умолчав об отсутствии законных оснований проведения аукциона. Не осведомленная о преступных намерениях организованной группы и введенная в заблуждение Мирошкиной Т.В. относительно законности объявления и проведения электронного аукциона, начальник отдела муниципальных закупок администрации Гурьевского муниципального района З (уполномоченный орган) подготовила, разработала аукционную документацию для объявления торгов в единой информационной системе: извещение о проведении электронного аукциона для закупки №, документацию об электронном аукционе «Устройство наружных инженерных сетей к жилому дому по адресу: &lt;адрес&gt;», включив в нее в качестве приложений в неизменном виде: проект муниципального контракта, техническое задание к проекту муниципального контракта, локальную смету (локальный сметный расчет) (обоснование начальной (максимальной) цены контракта), которую З утвердила. Не позднее 22.01.2016, в дневное время, не осведомленная о преступных намерениях организованной группы начальник отдела муниципальных закупок администрации Гурьевского муниципального района З (уполномоченный орган) в сети Интернет на электронной площадке по адресу: www.rts-tender.ru опубликовала извещение и документацию о проведении электронного аукциона по объекту закупки: «Устройство наружных инженерных сетей к жилому дому по адресу: &lt;адрес&gt;», о чем сообщила Мирошкиной Т.В. После чего, не позднее 03.02.2016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с целью своевременной подачи ООО «СК «Монолит» заявки на участие в электронном аукционе до окончания срока подачи заявок на участие в нем, последующей победы ООО «СК «Монолит» в электронном аукционе, сообщила лицу 1 информацию об извещении о проведении электронного аукциона, о требуемых к выполнению работах, о стоимости работ. Лицо 1, фактически выполнявший функции технического директора ООО «Монолит-Строй», технического директора ООО «СК «Монолит», находясь в г. Белово Кемеровской области, реализуя совместный с лицом 2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используя служебное положение технического директора ООО «Монолит-Строй», технического директора ООО «СК «Монолит», имея полномочия осуществлять строительный контроль при строительстве ООО «Монолит-Строй», ООО «СК «Монолит» объектов капитального строительства, в том числе многоквартирных жилых домов, при выполнении ООО «Монолит-Строй», ООО «СК «Монолит» иных строительных работ, организовывать ведение, составление, подписание, исполнительной производственно-технической документации по всем видам строительных работ, выполняемых ООО «Монолит-Строй», ООО «СК «Монолит», а также подписывать лично указанную исполнительную производственно-техническую документацию, заведомо зная о том, что ООО «Монолит-Строй», осуществляет коммерческое строительство многоквартирного жилого дома по адресу: &lt;адрес&gt;, выступает застройщиком дома, а ООО «СК «Монолит», выступает генеральным подрядчиком строительства дома, а он, как технический директор ООО «Монолит-Строй» и технический директор ООО «СК «Монолит» является лицом, осуществляющим строительный контроль за ходом и ведения строительства указанного дома, осознавая, что работы по устройству (строительству) наружных инженерных сетей к жилому дому по адресу: &lt;адрес&gt; предусмотрены проектной документацией и являются ее неотъемлемой частью при коммерческом строительстве указанного многоквартирного жилого дома, а равно являются обязательными к выполнению ООО «Монолит-Строй», ООО «СК «Монолит» самостоятельно при его коммерческом строительстве, достоверно зная, что ООО «СК «Монолит» не имеет право принимать участие в электронном аукционе и заключать с МКУ «ОКС» и администрацией Гурьевского муниципального района муниципальный контракт на работы по устройству (строительству) наружных инженерных сетей к жилому дому по адресу: &lt;адрес&gt;, так как ООО «Монолит-Строй», ООО «СК «Монолит» в ходе коммерческого строительства указанного многоквартирного дома обязаны выполнить эти работы самостоятельно в соответствии с разработанной проектной документацией, разрешением на строительство и проектной декларацией, не позднее 03.02.2016, понимая, что ООО «СК «Монолит», в случае заключения муниципального контракта на указанный вид работ, незаконно и необоснованно получит денежные средства из бюджета муниципального образования «Гурьевский муниципальный район», сообщил директору ООО «СК «Монолит» лицу 2 информацию об извещении о проведении электронного аукциона по объекту закупки: «Устройство наружных инженерных сетей к жилому дому по адресу: &lt;адрес&gt;», с целью необходимости последующей подготовки лицом 2 документов, своевременной подаче заявок от ООО «СК «Монолит» на участие в электронном аукционе. Лицо 2, фактически выполнявший функции директора ООО «Монолит-Строй», директора ООО «СК «Монолит», находясь в г. Белово Кемеровской области, действуя умышлено, с целью хищения чужого имущества, реализуя совместный с лицом 1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используя служебное положение директора ООО «Монолит-Строй», директора ООО «СК «Монолит», имея полномочия осуществлять руководство финансово-экономической деятельностью организаций, без доверенности действовать от имени организаций, представлять интересы ООО «Монолит-Строй», ООО «СК «Монолит» в учреждениях и организациях, получив от лица 1 сведения об извещении о проведении электронного аукциона, не позднее 03.02.2016, находясь в г. Белово Кемеровской области, подготовил заявку от ООО «СК «Монолит» на участие в закупке № по объекту закупки: «Устройство наружных инженерных сетей к жилому дому по адресу: &lt;адрес&gt;», в которых отразил сведения об участнике закупки ООО «СК «Монолит», а также предложение от участника закупки ООО «СК «Монолит», указав о возможности выполнения ООО «СК «Монолит» работ по устройству (строительству) наружных инженерных сетей к жилому дому по адресу: &lt;адрес&gt;, а после чего, разместил ее на торговой площадке www.rts-tender.ru. Не осведомленная о преступных намерениях организованной группы начальник отдела муниципальных закупок администрации Гурьевского муниципального района З (уполномоченный орган), находясь в помещении служебного кабинета администрации Гурьевского муниципального района по адресу: &lt;адрес&gt;, 03.02.2016, в дневное время, в составе комиссии рассмотрела единственную заявку на участие в электронном аукционе № по объекту закупки: «Устройство наружных инженерных сетей к жилому дому по адресу: &lt;адрес&gt;», подвела итоги электронного аукциона, определила единственную заявку участника ООО «СК «Монолит» соответствующей требованиям документации об электронном аукционе, после чего, в составе комиссии приняла решение о признании аукциона в электронной форме несостоявшимся на основании ч. 16 ст. 66 ФЗ-44, что в свою очередь явилось основанием для заключения муниципального контракта МКУ «ОКС с ООО «СК «Монолит» на выполнение работ по устройству (строительству) наружных инженерных сетей к жилому дому по адресу: &lt;адрес&gt;, как с единственным участником. После чего, Мирошкина Т.В., 18.02.2016 в дневное время, находясь в помещении служебного кабинета МКУ «ОКС» по адресу: &lt;адрес&gt;,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подписала и заключила от имени МКУ «ОКС» с ООО «СК «Монолит» муниципальный контракт № от 18.02.2016 на выполнение ООО «СК «Монолит» работ по устройству (строительству) наружных инженерных сетей к жилому дому по адресу: &lt;адрес&gt;. Лицо 2, являясь директором ООО «СК «Монолит», реализуя совместный с лицом 1 и Мирошкиной Т.В. преступный умысел, используя свое служебное положение директора ООО «СК «Монолит», относящегося к категории руководителей, выразившееся в наличии права и возможности действовать от имени юридического лица ООО «СК «Монолит» без доверенности, совершать от имени ООО «СК «Монолит» сделки, заключать контракты, иметь право первой подписи и подписывать документы от имени юридического лица ООО «СК «Монолит», действуя совместно и согласованно с участниками организованной группы, подписал и заключил от имени юридического лица ООО «СК «Монолит» с МКУ «ОКС», в лице его директора Мирошкиной Т.В. муниципальный контракт № от 18.02.2016, а также совместно с Мирошкиной Т.В. подписали и утвердили локальную смету (локальный сметный расчет), предметом которых являлось выполнение ООО «СК «Монолит» работ по устройству (строительству) наружных инженерных сетей к жилому дому по адресу: &lt;адрес&gt;, стоимостью 683 721 руб., 00 коп., достоверно зная о том, что ООО «Монолит-Строй», выступая застройщиком дома, а ООО «СК «Монолит» выступая генеральным подрядчиком строительства дома, самостоятельно осуществляют коммерческое строительство указанного дома, в соответствии с полученным разрешением № от 04.08.2015 на строительство, проектной документацией на строительство дома, а строительные работы по устройству (строительству) наружных инженерных сетей к жилому дому по адресу: &lt;адрес&gt;, являются неотъемлемой частью при его коммерческом строительстве. Реализуя совместный преступный умысел, лицо 1, как технический директор ООО «СК «Монолит» и Мирошкина Т.В. как директор МКУ «ОКС» действуя совместно и согласованно с участниками организованной группы, в целях хищения бюджетных денежных средств в размере стоимости муниципального контракта № от 18.02.2016, совместно используя свое служебное положение, организовали ведение, составление, подписание и принятие неосведомленными о преступных намерениях организованной группы подчиненными сотрудниками ООО «СК «Монолит», МКУ «ОКС» исполнительной производственно-технической документации к муниципальному контракту, что в дальнейшем явилось основанием для приемки объемов работ в соответствии требованиями заказчика в лице МКУ «ОКС» к выполняемым работам и используемым материалам, давшие основание Мирошкиной Т.В. и лицо 2 подписать акт о приемке-передаче выполненных работ (акт формы № КС-2), справку о стоимости выполненных работ и затрат (акт формы № КС-3) по указанному муниципальному контракту, а также служило основанием для дальнейшего составления и подписания заявок на кассовый расход для осуществления незаконного перечисления бюджетных денежных средств на расчетный счет ООО «СК «Монолит» и оплаты ООО «СК «Монолит» стоимости незаконного муниципального контракта № от 18.02.2016. Далее, в осуществление задуманного, не позднее 30.05.2016, в дневное время, Мирошкина Т.В., как директор МКУ «ОКС» и заказчик по муниципальному контракту № от 18.02.2016, а также лицо 2, как директор ООО «СК «Монолит», реализуя совместные с лицом 1 преступные действия, направленные на хищение бюджетных денежных средств путем заключения указанного муниципального контракта, преследуя совместную корыстную цель – хищение чужого имущества в виде бюджетных денежных средств муниципального образования «Гурьевский муниципальный район», находясь в помещении служебного кабинета МКУ «ОКС» по адресу: &lt;адрес&gt;, совместно используя свои служебные положения, подписали и утвердили счет-фактуры, а также совместно подписали справку о стоимости выполненных работ и затрат № (акт формы № КС-3) от 30.05.2016, акт о приемке выполненных работ № (акт формы № КС-2) от 30.05.2016, по муниципальному контракту № от 18.02.2016, предусматривающему выполнение ООО «СК «Монолит» работ по устройству (строительству) наружных инженерных сетей к жилому дому по адресу: &lt;адрес&gt;, достоверно зная о том, что на момент подписания вышеуказанных справки о стоимости выполненных работ и затрат и акта о приемке выполненных работ, а также на момент заключения муниципального контракта № от 18.02.2016, между ООО «Монолит-Строй» и КУМИ Гурьевского муниципального района уже заключены муниципальные контракты: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ДД.ММ.ГГГГ, № от 23.10.2015 и у ООО «Монолит-Строй» перед КУМИ Гурьевского муниципального района имеются обязательства по условиям названных муниципальных контрактов, согласно которым ООО «Монолит-Строй» осуществляет строительство указанного дома, где дольщик в лице КУМИ Гурьевского муниципального района оплатил ООО «Монолит-Строй» стоимость благоустроенных всех двадцати квартир согласно условий вышеуказанных муниципальных контрактов, а строительные работы по устройству (строительству) наружных инженерных сетей к жилому дому по адресу: &lt;адрес&gt;, являются неотъемлемой частью при его коммерческом строительстве. Не позднее 02.08.2016, в дневное время, лицо 2 как директор ООО «Монолит-Строй» (застройщик/заказчик) достоверно зная, что многоквартирный жилой дом по адресу: &lt;адрес&gt;, уже построен ООО «СК «Монолит», выступающим генеральным подрядчиком, подписал акт соответствия параметров построенного, реконструированного, отремонтированного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приборами учета используемых энергетических ресурсов от 2016 года (без числа и месяца); акт подтверждающий соответствие построенного, реконструированного, отремонтированного объекта капитального строительства требованиям технических регламентов от 2016 года (без числа и месяца), акт подтверждающий параметры построенного, реконструированного, отремонтированного объекта капитального строительства от 2016 года (без числа и месяца), акт соответствия параметров построенного, реконструированного, отремонтированного объекта капитального строительства техническим условиям от 2016 года (без числа и месяца), а также акт приемки законченного строительством объекта от 2016 года (без числа и месяца) (акт формы № КС-11), подтверждающие выполнение ООО «Монолит-Строй», ООО «СК «Монолит» всех работ по строительству объекта капитального строительства – жилого дома по адресу: &lt;адрес&gt;, в том числе о выполнении работ по устройству (строительству) наружных инженерных сетей к жилому дому по адресу: &lt;адрес&gt;, после чего, указанный объект капитального строительства введен в эксплуатацию разрешением на ввод объекта в эксплуатацию № от 02.08.2016. Лицо 2, реализуя совместный с лицом 1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как директор ООО «СК «Монолит», не позднее 07.06.2017 обратился в Арбитражный суд Кемеровской области с иском ООО «СК «Монолит» к муниципальному образованию «Гурьевский муниципальный район» в лице МКУ «ОКС» с целью взыскания задолженности по муниципальному контракту № от 18.02.2016 в размере 683 721 руб., 00 коп., на основании которого, арбитражным судьей Кемеровской области, вынесено решение по делу № А27-4001/2017 от 07.06.2017, об удовлетворении исковых требований и взыскании задолженности, о чем взыскателю ООО «СК «Монолит» выдан исполнительный лист серии ФС № от 18.07.2017, о чем лицо 2 сообщил лицу 1. Лицо 1, реализуя совместный с лицом 1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как технический директор ООО «СК «Монолит», не позднее 26.10.2017 передал названный исполнительный лист в администрацию Гурьевского муниципального района, для осуществления незаконного перечисления бюджетных денежных средств на расчетный счет ООО «СК «Монолит» и оплаты ООО «СК «Монолит» стоимости незаконного муниципального контракта № от 18.02.2016, о чем лицо 1 сообщил Мирошкиной Т.В. В свою очередь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достоверно зная о том, что жилой многоквартирный дом, по адресу: &lt;адрес&gt; уже построен, соответствует требованиям технических условий, регламентов, проектной документации, что подтверждается актом соответствия параметров построенного, реконструированного, отремонтированного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приборами учета используемых энергетических ресурсов от 2016 года (без числа и месяца); актом подтверждающим соответствие построенного, реконструированного, отремонтированного объекта капитального строительства требованиям технических регламентов от 2016 года (без числа и месяца), актом подтверждающим параметры построенного, реконструированного, отремонтированного объекта капитального строительства от 2016 года (без числа и месяца), актом соответствия параметров построенного, реконструированного, отремонтированного объекта капитального строительства техническим условиям от 2016 года (без числа и месяца), а также актом приемки законченного строительством объекта от 2016 года (без числа и месяца) (акт формы № КС-11), подтверждающими выполнение ООО «СК «Монолит» всех работ по строительству объекта капитального строительства – жилого дома по адресу: &lt;адрес&gt;, разрешением на ввод объекта в эксплуатацию № от 02.08.2016, не позднее 26.10.2017 устно подтвердила начальнику Финансового управления по Гурьевскому району (ИНН &lt;***&gt;) (далее – ФИНО по Гурьевскому району) КО факт приемки-передачи работ по муниципальному контракту № от 18.02.2016, с целью дальнейшей оплаты стоимости муниципального контракта за счет бюджетных средств муниципального образования «Гурьевский муниципальный район». Не осведомленная о преступных намерениях организованной группы начальник ФИНО по Гурьевскому району КО, получив исполнительный лист серии ФС № от 18.07.2017, не позднее 26.10.2017, находясь в администрации Гурьевского муниципального района по адресу: &lt;адрес&gt;, дала указание начальнику отдела бухгалтерского учета и отчетности - главному бухгалтеру ФИНО по Гурьевскому району С сформировать, составить заявку на кассовый расход на сумму 683 721 руб., 00 коп., для последующего ее подписания электронной цифровой подписью от своего имени КО, и от имени С, ее дальнейшего направления в Управление федерального казначейства по Кемеровской области, с целью перечисления бюджетных денежных средств на расчетный (банковский) счет ООО «СК «Монолит». С, не осведомленная о преступных намерениях организованной группы, выполняя указания КО, составила заявку на кассовый расход № от 26.10.2017 на сумму 683 721 руб., 00 коп., о перечислении на расчетный (банковский) счет ООО «СК «Монолит» № денежных средств в размере 683 721 руб., 00 коп., с назначением платежа: &lt;данные изъяты&gt;, а после составления вышеуказанной заявки на кассовый расход КО и С подписали ее электронной цифровой подписью каждая от своего имени и направили в Управление федерального казначейства по Кемеровской области. Неосведомленные о преступных намерениях организованной группы сотрудники Управления федерального казначейства по Кемеровской области на основании заявки на кассовый расход КО, сформировали платежное поручение: № от 26.10.2017 на сумму 683 721 руб., 00 коп., и посредством лицевого счета ФИНО по Гурьевскому району №, открытого в Отделении по г. Гурьевску Управления федерального казначейства по Кемеровской области, расположенного по адресу: &lt;адрес&gt;, перечислили денежные средства в размере 683 721 руб., 00 коп. с банковского счета УФК по Кемеровской области №, открытого в ГРКЦ ГУ Банка России по Кемеровской области, расположенного по адресу: &lt;адрес&gt; на расчетный (банковский) счет ООО «СК «Монолит» №, открытый ДД.ММ.ГГГГ в дополнительном офисе отделения ПАО «Сбербанк» № 8615/0462 по адресу: &lt;адрес&gt;, пер. Цинкзаводской, &lt;адрес&gt;, в качестве оплаты стоимости незаконного муниципального контракта № от 18.02.2016, в результате чего муниципальному образованию «Гурьевский муниципальный район» причинен ущерб в крупном размере на сумму 683 721 руб., 00 коп. Таким образом, Мирошкина Т.В., лицо 1, лицо 2 используя свое служебное положение, действуя умышленно, организованной группой, путем обмана, похитили чужое имущество – денежные средства из бюджета муниципального образования «Гурьевский муниципальный район», в крупном размере, в сумме 683 721 руб., 00 коп., распорядившись по своему усмотрению, безвозмездно обратив в пользу ООО «СК «Монолит», тем самым причинив муниципальному образованию «Гурьевский муниципальный район» ущерб на сумму 683 721 руб., 00 коп.</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ходе осуществления коммерческой деятельности ООО «Монолит-Строй» (застройщик/заказчик) получено разрешение № от 04.06.2015 на строительство многоквартирного жилого дома по адресу: &lt;адрес&gt;, на основании которого и, в соответствии с проектной документацией предусмотрено, как неотъемлемая часть строительства дома, выполнение ООО «Монолит-Строй» работ по устройству (строительству) наружных инженерных сетей к строящемуся жилому дому по адресу: &lt;адрес&gt;, которые являются устройствами и сооружениями, необходимыми для подключения (технологического присоединения) указанного дома к сетям инженерно-технического обеспечения теплоснабжения, водоснабжения, канализации и электроснабжения в точках подключения. Мирошкина Т.В. и лицо 2, достоверно зная и понимая, что МКУ «ОКС» и администрация Гурьевского муниципального района не являются заказчиками строительства многоквартирного жилого дома по адресу: &lt;адрес&gt;, а также то, что коммерческое строительство указанного многоквартирного дома осуществляет ООО «Монолит-Строй», а также ООО «СК «Монолит», выступающим генеральным подрядчиком строительства дома, а работы по устройству (строительству) наружных инженерных сетей к строящемуся жилому дому по адресу: &lt;адрес&gt; предусмотрены проектной документацией и являются ее неотъемлемой частью при коммерческом строительстве указанного многоквартирного жилого дома, а равно являются обязательными к выполнению ООО «Монолит-Строй», ООО «СК «Монолит» самостоятельно при его коммерческом строительстве, не позднее 22.03.2016, находясь на территории Кемеровской области, приняли предложение лицо 1 совершить хищение чужого имущества - денежных средств из бюджета муниципального образования «Гурьевский муниципальный район» путем заключения и оплаты стоимости муниципального контракта на выполнение работ по устройству (строительству) наружных инженерных сетей к строящемуся жилому дому на расчетный (банковский) счет ООО «СК «Монолит». Не позднее 22.03.2016, находясь на территории Кемеровской области, Мирошкина Т.В., реализуя совместный с лицом 2 и лицом 1 преступный умысел, действуя совместно и согласованно с ними, умышленно, организованной группой, с целью хищения чужого имущества - бюджетных денежных средств муниципального образования «Гурьевский муниципальный район», из корыстных побуждений, путем обмана, в соответствии с определенными функциями и договоренностью с остальными участниками организованной группы, определили предмет хищения в виде бюджетных денежных средств при проведении электронного аукциона и заключения незаконного муниципального контракта на выполнение работ по устройству (строительству) наружных инженерных сетей к жилому дому по адресу: &lt;адрес&gt;, заведомо зная, что администрация Гурьевского муниципального района и МКУ «ОКС» не имеют права выступать в роли заказчика названных работ и оплачивать ООО «СК «Монолит», фактически выступающим генеральным подрядчиком строительства указанного дома, данный вид работ, так как работы по устройству (строительству) наружных инженерных сетей к жилому дому входят в объем коммерческого строительства указанного дома, которое осуществляет ООО «Монолит-Строй». Во исполнение задуманного, организованной группой было осуществлено следующее. Для предоставления жилых помещений детям-сиротам, детям, оставшихся без попечения родителей, между муниципальным казенным учреждением «Отдел капитального строительства администрации Гурьевского муниципального района» (далее – МКУ «ОКС») в лице его директора Мирошкиной Т.В. и ООО «Монолит-Строй» в лице директора лицор 2 заключен муниципальный контракт: -№ от 29.07.2015 для обеспечения жилыми помещениями детей-сирот и детей, оставшихся без попечения родителей, в целях обеспечения муниципальных нужд, согласно которому ООО «Монолит-Строй» приняты обязательства своими силами и (или) с привлечением других лиц построить (создать) на земельном участке, расположенном по адресу: &lt;адрес&gt;, многоквартирный жилой дом, а затем, после получения разрешения на ввод в эксплуатацию указанного дома передать МКУ «ОКС» объекты долевого строительства, в частности: -в виде 2 (двух) однокомнатных квартир, с площадью 2 (двух) квартир равной 68,38 квадратных метров, со стоимостью муниципального контракта № от 29.07.2015 в сумме 2 082 696 руб., 00 коп., при этом, согласно условиям вышеуказанного муниципального контракта, каждая из приобретенных квартир должна быть благоустроена, подключена к тепло-водо-электроснабжению и быть пригодной, безопасной для проживания граждан. Кроме того, для переселения граждан из многоквартирных домов, признанных в установленном порядке непригодными для проживания, между Комитетом по управлению муниципальным имуществом Гурьевского муниципального района (далее – КУМИ Гурьевского муниципального района) в лице его председателя Р и ООО «Монолит-Строй» в лице директора лицо 2 заключены муниципальные контракты: -№ от 08.09.2015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08.09.2015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08.09.2015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08.09.2015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16.10.2015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16.10.2015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16.10.2015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19.10.2015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 и подлежащими сносу; -№ от 19.10.2015 «На приобретение квартиры у Застройщика путем участия в долевом строительстве многоквартирного жилого дома, в целях реализации региональной адресной программы переселения граждан из многоквартирных домов признанных аварийными и подлежащими сносу», для переселения граждан из многоквартирных домов, признанных аварийнымии подлежащими сносу, согласно которых ООО «Монолит-Строй» приняты обязательства своими силами и (или) с привлечением других лиц построить (создать) на земельном участке, расположенном по адресу: &lt;адрес&gt;, многоквартирный жилой дом, а затем, после получения разрешения на ввод в эксплуатацию указанного дома передать КУМИ Гурьевского муниципального района объекты долевого строительства, в частности: -в виде 1 (одной) однокомнатной квартиры, с площадью 1 (одной) квартиры равной 34,19 квадратных метров, со стоимостью муниципального контракта № от 08.09.2015 в сумме 1 078 899 руб., 64 коп.; -в виде 1 (одной) однокомнатной квартиры, с площадью 1 (одной) квартиры равной 34,19 квадратных метров, со стоимостью муниципального контракта № от 08.09.2015 в сумме 1 078 899 руб., 64 коп.; -в виде 1 (одной) однокомнатной квартиры, с площадью 1 (одной) квартиры равной 34,19 квадратных метров, со стоимостью муниципального контракта № от 08.09.2015 в сумме 1 078 899 руб., 64 коп.; -в виде 1 (одной) однокомнатной квартиры, с площадью 1 (одной) квартиры равной 34,19 квадратных метров, со стоимостью муниципального контракта № от 08.09.2015 в сумме 1 078 899 руб., 64 коп.; -в виде 1 (одной) двухкомнатной квартиры, с площадью 1 (одной) квартиры равной 43,00 квадратных метров, со стоимостью муниципального контракта № от 16.10.2015 в сумме 1 356 908 руб., 00 коп.; -в виде 1 (одной) двухкомнатной квартиры, с площадью 1 (одной) квартиры равной 43,00 квадратных метров, со стоимостью муниципального контракта № от 16.10.2015 в сумме 1 356 908 руб., 00 коп.; -в виде 1 (одной) двухкомнатной квартиры, с площадью 1 (одной) квартиры равной 43,00 квадратных метров, со стоимостью муниципального контракта № от 16.10.2015 в сумме 1 356 908 руб., 00 коп.; -в виде 1 (одной) двухкомнатной квартиры, с площадью 1 (одной) квартиры равной 43,00 квадратных метров, со стоимостью муниципального контракта № от 19.10.2015 в сумме 1 356 908 руб., 00 коп.; -в виде 1 (одной) двухкомнатной квартиры, с площадью 1 (одной) квартиры равной 43,00 квадратных метров, со стоимостью муниципального контракта № от 19.10.2015 в сумме 1 356 908 руб., 00 коп., при этом, согласно условиям вышеуказанных муниципальных контрактов, каждая из приобретенных квартир должна быть благоустроена, подключена к тепло-водо-электроснабжению и быть пригодной, безопасной для проживания граждан. Мирошкина Т.В., реализуя совместный с лицом 2 и лицом 1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не позднее 22.03.2016, выполнила действия, направленные на заключение незаконного муниципального контракта № от 22.03.2016 между МКУ «ОКС» и ООО «СК «Монолит», предусматривающего выполнение ООО «СК «Монолит» работ по устройству (строительству) наружных инженерных сетей к жилому дому по адресу: &lt;адрес&gt;, при этом, все участники организованной группы, осуществляя свои функции, достоверно знали и осознавали о том, что МКУ «ОКС» и администрация Гурьевского муниципального района не являются заказчиками строительства многоквартирного жилого дома по адресу: &lt;адрес&gt;, а также то, что коммерческое строительство указанного многоквартирного дома осуществляет ООО «Монолит-Строй», а также ООО «СК «Монолит», выступающим генеральным подрядчиком строительства дома. Так, Мирошкина Т.В., не позднее 21.01.2016, в дневное время, находясь в помещении служебного кабинета МКУ «ОКС» по адресу: &lt;адрес&gt;,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директора МКУ «ОКС», а именно: обладая полномочиями по организации подготовки, разработки, проверки, согласования и направления в уполномоченный орган по определению поставщиков (подрядчиков, исполнителей) для муниципальных заказчиков, бюджетных учреждений и иных учреждений Гурьевского муниципального района – отдел муниципальных закупок администрации Гурьевского муниципального района (далее – уполномоченный орган) документов для открытого аукциона в электронной форме (включающих проект муниципального контракта, с приложениями технического задания, локальной сметы (локальный сметный расчет), обоснования начальной максимальной цены контракта) для их включения уполномоченным органом в незаконную аукционную документацию, утверждения и согласования уполномоченным органом аукционной документации, и последующей организации размещения и проведения уполномоченным органом на электронной площадке аукционов по муниципальным заказам на определение поставщика на право заключения муниципальных контрактов на выполнение работ по устройству (строительству) наружных инженерных сетей и благоустройству территории к жилым домам, и заключению муниципальных контрактов на выполнение указанных видов работ, обладая полномочиями по единоличному руководству деятельностью МКУ «ОКС», по организации распоряжения средствами бюджета, в соответствии с отведенными ей функциями, для обеспечения возможности заключения и дальнейшей оплаты ООО «СК «Монолит» стоимости незаконного муниципального контракта предусматривающего выполнение работ по устройству (строительству) наружных инженерных сетей к жилому дому по адресу: &lt;адрес&gt; и таким образом хищения из бюджета муниципального образования «Гурьевский муниципальный район» денежных средств, путем их перечисления на расчетный счет ООО «СК «Монолит», имея наличие возможность заключать от имени МКУ «ОКС» муниципальные контракты, в соответствии с отведенными ей функциями в организованной группе, понимая, что является ответственным исполнителем муниципальной программы муниципального образования «Гурьевский муниципальный район» – «Строительство, реконструкция и капитальный ремонт жилищных и социальных объектов на территории Гурьевского муниципального района. Обеспечение жильем отдельных категорий граждан» (с изменениями и дополнениями), дала указание подчиненному сотруднику МКУ «ОКС» Ю о подготовке, разработке проекта муниципального контракта предусматривающего выполнение работ по устройству (строительству) наружных инженерных сетей к жилому дому по адресу: &lt;адрес&gt;, после представить ей на проверку и согласование, с целью последующей передачи документов в уполномоченный орган и включения их в аукционную документацию. Не осведомленный о преступных намерениях организованной группы сотрудник МКУ «ОКС» Ю, не позднее 21.01.2016, исполняя указания Мирошкиной Т.В. подготовила, разработала проект муниципального контракта предусматривающего выполнение работ по устройству (строительству) наружных инженерных сетей к жилому дому по адресу: &lt;адрес&gt;, и представила Мирошкиной Т.В. на проверку и согласование, с целью последующей передачи Мирошкиной Т.В. документов в уполномоченный орган и включения их в аукционную документацию. После чего,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подготовила и составила заявку на осуществление закупки товаров, работ, услуг, а после проверив и согласовав проект муниципального контракта, подготовила и составила техническое задание к проекту муниципального контракта, локальную смету (локальный сметный расчет) (обоснование начальной (максимальной) цены контракта), рассчитав стоимость работ в размере 1 105 975 руб., 00 коп., которые направила вместе с заявкой на осуществление закупки товаров, работ, услуг начальнику отдела муниципальных закупок администрации Гурьевского муниципального района З (уполномоченный орган), для объявления и проведения электронного аукциона, указав, что финансирование будет осуществлено по муниципальной программе «Строительство, реконструкция и капитальный ремонт жилищных и социальных объектов на территории Гурьевского муниципального района. Обеспечение жильем отдельных категорий граждан» (с изменениями и дополнениями), при этом умолчав об отсутствии законных оснований проведения аукциона. Не осведомленная о преступных намерениях организованной группы и введенная в заблуждение Мирошкиной Т.В. относительно законности объявления и проведения электронного аукциона, начальник отдела муниципальных закупок администрации Гурьевского муниципального района З (уполномоченный орган) подготовила, разработала аукционную документацию для объявления торгов в единой информационной системе: извещение о проведении электронного аукциона для закупки №, документацию об электронном аукционе «Устройство наружных инженерных сетей к жилому дому по адресу: &lt;адрес&gt;», включив в нее в качестве приложений в неизменном виде: проект муниципального контракта, техническое задание к проекту муниципального контракта, локальную смету (локальный сметный расчет) (обоснование начальной (максимальной) цены контракта), которую З утвердила. Не позднее 22.01.2016, в дневное время, не осведомленная о преступных намерениях организованной группы начальник отдела муниципальных закупок администрации Гурьевского муниципального района З (уполномоченный орган) в сети Интернет на электронной площадке по адресу: www.rts-tender.ru опубликовала извещение и документацию о проведении электронного аукциона по объекту закупки: «Устройство наружных инженерных сетей к жилому дому по адресу: &lt;адрес&gt;», о чем сообщила Мирошкиной Т.В. После чего, не позднее 05.02.2016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используя свое служебное положение, с целью своевременной подачи ООО «СК «Монолит» заявки на участие в электронном аукционе до окончания срока подачи заявок на участие в нем, последующей победы ООО «СК «Монолит» в электронном аукционе, сообщила лицу 1 информацию об извещении о проведении электронного аукциона, о требуемых к выполнению работах, о стоимости работ. Лицо 1, фактически выполнявший функции технического директора ООО «Монолит-Строй», технического директора ООО «СК «Монолит», находясь в г. Белово Кемеровской области, реализуя совместный с лицом 2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используя служебное положение технического директора ООО «Монолит-Строй», технического директора ООО «СК «Монолит», имея полномочия осуществлять строительный контроль при строительстве ООО «Монолит-Строй», ООО «СК «Монолит» объектов капитального строительства, в том числе многоквартирных жилых домов, при выполнении ООО «Монолит-Строй», ООО «СК «Монолит» иных строительных работ, организовывать ведение, составление, подписание, исполнительной производственно-технической документации по всем видам строительных работ, выполняемых ООО «Монолит-Строй», ООО «СК «Монолит», а также подписывать лично указанную исполнительную производственно-техническую документацию, заведомо зная о том, что ООО «Монолит-Строй», осуществляет коммерческое строительство многоквартирного жилого дома по адресу: &lt;адрес&gt;, выступает застройщиком дома, а ООО «СК «Монолит», выступает генеральным подрядчиком строительства дома, а он, как технический директор ООО «Монолит-Строй» и технический директор ООО «СК «Монолит» является лицом, осуществляющим строительный контроль за ходом и ведения строительства указанного дома, осознавая, что работы по устройству (строительству) наружных инженерных сетей к жилому дому по адресу: &lt;адрес&gt; предусмотрены проектной документацией и являются ее неотъемлемой частью при коммерческом строительстве указанного многоквартирного жилого дома, а равно являются обязательными к выполнению ООО «Монолит-Строй», ООО «СК «Монолит» самостоятельно при его коммерческом строительстве, достоверно зная, что ООО «СК «Монолит» не имеет право принимать участие в электронном аукционе и заключать с МКУ «ОКС» и администрацией Гурьевского муниципального района муниципальный контракт на работы по устройству (строительству) наружных инженерных сетей к жилому дому по адресу: &lt;адрес&gt;, так какООО «Монолит-Строй», ООО «СК «Монолит» в ходе коммерческого строительства указанного многоквартирного дома обязаны выполнить эти работы самостоятельно в соответствии с разработанной проектной документацией, разрешением на строительство и проектной декларацией, не позднее 05.02.2016, понимая, что ООО «СК «Монолит», в случае заключения муниципального контракта на указанный вид работ, незаконно и необоснованно получит денежные средства из бюджета муниципального образования «Гурьевский муниципальный район», сообщил директору ООО «СК «Монолит» лицу 2 информацию об извещении о проведении электронного аукциона по объекту закупки: «Устройство наружных инженерных сетей к жилому дому по адресу: &lt;адрес&gt;», с целью необходимости последующей подготовки лицом 2 документов, своевременной подаче заявок от ООО «СК «Монолит» на участие в электронном аукционе. Лицо 2, фактически выполнявший функции директора ООО «Монолит-Строй», директора ООО «СК «Монолит», находясь в &lt;адрес&gt;, действуя умышлено, с целью хищения чужого имущества, реализуя совместный с лицом 1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используя служебное положение директора ООО «Монолит-Строй», директора ООО «СК «Монолит», имея полномочия осуществлять руководство финансово-экономической деятельностью организаций, без доверенности действовать от имени организаций, представлять интересы ООО «Монолит-Строй», ООО «СК «Монолит» в учреждениях и организациях, получив от лица сведения об извещении о проведении электронного аукциона, не позднее 05.02.2016, находясь в г. Белово Кемеровской области, подготовил заявку от ООО «СК «Монолит» на участие в закупке № по объекту закупки: «Устройство наружных инженерных сетей к жилому дому по адресу: &lt;адрес&gt;», в которых отразил сведения об участнике закупки ООО «СК «Монолит», а также предложение от участника закупки ООО «СК «Монолит», указав о возможности выполнения ООО «СК «Монолит» работ по устройству (строительству) наружных инженерных сетей к жилому дому по адресу: &lt;адрес&gt;, а после чего, разместил ее на торговой площадке www.rts-tender.ru. Не осведомленная о преступных намерениях организованной группы начальник отдела муниципальных закупок администрации Гурьевского муниципального района З (уполномоченный орган), находясь в помещении служебного кабинета администрации Гурьевского муниципального района по адресу: &lt;адрес&gt;, 05.02.2016, в дневное время, в составе комиссии рассмотрела первую часть заявки ООО «СК «Монолит» на участие в электронном аукционе № по объекту закупки: «Устройство наружных инженерных сетей к жилому дому по адресу: &lt;адрес&gt;» и приняла решение о его допуске к участию в открытом аукционе в электронной форме, после чего, З, 10.03.2016, в дневное время, в составе комиссии подвела итоги электронного аукциона №, определила вторую часть заявки участника ООО «СК «Монолит» соответствующей требованиям документации об электронном аукционе, после чего, аукционной комиссией принято решение о соответствии требованиям, установленным документацией об электронном аукционе, только одной второй части заявки на участие в нем, и в соответствии с ч. 13 ст. 69 ФЗ-44 в составе комиссии признала аукцион не состоявшимся в связи с соответствием требованиям, установленным документацией об электронном аукционе, только одной второй части заявки на участие в нем, что в свою очередь явилось основанием для заключения муниципального контракта МКУ «ОКС с ООО «СК «Монолит» на выполнение работ по устройству (строительству) наружных инженерных сетей к жилому дому по адресу: &lt;адрес&gt;, которым предложена цена контракта в сумме 1 100 445 руб., 12 коп. После чего, Мирошкина Т.В., 22.03.2016 в дневное время, находясь в помещении служебного кабинета МКУ «ОКС» по адресу: &lt;адрес&gt;,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подписала и заключила от имени МКУ «ОКС» с ООО «СК «Монолит» муниципальный контракт № от 22.03.2016 на выполнение ООО «СК «Монолит» работ по устройству (строительству) наружных инженерных сетей к жилому дому по адресу: &lt;адрес&gt;. Лицо 2, являясь директором ООО «СК «Монолит», реализуя совместный с лицом 1 и Мирошкиной Т.В. преступный умысел, используя свое служебное положение директора ООО «СК «Монолит», относящегося к категории руководителей, выразившееся в наличии права и возможности действовать от имени юридического лица ООО «СК «Монолит» без доверенности, совершать от имени ООО «СК «Монолит» сделки, заключать контракты, иметь право первой подписи и подписывать документы от имени юридического лица ООО «СК «Монолит», действуя совместно и согласованно с участниками организованной группы, подписал и заключил от имени юридического лица ООО «СК «Монолит» с МКУ «ОКС», в лице его директора Мирошкиной Т.В. муниципальный контракт № от 22.03.2016, а также совместно с Мирошкиной Т.В. подписали и утвердили локальную смету (локальный сметный расчет), предметом которых являлось выполнение ООО «СК «Монолит» работ по устройству (строительству) наружных инженерных сетей к жилому дому по адресу: &lt;адрес&gt;, стоимостью 1 100 445 руб., 12 коп., достоверно зная о том, что ООО «Монолит-Строй», выступая застройщиком дома, а ООО «СК «Монолит» выступая генеральным подрядчиком строительства дома, самостоятельно осуществляют коммерческое строительство указанного дома, в соответствии с полученным разрешением № от 04.06.2015 на строительство, проектной документацией на строительство дома, а строительные работы по устройству (строительству) наружных инженерных сетей к жилому дому по адресу: &lt;адрес&gt;, являются неотъемлемой частью при его коммерческом строительстве. Реализуя совместный преступный умысел, лицо 1, как технический директор ООО «СК «Монолит» и Мирошкина Т.В. как директор МКУ «ОКС» действуя совместно и согласованно с участниками организованной группы, в целях хищения бюджетных денежных средств в размере стоимости муниципального контракта № от 22.03.2016, совместно используя свое служебное положение, организовали ведение, составление, подписание и принятие неосведомленными о преступных намерениях организованной группы подчиненными сотрудниками ООО «СК «Монолит», МКУ «ОКС» исполнительной производственно-технической документации к муниципальному контракту, что в дальнейшем явилось основанием для приемки объемов работ в соответствии требованиями заказчика в лице МКУ «ОКС» к выполняемым работам и используемым материалам, давшие основание Мирошкиной Т.В. и лицу 2 подписать акт о приемке-передаче выполненных работ (акт формы № КС-2), справку о стоимости выполненных работ и затрат (акт формы № КС-3) по указанному муниципальному контракту, а также служило основанием для дальнейшего составления и подписания заявок на кассовый расход для осуществления незаконного перечисления бюджетных денежных средств на расчетный счет ООО «СК «Монолит» и оплаты ООО «СК «Монолит» стоимости незаконного муниципального контракта № от 22.03.2016. Далее, в осуществление задуманного, не позднее 31.05.2016, в дневное время, Мирошкина Т.В., как директор МКУ «ОКС» и заказчик по муниципальному контракту № от 22.03.2016, а также лицо 2, как директор ООО «СК «Монолит», реализуя совместные с лицом 1 преступные действия, направленные на хищение бюджетных денежных средств путем заключения указанного муниципального контракта, преследуя совместную корыстную цель – хищение чужого имущества в виде бюджетных денежных средств муниципального образования «Гурьевский муниципальный район», находясь в помещении служебного кабинета МКУ «ОКС» по адресу: &lt;адрес&gt;, совместно используя свои служебные положения, подписали и утвердили счет-фактуры, а также совместно подписали справку о стоимости выполненных работ и затрат № (акт формы № КС-3) от 31.05.2016, акт о приемке выполненных работ № (акт формы № КС-2) от 31.05.2016, по муниципальному контракту № от 22.03.2016, предусматривающих выполнение ООО «СК «Монолит» работ по устройству (строительству) наружных инженерных сетей к жилому дому по адресу: &lt;адрес&gt;, достоверно зная о том, что на момент подписания вышеуказанных справки о стоимости выполненных работ и затрат и акта о приемке выполненных работ, а также на момент заключения муниципального контракта № от 22.03.2016, между ООО «Монолит-Строй» и МКУ «ОКС» уже заключен муниципальный контракт: № от 29.07.2015; между ООО «Монолит-Строй» и КУМИ Гурьевского муниципального района также заключены муниципальные контракты: № от ДД.ММ.ГГГГ, № от ДД.ММ.ГГГГ, № от ДД.ММ.ГГГГ, № от ДД.ММ.ГГГГ, № от ДД.ММ.ГГГГ, № от ДД.ММ.ГГГГ, № от ДД.ММ.ГГГГ, № от ДД.ММ.ГГГГ, № от ДД.ММ.ГГГГ, и у ООО «Монолит-Строй» перед МКУ «ОКС» и КУМИ Гурьевского муниципального района имеются обязательства по условиям названных муниципальных контрактов, согласно которым ООО «Монолит-Строй» осуществляет строительство указанного дома, где дольщики в лице МКУ «ОКС», КУМИ Гурьевского муниципального района оплатили ООО «Монолит-Строй» стоимость благоустроенных всех одиннадцати квартир согласно условий вышеуказанных муниципальных контрактов, а строительные работы по устройству (строительству) наружных инженерных сетей к жилому дому по адресу: &lt;адрес&gt;, являются неотъемлемой частью при его коммерческом строительстве. Не позднее 02.08.2016, в дневное время, лицо 2 как директор ООО «Монолит-Строй» (застройщик/заказчик) достоверно зная, что многоквартирный жилой дом по адресу: &lt;адрес&gt;, уже построен ООО «СК «Монолит», выступающим генеральным подрядчиком, подписал акт соответствия параметров построенного, реконструированного, отремонтированного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приборами учета используемых энергетических ресурсов от 2016 года (без числа и месяца); акт подтверждающий соответствие построенного, реконструированного, отремонтированного объекта капитального строительства требованиям технических регламентов от 2016 года (без числа и месяца), акт подтверждающий параметры построенного, реконструированного, отремонтированного объекта капитального строительства от 2016 года (без числа и месяца), акт соответствия параметров построенного, реконструированного, отремонтированного объекта капитального строительства техническим условиям от 2016 года (без числа и месяца), а также акт приемки законченного строительством объекта от 2016 года (без числа и месяца) (акт формы № КС-11), подтверждающие выполнение ООО «Монолит-Строй», ООО «СК «Монолит» всех работ по строительству объекта капитального строительства – жилого дома по адресу: &lt;адрес&gt;, в том числе о выполнении работ по устройству (строительству) наружных инженерных сетей к жилому дому по адресу: &lt;адрес&gt;, после чего, указанный объект капитального строительства введен в эксплуатацию разрешением на ввод объекта в эксплуатацию № от 02.08.2016. Лицо 2, продолжая реализовывать совместный с лицом 1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как директор ООО «СК «Монолит», не позднее 25.05.2017 обратился в Арбитражный суд Кемеровской области с иском ООО «СК «Монолит» к муниципальному образованию «Гурьевский муниципальный район» в лице МКУ «ОКС» с целью взыскания задолженности по муниципальному контракту № от 22.03.2016 в размере 1 100 445 руб., 12 коп., на основании которого, арбитражным судьей Кемеровской области, вынесено решение по делу № А27-4007/2017 от 25.05.2017, об удовлетворении исковых требований и взыскании задолженности, о чем взыскателю ООО «СК «Монолит» выдан исполнительный лист серии ФС № от 23.06.2017, о чем лицо 2 сообщил лицу 1. Лицо 1, реализуя совместный с лицом 2 и Мирошкиной Т.В.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ему функциями в организованной группе, как технический директор ООО «СК «Монолит», не позднее 05.10.2017 передал названный исполнительный лист в администрацию Гурьевского муниципального района, для осуществления незаконного перечисления бюджетных денежных средств на расчетный счет ООО «СК «Монолит» и оплаты ООО «СК «Монолит» стоимости незаконного муниципального контракта № от 22.03.2016, о чем лицо 1 сообщил Мирошкиной Т.В. В свою очередь Мирошкина Т.В., реализуя совместный с лицом 1 и лицом 2 преступный умысел, действуя совместно и согласованно с ними, умышленно, организованной группой, с целью хищения чужого имущества, в соответствии с отведенными ей функциями в организованной группе, достоверно зная о том, что жилой многоквартирный дом, по адресу: &lt;адрес&gt; уже построен, соответствует требованиям технических условий, регламентов, проектной документации, что подтверждается актом соответствия параметров построенного, реконструированного, отремонтированного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приборами учета используемых энергетических ресурсов от 2016 года (без числа и месяца); актом подтверждающим соответствие построенного, реконструированного, отремонтированного объекта капитального строительства требованиям технических регламентов от 2016 года (без числа и месяца), актом подтверждающим параметры построенного, реконструированного, отремонтированного объекта капитального строительства от 2016 года (без числа и месяца), актом соответствия параметров построенного, реконструированного, отремонтированного объекта капитального строительства техническим условиям от 2016 года (без числа и месяца), а также актом приемки законченного строительством объекта от 2016 года (без числа и месяца) (акт формы № КС-11), подтверждающими выполнение ООО «СК «Монолит» всех работ по строительству объекта капитального строительства – жилого дома по адресу: &lt;адрес&gt;, разрешением на ввод объекта в эксплуатацию № от 02.08.2016, не позднее 05.10.2017 устно подтвердила начальнику Финансового управления по Гурьевскому району (ИНН &lt;***&gt;) (далее – ФИНО по Гурьевскому району) КО факт приемки-передачи работ по муниципальному контракту № от 22.03.2016, с целью дальнейшей оплаты стоимости муниципального контракта за счет бюджетных средств муниципального образования «Гурьевский муниципальный район». Не осведомленная о преступных намерениях организованной группы начальник ФИНО по Гурьевскому району КО, получив исполнительный лист серии ФС № от 23.06.2017, не позднее 05.10.2017, находясь в администрации Гурьевского муниципального района по адресу: &lt;адрес&gt;, дала указание начальнику отдела бухгалтерского учета и отчетности - главному бухгалтеру ФИНО по Гурьевскому району С сформировать, составить заявку на кассовый расход на сумму 1 100 445 руб., 12 коп., для последующего ее подписания электронной цифровой подписью от своего имени КО, и от имени С, ее дальнейшего направления в Управление федерального казначейства по Кемеровской области, с целью перечисления бюджетных денежных средств на расчетный (банковский) счет ООО «СК «Монолит». С, не осведомленная о преступных намерениях организованной группы, выполняя указания КО, составила заявку на кассовый расход: № от 05.10.2017 на сумму 1 100 445 руб., 12 коп., о перечислении на расчетный (банковский) счет ООО «СК «Монолит» № денежных средств в размере 1 100 445 руб., 12 коп., с назначением платежа: «&lt;данные изъяты&gt;, а после составления вышеуказанной заявки на кассовый расход КО и С подписали ее электронной цифровой подписью каждая от своего имени и направили в Управление федерального казначейства по Кемеровской области. Неосведомленные о преступных намерениях организованной группы сотрудники Управления федерального казначейства по Кемеровской области на основании заявки на кассовый расход КО, сформировали платежное поручение: № от 05.10.2017 на сумму 1 100 445 руб., 12 коп., и посредством лицевого счета ФИНО по Гурьевскому району №, открытого в Отделении по г. Гурьевску Управления федерального казначейства по Кемеровской области, расположенного по адресу: &lt;адрес&gt;, перечислили денежные средства в размере 1 100 445 руб., 12 коп. с банковского счета УФК по Кемеровской области №, открытого в ГРКЦ ГУ Банка России по Кемеровской области, расположенного по адресу: &lt;адрес&gt; на расчетный (банковский) счет ООО «СК «Монолит» №, открытый ДД.ММ.ГГГГ в дополнительном офисе отделения ПАО «Сбербанк» № 8615/0462 по адресу: &lt;адрес&gt;, пер. Цинкзаводской, &lt;адрес&gt;, в качестве оплаты стоимости незаконного муниципального контракта № от 22.03.2016, в результате чего муниципальному образованию «Гурьевский муниципальный район» причинен ущерб в особо крупном размере на сумму 1 100 445 руб., 12 коп. Таким образом, Мирошкина Т.В., лицо 1, лицо 2, используя свое служебное положение, действуя умышленно, организованной группой, путем обмана, похитили чужое имущество – денежные средства из бюджета муниципального образования «Гурьевский муниципальный район», в особо крупном размере, в сумме 1 100 445 руб., 12 коп., распорядившись по своему усмотрению, безвозмездно обратив в пользу ООО «СК «Монолит», тем самым причинив муниципальному образованию «Гурьевский муниципальный район» ущерб на сумму 1 100 445 руб., 12 коп. В судебном заседании государственный обвинитель К поддержала представление прокурора о рассмотрении уголовного дела в особом порядке принятия судебного решения при заключении досудебного соглашения о сотрудничестве, предусмотренном главой 40.1 УПК РФ, и подтвердила активное содействие Мирошкиной Т.В. следствию в раскрытии и расследовании преступлений и выполнение ею взятых на себя обязательств в связи с заключенным с ней досудебным соглашением о сотрудничестве, что выразилось в даче ею признательных показаний, изобличающих не только ее преступную деятельность, но и деятельность соучастников преступлений. В судебном заседании Мирошкина Т.В. согласилась с предъявленным обвинением, полностью признала вину в инкриминируемых ей преступлениях и заявила, что досудебное соглашение о сотрудничестве было заключено ею добровольно, после консультации с защитником и при участии последнего. Условия, порядок и последствия заключения досудебного соглашения о сотрудничестве, последствия несоблюдения его условий, а также характер и последствия постановления приговора без проведения судебного разбирательства ей разъяснены и понятны. Мирошкина Т.В. согласилась с представлением прокурора о рассмотрении дела в особом порядке, предусмотренном главой 40.1 УПК РФ, и постановлении приговора без проведения судебного разбирательства. Мирошкина Т.В. пояснила, что условия досудебного соглашения ею выполнены, поскольку она оказала содействие следствию в раскрытии и расследовании преступлений, изобличении и уголовном преследовании лиц; при допросах на досудебной стадии производства по уголовному делу она дала полные, объективные и правдивые показания о своих действиях и действиях соучастников, указала обстоятельства совершения преступлений и другие интересующие следствие сведения, которыми она владеет, принимала участие в следственных и иных процессуальных действиях. Защитник – адвокат Бусова Н.В. поддержала позицию подсудимой Мирошкиной Т.В. пояснил, что подсудимой выполнены все условия досудебного соглашения о сотрудничестве. В судебном заседании Мирошкина Т.ВА. против предъявленного обвинения не возражала и от показаний, данных ею на предварительном следствии, не отказывалась. На предложение дать пояснения по существу предъявленного обвинения, пояснила, что действительно осуществляла хищение денежных средств, при обстоятельствах, изложенных в обвинительном заключении. Подсудимая Мирошкина Т.В. после оглашения по ходатайству государственного обвинителя, в соответствии со ст. 276 УПК РФ , ее показаний, данных в ходе предварительного следствия в качестве обвиняемой (т.84 л.д.2-13, 24-28, 32-51, 68-74, 155-179, 180-192 т.85 л.д.155-161), подтвердила их в полном объеме. Выслушав стороны, исследовав материалы уголовного дела, суд полагает, что все предусмотренные уголовно-процессуальным законом условия, при которых суд применяет особый порядок проведения судебного заседания и принятия судебного решения в порядке, предусмотренном главой 40.1 УПК РФ, по настоящему уголовному делу соблюдены. Согласно материалам дела, Мирошкиной Т.В. заявлено ходатайство о заключении досудебного соглашения о сотрудничестве. Постановлением прокурора Кемеровской области-Кузбассу от 18.11.2024 ходатайство о заключении с Мирошкинорй Т.В. досудебного соглашения о сотрудничестве удовлетворено, заключено досудебное соглашение о сотрудничестве. Таким образом, порядок заявления ходатайства о заключении досудебного соглашения о сотрудничестве и порядок его рассмотрения, регламентированные ст. ст. 317.1 , 317.2 , 317.3 УПК РФ , соблюдены. По окончании предварительного следствия 15.05.2025 заместителем прокурора по Кемеровской области-Кузбассу внесено представление об особом порядке проведения судебного заседания и вынесения судебного решения по данному уголовному делу, 17.05.2025 копия представления вручена Мирошкиной Т.В. и ее защитнику-адвокату Бусовой Н.В. В представлении об особом порядке проведения судебного заседания и вынесения судебного решения по уголовному делу заместителя прокурора Кемеровской области-Кузбасса указано, что Мирошкина Т.В. в ходе предварительного следствия полностью признала свою вину в совершении всех инкриминируемых ей преступлений, активно содействовала следствию: дала признательные показания, изобличающие как ее преступную деятельность, так и преступную деятельность РЮ, КА, А Показания Мирошкиной Т.В., сообщенные ей при выполнении обязательств, предусмотренных заключенным в ходе следствия досудебным соглашением, в соответствии со ст. 317.3 УПК РФ , являются полными, правдивыми и подтверждаются другими доказательствами, собранными по делу. В связи с чем, предлагает применить особый порядок проведения судебного заседания и вынесения судебного решения в соответствии с главой 40.1 УПК РФ. В соответствии с положениями ч. 5 ст. 317.7 УПК РФ , предусматривающими, что по уголовному делу, поступившему в суд с представлением прокурора об особом порядке проведения судебного заседания и вынесении судебного решения по уголовному делу в отношении обвиняемой, с которым заключено досудебное соглашение о сотрудничестве, суд, удостоверившись, что подсудимой соблюдены все условия и выполнены все обязательства, предусмотренные заключенным с ней соглашением о сотрудничестве, постановляет обвинительный приговор и с учетом положений ст. 62 УК РФ назначает подсудимой наказание. Судом установлено, что при производстве расследования по уголовному делу Мирошкина Т.В. активно содействовала следствию, ею даны подробные признательные показания о своих действиях при совершении преступлений, времени, месте, способе и обстоятельствах их совершения. В рамках исполнения условий досудебного соглашения о сотрудничестве ФИО1 дала признательные показания, изобличающие ее преступную деятельность, а также деятельность ее соучастников, подтвердила свои показания в ходе судебного рассмотрения уголовного дела. Таким образом, суд признает, что Мирошкиной Т.В. были соблюдены условия заключенного досудебного соглашения и выполнены обусловленные этим соглашением обязательства. Судом не усматривается оснований, препятствующих постановлению приговора в отношении Мирошкиной Т.В. без проведения судебного разбирательства по правилам главы 40.1 УПК РФ, поскольку с Мирошкиной Т.В. заключено досудебное соглашение о сотрудничестве, и рассмотрение дела проводится с учетом требований ст. 317.7 УПК РФ . Обвинение является обоснованным и подтверждается собранными по делу доказательствами, Мирошкиной Т.В. понятна сущность предъявленного обвинения и она согласна с ним в полном объеме. Суд квалифицирует действия Мирошкиной Т.В.: - по ч.4 ст. 159 УК РФ (по эпизоду с суммой ущерба 6 444 570 руб., 22 коп.) как мошенничество, то есть хищение чужого имущества, путем обмана, совершенное лицом с использованием своего служебного положения, организованной группой, в особо крупном размере; - по ч.4 ст. 159 УК РФ (по эпизоду с суммой ущерба 6 178 888 руб., 00 коп.) как мошенничество, то есть хищение чужого имущества, путем обмана, совершенное лицом с использованием своего служебного положения, организованной группой, в особо крупном размере; - по ч.4 ст. 159 УК РФ (по эпизоду с суммой ущерба 2 679 204 руб., 00 коп.) как мошенничество, то есть хищение чужого имущества, путем обмана, совершенное лицом с использованием своего служебного положения, организованной группой, в особо крупном размере; - по ч.4 ст. 159 УК РФ (по эпизоду с суммой ущерба 1 088 885 руб., 00 коп.) как мошенничество, то есть хищение чужого имущества, путем обмана, совершенное лицом с использованием своего служебного положения, организованной группой, в особо крупном размере; - по ч.4 ст. 159 УК РФ (по эпизоду с суммой ущерба 395 658 руб., 00 коп.) как мошенничество, то есть хищение чужого имущества, путем обмана, совершенное лицом с использованием своего служебного положения, организованной группой, в крупном размере; - по ч.4 ст. 159 УК РФ (по эпизоду су суммой ущерба 1 182 430 руб., 08 коп.) как мошенничество, то есть хищение чужого имущества, путем обмана, совершенное лицом с использованием своего служебного положения, организованной группой, в особо крупном размере; - по ч.4 ст. 159 УК РФ (по эпизоду с суммой ущерба 683 721 руб., 00 коп.) как мошенничество, то есть хищение чужого имущества, путем обмана, совершенное лицом с использованием своего служебного положения, организованной группой, в крупном размере; - по ч.4 ст. 159 УК РФ (по эпизоду с суммой ущерба 1 100 445 руб., 12 коп.) как мошенничество, то есть хищение чужого имущества, путем обмана, совершенное лицом с использованием своего служебного положения, организованной группой, в особо крупном размере. Переходя к вопросу о назначении наказания, суд учитывает характер и степень общественной опасности совершенных преступлений, каждое из которых относится к категории тяжких, смягчающие наказание обстоятельства, данные о личности подсудимой, а также влияние назначенного наказания на ее исправление и условия жизни его семьи. Исследуя личность подсудимой Мирошкиной Т.В. судом учитывается, что она работает, замужем, &lt;данные изъяты&gt;, по месту жительства и работы характеризуется положительно, неоднократно поощрялась и награждалась по месту работы, ранее к уголовной ответственности не привлекалась. В качестве обстоятельств, смягчающих наказание, по каждому преступлению суд принимает во внимание полное признание подсудимой своей вины, раскаяние в содеянном, активное способствование раскрытию и расследованию преступлений, розыску имущества добытого преступным путем, изобличению и уголовному преследованию других соучастников преступлений выразившееся в подробном сообщении обстоятельств совершенных ею и иными лицами преступлений (п. «и» ч.1 ст. 61 УК РФ ), добровольное возмещение имущественного ущерба, причиненного преступлениями (п. «к» ч.1 ст. 61 УК РФ ), &lt;данные изъяты&gt;, который является &lt;данные изъяты&gt; и находится на ее иждивении, совершение преступлений впервые. Обстоятельств, отягчающих наказание, судом не установлено по каждому преступлению. В соответствии со ст. ст. и 60 УК РФ с учетом целей наказания учитывая характер и степень общественной опасности совершенных преступлений, наличие смягчающих наказание обстоятельств и отсутствие отягчающих наказание обстоятельств, обстоятельства совершения преступлений, а также в целях исправления подсудимой и предупреждения совершения новых преступлений, суд считает необходимым назначить наказание, за каждое из совершенных преступлений, в виде лишения свободы. Данный вид наказания полностью соответствует общественной опасности содеянного и личности виновной в соответствии с требованиями ст. 43 УК РФ . Учитывая всю совокупность смягчающих наказание обстоятельств, данные о личности подсудимой, которая не судима, искренне раскаивается в содеянном, социально адаптирована, работает, характеризуется положительно, проживает с супругом, &lt;данные изъяты&gt;, учитывая отсутствие отягчающих наказание обстоятельств, суд приходит к выводу, что исправление подсудимой возможно без реального отбывания наказания в виде лишения свободы, в условиях осуществляемого за ней контроля специализированным государственным органом, а потому считает возможным применить при назначении наказания подсудимой положения ст. 73 УК РФ , назначить наказание условно с испытательным сроком, в течение которого она должна доказать свое исправление, считает, что данное наказание будет отвечать целям восстановления социальной справедливости, исправления подсудимой, предупреждения совершения им новых преступлений. Суд не находит оснований для назначения дополнительного наказания, предусмотренного санкцией ч. 4 ст. 159 УК РФ , в виде ограничения свободы, учитывая обстоятельства дела и данные о личности подсудимой. Между тем, суд, с учетом степени общественной опасности содеянного, характера и особенностей совершенных преступлений, ролью виновной в их совершении, степень реализации преступных намерений, корыстного мотива и цели совершения деяний, характер и размер наступивших последствий считает, что Мирошкиной Т.В. необходимо назначить дополнительное наказание в виде штрафа, предусмотренное санкцией ч. 4 ст. 159 УК РФ , за каждое из совершенных преступлений. При определении размера штрафа суд руководствуется положениями, предусмотренными ст. 46 УК РФ , учитывая при этом тяжесть совершенных преступлений, имущественное положение подсудимой и ее семьи, возможность получения заработной платы или иного дохода. Оснований для рассрочки штрафа суд не усматривает. Суд не усматривает обстоятельств, существенно уменьшающих степень общественной опасности совершенных преступлений, а также исключительных обстоятельств, связанных с целью и мотивом совершенных преступлений, либо с поведением подсудимой при совершении преступлений, существенно уменьшающих степень общественной опасности содеянного, в связи с чем не имеется оснований для применения в отношении назначаемого наказания требований ст. 64 УК РФ . Обсудив в соответствии с п. 6.1 ч. 1 ст. 299 УПК РФ вопрос о наличии оснований для изменения категории преступления, суд учитывает фактические обстоятельства преступлений, степень их общественной опасности, в том числе принимает во внимание способ совершения преступлений, степень реализации преступных намерений, корыстного мотива и цели совершения деяний, характер и размер наступивших последствий, а также иные фактические обстоятельства преступлений, влияющие на степень общественной опасности, и не находит оснований для изменения категории преступлений в соответствии с ч. 6 ст. 15 УК РФ . При назначении наказания за каждое преступление, суд руководствуется положениями ч.2 ст. 62 УК РФ . Поскольку Мирошкиной Т.В. совершены преступления, которые относятся к тяжким преступлениям, суд приходит к выводу о необходимости назначения ей окончательного наказания по правилам ч.3, 4 ст. 69 УК РФ путем частичного сложения назначенных основных и дополнительных наказаний. Разрешая гражданский иск, суд приходит к следующему выводу. Согласно статье 1064 Гражданского кодекса Российской Федерации вред, причиненный имуществу физического или юридического лица, подлежит возмещению в полном объеме лицом, причинившим вред. В ходе предварительного расследования прокурором Кемеровской области – Кузбасса заявлен гражданский иск в интересах муниципального образования «Гурьевского муниципального округа» в сумме 19 753 801, 42 руб. В судебном заседании установлено, что ущерб, причиненный преступлениями, полностью возмещен, о чем суду представлено платежное поручение № от ДД.ММ.ГГГГ на сумму 19 753 801,42 руб., в связи с чем суд считает необходимым производство по гражданскому иску прекратить. Постановлением Центрального районного суда г. Кемерово от ДД.ММ.ГГГГ наложен арест на имущество Мирошкиной Т.В., а именно денежные средства в сумме 400 000 рублей. Разрешая вопрос о судьбе имущества, на которое был наложен арест, суд приходит к следующему. В силу ч. 1 ст. 115 УПК РФ арест накладывается на имущество для обеспечения исполнения приговора в части гражданского иска, взыскания штрафа, других имущественных взысканий или возможной конфискации имущества, указанного в части первой статьи 104.1 Уголовного кодекса Российской Федерации. В соответствии с ч. 9 ст. 115 УПК РФ арест, наложенный на имущество, отменяется на основании постановления, определения лица или органа, в производстве которого находится уголовное дело, лишь когда в применении данной меры процессуального принуждения либо отдельных ограничений, которым подвергнуто арестованное имущество, отпадает необходимость, а также в случае истечения установленного судом срока ареста, наложенного на имущество, или отказа в его продлении. Как указал Конституционный Суд Российской Федерации в постановлении от 31.01.2011 N 1-П при проверке конституционности положений статьи 115 УПК РФ , вмешательство государства в отношения собственности не должно быть произвольным и нарушать равновесие между требованиями интересов общества и необходимыми условиями защиты основных прав. При этом законом могут быть установлены ограничения, обусловленные, в частности, предоставлением суду полномочия разрешать в порядке уголовного судопроизводства по ходатайству следователя или дознавателя вопрос о наложении на период предварительного расследования и судебного разбирательства ареста на имущество для обеспечения исполнения приговора в части гражданского иска, других имущественных взысканий или возможной конфискации. Исходя из смысла п. 11 ч. 1 ст. 299 УПК РФ , если по уголовному делу на имущество обвиняемого для обеспечения приговора был наложен арест, то суд в приговоре указывает имущество, соразмерное назначенному наказанию в виде штрафа, арест на которое сохраняет свое действие до исполнения приговора в части исполнения наказания в виде штрафа. В целях обеспечения исполнения приговора в части взыскания штрафа суд считает необходимым арест, наложенный на основании постановления судьи Центрального районного суда г. Кемерово от ДД.ММ.ГГГГ подлежащим сохранению на сумму равную сумме штрафа. Меру пресечения Мирошкиной Т.В. до вступления приговора в законную силу оставить без изменения в виде подписки о невыезде и надлежащем поведении. При разрешении судьбы вещественных доказательств, суд руководствуется положениями ст. 81 УПК РФ . На основании изложенного и руководствуясь ст.ст. - , 317.6 - 317.7 УПК РФ , суд П Р И Г О В О Р И Л: Мирошкину Татьяну Викторовну признать виновной в совершении преступлений, предусмотренных ч.4 ст. 159 УК РФ , ч.4 ст. 159 УК РФ , ч.4 ст. 159 УК РФ , ч.4 ст. 159 УК РФ , ч.4 ст. 159 УК РФ , ч.4 ст. 159 УК РФ , ч.4 ст. 159 УК РФ , ч.4 ст. 159 УК РФ и назначить ей наказание: - по ч.4 ст. 159 УК РФ (по эпизоду с суммой ущерба 6 444 570 руб., 22 коп.) в виде 2 лет 9 месяцев лишения свободы со штрафом в размере 70 000 руб.; - по ч.4 ст. 159 УК РФ (по эпизоду с суммой ущерба 6 178 888 руб., 00 коп.) в виде 2 лет 9 месяцев лишения свободы со штрафом в размере 70 000 руб.; - по ч.4 ст. 159 УК РФ (по эпизоду с суммой ущерба 2 679 204 руб., 00 коп.) в виде 2 лет 9 месяцев лишения свободы со штрафом в размере 70 000 руб.; - по ч.4 ст. 159 УК РФ (по эпизоду с суммой ущерба 1 088 885 руб., 00 коп.) в виде 2 лет 9 месяцев лишения свободы со штрафом в размере 70 000 руб.; - по ч.4 ст. 159 УК РФ (по эпизоду с суммой ущерба 395 658 руб., 00 коп.) в виде 2 лет 6 месяцев лишения свободы со штрафом в размере 60 000 руб.; - по ч.4 ст. 159 УК РФ (по эпизоду с суммой ущерба 1 182 430 руб., 08 коп.) в виде 2 лет 9 месяцев лишения свободы со штрафом в размере 70 000 руб.; - по ч.4 ст. 159 УК РФ (по эпизоду с суммой ущерба 683 721 руб., 00 коп.) в виде 2 лет 6 месяцев лишения свободы со штрафом в размере 60 000 руб.; - по ч.4 ст. 159 УК РФ (по эпизоду с суммой ущерба 1 100 445 руб., 12 коп.) в виде 2 лет 9 месяцев лишения свободы со штрафом в размере 70 000 руб.; В соответствии с ч.3, 4 ст. 69 УК РФ , по совокупности преступлений, путем частичного сложения основных и дополнительных наказаний, окончательно назначить наказание в виде 3 лет 6 месяцев лишения свободы со штрафом в размере 200 000 рублей. На основании ст. 73 УК РФ наказание в виде лишения свободы считать условным с испытательным сроком 2 года 6 месяцев. На период испытательного срока, в соответствии с ч.5 ст. 73 УК РФ , возложить на Мирошкину Т.В. обязанность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осужденной (уголовно-исполнительная инспекция), куда ежемесячно являться на регистрацию в соответствии с установленным уголовно-исполнительной инспекцией графиком. Испытательный срок исчислять со дня вступления приговора в законную силу. Зачесть в испытательный срок в соответствии с ч. 3 ст. 73 УК РФ время, прошедшее со дня провозглашения приговора. Штраф в соответствии с ч.2 ст. 71 УК РФ исполнять самостоятельно. Реквизиты для уплаты штрафа: получатель денежных средств: УФК по Кемеровской области - Кузбассу (Следственное управление Следственного комитета Российской Федерации по Кемеровской области-Кузбассу, №); банк получателя: ОТДЕЛЕНИЕ КЕМЕРОВО БАНКА РОССИИ//УФК по Кемеровской области – Кузбассу г. Кемерово; номер казначейского счета: 03100643000000013900; ЕКС: 40102810745370000032; БИК ТОФК: 013207212; ИНН: &lt;***&gt;; КПП: 420501001; ОКТМО: 32701000; Код доходов (КБК): 41711603121019000140; УИН: 41№ (Мирошкина Т.В.) Назначение платежа: уд №, приговор Гурьевского городского суда Кемеровской области от 21.08.2025 в отношении Мирошкиной Татьяны Викторовны. Арест, наложенный постановлением судьи Центрального районного суда г. Кемерово от ДД.ММ.ГГГГ на денежные средства Мирошкиной Т.В. (400 000 руб.) в пределах суммы штрафа (200 000 руб.) сохранить до исполнения наказания в виде штрафа, в остальной части, по вступлении приговора в законную силу, отменить, денежные средства в сумме 200 000 руб. возвратить Мирошкиной Т.В. Производство по иску о возмещении ущерба причиненного преступлениями прекратить (в связи с возмещением ущерба). Меру пресечения Мирошкиной Т.В. оставить прежней - подписку о невыезде и надлежащем поведении до вступления приговора в законную силу, после вступления приговора в законную силу – отменить. Вещественные доказательства – оптические диски, документы, материалы оперативно-розыскной деятельности, приобщенные к материалам уголовного дела, хранить при уголовном деле. Приговор может быть обжалован в апелляционном порядке в Кемеровский областной суд в течение 15 суток со дня его постановления. Осужденная вправе ходатайствовать о своем участии в рассмотрении уголовного дела судом апелляционной инстанции, о чем необходимо указать в апелляционной жалобе или в возражениях на жалобы, представления, принесенные другими участниками уголовного процесса, вправе подать свои возражения в письменном виде и иметь возможность довести до суда апелляционной инстанции свою позицию непосредственно, либо с использованием систем видеоконференцсвязи, а также поручать осуществление своей защиты избранному защитнику, вправе отказаться от данного защитника, ходатайствовать перед судом о назначении защитника. Об этом осуждённая должна указать в своей апелляционной жалобе, в возражениях на апелляционное представление или на апелляционные жалобы других лиц либо в отдельных ходатайствах, подлежащих подаче в течение 15 суток со дня вручения ей копии приговора, апелляционного представления или апелляционных жалоб других лиц. Судья /копия/ К.В. Майер Подлинный документ подшит в деле № 1-136/2025 (УИД № 42RS0004-01-2025-000656-20) Гурьевского городского суда Кемеровской области Суд: Гурьевский городской суд (Кемеровская область) (подробнее) Иные лица: Гурьевская межрайонная прокуратура (подробнее) Прокуратура Кемеровской области - Кузбасса (подробнее) Судьи дела: Майер К.В. (судья) (подробнее) Последние документы по делу: Приговор от 7 октября 2025 г. по делу № 1-136/2025 Приговор от 21 августа 2025 г. по делу № 1-136/2025 Приговор от 24 июня 2025 г. по делу № 1-136/2025 Приговор от 10 июня 2025 г. по делу № 1-136/2025 Приговор от 9 июня 2025 г. по делу № 1-136/2025 Постановление от 1 июня 2025 г. по делу № 1-136/2025 Приговор от 25 февраля 2025 г. по делу № 1-136/2025 Приговор от 17 февраля 2025 г. по делу № 1-136/2025 Приговор от 10 февраля 2025 г. по делу № 1-136/2025 Приговор от 29 января 2025 г. по делу № 1-136/2025 Приговор от 27 января 2025 г. по делу № 1-136/2025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