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совершил кражу, то есть тайное хищение чужого имущества. Преступление совершено при следующих обстоятельствах. В период времени с 18 часов 00 минут по 18 часов 05 минут ДД.ММ.ГГГГ у ФИО1, находящегося в магазине «Пятерочка», расположенном по адресу: &lt;адрес&gt;, возник преступный умысел, направленный на тайное хищение товара, принадлежащего ООО «Агроторг». Реализуя свой преступный умысел, ФИО1 в указанные выше период времени и месте, убедившись, что за его действиями никто не наблюдает, тайно взял со стеллажа и убрал в одежду принадлежащий ООО «Агроторг» товар – две бутылки виски «Ballantines…» стоимостью 1 303 рубля 90 копеек за штуку, а всего на сумму 2 607 рублей 80 копеек. После этого ФИО1 пересёк кассовую зону и покинул указанный выше магазин, не оплатив стоимость находящегося у него под одеждой товара, тем самым совершил его тайное хищение, причинив своими преступными действиями ООО «Агроторг» имущественный ущерб в размере 2 607 рублей 80 копеек.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ФИО1 совершил кражу, то есть тайное хищение чужого имущества, при следующих обстоятельствах. В период времени с 18 часов 20 минут по 18 часов 30 минут ДД.ММ.ГГГГ у ФИО1, находящегося в магазине «Пятерочка», расположенном по адресу: &lt;адрес&gt;, возник преступный умысел, направленный на тайное хищение товара, принадлежащего ООО «Агроторг». Реализуя свой преступный умысел, ФИО1 в указанные выше период времени и месте, убедившись, что за его действиями никто не наблюдает, тайно взял со стеллажа и убрал под одежду принадлежащий ООО «Агроторг» товар: шампунь «PPV 3в1 Дополнительный объем…» стоимостью 442 рубля 20 копеек; бальзам «PPV Интенсивное восстановление…» стоимостью 442 рубля 20 копеек; шампунь «Pantene Густые и крепкие…» (2 штуки) стоимостью 442 рубля 20 копеек за штуку; бальзам «PPV Густые и крепкие…» (2 штуки) стоимостью 442 рубля 20 копеек за штуку, а всего на общую сумму 2 653 рубля 20 копеек. После этого ФИО1 пересёк кассовую зону и покинул указанный выше магазин, не оплатив стоимость находящегося у него под одеждой товара, тем самым совершил его тайное хищение, причинив своими преступными действиями ООО «Агроторг» имущественный ущерб в размере 2 653 рубля 20 копеек.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ФИО1 совершил кражу, то есть тайное хищение чужого имущества, при следующих обстоятельствах. Преступление совершено при следующих обстоятельствах. В период времени с 21 часа по 22 часа ДД.ММ.ГГГГ у ФИО1, находящегося в магазине «Ярче», расположенном по адресу: &lt;адрес&gt;, возник преступный умысел, направленный на тайное хищение товара, принадлежащего ООО «Камелот-А». Реализуя свой преступный умысел, ФИО1 в указанные выше период времени и месте, убедившись, что за его действиями никто не наблюдает, тайно взял со стеллажа и убрал в одежду принадлежащий ООО «Камелот-А» товар: масло «Искренне Ваш…» (6 штук) стоимостью 155 рублей за штуку; масло «Крестьянское» сладкосливочное…» (13 штук) стоимостью 143 рубля 50 копеек за штуку; масло «Крестьянское Лето близко…» (6 штук) стоимостью 120 рублей за штуку; масло «ДвД сливочное…» (8 штук) стоимостью 167 рублей 53 копейки за штуку; масло «Милград Традиционное сливочное…» (7 штук) стоимостью 169 рублей 18 копеек за штуку; гель для душа «Fresh&amp;Nice Очищение…» (3 штуки) стоимостью 61 рубль 98 копеек за штуку; гель для душа «Fresh&amp;Nice Спорт…» стоимостью 61 рубль 56 копеек; ветчина «Рублевский для завтрака…» (3 штуки) стоимостью 133 рубля за штуку, а всего на общую сумму 6 686 рублей 50 копеек. После этого ФИО1 пересёк кассовую зону и покинул указанный выше магазин, не оплатив стоимость находящегося у него в одежде товара, тем самым совершил его тайное хищение, причинив своими преступными действиями ООО «Камелот-А» имущественный ущерб в размере 6 686 рублей 50 копеек.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Кроме того, ФИО1 совершил кражу, то есть тайное хищение чужого имущества, при следующих обстоятельствах. В период времени с 20 часов по 20 часов 21 минут ДД.ММ.ГГГГ у ФИО1, находящегося в магазине «Пятерочка», расположенном по адресу: &lt;адрес&gt;Б, возник преступный умысел, направленный на тайное хищение товара, принадлежащего ООО «Агроторг». Реализуя свой преступный умысел, ФИО1 в указанные выше период времени и месте, убедившись, что за его действиями никто не наблюдает, взял продававшиеся в магазине две сумки из полипропилена «РР» стоимостью 48 рублей 40 копеек, в которые сложил принадлежащий ООО «Агроторг» товар: крабовое мясо «Vici…» (2 штуки) стоимостью 66 рублей 62 копейки за штуку; «F.House Форель филе-кусок…» (13 штук) стоимостью 355 рублей 85 копеек за штуку; «Балт.Бер.Кальм/краб…» (2 штуки) стоимостью 122 рубля 10 копеек за штуку; масло сливочное «Бутербродное…» (8 штук) стоимостью 123 рубля 20 копеек за штуку; масло сливочное «Традиционное…» (8 штук) стоимостью 101 рубль за штуку; масло сладко-сливочное «Брест-Литовск…» (7 штук) стоимостью 166 рублей 61 копейка за штуку; масло кисло-сливочное «Брест-Литовск Финское…» (7 штук) стоимостью 164 рубля 51 копейка за штуку; «Балт.Бер. Форель кусок…» (5 штук) стоимостью 355 рублей 86 копеек за штуку; сыр полутвёрдый «Брест-Литовск финский…» (10 штук) стоимостью 159 рублей 12 копеек за штуку; сыр «Сыробог. Норвежский…» (10 штук) стоимостью 145 рублей 28 копеек за штуку; сыр «Тыс.Озер легкий…» (12 штук) стоимостью 189 рублей 33 копеек за штуку, а всего на сумму 16 306 рублей 99 копеек. После этого ФИО1 пересёк кассовую зону и покинул указанный выше магазин, не оплатив стоимость находящегося у него в сумках товара, тем самым совершив его тайное хищение. В продолжение своего единого преступного умысла на хищение принадлежащего ООО «Агроторг» имущества ФИО1 в период времени с 20 часов 21 минуты до 20 часов 30 минут ДД.ММ.ГГГГ вернулся в указанный магазин «Пятерочка» по адресу: &lt;адрес&gt;Б, где вновь убедившись, что за его действиями никто не наблюдает, взял продававшиеся в магазине две сумки из полипропилена «РР» стоимостью 48 рублей 40 копеек, в которые сложил принадлежащий ООО «Агроторг» товар: профитроли «Cuisini Royale…» стоимостью 85 рублей 24 копейки; торт «Карамельный на сгущенке…» стоимостью 360 рублей 28 копеек; «Repack Fru Growstrong…» (3 штуки) стоимостью 377 рублей 86 копеек за штуку; «Репарк Элс Пв5 Шамп 400мл» (2 штуки) стоимостью 460 рублей 03 копейки; «Репарк Элс Пв5 Конд 400мл» (6 штук) стоимостью 460 рублей 03 копейки за штуку; «HS Шмп ПрПерх 2в1 Основной уход…» (6 штук) стоимостью 525 рублей 24 копейки за штуку; «HS Шмп ПрПерх 2в1 Ментол…» (2 штуки) стоимостью 525 рублей 24 копейки за штуку; «PPV Шмп 3в1 Дополнительный объем…» (3 штуки) стоимостью 442 рублей 20 копеек за штуку, а всего на сумму 10 884 рубля 66 копеек. После этого ФИО1 пересёк кассовую зону и покинул указанный выше магазин, не оплатив стоимость находящегося у него в сумке товара, тем самым совершил его тайное хищение, причинив своими преступными действиями ООО «Агроторг» имущественный ущерб в общем размере ?27 191 рубль 65 ?копеек.</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Кроме того, ФИО1 совершил мелкое хищение чужого имущества, являясь лицом, подвергнутым административному наказанию за мелкое хищение, предусмотренное частью 2 статьи 7.27 Кодекса Российской Федерации об административных правонарушениях, при следующих обстоятельствах. Постановлением и.о. мирового судьи судебного участка № &lt;адрес&gt;&lt;адрес&gt; – мирового судьи судебного участка № &lt;адрес&gt;&lt;адрес&gt; от ДД.ММ.ГГГГ (вступило в законную силу ДД.ММ.ГГГГ) ФИО1 признан виновным в совершении административного правонарушения, предусмотренного ч.2 ст. 7.27 КоАП РФ, то есть в совершении мелкого хищения чужого имущества, и ему назначено административное наказание в виде административного штрафа в размере 3000 рублей, которое ФИО1 не исполнено. На основании ст. 4.6 КоАП РФ ФИО1 считается подвергнутым административному наказанию со дня вступления в законную силу постановления о назначении административного наказания, то есть с ДД.ММ.ГГГГ и до истечения одного года со дня окончания исполнения данного постановления. В период времени с 16 часов 00 минут до 16 часов 43 минут ДД.ММ.ГГГГ у ФИО1, подвергнутого административному наказанию за мелкое хищение, предусмотренное частью 2 статьи 7.27 КоАП РФ, находящегося в магазине «Красное Белое», расположенном по адресу: &lt;адрес&gt;А, возник преступный умысел, направленный на мелкое хищение чужого имущества. Реализуя свой преступный умысел, ФИО1 в указанные выше период времени и месте, убедившись, что за его действиями никто не наблюдает, тайно взял со стеллажа и убрал под одежду принадлежащий ООО «Альфа-М» товар – напиток «Мартини Бьянко…» стоимостью 773 рубля 96 копеек. После этого ФИО1 пересёк кассовую зону и покинул указанный выше магазин, не оплатив стоимость находящегося у него под одеждой товара, тем самым совершил его тайное хищение, причинив своими преступными действиями ООО «Альфа-М» имущественный ущерб в размере ?773 рубля 96 копеек.</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Кроме того, ФИО1 совершил угрозу убийством, при этом имелись основания опасаться осуществления этой угрозы, при следующих обстоятельствах. В период времени с 16 часов 45 минут по 18 часов 00 минут ДД.ММ.ГГГГ у ФИО1, находившегося в помещении магазина «Бристоль», расположенного по адресу: &lt;адрес&gt;, возник преступный умысел на совершение угрозы убийством в отношении ранее не знакомой ему Потерпевший №3 Реализуя свой преступный умысел, в указанные выше период времени и месте, ФИО1 умышленно, с целью оказания психического воздействия на Потерпевший №3, вызова у неё чувства тревоги, беспокойства за собственную жизнь и здоровье, находясь на расстоянии около 1 метра продемонстрировал последней находящийся у него в руке предмет, используемый в качестве оружия, – ножницы, и высказал в отношении Потерпевший №3 угрозу убийством. Высказанную ФИО1 угрозу убийством Потерпевший №3 восприняла реально и опасалась её осуществления в связи с тем, что ФИО1 был агрессивно настроен, демонстрировал ей ножницы.</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Кроме того, ФИО1 совершил кражу, то есть тайное хищение чужого имущества, при следующих обстоятельствах. В период времени с 21 часа 30 минут по 22 часа 00 минут ДД.ММ.ГГГГ у ФИО1, находящегося в магазине «Риат», расположенном по адресу: &lt;адрес&gt;, возник преступный умысел, направленный на тайное хищение товара, принадлежащего ООО «Провиант». Реализуя свой преступный умысел, ФИО1 в указанные выше период времени и месте, убедившись, что за его действиями никто не наблюдает, тайно взял со стеллажа и убрал под одежду принадлежащий ООО «Провиант» товар: сыр «Царский…» (3 штуки) стоимостью 180 рублей 84 копейки за штуку; сыр «Edam…» стоимостью 179 рублей 97 копеек; сыр «Брест-Литовск Легкий…» (3 штуки) стоимостью 234 рубля 44 копейки за штуку; сыр «Брест-Литовск Классический…» (6 штук) стоимостью 162 рубля 29 копеек за штуку; сыр полутвёрдый «Крымчанин с трюфелем…» стоимостью 435 рублей 60 копеек, а всего на общую сумму 2 835 рублей 15 копеек. После этого ФИО1 пересёк кассовую зону и покинул указанный выше магазин, не оплатив стоимость находящегося у него под одеждой товара, тем самым совершил его тайное хищение, причинив своими преступными действиями ООО «Провиант» имущественный ущерб в размере 2 835 рублей 15 копеек.</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Кроме того, ФИО1 совершил кражу, то есть тайное хищение чужого имущества, при следующих обстоятельствах. В период времени с 12 часов 00 минут по 12 часов 30 минут ДД.ММ.ГГГГ у ФИО1, находящегося в магазине «Дикси», расположенном по адресу: &lt;адрес&gt;, возник преступный умысел, направленный на тайное хищение товара, принадлежащего АО «Дикси Юг». Реализуя свой преступный умысел, ФИО1 в указанные выше период времени и месте, убедившись, что за его действиями никто не наблюдает, тайно взял со стеллажа и убрал в пакет принадлежащий АО «Дикси Юг» товар: колбасу «Сервелат Зернистый…» (4 штуки) стоимостью 111 рублей 17 копеек за штуку; колбасу «Сервелат Мясорубский…» (7 штук) стоимостью 97 рублей 10 копеек за штуку; колбасу «Сервелат Стародворский…» (3 штуки) стоимостью 86 рублей 40 копеек за штуку; колбасу «Сальчичон…» (3 штуки) стоимостью 235 рублей 64 копейки за штуку; колбасу «Сервелат Финский…» (2 штуки) стоимостью 102 рубля 83 копейки за штуку; колбасу «Брауншвейская полусухая…» (2 штуки) стоимостью 158 рублей 62 копейки за штуку; «Балыковая…» стоимостью 158 рублей 27 копеек, а всего на сумму 2 771 рубль 67 копеек. После этого ФИО1 пересёк кассовую зону и покинул указанный выше магазин, не оплатив стоимость находящегося у него в пакете товара, тем самым совершил его тайное хищение, причинив своими преступными действиями АО «Дикси Юг» имущественный ущерб в размере 2 771 рубль 67 копеек.</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Кроме того, ФИО1 совершил кражу, то есть тайное хищение чужого имущества, при следующих обстоятельствах. В период времени с 19 часов 00 минут по 22 часа 00 минут ДД.ММ.ГГГГ у ФИО1, находящегося в магазине «Пятерочка», расположенном по адресу: &lt;адрес&gt;, возник преступный умысел, направленный на тайное хищение товара, принадлежащего ООО «Агроторг». Реализуя свой преступный умысел, ФИО1 в указанные выше период времени и месте, убедившись, что за его действиями никто не наблюдает, тайно взял со стеллажа и убрал в пакет принадлежащий ООО «Агроторг» товар: дезодорант «Whitewater…» стоимостью 400 рублей 78 копеек; твёрдый дезодорант «Whitewater…» стоимостью 400 рублей 78 копеек; антиперспирант «Черное и Белое…» (2 штуки) стоимостью 251 рубль 45 копеек за штуку; кофе сублимированный «Monarch Original…» стоимостью 260 рублей 95 копеек; шампунь «HS Энергия океана…» (2 штуки) стоимостью 525 рублей 24 копейки за штуку; шампунь «PPV Интенсивное восстановление…» стоимостью 442 рубля 20 копеек; шампунь «HS 2в1 Основной уход…» (2 штуки) стоимостью 732 рубля 70 копеек за штуку; дезодорант «Кр.Цена…» стоимостью 53 рубля 62 копейки; шампунь «Клиар…» (2 штуки) стоимостью 439 рублей 60 копеек за штуку, а всего на общую сумму 5456 рублей 31 копейка. После этого ФИО1 пересёк кассовую зону и покинул указанный выше магазин, не оплатив стоимость находящегося у него в пакете товара, тем самым совершил его тайное хищение, причинив своими преступными действиями ООО «Агроторг» имущественный ущерб в размере 5 456 рублей 31 копейка.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Кроме того, ФИО1 совершил кражу, то есть тайное хищение чужого имущества, при следующих обстоятельствах. В период времени с 20 часов 40 минут по 21 час 00 минут ДД.ММ.ГГГГ у ФИО1, находящегося в магазине «Магнит», расположенном по адресу: &lt;адрес&gt;, возник преступный умысел, направленный на тайное хищение товара, принадлежащего АО «Тандер». Реализуя свой преступный умысел, ФИО1 в указанные выше период времени и месте, убедившись, что за его действиями никто не наблюдает, тайно взял со стеллажа и убрал в пакеты принадлежащий АО «Тандер» товар: кофе натуральный «Monarh Original 190 г…» стоимостью 490 рублей 44 копейки; кофе «Нескафе Голд…» (2 штуки) стоимостью 468 рублей 98 копеек за штуку; кофе натуральный «Monarh Original 210 г…» (3 штуки) стоимостью 601 рубль 90 копеек за штуку; кофе натуральный «Monarh Original 270 г…» (3 штуки) стоимостью 640 рублей 42 копейки за штуку; сыр «Cheese House…» (2 штуки) стоимостью 87 рублей 78 копеек за штуку; сыр «Топленое молочко…» (2 штуки) стоимостью 133 рубля 60 копеек за штуку; сыр полутвёрдый «Брест-Литовск финский…» (6 штук) стоимостью 127 рублей 29 копеек за штуку; сыр полутвёрдый «Брест-Литовск королевский…» (10 штук) стоимостью 133 рубля 65 копеек за штуку; паста ореховая «Нутелла 350 г…» (2 штуки) стоимостью 295 рублей 68 копеек; сыр «Premiere Of Taste Моцарелла…» (7 штук) стоимостью 144 рубля 42 копейки за штуку; колбасу «Владпродукт Салями Домашняя…» (2 штуки) стоимостью 83 рубля 74 копейки за штуку; сыр «Danke Tilsiter…» (2 штуки) стоимостью 134 рубля 16 копеек; сыр «Тильзитер…» 520 грамм стоимостью 296 рублей 48 копейки, а всего на общую сумму 10032 рубля 94 копейки. После этого ФИО1 пересёк кассовую зону и покинул указанный выше магазин, не оплатив стоимость находящегося у него в пакетах товара, тем самым совершил его тайное хищение, причинив своими преступными действиями АО «Тандер» имущественный ущерб в размере 10 032 рубля 94 копейки.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Кроме того, ФИО1 совершил кражу, то есть тайное хищение чужого имущества, при следующих обстоятельствах. В период времени с 19 часов 40 минут по 20 часов 00 минут ДД.ММ.ГГГГ у ФИО1, находящегося в магазине «Дикси», расположенном по адресу: &lt;адрес&gt;, возник преступный умысел, направленный на тайное хищение товара, принадлежащего АО «Дикси Юг». Реализуя свой преступный умысел, ФИО1 в указанные выше период времени и месте, убедившись, что за его действиями никто не наблюдает, тайно взял со стеллажа и убрал в одежду принадлежащий АО «Дикси Юг» товар: масло сливочное «Молочные Угодья…» (4 штуки) стоимостью 113 рублей 68 копеек за штуку; масло сладко-сливочное «Сыроварня Трубецких…» (10 штук) стоимостью 162 рублей 75 копеек за штуку; масло сладко-сливочное «Боговарово…» (12 штук) стоимостью 162 рубля 33 копейки за штуку, а всего на общую сумму 4030 рублей 18 копеек. После этого ФИО1 пересёк кассовую зону и покинул указанный выше магазин, не оплатив стоимость находящегося у него под одеждой товара, тем самым совершил его тайное хищение, причинив своими преступными действиями АО «Дикси Юг» имущественный ущерб в размере 4030 рублей 18 копеек.</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Кроме того, ФИО1 совершил мелкое хищение чужого имущества, являясь лицом, подвергнутым административному наказанию за мелкое хищение, предусмотренное частью 2 статьи 7.27 Кодекса Российской Федерации об административных правонарушениях, при следующих обстоятельствах. В период времени с 20 часов 30 минут до 22 часов 00 минут ДД.ММ.ГГГГ у ФИО1, подвергнутого при изложенных выше обстоятельствах административному наказанию за мелкое хищение, предусмотренное частью 2 статьи 7.27 КоАП РФ, находящегося в магазине «Красное Белое», расположенном по адресу: &lt;адрес&gt;, &lt;адрес&gt;&lt;адрес&gt;, возник преступный умысел, направленный на мелкое хищение чужого имущества. Реализуя свой преступный умысел, ФИО1 в указанные выше период времени и месте, убедившись, что за его действиями никто не наблюдает, тайно взял со стеллажа и убрал под одежду принадлежащий ООО «Альфа Рязань» товар – текила «Эсполон Бланко…» стоимостью 1975 рублей 50 копеек. После этого ФИО1 пересёк кассовую зону и покинул указанный выше магазин, не оплатив стоимость находящегося у него под одеждой товара, тем самым совершил его тайное хищение, причинив своими преступными действиями ООО «Альфа Рязань» имущественный ущерб в размере 1975 рублей 50 копеек.</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Кроме того, ФИО1 совершил кражу, то есть тайное хищение чужого имущества, при следующих обстоятельствах. В период времени с 19 часов 30 минут по 20 часов 00 минут ДД.ММ.ГГГГ у ФИО1, находящегося в магазине «Красное Белое», расположенном по адресу: &lt;адрес&gt;, &lt;адрес&gt;&lt;адрес&gt;, возник преступный умысел, направленный на тайное хищение товара, принадлежащего ООО «Альфа Рязань». Реализуя свой преступный умысел, ФИО1 в указанные выше период времени и месте, убедившись, что за его действиями никто не наблюдает, тайно взял со стеллажа и убрал под одежду принадлежащий ООО «Альфа Рязань» товар: текила «Эсполон Бланко…» стоимостью 1975 рублей 50 копеек; текила «Эсполон Репосадо…» (2 штуки) стоимостью 1797 рублей 26 копеек; виски «Джемесон…» стоимостью 1842 рубля 75 копеек, а всего на общую сумму 7 412 рублей 77 копеек. После этого ФИО1 пересёк кассовую зону и покинул указанный выше магазин, не оплатив стоимость находящегося у него под одеждой товара, тем самым совершил его тайное хищение, причинив своими преступными действиями ООО «Альфа Рязань» имущественный ущерб в размере 7 412 рублей 77 копеек.</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Кроме того, ФИО1 совершил мелкое хищение чужого имущества, являясь лицом, подвергнутым административному наказанию за мелкое хищение, предусмотренное частью 2 статьи 7.27 Кодекса Российской Федерации об административных правонарушениях, при следующих обстоятельствах. В период времени с 09 часов 00 минут до 11 часов 27 минут ДД.ММ.ГГГГ у ФИО1, подвергнутого при изложенных выше обстоятельствах административному наказанию за мелкое хищение, предусмотренное частью 2 статьи 7.27 КоАП РФ, находящегося в магазине «Пятерочка», расположенном по адресу: &lt;адрес&gt;, &lt;адрес&gt;, &lt;адрес&gt;, возник преступный умысел, направленный на мелкое хищение чужого имущества. Реализуя свой преступный умысел, ФИО1 в указанные выше период времени и месте, убедившись, что за его действиями никто не наблюдает, тайно взял со стеллажа и убрал под одежду принадлежащий ООО «Агроторг» товар: масло оливковое «Filippo Berio…» (3 штуки) стоимостью 579 рублей 99 копеек за штуку, а всего на общую сумму 1739 рублей 97 копеек. После этого ФИО1 пересёк кассовую зону и покинул указанный выше магазин, не оплатив стоимость находящегося у него под одеждой товара, тем самым совершил его тайное хищение, причинив своими преступными действиями ООО «Агроторг» имущественный ущерб в размере 1739 рублей 97 копеек.</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Кроме того, ФИО1 совершил покушение на грабёж, то есть на открытое хищение чужого имущества, с угрозой применения насилия, не опасного для жизни и здоровья, при следующих обстоятельствах. В период времени с 12 часов 00 минут по 12 час 30 минут ДД.ММ.ГГГГ у ФИО1, находящегося в магазине «Красное Белое», расположенном по адресу: &lt;адрес&gt;, возник преступный умысел, направленный на тайное хищение товара, принадлежащего ООО «Альфа Рязань». Реализуя свой преступный умысел, ФИО1 в указанные выше период времени и месте, убедившись, что за его действиями никто не наблюдает, тайно взял со стеллажа и убрал под одежду принадлежащий ООО «Альфа Рязань» товар – текила «Ольмека Сильвер…» стоимостью 1 727 рублей 83 копейки. После этого ФИО1 пересёк кассовую зону и направился к выходу из магазина, не оплатив имеющийся при нём товар, однако его действия были замечены сотрудниками магазина «Красное Белое» ФИО36 и Потерпевший №10, после чего последняя предприняла меры к задержанию ФИО1 – закрыла на ключ входную дверь указанного магазина для его удержания до приезда сотрудников группы быстрого реагирования. ФИО1 с целью удержания при себе похищенного им товара, находящегося под одеждой, высказал сотрудникам магазина Потерпевший №8 и Потерпевший №10 требование выпустить его из магазина, которое последние проигнорировали. В период времени с 12 часов 00 минут по 12 час 30 минут ДД.ММ.ГГГГ ФИО1, продолжая реализовывать преступный умысел на хищение чужого имущества, находясь в помещении магазина «Красное Белое», расположенном по адресу: &lt;адрес&gt;, понимая, что его преступные действия приобрели открытый характер и замечены ФИО35 и Потерпевший №10, с целью подавления воли последних к сопротивлению и облегчения совершения преступления, а также удержания при себе похищенного имущества, достал из-под одежды бутылку с алкоголем и, подняв её над головой, подойдя к кассовой зоне, где находились Потерпевший №8 и Потерпевший №10, стал высказывать угрозы применения насилия, не опасного для жизни и здоровья, которые последние восприняли реально и боялись их осуществления. После этого ФИО1, не желая быть задержанным сотрудниками полиции, кинул бутылку с алкоголем, которую пытался похитить, в стекло входной двери магазина, разбив его, после чего перелез через образовавшееся отверстие и скрылся, в связи с чем его преступные действия не были доведены до конца по независящим от него обстоятельствам, при этом ООО «Альфа Рязань» был причинён имущественный ущерб в размере 1727 рублей 83 копейки, а Потерпевший №8 и Потерпевший №10 – моральный вред. Подсудимый ФИО1 в судебном заседании первоначально вину признал по всем инкриминируемым деяниям, показания давать отказался, воспользовавшись положениями ст. 51 Конституции РФ. На основании п.3 ч.1 ст. 276 УПК РФ были оглашены показания, данные ФИО1 в ходе предварительного расследования. Так, при допросах в качестве подозреваемого и обвиняемого ДД.ММ.ГГГГ, ДД.ММ.ГГГГ, ДД.ММ.ГГГГ, ДД.ММ.ГГГГ, ДД.ММ.ГГГГ, ДД.ММ.ГГГГ, ДД.ММ.ГГГГ ФИО1 показал следующее. ДД.ММ.ГГГГ около 18 часов 00 минут в магазине «Пятерочка» по адресу: &lt;адрес&gt; (номер дома не помнит), увидев, что на кассе отсутствует продавец-кассир, он похитил с витрины 2 бутылки виски «Баллантайс», после чего вышел из магазина, не оплатив стоимость данного товара. Недалеко от магазина он продал похищенные им бутылки виски незнакомым людям (т.3 л.д.25 – 27). ДД.ММ.ГГГГ около 18 часов 00 минут в магазине «Пятерочка» по адресу: &lt;адрес&gt;, у него возник умысел на хищение товара, и он со стеллажа с бытовой химией взял несколько шампуней и бальзамов, убрал под одежду. После этого он через кассовую зону вышел из магазина, не оплатив товар. С размером ущерба ознакомлен и согласен, вину признает (т.5 л.д.132 – 134). ДД.ММ.ГГГГ примерно в 20 часов 17 минут он пришёл в магазин «Пятерочка» по адресу: &lt;адрес&gt; Б, чтобы приобрести продукты питания. Там у него возник умысел на хищение следующего товара: сумка магазина – 2 штуки, мясо крабовое – 2 штуки, кальмары – 2 штуки, масло сливочное – 8 пачек, масло сливочное – 8 пачек, масло сливочное «Брест-Литовск» – 7 пачек, масло сливочное – 7 пачек, форель – 5 пачек, филе форели – 13 упаковок, сыр твёрдый – 10 упаковок, сыр твёрдый – 10 упаковок, сыр твёрдый – 12 упаковок. Данный товар он поместил в имеющиеся при нём сумки. Затем, он направился к выходу, при этом минуя кассовую зону и не предъявляя товар к оплате, покинул помещение магазина незамеченным. Товар продал случайному прохожему, деньги потратил на собственные нужды. В тот же день примерно в 20 часов 20 минут он пришёл в тот же магазин, у него возник умысел на хищение шампуней и бальзамов для волос. Осмотревшись по сторонам, он убедился, что за его действиями никто не наблюдает, взял с полок стеллажей не менее 62 банок шампуней различных форм, которые поместил в одну из двух сумок, которые также решил не оплачивать, также взял не менее 6 банок бальзамов для волос, которые поместил в сумку. Затем в продуктовом отделе он взял 1 торт и упаковку профитролей, которые также поместил в сумку. После этого направился к выходу, при этом не оплачивая товар, минуя кассовую зону и покинул помещение магазина незамеченным. С суммой ущерба ознакомлен и согласен, указанные хищения он совершил единым умыслом. Первое хищение он совершил и понял, что его никто не заметил в магазине, ввиду чего он оставил похищенный товар за магазином и снова вернулся в торговый зал, чтобы реализовать свой умысел на хищение (т.2 л.д.114 – 118). ДД.ММ.ГГГГ около 21 часа 42 минут он зашёл в магазин «Ярче» по адресу: &lt;адрес&gt;. Поскольку рядом с ним не было ни продавцов, ни покупателей, у него возник умысел на хищение. Посмотрев по сторонам, он взял со стеллажа 39 пачек сливочного масла, которое убрал себе под одежду. Далее он взял 3 батона ветчины, которые также поместил себе под одежду. После этого прошёл в отдел с бытовой химией и взял со стеллажа 4 бутылки с гелем, которые убрал себе под одежду. Далее он, минуя кассовую зону, покинул магазин «Ярче», не оплатив указанный товар, находящийся у него под одеждой. Похищенное продал прохожему, с суммой ущерба ознакомлен и согласен (т.1 л.д.178 – 183). ДД.ММ.ГГГГ примерно в 16 часов 40 минут он пришёл в магазин «Красное и Белое», расположенный по адресу: &lt;адрес&gt;А, где у него возник умысел на хищение бутылки с винным напитком «Мартини Бьянко». Осмотревшись по сторонам, он убедился, что за его действиями никто не наблюдает, взял с витрины бутылку указанного алкоголя, которую поместил себе под куртку. После этого, минуя кассовую зону и не предъявляя товар к оплате, он покинул помещение магазина незамеченным. Выйдя из помещения магазина, он направился на &lt;адрес&gt;, так как имел намерение продать похищенный им товар, однако был остановлен участковым полиции ФИО4, который стал его спрашивать не похитил ли он никакой товар в ближайших магазинах, на что он ответил отрицательно. Участковый ему не поверил и повёл в магазин «Бристоль», расположенный по адресу: &lt;адрес&gt;, чтобы посмотреть записи с камер видеонаблюдения. Когда они подходили к магазину, он незаметно для участкового выбросил бутылку «Мартини» в мусорный бак, который расположен прямо под магазином. Совершая хищение товара, он понимал, что подвергнут административному наказанию по ч.2 ст. 7.27 КоАП РФ. Вину свою признает в полном объёме, с суммой ущерба ознакомлен и согласен (т.2 л.д.204 – 206). ДД.ММ.ГГГГ примерно в 16 часов 30 минут он совместно с участковым полиции ФИО4 пришел в магазин «Бристоль», расположенный по адресу: &lt;адрес&gt;. Когда ФИО4 ушёл в служебное помещение магазина, рядом с ним (ФИО1) стояла девушка – сотрудница магазина, которая следила, чтобы он не ушёл. Он решил воспользоваться моментом и хотел покинуть помещение магазина, о чём сообщил девушке, но та сказала, чтобы он дождался сотрудника полиции. Он не стал её слушать и направился к выходу, но сотрудница магазина пошла вперед него и стала препятствовать ему покинуть магазин. Её поведение его очень разозлило, ввиду чего он достал из правого кармана куртки ножницы, которыми замахнулся в сторону девушки (в области туловища), при этом сказал: «Мне терять нечего, я убью, я столько лет просидел в тюрьме». После своих слов и действий, ножницы он спрятал внутрь куртки, а по виду девушки он понял, что она испугалась, так как сразу же открыла дверь и отошла от него, а он покинул помещение магазина. Убивать сотрудницу магазина он не хотел, а всего лишь хотел напугать, так как не хотел, чтобы участковый доставлял его в отдел полиции. Вину в угрозе убийством признаёт в полном объеме, в содеянном раскаивается (т.2 л.д.160 – 162). ДД.ММ.ГГГГ примерно в 21 часов 50 минут он пришёл в магазин «Риат» по адресу: &lt;адрес&gt;, где у него возник умысел на хищение сливочного масла. Осмотревшись по сторонам, он убедился, что за его действиями никто не наблюдает, взял с витрины сыр в количестве 14 штук, который поместил себе под куртку. После этого, минуя кассовую зону и не предъявляя товар к оплате, он покинул помещение магазина незамеченным. Выйдя из помещения магазина, он похищенное имущество продал неизвестному гражданину (т.3 л.д.122 – 124). ДД.ММ.ГГГГ он в магазине «Дикси» по адресу: &lt;адрес&gt;, убедившись, что рядом с ним никого нет, похитил из холодильника колбасу, которую сложил в пакет, после чего покинул торговый зал магазина, минуя кассовую зону и не оплатив товар. Похищенное имущество он продал неизвестному за 2000 рублей, вину признает в полном объеме, в содеянном раскаивается. ДД.ММ.ГГГГ около 20 часов 45 минут он в магазине «Магнит» по адресу: &lt;адрес&gt;, совершил хищение 2 банок «Нутелла», убрав их под куртку, после чего взял со стеллажей 7 упаковок кофе, которые убрал в пакет, после чего взял две скалки колбасы и также поместил к себе в пакет. После этого он покинул торговый зал магазина, минуя кассовую зону не оплатив товар. Похищенный товар продал неизвестному, вину признает полностью (т.4 л.д.74 – 80). ДД.ММ.ГГГГ примерно в 19 часов 45 минут в магазине «Дикси» по адресу: &lt;адрес&gt;, у него возник умысел на хищение сливочного масла. Осмотревшись по сторонам, он убедился, что за его действиями никто не наблюдает, взял с витрины 26 штук сливочного масла, которое поместил себе под куртку. После этого, минуя кассовую зону и не предъявляя товар к оплате, он покинул помещение магазина незамеченным. Похищенное имущество продал неизвестному (т. 3 л.д.122 – 124). ДД.ММ.ГГГГ примерно в 20 часов 45 минут в магазине «Красное Белое» по адресу: &lt;адрес&gt;, он решил похитить две бутылки алкоголя, одну он убрал, а вторая осталась в руках. Когда он пошёл в сторону выхода, сотрудник магазина попросил его оплатить товар, после чего он (ФИО1) вернул ему одну бутылку алкоголя и покинул магазин. Похищенное продал неизвестному, вину признаёт полностью. ДД.ММ.ГГГГ примерно в 19 часов 50 минут в магазине «Красное Белое» по адресу: &lt;адрес&gt;, он решил похитить четыре бутылки с алкогольной продукцией, убрал их под кофту, после чего покинул данный магазин не оплатив товар. Похищенное он продал неизвестному прохожему, вину признаёт полностью, в содеянном раскаивается (т.4 л.д.74 – 80). ДД.ММ.ГГГГ около 09 часов 53 минут он пришёл в магазин «Пятерочка», расположенный по адресу: &lt;адрес&gt;, где у него возник умысел на хищение оливкового масла. Осмотревшись по сторонам и убедившись, что за его действиями никто не наблюдает, он взял со стеллажа 3 бутылки оливковое масла, которое поместил себе под куртку. После этого, минуя кассовую зону и не предъявляя товар к оплате, он покинул помещение магазина незамеченным. Похищенное имущество продал неизвестному прохожему (т.4 л.д.131 – 133). ДД.ММ.ГГГГ в магазине «Красное и Белое», расположенном по адресу: &lt;адрес&gt;, &lt;адрес&gt;, у него возник умысел на тайное хищение товара, и он взял с полки стеллажа бутылку водки и бутылку текилы, после чего повернулся по направлению к выходу и увидел, что его действия стали очевидными для сотрудников магазина. Тогда он решил оставить товар на кассовой зоне. Он сначала положил на кассовую зону бутылку водки, а затем туда же поставил бутылку текилы. Затем он направился в сторону выхода из магазина и попытался открыть дверь, но у него не получилось. Он понял, что входную дверь закрыл кто-то из сотрудников магазина, поскольку кроме них троих в магазине никого не было. Тогда он направился в сторону кассовой зоны, где стояли два сотрудника магазина, и стал говорить им, чтобы они открыли входную дверь, чтобы он вышел из магазина, так как при нём ничего нет. Сотрудники магазина отказывали ему в этом, тогда он, понимая, что они удерживают его незаконно, решил их немного напугать, чтобы они открыли ему дверь. Он понимал, что если он просто будет словесно им об этом говорить, то они его все равно не выпустят, тогда он взял с кассовой зоны бутылку и стал угрожать сотрудникам магазина тем, что он сейчас разобьет этой бутылкой им входную дверь, на что сотрудники магазина никак не отреагировали. Тогда он развернулся и разбил бутылкой стекло входной двери, вместе со стеклом разбилась и бутылка. После этого через образовавшийся проём он вылез и ушёл домой. Считает, что его действия следует квалифицировать как добровольный отказ от преступления, так как две бутылки с алкоголем, которые он хотел похитить, он выложил на кассовую зону, а затем взял одну бутылку с кассовой зоны не с целью хищения, а для того, чтобы выйти из магазина, а именно разбить стекло. Считает, что его действия должны быть квалифицированы как мелкое хулиганство, так как он разбил стекло двери (т.5 л.д.11 – 12, 16 – 18). После оглашения показаний ФИО1 их полностью поддержал, указав, что полностью признаёт вину по всем вменяемым деяниям, в том числе, в части наименования и стоимости похищенного. Вместе с тем сообщил, что умысла на совершение ДД.ММ.ГГГГ грабежа в магазине «Красное и Белое», расположенном по адресу: &lt;адрес&gt;, у него не было. Он пытался тайно похитить одну бутылку алкоголя, для чего спрятал её под одежду и взял вторую бутылку, которую намеревался отдать сотрудникам магазина, если его остановят. Когда сотрудники магазина его не выпустили из магазина, он отдал им бутылку с алкоголем, которую держал в руках, однако его не выпустили из магазина. Тогда он достал из-под одежды похищенную бутылку, которую стал предлагать забрать продавцам, таким образом отказавшись от её хищения, но они бутылку не забрали, и он, чтобы выбраться из магазина, разбил бутылкой дверь. После этого бутылку он не видел, её не забирал. Полагает, что им было совершено покушение на тайное хищение указанной бутылки с алкоголем. Два хищения из магазина «Пятерочка» ДД.ММ.ГГГГ он совершил с единым умыслом, через непродолжительный промежуток времени. Несмотря на то, что он отдал один пакет с товаром охраннику, согласен, что в обвинении указан только товар, который он в действительности похитил. Согласился, что вменяемое ему хищение из магазина «Пятерочка» по адресу: &lt;адрес&gt;, имело место около 18 часов 00 минут 12 апреля (а не мая, как указано в обвинении) 2025 года. Не возражал считать неверное указание месяца в обвинении технической ошибкой. По обстоятельствам хищения ДД.ММ.ГГГГ из магазина «Пятерочка» (по которому в ходе предварительного расследования не был допрошен в качестве подозреваемого) дал показания, содержащие сведения, аналогичные изложенным в предъявленном обвинении. Сообщил, что до задержания источника дохода не имел, поскольку недавно освободился из мест лишения свободы. Обратил внимание на добровольное прохождение лечения от наркомании, оказание хозяйственно-бытовой помощи матери, материальной помощи несовершеннолетнему ребёнку, а также наличие у него заболеваний. Судом были исследованы следующие доказательства.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преступлению, предусмотренному ч.1 ст. 158 УК РФ , в отношении ООО «Агроторг» (от ДД.ММ.ГГГГ). Из оглашённых на основании ч.1 ст. 281 УПК РФ показаний представителя потерпевшего ФИО5, данных в ходе предварительного расследования, следует, что при просмотре видеозаписей с камер видеонаблюдения было установлено, что ДД.ММ.ГГГГ примерно в 18:00 часов из торгового зала магазина «Пятерочка», расположенного по адресу: &lt;адрес&gt;, было совершено тайное хищение ранее незнакомым мужчиной (впоследствии установленным как ФИО1) двух бутылок виски «Ballantines Finest» объемом 0,75 литра стоимостью 1303,90 рублей с учетом НДС за бутылку, а всего на общую сумму 2607,80 рублей. Похищенный товар ФИО1 спрятал и направился к выходу, минуя кассовую зону, не оплатил товар. В результате хищения товара ООО «Агроторг» причинён имущественный ущерб на сумму 2607,80 рублей (т.2 л.д.237 – 238). Представитель потерпевшего Потерпевший №2 в ходе предварительного расследования сообщил аналогичные сведения (т.2 л.д.17 – 21). В заявлении от ДД.ММ.ГГГГ ФИО5 просит привлечь к ответственности неизвестного, который ДД.ММ.ГГГГ в период с 18:00 до 18:02 совершил хищение товара из магазина по адресу: &lt;адрес&gt; (т.2 л.д.218). Протоколом выемки от ДД.ММ.ГГГГ оформлено изъятие у представителя потерпевшего ФИО5 оптического диска с видеозаписью от ДД.ММ.ГГГГ из магазина ООО «Агроторг» «Пятерочка», расположенного по адресу: &lt;адрес&gt;, а также счёт-фактуры (т.2 л.д.240 – 243). В соответствии с протоколами осмотра предметов (документов) и приобщения вещественных доказательств от ДД.ММ.ГГГГ осмотрена и приобщена к делу счёт-фактура, согласно которой стоимость товара – бутылки виски «Ballantines…» составляет 1303 рубля 90 копеек (т.3 л.д.11, 14 – 16, 17). В соответствии с протоколами осмотра предметов (документов) и приобщения вещественных доказательств от ДД.ММ.ГГГГ с участием обвиняемого осмотрен и приобщён к делу оптический диск с видеозаписями камер видеонаблюдения магазина «Пятерочка», на которых зафиксировано, как мужчина в торговом зале со стеллажа с алкогольной продукцией берёт две бутылки, после чего выходит из магазина. ФИО1 пояснил, что на записи запечатлён он в магазине «Пятерочка» по адресу: &lt;адрес&gt;, при совершении хищения товара (т.3 л.д.28 – 32, 33). В заявлении (без даты) ФИО1 сообщил, что ДД.ММ.ГГГГ примерно в 18 часов в магазине «Пятерочка» по адресу: &lt;адрес&gt;, он украл 2 бутылки виски «Балантайс» (т.3 л.д.18).</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преступлению, предусмотренному ч.1 ст. 158 УК РФ , в отношении ООО «Агроторг» (от ДД.ММ.ГГГГ). Из оглашённых на основании ч.1 ст. 281 УПК РФ показаний представителя потерпевшего Потерпевший №2, данных в ходе предварительного расследования, следует, что от сотрудников ООО «Агроторг» ему стало известно, что ФИО1 ДД.ММ.ГГГГ совершил кражу в магазине «Пятерочка» по адресу: &lt;адрес&gt;, похитив товар: шампунь «PPV 3в1 Дополнительный объем…» стоимостью 442 рубля 20 копеек; бальзам «PPV Интенсивное восстановление…» стоимостью 442 рубля 20 копеек; шампунь «Pantene Густые и крепкие…» (2 штуки) стоимостью 442 рубля 20 копеек за штуку; бальзам «PPV Густые и крепкие…» (2 штуки) стоимостью 442 рубля 20 копеек за штуку, а всего на общую сумму 2 653 рубля 20 копеек. В заявлении от ДД.ММ.ГГГГ ФИО6 (директор магазина) просит привлечь к ответственности неизвестного, который ДД.ММ.ГГГГ в период времени с 18:24 по 18:28 совершил хищение товарно-материальных ценностей ООО «Агроторг» из магазина по адресу: &lt;адрес&gt; (т.4 л.д.42). В соответствии с протоколами осмотра предметов (документов) и приобщения вещественных доказательств от ДД.ММ.ГГГГ осмотрены и приобщены к делу счета-фактуры, согласно которых стоимость товара: шампунь «PPV 3в1 Дополнительный объем…», шампунь «Pantene Густые и крепкие…», бальзам «PPV Интенсивное восстановление…», бальзам «PPV Густые и крепкие…» составляет 442 рубля 20 копеек каждый (т.5 л.д.64 – 68, 69 – 72, 73). В соответствии с протоколами осмотра предметов (документов) и приобщения вещественных доказательств от ДД.ММ.ГГГГ с участием обвиняемого осмотрен и приобщён к делу оптический диск с видеозаписью камер видеонаблюдения магазина, на которой зафиксировано, как мужчина в торговом зале со стеллажа берёт товар, который складывает под одежду и выходит из магазина. ФИО1 пояснил, что на записи запечатлён он в магазине «Пятерочка» по адресу: &lt;адрес&gt;, при совершении хищения товара (т.5 л.д.135 – 139, 140). В явке с повинной от ДД.ММ.ГГГГ и заявлении от ДД.ММ.ГГГГ ФИО1 сообщил, что ДД.ММ.ГГГГ около 18 часов 25 минут он в магазине «Пятерочка» по адресу: &lt;адрес&gt;, совершил хищение 2 шампуней и 2 бальзамов (т.5 л.д.124, 125).</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преступлению, предусмотренному ч.1 ст. 158 УК РФ , в отношении ООО «Камелот-А» (от ДД.ММ.ГГГГ). Из оглашённых на основании ч.1 ст. 281 УПК РФ показаний представителя потерпевшего Потерпевший №1, данных в ходе предварительного расследования, следует, что он работает в должности директора магазина «Ярче», расположенного по адресу: &lt;адрес&gt;. В ходе просмотра записей с камер видеонаблюдения им было установлено, что ДД.ММ.ГГГГ около 21 часа 42 минут в помещение магазина зашёл ФИО1 (ранее совершавший в их магазине кражи), который с витрины убрал товар в одежду и покинул помещение магазина, не оплатив товар. При проведении инвентаризации было установлено, что ФИО1 совершил хищение следующего имущества: масло «Искренне Ваш…» (6 штук) стоимостью 155 рублей за штуку; масло «Крестьянское» сладкосливочное…» (13 штук) стоимостью 143 рубля 50 копеек за штуку; масло «Крестьянское Лето близко…» (6 штук) стоимостью 120 рублей за штуку; масло ДвД сливочное…» (8 штук) стоимостью 167 рублей 53 копейки за штуку; масло «Милград Традиционное сливочное…» (7 штук) стоимостью 169 рублей 18 копеек за штуку; гель для душа «Fresh&amp;Nice Очищение…» (3 штуки) стоимостью 61 рубль 98 копеек за штуку; гель для душа «Fresh&amp;Nice Спорт…» стоимостью 61 рубль 56 копеек; ветчина «Рублевский для завтрака…» (3 штуки) стоимостью 133 рубля за штуку, а всего на общую сумму 6 686 рублей 50 копеек с учётом НДС (т.1 л.д.132 – 134). В заявлении от ДД.ММ.ГГГГ Потерпевший №1 просил провести проверку по факту тайного хищения ДД.ММ.ГГГГ ФИО1 продуктов на сумму 6686 рублей 50 копеек из магазина «Ярче» по адресу: &lt;адрес&gt; (т.1 л.д.118). Согласно акта инвентаризации ООО «Камелот-А» установлена недостача товара: масло «Искренне Ваш…» – 6 штук; масло «Крестьянское» – 13 штук; масло «Крестьянское Лето близко…» – 6 штук; масло «ДвД сливочное…» – 8 штук; масло «Милград Традиционное сливочное…» – 7 штук; гель для душа «Fresh&amp;Nice Очищение…» – 3 штуки; гель для душа «Fresh&amp;Nice Спорт…» – 1 штука; ветчина «Рублевский для завтрака…» – 3 штуки (т.1 л.д.124). В соответствии с протоколами осмотра предметов (документов) и приобщения вещественных доказательств от ДД.ММ.ГГГГ осмотрены и приобщены к делу счета-фактуры, согласно которых стоимость товара: «масло «Искренне Ваш…» составила 155 рублей; масло «Крестьянское» сладкосливочное…» – 143 рубля 50 копеек; масло «Крестьянское Лето близко…» – 120 рублей; масло «ДвД сливочное…» – 167 рублей 53 копейки; масло «Милград Традиционное сливочное…» – 169 рублей 18 копеек; гель для душа «Fresh&amp;Nice Очищение…» и Fresh&amp;Nice Спорт…» – 61 рубль 56 копеек; ветчина «Рублевский для завтрака…» – 133 рубля (т.1 л.д.139 – 160, 161 – 166, 167). В соответствии с протоколами осмотра предметов (документов) и приобщения вещественных доказательств от ДД.ММ.ГГГГ с участием обвиняемого осмотрен и приобщён к делу оптический диск с видеозаписями камер видеонаблюдения магазина «Ярче», на которых зафиксировано, как ДД.ММ.ГГГГ мужчина, находящийся в торговом зале, складывает в одежду товар, после чего выходит из магазина. ФИО1 пояснил, что на записи запечатлён он в магазине «Ярче» по адресу: &lt;адрес&gt; (т.1 л.д.184 – 211, 212). В заявлении от ДД.ММ.ГГГГ ФИО1 сообщил, что ДД.ММ.ГГГГ примерно в 21 час 40 минут в магазине «Ярче» по адресу: &lt;адрес&gt;, он совершил хищение 39 пачек масла, 3 упаковок ветчины и 4 гелей для душа (т.1 л.д.168).</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преступлению, предусмотренному ч.1 ст. 158 УК РФ , в отношении ООО «Агроторг» (от ДД.ММ.ГГГГ). Из оглашённых на основании ч.1 ст. 281 УПК РФ показаний представителя потерпевшего Потерпевший №2, данных в ходе предварительного расследования, следует, что от сотрудников ООО «Агроторг» ему стало известно, что ДД.ММ.ГГГГ совершены две кражи в магазине «Пятерочка» по адресу: &lt;адрес&gt; Б, и из указанного магазина было похищено следующее имущество: две сумки из полипропилена «РР» стоимостью 48 рублей 40 копеек; крабовое мясо «Vici…» (2 штуки) стоимостью 66 рублей 62 копейки за штуку; «F.House Форель филе-кусок…» (13 штук) стоимостью 355 рублей 85 копеек за штуку; «Балт.Бер.Кальм/краб…» (2 штуки) стоимостью 122 рубля 10 копеек за штуку; масло сливочное «Бутербродное…» (8 штук) стоимостью 123 рубля 20 копеек за штуку; масло сливочное «Традиционное…» (8 штук) стоимостью 101 рубль за штуку; масло сладко-сливочное «Брест-Литовск…» (7 штук) стоимостью 166 рублей 61 копейка за штуку; масло кисло-сливочное «Брест-Литовск Финское…» (7 штук) стоимостью 164 рубля 51 копейка за штуку; «Балт.Бер. Форель кусок…» (5 штук) стоимостью 355 рублей 86 копеек за штуку; сыр полутвёрдый «Брест-Литовск финский…» (10 штук) стоимостью 159 рублей 12 копеек за штуку; сыр «Сыробог. Норвежский…» (10 штук) стоимостью 145 рублей 28 копеек за штуку; сыр «Тыс.Озер легкий…» (12 штук) стоимостью 189 рублей 33 копеек за штуку, а всего на сумму 16 306 рублей 99 копеек. После этого были похищены также: две сумки из полипропилена «РР» стоимостью 48 рублей 40 копеек; профитроли «Cuisini Royale…» стоимостью 85 рублей 24 копейки; торт «Карамельный на сгущенке…» стоимостью 360 рублей 28 копеек; «Repack Fru Growstrong…» (3 штуки) стоимостью 377 рублей 86 копеек за штуку; «Репарк Элс Пв5 Шамп 400мл» (2 штуки) стоимостью 460 рублей 03 копейки; «Репарк Элс Пв5 Конд 400мл» (6 штук) стоимостью 460 рублей 03 копейки за штуку; «HS Шмп ПрПерх 2в1 Основной уход…» (6 штук) стоимостью 525 рублей 24 копейки за штуку; «HS Шмп ПрПерх 2в1 Ментол…» (2 штуки) стоимостью 525 рублей 24 копейки за штуку; «PPV Шмп 3в1 Дополнительный объем…» (3 штуки) стоимостью 442 рублей 20 копеек за штуку, а всего на сумму 10 884 рубля 66 копеек. От сотрудников полиции ему стало известно, что указанные преступления совершил ФИО1 (т.2 л.д.17 – 21). В заявлениях от ДД.ММ.ГГГГ ФИО7 (директор магазина) просит привлечь к ответственности ФИО1, который ДД.ММ.ГГГГ совершил хищения товара из магазина «Пятерочка» по адресу: &lt;адрес&gt;Б: в период с 20:17 до 20:21 на сумму 25561 рубль 94 копейки и в период с 20:22 до 20:26 на сумму 10999 рублей 74 копейки (т.2 л.д.1, 62). В соответствии с протоколами осмотра предметов (документов) и приобщения вещественных доказательств от ДД.ММ.ГГГГ осмотрены и приобщены к делу счета-фактуры, согласно которых стоимость товара: сумка из полипропилена «РР» составила 48 рублей 40 копеек; крабовое мясо «Vici…» составляет 66 рублей 62 копейки; «F.House Форель филе-кусок…» – 355 рублей 85 копеек; «Балт.Бер.Кальм/краб…» – 122 рубля 10 копеек; масло сливочное «Бутербродное…» – 123 рубля 20 копеек; масло сливочное «Традиционное…» – 101 рубль; масло сладко-сливочное «Брест-Литовск…» – 166 рублей 61 копейка; масло кисло-сливочное «Брест-Литовск Финское…» – 164 рубля 51 копейка; «Балт.Бер. Форель кусок…» – 355 рублей 86 копеек; сыр полутвёрдый «Брест-Литовск финский…» – 159 рублей 12 копеек; сыр «Сыробог. Норвежский…» – 145 рублей 28 копеек; сыр «Тыс.Озер легкий…» – 189 рублей 33 копеек; профитроли «Cuisini Royale…» – 85 рублей 24 копейки; торт «Карамельный на сгущенке…» – 360 рублей 28 копеек; «Repack Fru Growstrong…» – 377 рублей 86 копеек; «Репарк Элс Пв5 Шамп 400мл» – 460 рублей 03 копейки; «Репарк Элс Пв5 Конд 400 мл» – 460 рублей 03 копейки; «HS Шмп ПрПерх 2в1 Основной уход…» – 525 рублей 24 копейки; «HS Шмп ПрПерх 2в1 Ментол…» – 525 рублей 24 копейки; «PPV Шмп 3в1 Дополнительный объем…» – 442 рублей 20 копеек (т.2 л.д.26 – 40, 41 – 45, 46, 82 – 102, 103 – 108, 109). В соответствии с протоколами осмотра предметов (документов) и приобщения вещественных доказательств от ДД.ММ.ГГГГ с участием обвиняемого осмотрен и приобщён к делу оптический диск с видеозаписями камер видеонаблюдения магазина «Пятерочка», на которых зафиксировано, как один и тот же мужчина ДД.ММ.ГГГГ дважды (в период с 20:17 до 20:21 и с 20:22 до 20:26) в торговом зале складывает в сумки товар, после чего выходит из магазина. ФИО1 пояснил, что на записи запечатлён он в магазине «Пятерочка» по адресу: &lt;адрес&gt;Б, при совершении хищения товаров (т.2 л.д.47 – 58, 59, 122 – 129, 130). В судебном заседании осмотрено указанное вещественное доказательство, содержание видеозаписи в целом соответствует его описанию в указанных выше протоколах.</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преступлению, предусмотренному ст. 158.1 УК РФ , в отношении ООО «Альфа-М» (от ДД.ММ.ГГГГ). Представитель потерпевшего Потерпевший №7 в судебном заседании показал, что ДД.ММ.ГГГГ ему позвонил администратор магазина «Красное Белое» по адресу: &lt;адрес&gt;А, и сообщила о хищении бутылки «Мартини». Он приехал на место, и они просмотрели записи камер видеонаблюдения, на которых был виден факт хищения. Через некоторое время от сотрудников полиции он узнал, что совершивший хищение человек был задержан в магазине «Бристоль». Стоимость похищенного не помнит. В связи с наличием противоречий были оглашены показания представителя потерпевшего ФИО12, данные в ходе предварительного расследования, согласно которым от сотрудников магазина «Красное Белое» по адресу: &lt;адрес&gt;А, ему стало известно, что ДД.ММ.ГГГГ был похищен товар – «Напиток сладкий белый Мартини Бьянко…» в количестве одной бутылки стоимостью 773 рубля 96 копеек с учётом 20 % НДС. От сотрудников полиции ему стало известно, что указанное хищение совершил ФИО1 (т.2 л.д.176 – 178). В заявлении от ДД.ММ.ГГГГ Потерпевший №7 просил провести проверку по факту тайного хищения в указанную дату товара на сумму 773 рубля 96 копеек из магазина «Красное и белое» по адресу: &lt;адрес&gt;А (т.2 л.д.163). Протоколом осмотра места происшествия от ДД.ММ.ГГГГ зафиксировано изъятие в помещении магазина «Бристоль» по адресу: &lt;адрес&gt;, бутылки «Martini Bianco» (т.2 л.д.134 – 137). В соответствии с протоколами осмотра предметов и приобщения вещественных доказательств от ДД.ММ.ГГГГ осмотрена и приобщена к делу, в том числе, бутылка «Martini Bianco» (т.2 л.д.184 – 190, 191). В соответствии с протоколами осмотра предметов (документов) и приобщения вещественных доказательств от ДД.ММ.ГГГГ осмотрена и приобщена к делу счёт-фактура, согласно которой стоимость товара – напиток «Мартини Бьянко…» составляет 773 рубля 96 копеек (т.2 л.д.183, 193 – 195, 196). В соответствии с протоколами осмотра предметов (документов) и приобщения вещественных доказательств от ДД.ММ.ГГГГ осмотрены и приобщены к делу материалы дела об административном правонарушении, предусмотренном ч.2 ст. 7.27 КоАП РФ, в отношении ФИО1, содержащие, в том числе, постановление мирового судьи судебного участка № Фрунзенского судебного района г.Иваново, и.о. мирового судьи судебного участка № Фрунзенского судебного района г.Иваново от ДД.ММ.ГГГГ, которым ФИО1 за совершение правонарушения, предусмотренного ч.2 ст. 7.27 КоАП РФ, назначено наказание в виде штрафа в размере 3000 рублей (т.5 л.д.74 – 77, 78, 79 – 123). В соответствии с протоколами осмотра предметов (документов) и приобщения вещественных доказательств от ДД.ММ.ГГГГ с участием обвиняемого осмотрен и приобщён к делу оптический диск с видеозаписями камер видеонаблюдения магазина, на которых зафиксировано, как мужчина со стеллажа с алкогольной продукцией взял бутылку и спрятал под одежду. ФИО1 пояснил, что на записи запечатлён он в магазине «Красное Белое» по адресу: по адресу: &lt;адрес&gt;А. Умысел на хищение товар у него возник в магазине (т.2 л.д.207 – 214, 215). В заявлении от ДД.ММ.ГГГГ ФИО1 сообщил, что ДД.ММ.ГГГГ примерно в 16:41 в магазине «Красное Белое» по адресу: &lt;адрес&gt;А, он совершил хищение бутылки «Мартини» (т.2 л.д.197).</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преступлению, предусмотренному ч.1 ст. 119 УК РФ (от ДД.ММ.ГГГГ) Из оглашённых на основании ч.1 ст. 281 УПК РФ показаний потерпевшей Потерпевший №3, данных в ходе предварительного расследования, следует, что она является администратором магазина «Бристоль», расположенного по адресу: &lt;адрес&gt;. ДД.ММ.ГГГГ около в 17 часов 30 минут в магазин зашёл участковый уполномоченный полиции ФИО37 вместе с мужчиной, который был ей не знаком. ФИО4 спросил у неё, не было ли сегодня совершено хищения товара из магазина указанным мужчиной, на что она ответила отрицательно. При просмотре записей с камер видеонаблюдения, установленных в указанном магазине они увидели, что мужчина, который пришел с ФИО4, находясь у магазина «Бристоль» перед тем, как они зашли в магазин с ФИО4, положил в мусорный бак бутылку «Мартини Бьянко», в связи с чем она вышла из магазина и достала указанную бутылку из мусорного бака и занесла в магазин. Когда ФИО4 отлучился и в помещении магазина осталась она, сотрудники магазина Свидетель №1 и Свидетель №2, мужчина, который пришел с ФИО4, сказал, что он покинет помещение магазина и уйдёт, на что она ему сказала, что ему необходимо дождаться ФИО4 Она подошла к входной двери магазина и прикрыла её, однако мужчина достал из кармана ножницы, и, держа в правой руке, направился в её сторону, замахиваясь со словами «Я тебя сейчас убью. Мне терять нечего, я столько просидел в тюрьме». Точно изложить слова мужчины не может, но суть была в том, что, если она сейчас не откроет ему дверь и не выпустит его из магазина, то он её убьет. Она очень сильно испугалась, посчитав, что если она не выпустит мужчину из магазина, то он ей причинит телесные повреждения, так как в его руках находились ножницы. Его высказывания, агрессивное поведение, тот факт, что мужчина сильнее её, очень сильно напугали её, и она поверила, что он может осуществить задуманное, в связи с чем открыла мужчине дверь и выпустила его из помещения магазина, и тот ушёл. Когда вернулся ФИО38, то она рассказала о случившимся, и он побежал вслед за мужчиной. От сотрудников полиции ей стало известно, что данного мужчину зовут ФИО1, просит привлечь его к уголовной ответственности за угрозу убийством в её адрес (т.2 л.д.142 – 144). Свидетель Свидетель №1 в ходе предварительного расследования показал, что работает продавцом-кассиром в магазине «Бристоль» по адресу: &lt;адрес&gt;. ДД.ММ.ГГГГ около 17 часов 30 минут в помещение магазина зашёл сотрудник полиции ФИО39 вместе с ранее ему не известным мужчиной. Когда сотрудник полиции отлучился в туалет, данный гражданин сказал, что уйдёт. Потерпевший №3 пояснила, что ему необходимо дождаться сотрудника полиции и прикрыла дверь. После этого мужчина из кармана достал ножницы и начал размахивать в её сторону и высказывать угрозу убийством в её адрес, сказав, что ему терять нечего «я убью, я столько лет просидел в тюрьме». Испугавшись данной фразы, Потерпевший №3 открыла дверь, а мужчина покинул магазин. Потерпевший №3 была напугана высказанной угрозой, поскольку мужчина был агрессивно настроен и вёл себя неадекватно (т.2 л.д.145 – 148). Свидетель ФИО8 в ходе предварительного расследования дала показания, в целом аналогичные приведённым выше показаниям свидетеля Свидетель №1 (т.2 л.д.149 – 152). В заявлении от ДД.ММ.ГГГГ Потерпевший №3 просила привлечь к уголовной ответственности неизвестного, который ДД.ММ.ГГГГ в 17 часов 30 минут, находясь по адресу: &lt;адрес&gt;, в магазине «Бристоль» высказал в её адрес угрозу убийством, сказал, что убьёт её, при этом замахнулся ножницами из-за того, что она препятствовала выходу из магазина. Данную угрозу она восприняла реально, поскольку данный гражданин был агрессивно настроен, вёл себя неадекватно, физически сильнее её, при этом замахивался на неё ножницами, в связи с чем ей пришлось открыть дверь, поскольку она испугалась за свою жизнь (т.2 л.д.132). Протоколом осмотра места происшествия от ДД.ММ.ГГГГ зафиксировано изъятие в помещении магазина «Бристоль» по адресу: &lt;адрес&gt;, ножниц (т.2 л.д.134 – 137). В соответствии с протоколами осмотра предметов и приобщения вещественных доказательств от ДД.ММ.ГГГГ осмотрены и приобщены к делу, в том числе, металлические ножницы (т.2 л.д.184 – 190, 191). В соответствии с протоколами осмотра предметов (документов) и приобщения вещественных доказательств от ДД.ММ.ГГГГ с участием обвиняемого осмотрен и приобщён к делу оптический диск с видеозаписями камер видеонаблюдения магазина, на которых зафиксировано, как мужчина при разговоре с женщиной достаёт из одежды ножницы, и замахивается ими на женщину, имитируя удар, после чего последняя открывает дверь магазина. ФИО1 пояснил, что на записи запечатлён он в магазине «Бристоль» по адресу: &lt;адрес&gt;. Оен замахнулся рукой с металлическими ножницами на женщину, чтобы напугать её, поскольку она не выпускала его из магазина, а он не желал быть задержанным сотрудниками полиции (т.2 л.д.207 – 214, 215). В заявлении от ДД.ММ.ГГГГ ФИО1 сообщил, что ДД.ММ.ГГГГ, находясь по адресу: &lt;адрес&gt;, в магазине «Бристоль» он высказал угрозу убийством сотруднице магазина, размахивая ножницами в её сторону (т.2 л.д.153).</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 преступлению, предусмотренному ч.1 ст. 158 УК РФ , в отношении ООО «Провиант» (от ДД.ММ.ГГГГ). Из оглашённых на основании ч.1 ст. 281 УПК РФ показаний представителя потерпевшего Потерпевший №4, данных в ходе предварительного расследования, следует, что от сотрудников магазина «Риат», расположенного по адресу: &lt;адрес&gt;, ей стало известно, что ДД.ММ.ГГГГ в вечернее время неизвестный мужчина в помещении указанного магазина с витрины убрал несколько упаковок сыра в одежду, после чего с товаром скрылся, не предъявляя его и не оплачивая на кассе. При проведении инвентаризации было установлено, что похищен был следующий товар: сыр «Царский…» (3 штуки) стоимостью 180 рублей 84 копейки за штуку; сыр «Edam…» стоимостью 179 рублей 97 копеек; сыр «Брест-Литовск Легкий…» (3 штуки) стоимостью 234 рубля 44 копейки за штуку; сыр «Брест-Литовск Классический…» (6 штук) стоимостью 162 рубля 29 копеек за штуку; сыр полутвёрдый «Крымчанин с трюфелем…» стоимостью 435 рублей 60 копеек, а всего на общую сумму 2 835 рублей 15 копеек. От сотрудников полиции ей стало известно, что хищение совершил ФИО1 (т.3 л.д.52 –53). В заявлении от ДД.ММ.ГГГГ ФИО9 просит привлечь к ответственности неизвестного, который ДД.ММ.ГГГГ в период с 21:50 до 21:53 совершил хищение товара из магазина «Риат» по адресу: &lt;адрес&gt; (т.3 л.д.36). В соответствии с протоколами осмотра предметов (документов) и приобщения вещественных доказательств от ДД.ММ.ГГГГ осмотрены и приобщены к делу счета-фактуры, согласно которых стоимость товара: сыр «Царский…» составляет 180 рублей 84 копейки; сыр «Edam…» – 179 рублей 97 копеек; сыр «Брест-Литовск Легкий…» – 234 рубля 44 копейки; сыр «Брест-Литовск Классический…» – 162 рубля 29 копеек; сыр полутвёрдый «Крымчанин с трюфелем…» – 435 рублей 60 копеек (т.3 л.д. 58 – 68, 69 – 72, 73). В соответствии с протоколами осмотра предметов (документов) и приобщения вещественных доказательств от ДД.ММ.ГГГГ с участием обвиняемого осмотрен и приобщён к делу оптический диск с видеозаписью камер видеонаблюдения магазина, на которой зафиксировано, как мужчина в торговом зале со стеллажа берёт несколько упаковок товара и прячет в одежду, после чего выходит из магазина. ФИО1 пояснил, что на записи запечатлён он в магазине «Риат» по адресу: &lt;адрес&gt;, при совершении хищения товара (т.3 л.д.74 – 78, 79).</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 преступлению, предусмотренному ч.1 ст. 158 УК РФ , в отношении АО «Дикси Юг» (от ДД.ММ.ГГГГ). Из оглашённых на основании ч.1 ст. 281 УПК РФ показаний представителя потерпевшего Потерпевший №5, данных в ходе предварительного расследования, следует, что от сотрудников магазина «Дикси», от сотрудников магазина «Дикси», расположенного по адресу: &lt;адрес&gt;, ему стало известно, что ФИО1 ДД.ММ.ГГГГ совершил хищение колбасных изделий, которые убрал в пакет, после чего вышел из помещения магазина, не оплатив товар и не предъявляя его на кассе. При проведении инвентаризации было установлено, что ФИО1 похитил следующее имущество: колбасу «Сервелат Зернистый…» (4 штуки) стоимостью 111 рублей 17 копеек за штуку; колбасу «Сервелат Мясорубский…» (7 штук) стоимостью 97 рублей 10 копеек за штуку; колбасу «Сервелат Стародворский…» (3 штуки) стоимостью 86 рублей 40 копеек за штуку; колбасу «Сальчичон…» (3 штуки) стоимостью 235 рублей 64 копейки за штуку; колбасу «Сервелат Финский…» (2 штуки) стоимостью 102 рубля 83 копейки за штуку; колбасу «Брауншвейская полусухая…» (2 штуки) стоимостью 158 рублей 62 копейки за штуку; «Балыковая…» стоимостью 158 рублей 27 копеек, а всего на сумму 2 771 рубль 67 копеек (т.3 л.д.98 – 100). Свидетель Свидетель №4 в ходе предварительного расследования показала, что работает в магазине «Дикси», расположенном по адресу: &lt;адрес&gt;. ДД.ММ.ГГГГ в магазине была произведена выборочная инвентаризация, при которой была выявлена недостача товара, в связи с чем, она решила просмотреть записи камер видеонаблюдения, установленных в магазине. В ходе просмотра записей с камер видеонаблюдения ею было установлено, что ДД.ММ.ГГГГ около 12 часов 20 минут совершил хищение мужчина, который из холодильника с колбасными изделиями в пакет сложил товар, после чего направляется к выходу из магазина. В ходе проведения инвентаризации, было установлено, что мужчина совершил хищение следующего товара: колбаса «Сервелат Зернистый…» (4 штуки) стоимостью 111 рублей 17 копеек за штуку; колбаса «Сервелат Мясорубский…» (7 штук) стоимостью 97 рублей 10 копеек за штуку; колбаса «Сервелат Стародворский…» (3 штуки) стоимостью 86 рублей 40 копеек за штуку; колбаса «Сальчичон…» (3 штуки) стоимостью 235 рублей 64 копейки за штуку; колбаса «Сервелат Финский…» (2 штуки) стоимостью 102 рубля 83 копейки за штуку; колбаса «Брауншвейская полусухая…» (2 штуки) стоимостью 158 рублей 62 копейки за штуку; «Балыковая…» стоимостью 158 рублей 27 копеек, а всего на сумму 2 771 рубль 67 копеек (т.3 л.д.153 – 155). В заявлении от ДД.ММ.ГГГГ Свидетель №4 просит провести проверку по факту хищения товара из магазина «Дикси» ДД.ММ.ГГГГ в 14:48 (т.3 л.д.134). В соответствии с протоколами осмотра предметов (документов) и приобщения вещественных доказательств от ДД.ММ.ГГГГ осмотрены и приобщены к делу счета-фактуры, согласно которых стоимость товара: колбаса «Сервелат Зернистый…» составляет 111 рублей 17 копеек; колбаса «Сервелат Мясорубский…» – 97 рублей 10 копеек; колбаса «Сервелат Стародворский…» – 86 рублей 40 копеек; колбаса «Сальчичон…» – 235 рублей 64 копейки; колбаса «Сервелат Финский…» – 102 рубля 83 копейки; колбаса «Брауншвейская полусухая…» – 158 рублей 62 копейки; «Балыковая…» – 158 рублей 27 копеек (т.3 л.д.157 – 179, 180 – 184, 185). В соответствии с протоколами осмотра предметов (документов) и приобщения вещественных доказательств от ДД.ММ.ГГГГ с участием обвиняемого осмотрен и приобщён к делу оптический диск с видеозаписью камер видеонаблюдения магазина от ДД.ММ.ГГГГ, на которой зафиксировано, как мужчина в торговом зале из холодильника берёт несколько упаковок товара и складывает в пакет, после чего выходит из магазина. ФИО1 пояснил, что на записи запечатлён он в магазине «Дикси» по адресу: &lt;адрес&gt;, при совершении хищения товара (т.3 л.д.186 – 190, 191). В заявлении ФИО1 от ДД.ММ.ГГГГ ФИО1 сообщил о совершении ДД.ММ.ГГГГ около 15 часов хищения в магазине «Дикси» по адресу: &lt;адрес&gt;&lt;адрес&gt; примерно 22 палок колбасы (т.3 л.д.193).</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 преступлению, предусмотренному ч.1 ст. 158 УК РФ , в отношении ООО «Агроторг» (от ДД.ММ.ГГГГ). Из оглашённых на основании ч.1 ст. 281 УПК РФ показаний представителя потерпевшего Потерпевший №2, данных в ходе предварительного расследования, следует, что от сотрудников ООО «Агроторг» ему стало известно, что ФИО1 ДД.ММ.ГГГГ совершил кражу в магазине «Пятерочка» по адресу: &lt;адрес&gt;, похитив товар: дезодорант «Whitewater…» стоимостью 400 рублей 78 копеек; твёрдый дезодорант «Whitewater…» стоимостью 400 рублей 78 копеек; антиперспирант «Черное и Белое…» (2 штуки) стоимостью 251 рубль 45 копеек за штуку; кофе сублимированный «Monarch Original…» стоимостью 260 рублей 95 копеек; шампунь «HS Энергия океана…» (2 штуки) стоимостью 525 рублей 24 копейки за штуку; шампунь «PPV Интенсивное восстановление…» стоимостью 442 рубля 20 копеек; шампунь «HS 2в1 Основной уход…» (2 штуки) стоимостью 732 рубля 70 копеек за штуку; дезодорант «Кр.Цена…» стоимостью 53 рубля 62 копейки; шампунь «Клиар…» (2 штуки) стоимостью 439 рублей 60 копеек за штуку, а всего на общую сумму 5456 рублей 31 копейка. В заявлении от ДД.ММ.ГГГГ ФИО10 просит привлечь к ответственности неизвестного, который ДД.ММ.ГГГГ в период времени с 19:44 по 19:46 совершил хищение товарно-материальных ценностей ООО «Агроторг» из магазина по адресу: &lt;адрес&gt; (т.4 л.д.144). В соответствии с протоколами осмотра предметов (документов) и приобщения вещественных доказательств от ДД.ММ.ГГГГ осмотрены и приобщены к делу счета-фактуры, согласно которых стоимость товара: дезодорант «Whitewater…» составляет 400 рублей 78 копеек; твёрдый дезодорант «Whitewater…» – 400 рублей 78 копеек; антиперспирант «Черное и Белое…» – 251 рубль 45 копеек; кофе сублимированный «Monarch Original…» – 260 рублей 95 копеек; шампунь «HS Энергия океана…» – 525 рублей 24 копейки; шампунь «PPV Интенсивное восстановление…» – 442 рубля 20 копеек; шампунь «HS 2в1 Основной уход…» – 732 рубля 70 копеек; дезодорант «Кр.Цена…» – 53 рубля 62 копейки; шампунь «Клиар…» – 439 рублей 60 копеек (т.4 л.д.166 – 185, 186 – 190, 191). В соответствии с протоколами осмотра предметов (документов) и приобщения вещественных доказательств от ДД.ММ.ГГГГ с участием обвиняемого осмотрен и приобщён к делу оптический диск с видеозаписями камер видеонаблюдения магазина, на которых зафиксировано, как мужчина в торговом зале со стеллажа берёт товар (в том числе, кофе), который складывает в пакет и выходит из магазина. ФИО1 пояснил, что на записи запечатлён он в магазине «Пятерочка» по адресу: &lt;адрес&gt;, при совершении хищения товара (т.4 л.д.193 – 198, 199). В заявлении от ДД.ММ.ГГГГ ФИО1 сообщил, что ДД.ММ.ГГГГ из магазина «Пятерочка» по адресу: &lt;адрес&gt;, совершил кражу шампуней, дезодорантов и банки кофе (т.4 л.д.192).</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По преступлению, предусмотренному ч.1 ст. 158 УК РФ , в отношении АО «Тандер» (от ДД.ММ.ГГГГ). Из оглашённых на основании ч.1 ст. 281 УПК РФ показаний представителя потерпевшего Потерпевший №6, данных в ходе предварительного расследования, следует, что от сотрудников магазина «Магнит», расположенного по адресу: &lt;адрес&gt;, ему стало известно о совершённой ДД.ММ.ГГГГ краже имущества из магазина. В ходе просмотра видеозаписей с камер видеонаблюдения было выявлено, что ДД.ММ.ГГГГ в период времени с 20 часов 47 минут до 21 час 00 минут неизвестный мужчина похитил: кофе натуральный «Monarh Original 190 г…» стоимостью 490 рублей 44 копейки; кофе «Нескафе Голд…» (2 штуки) стоимостью 468 рублей 98 копеек за штуку; кофе натуральный «Monarh Original 210 г…» (3 штуки) стоимостью 601 рубль 90 копеек за штуку; кофе натуральный «Monarh Original 270 г…» (3 штуки) стоимостью 640 рублей 42 копейки за штуку; сыр «Cheese House…» (2 штуки) стоимостью 87 рублей 78 копеек за штуку; сыр «Топленое молочко…» (2 штуки) стоимостью 133 рубля 60 копеек за штуку; сыр полутвёрдый «Брест-Литовск финский…» (6 штук) стоимостью 127 рублей 29 копеек за штуку; сыр полутвёрдый «Брест-Литовск королевский…» (10 штук) стоимостью 133 рубля 65 копеек за штуку; паста ореховая «Нутелла 350 г…» (2 штуки) стоимостью 295 рублей 68 копеек; сыр «Premiere Of Taste Моцарелла…» (7 штук) стоимостью 144 рубля 42 копейки за штуку; колбасу «Владпродукт Салями Домашняя…» (2 штуки) стоимостью 83 рубля 74 копейки за штуку; сыр «Danke Tilsiter…» (2 штуки) стоимостью 134 рубля 16 копеек; сыр «Тильзитер…» 520 грамм стоимостью 296 рублей 48 копейки, а всего на общую сумму 10032 рубля 94 копейки (т.3 л.д.205 – 207). В заявлении от ДД.ММ.ГГГГ ФИО11 (товаровед магазина) просит привлечь к ответственности ФИО1, который ДД.ММ.ГГГГ в период с 20:47 по 21:00 совершил хищение товара из магазина «Магнит» по адресу: &lt;адрес&gt; (т.3 л.д.194). В соответствии с протоколами осмотра предметов (документов) и приобщения вещественных доказательств от ДД.ММ.ГГГГ осмотрены и приобщены к делу счета-фактуры, согласно которых стоимость товара: кофе натуральный «Monarh Original 190 г…» составляет 490 рублей 44 копейки; кофе «Нескафе Голд…» (2 штуки) – 468 рублей 98 копеек; кофе натуральный «Monarh Original 210 г…» – 601 рубль 90 копеек; кофе натуральный «Monarh Original 270 г…» – 640 рублей 42 копейки; сыр «Cheese House…» – 87 рублей 78 копеек; сыр «Топленое молочко…» – 133 рубля 60 копеек; сыр полутвёрдый «Брест-Литовск финский…» – 127 рублей 29 копеек; сыр полутвёрдый «Брест-Литовск королевский…» – 133 рубля 65 копеек; паста ореховая «Нутелла 350 г…» – 295 рублей 68 копеек; сыр «Premiere Of Taste Моцарелла…» – 144 рубля 42 копейки; колбасу «Владпродукт Салями Домашняя…» – 83 рубля 74 копейки; сыр «Danke Tilsiter…» – 134 рубля 16 копеек; сыр «Тильзитер…» – 570 рублей 16 копеек за килограмм, т.е. 296 рублей 48 копейки за 520 грамм (т.3 л.д.212 – 234, 235 – 240, 241). В соответствии с протоколами осмотра предметов (документов) и приобщения вещественных доказательств от ДД.ММ.ГГГГ с участием обвиняемого осмотрен и приобщён к делу оптический диск с видеозаписью камер видеонаблюдения магазина, на которой зафиксировано, как мужчина в торговом зале из холодильника и со стеллажа с кофе взял несколько упаковок товара и сложил в два пакета, после чего вышел из магазина. ФИО1 пояснил, что на записи запечатлён он в магазине «Магнит» по адресу: &lt;адрес&gt;, при совершении хищения товара (т.3 л.д.243 – 250, 251). В заявлении ФИО1 от ДД.ММ.ГГГГ ФИО1 сообщил о совершении ДД.ММ.ГГГГ хищения из магазина «Магнит» по адресу: &lt;адрес&gt;, кражи 2 банок «Нутелы», 7 упаковок кофе, 2 палок колбасы и 28 пачек сыра (т.3 л.д.242).</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 преступлению, предусмотренному ч.1 ст. 158 УК РФ , в отношении АО «Дикси Юг» (от ДД.ММ.ГГГГ). Из оглашённых на основании ч.1 ст. 281 УПК РФ показаний представителя потерпевшего Потерпевший №5, данных в ходе предварительного расследования, следует, что от сотрудников магазина «Дикси», расположенного по адресу: &lt;адрес&gt;, ему стало известно, что ДД.ММ.ГГГГ в указанном магазине мужчиной было совершено хищение товара: масло сливочное «Молочные Угодья…» (4 штуки) стоимостью 113 рублей 68 копеек за штуку; масло сладко-сливочное «Сыроварня Трубецких…» (10 штук) стоимостью 162 рублей 75 копеек за штуку; масло сладко-сливочное «Боговарово…» (12 штук) стоимостью 162 рубля 33 копейки за штуку, а всего на общую сумму 4030 рублей 18 копеек (т.3 л.д.98 – 100). Свидетель Свидетель №3 в ходе предварительного расследования показала, что работает в должности заместителя директора магазина «Дикси», расположенного по адресу: &lt;адрес&gt;. ДД.ММ.ГГГГ она в вечернее время просматривала записи камер видеонаблюдения и обнаружила, что в указанную дату около 19 часов 45 минут в магазин зашёл мужчина, который убрал в одежду товар, после чего вышел из магазина, не предъявляя его на кассе и не оплачивая. При проведении инвентаризации было установлено, что были похищены: масло сливочное «Молочные Угодья…» (4 штуки) стоимостью 113 рублей 68 копеек за штуку; масло сладко-сливочное «Сыроварня Трубецких…» (10 штук) стоимостью 162 рублей 75 копеек за штуку; масло сладко-сливочное «Боговарово…» (12 штук) стоимостью 162 рубля 33 копейки за штуку, а всего на общую сумму 4030 рублей 18 копеек (т.3 л.д.104 –106). В заявлении от ДД.ММ.ГГГГ Свидетель №3 просит провести проверку по факту кражи масла неизвестным ДД.ММ.ГГГГ в 19 часов 50 минут из магазина «Дикси» (т.3 л.д.82). В соответствии с протоколами осмотра предметов (документов) и приобщения вещественных доказательств от ДД.ММ.ГГГГ осмотрены и приобщены к делу счета-фактуры, согласно которых стоимость товара: масло сливочное «Молочные Угодья…» составляет 113 рублей 68 копеек; масло сладко-сливочное «Сыроварня Трубецких…» – 162 рублей 75 копеек; масло сладко-сливочное «Боговарово…» – 162 рубля 33 копейки (т.3 л.д.108 – 110, 111 – 114, 115). В соответствии с протоколами осмотра предметов (документов) и приобщения вещественных доказательств от ДД.ММ.ГГГГ с участием обвиняемого осмотрен и приобщён к делу оптический диск с видеозаписью камер видеонаблюдения магазина, на которой зафиксировано, как мужчина в торговом зале из холодильника берёт несколько упаковок товара и прячет в одежду, после чего выходит из магазина. ФИО1 пояснил, что на записи запечатлён он в магазине «Дикси» по адресу: &lt;адрес&gt;, при совершении хищения товара (т.3 л.д.74 – 78, 79).</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По преступлению, предусмотренному ст. 158.1 УК РФ , в отношении ООО «Альфа-Рязань» (от ДД.ММ.ГГГГ). Представитель потерпевшего Потерпевший №7 в судебном заседании затруднился вспомнить известные ему обстоятельства, относящиеся к существу обвинения по данному преступлению. В связи с наличием противоречий были оглашены показания, данные представителем потерпевшего ФИО12 в ходе предварительного расследования, согласно которых от сотрудников магазина «Красное Белое», расположенного по адресу: &lt;адрес&gt;, &lt;адрес&gt;&lt;адрес&gt;, ему стало известно, что ДД.ММ.ГГГГ была совершена кража из указанного магазина, и было похищено следующее имущество – текила «Эсполон Бланко 40% 0,75» в количестве 1 бутылки стоимостью 1975 рублей 50 копеек (т.2 л.д.176 – 178). После оглашения приведённых показаний представитель потерпевшего Потерпевший №7 их подтвердил, указав, что на момент допроса события помнил лучше. В заявлении от ДД.ММ.ГГГГ Потерпевший №10 просит провести проверку по факту хищения ФИО1 ДД.ММ.ГГГГ около 20:47 товара из магазина «Красное и белое» по адресу: &lt;адрес&gt;, &lt;адрес&gt;&lt;адрес&gt; (т.4 л.д.44). В соответствии с протоколами осмотра предметов (документов) и приобщения вещественных доказательств от ДД.ММ.ГГГГ осмотрена и приобщена к делу счёт-фактура, согласно которой стоимость товара – текила «Эсполон Бланко…» составляет 1975 рублей 50 копеек (т.4 л.д.58 – 61, 62 – 64, 65). В соответствии с протоколами осмотра предметов (документов) и приобщения вещественных доказательств от ДД.ММ.ГГГГ с участием обвиняемого осмотрен и приобщён к делу оптический диск с видеозаписью камер видеонаблюдения магазина, на которой зафиксировано, как мужчина в торговом зале со стеллажа взял несколько бутылок с алкоголем и убрал в одежду, после чего вышел из магазина, через некоторое время сотрудник магазина возвращается в магазин с одной из бутылок. ФИО1 пояснил, что на записи запечатлён он в магазине «Красное и белое» по адресу: &lt;адрес&gt;, &lt;адрес&gt;&lt;адрес&gt;, при совершении хищения товара (т.4 л.д.81 – 86, 87). В заявлении от ДД.ММ.ГГГГ ФИО1 сообщил, что ДД.ММ.ГГГГ в магазине «Красное-Белое» по адресу: &lt;адрес&gt;, совершил хищение бутылки спиртного (т.4 л.д.66). В соответствии с протоколами осмотра предметов (документов) и приобщения вещественных доказательств от ДД.ММ.ГГГГ осмотрены и приобщены к делу материалы дела об административном правонарушении, предусмотренном ч.2 ст. 7.27 КоАП РФ, в отношении ФИО1, содержащие, в том числе, постановление мирового судьи судебного участка № Фрунзенского судебного района г.Иваново, и.о. мирового судьи судебного участка № Фрунзенского судебного района г.Иваново от ДД.ММ.ГГГГ, которым ФИО1 за совершение правонарушения, предусмотренного ч.2 ст. 7.27 КоАП РФ, назначено наказание в виде штрафа в размере 3000 рублей (т.5 л.д.74 – 77, 78, 79 – 123).</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По преступлению, предусмотренному ч.1 ст. 158 УК РФ , в отношении ООО «Альфа-М» (от ДД.ММ.ГГГГ). Представитель потерпевшего Потерпевший №7 в судебном заседании затруднился вспомнить известные ему обстоятельства, относящиеся к существу обвинения по данному преступлению. В связи с наличием противоречий были оглашены показания, данные представителем потерпевшего ФИО12 в ходе предварительного расследования, согласно которых от сотрудников магазина «Красное Белое», расположенного по адресу: &lt;адрес&gt;, ему стало известно, что ДД.ММ.ГГГГ была совершена кража из указанного магазина, и было похищено следующее имущество: текила «Эсполон Бланко…» стоимостью 1975 рублей 50 копеек; текила «Эсполон Репосадо…» (2 штуки) стоимостью 1797 рублей 26 копеек; виски «Джемесон…» стоимостью 1842 рубля 75 копеек, а всего на общую сумму 7 412 рублей 77 копеек (т.2 л.д.176 – 178). После оглашения приведённых показаний представитель потерпевшего Потерпевший №7 их подтвердил, указав, что на момент допроса события помнил лучше. В заявлении от ДД.ММ.ГГГГ Потерпевший №10 просит провести проверку по факту хищения ФИО1 ДД.ММ.ГГГГ около 19:52 товара из магазина «Красное и белое» по адресу: &lt;адрес&gt; (т.4 л.д.1). В соответствии с протоколами осмотра предметов (документов) и приобщения вещественных доказательств от ДД.ММ.ГГГГ осмотрены и приобщены к делу счета-фактуры, согласно которых стоимость товара: текила «Эсполон Бланко…» составляет 1975 рублей 50 копеек; текила «Эсполон Репосадо…» – 1797 рублей 26 копеек; виски «Джемесон…» – 1842 рубля 75 копеек (т.4 л.д.17 – 27, 28 – 32, 33). В соответствии с протоколами осмотра предметов (документов) и приобщения вещественных доказательств от ДД.ММ.ГГГГ с участием обвиняемого осмотрен и приобщён к делу оптический диск с видеозаписью камер видеонаблюдения магазина, на которой зафиксировано, как мужчина в торговом зале со стеллажа взял несколько бутылок с алкоголем и убрал в одежду, после чего вышел из магазина. ФИО1 пояснил, что на записи запечатлён он в магазине «Красное и белое» по адресу: &lt;адрес&gt;, при совершении хищения товара (т.4 л.д.35 – 41, 42). В заявлении от ДД.ММ.ГГГГ ФИО1 сообщил о совершении ДД.ММ.ГГГГ в магазине «Красное-Белое» по адресу: &lt;адрес&gt;, кражи 4 бутылок спиртного (т.4 л.д.34).</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По преступлению, предусмотренному ст. 158.1 УК РФ , в отношении ООО «Агроторг» (от ДД.ММ.ГГГГ). Из оглашённых на основании ч.1 ст. 281 УПК РФ показаний представителя потерпевшего Потерпевший №2, данных в ходе предварительного расследования, следует, что от сотрудников ООО «Агроторг» ему стало известно, что ФИО1 ДД.ММ.ГГГГ совершил кражу в магазине «Пятерочка» по адресу: &lt;адрес&gt;, похитив 3 бутылки оливкового масла «Exstra virgin «Filippo Berio» стоимостью за бутылку 579 рублей 99 копеек, а всего на общую сумму 1739 рублей 97 копеек. Свидетель Свидетель №5 в ходе предварительного расследования показала, что работает в должности директора магазина «Пятерочка» по адресу: &lt;адрес&gt;. ДД.ММ.ГГГГ она, просматривая записи с камер видеонаблюдения, обнаружила, что в 09 часов 53 минуты указанной даты в помещение магазина зашёл мужчина, взял с полки 3 бутылки оливкового масла, две из которых убрал под одежду и одну бутылку убрал в рукав кофты, после вышел из помещения магазина не оплатив товар и не предъявляя его на кассе. В ходе проведения инвентаризации было установлено, что похищено «Масло оливковое нерафинированное Exstra virgin «Filippo Berio» в количестве 3 бутылок стоимостью за бутылку 579 рублей 99 копеек, а всего на общую сумму 1739 рублей 97 копеек с учетом 10 % НДС. Данного мужчину она узнала, как ФИО1, который ранее у них совершал хищение товара (т.4 л.д.115 – 116). В заявлении от ДД.ММ.ГГГГ Свидетель №5 просит привлечь к ответственности ФИО1, который ДД.ММ.ГГГГ в 09:53 совершил хищение трёх бутылок оливкового масла из магазина «Пятерочка» по адресу: &lt;адрес&gt; (т.4 л.д.90). В соответствии с протоколами осмотра предметов (документов) и приобщения вещественных доказательств от ДД.ММ.ГГГГ осмотрена и приобщена к делу счёт-фактура, согласно которой стоимость товара – масло оливковое «Filippo Berio…» составляет 579 рублей 99 копеек (т.3 л.д.11, 14 – 16, 17). В соответствии с протоколами осмотра предметов (документов) и приобщения вещественных доказательств от ДД.ММ.ГГГГ с участием обвиняемого осмотрен и приобщён к делу оптический диск с видеозаписями камер видеонаблюдения магазина, на которых зафиксировано, как мужчина в торговом зале со стеллажа взял две бутылки с оливковым маслом, которые спрятал под одежду, после чего ещё одну бутылку прячет в рукав кофты и выходит из магазина. ФИО1 пояснил, что на записи запечатлён он в магазине «Пятерочка» по адресу: &lt;адрес&gt;, при совершении хищения товара (т.4 л.д.134 – 140, 141). В заявлении от ДД.ММ.ГГГГ ФИО1 сообщил, что ДД.ММ.ГГГГ, находясь по адресу: &lt;адрес&gt;, совершил кражу 3 бутылок оливкового масла (т.4 л.д.124).</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По обвинению в совершении преступления, предусмотренного п.«г» ч.2 ст. 161 УК РФ , в отношении ООО «Альфа-Рязань» (от ДД.ММ.ГГГГ). Представитель потерпевшего Потерпевший №7 в судебном заседании затруднился вспомнить известные ему обстоятельства, относящиеся к существу обвинения по данному преступлению. В связи с наличием противоречий были оглашены показания, данные представителем потерпевшего ФИО12 в ходе предварительного расследования, согласно которых от сотрудников магазина «Красное Белое», расположенного по адресу: &lt;адрес&gt;, ему стало известно, что ДД.ММ.ГГГГ было совершено открытое хищение имущества из данного магазина, при этом мужчина кинул в стекло входной двери бутылку с алкоголем – текила «Ольмека Сильвер…» стоимостью 1727 рублей 83 копейки, при этом разбились и стекло, и указанная бутылка (т.2 л.д.176 – 178). После оглашения приведённых показаний представитель потерпевшего Потерпевший №7 их подтвердил, указав, что на момент допроса события помнил лучше. Потерпевший Потерпевший №8 в ходе предварительного расследования показал, что работает продавцом-кассиром магазина «Красное Белое», расположенного по адресу: &lt;адрес&gt;. ДД.ММ.ГГГГ около 12 часов 05 минут в указанный магазин зашёл молодой человек, который сразу же направился к стеллажу с алкогольной продукцией. К нему подошла администратор магазина Потерпевший №10 и попросила дать ей ключи от входной двери, поскольку знала этого человека по ориентировкам с камер видеонаблюдения других торговых точек, и ей было известно, что он занимается кражей продукции. Потерпевший №10 заперла входную дверь магазина и нажала на кнопку вызова ГБР, при этом мужчина смотрел в их сторону и видел, что дверь заперта. Последний взял с прилавка литровую бутылку текилы и убрал её себе под куртку, и литровую бутылку водки «Хаски». После этого мужчина, минуя кассовую зону, направился к выходу, но, увидев, что дверь закрыта, ногой попытался выбить стекло, но у него не получилось. Затем данный молодой человек, достав бутылку текилы из своей куртки, повернулся в их сторону со словами: «Откройте дверь», и, подойдя к ним, начал замахиваться правой рукой сначала в сторону администратора, а потом и в его (ФИО32) сторону, при этом выражаясь грубой нецензурной бранью в их адрес и высказывая угрозу проломить голову. От испуга он спрятался под кассовую зону, поскольку ему показалось, что тот кинет эту бутылку в него, и испугался за своё здоровье. После этого мужчина кинул эту же бутылку текилы, которой замахивался на них, во входную дверь и сам направился к выходу, добив стекло ногой (т.4 л.д.216 – 218). Потерпевшая Потерпевший №10 в ходе предварительного расследования дала показания, в целом аналогичные приведённым выше показаниям потерпевшего Потерпевший №8, дополнительно сообщив, что совершивший хищение мужчина ей был известен как ФИО1, ранее совершавший хищения продукции из магазинов. Когда ФИО1 направлялся в сторону выхода из магазина он «скинул» на кассовый прилавок бутылку водки «Хаски…» объемом 0,5 литра, после чего подошёл к двери выхода из магазина, отодвинул решетку и попытался открыть дверь, но у него не получилось. Затем ФИО1 с разбегу стал пинать в дверь, чтобы её выбить, пинал около 3 раз, но у него этого сделать не получалось. Тогда он из-под кофты, в которую был одет, достал бутылку текилы «Olmeca» объемом 0,7 литра и направился к ним в кассовую зону. Когда ФИО1 подошёл к ним, он замахивался на них находившейся в правой руке указанной бутылкой. При этом он требовал, чтобы они открыли ему дверь, вёл себя очень агрессивно, постоянно выражался грубой нецензурной бранью, угрожал им проломить голову. Она очень испугалась за свою жизнь и здоровье, а также за жизнь и здоровье Потерпевший №8, поскольку ФИО1 стоял очень близко к кассовой зоне, замахиваясь бутылкой, при этом высказывал в их адрес угрозы разбить голову. После того, как ФИО1 понял, что они не откроют ему дверь, он развернулся, и направился в сторону выхода, и бросил бутылку текилы в стекло двери, разбив его. Когда ФИО1 убежал, она просмотрела видео с камер видеонаблюдения в помещении магазина и увидела, что, когда он вошёл в магазин, то с прилавка похитил указанный алкоголь, который спрятал в одежду. В тот момент, когда ФИО1 ударял ногой по двери, под его одеждой она увидела спрятанную бутылку текилы, которую он хотел вынести из-под одежды незамеченной, но так как дверь была закрыта, то он этого сделать не смог (т.4 л.д.222 – 225, 227 – 229). В заявлении от ДД.ММ.ГГГГ ФИО13 просит провести проверку по факту хищения неизвестным ДД.ММ.ГГГГ около 12:05 товара из магазина «Красное и белое» по адресу: &lt;адрес&gt; (т.4 л.д.201). Протоколом осмотра места происшествия от ДД.ММ.ГГГГ зафиксировано изъятие в магазине «Красное Белое» по адресу: &lt;адрес&gt;, осколка стеклянного горлышка бутылки и смыва красного цвета (т.4 л.д.205 – 209). В соответствии с протоколами осмотра предметов (документов) и приобщения вещественных доказательств от ДД.ММ.ГГГГ осмотрена и приобщена к делу счёт-фактура, согласно которой стоимость товара – текила «Ольмека Сильвер…» составляет 1727 рублей 83 копейки (т.5 л.д.2, 3 – 5, 6). В соответствии с протоколами осмотра предметов (документов) и приобщения вещественных доказательств от ДД.ММ.ГГГГ с участием обвиняемого осмотрен и приобщён к делу оптический диск с видеозаписями камер видеонаблюдения магазина, на которых зафиксировано следующее. Мужчина со стеллажа с алкогольной продукцией взял две бутылки, одну из которых спрятал под одежду, а вторую – в рукав кофты. После того, как сотрудник магазина закрывает входную дверь в магазин, указанный мужчина трижды бьёт ногой в дверь, после чего разворачивается, вынимает из-под одежды бутылку с алкоголем и заносит её над головой, замахиваясь на сотрудников магазина. После словесного конфликта, сопровождавшегося нецензурной бранью со стороны мужчины, последний бросил бутылку в стекло входной двери и покинул магазин через образовавшееся отверстие. ФИО1 пояснил, что на записи запечатлён он в магазине «Красное и белое» по адресу: &lt;адрес&gt;, при совершении хищения товара Указал, что стекло в магазине разбил для того, чтобы его не задержали сотрудники полиции (т.5 л.д.19 – 38, 39). В судебном заседании осмотрено указанное вещественное доказательство, содержание видеозаписи соответствует его описанию в указанном выше протоколе. В заявлении от ДД.ММ.ГГГГ ФИО1 сообщил, что ДД.ММ.ГГГГ, находясь в магазине «Красное Белое» по адресу: &lt;адрес&gt;, взял с прилавка бутылку водки и бутылку текилы, при этом бутылку водки оставил на прилавке, а бутылкой текилы размахивал в торговом зале, в присутствии сотрудников магазина, после чего кинул её в стекло двери, отчего бутылка с дверью разбились (т.5 л.д.7). Исследовав представленные сторонами обвинения и защиты доказательства, оценив каждое из них в отдельности, а все доказательства в совокупности, суд приходит к выводу о доказанности вины ФИО1 в совершении 10 преступлений, предусмотренных ч.1 ст. 158 УК РФ , 3 преступлений, предусмотренных ст. 158.1 УК РФ , а также преступлений, предусмотренных ч.1 ст. 119 УК РФ и ч.3 ст. , п.«г» ч.2 ст. 161 УК РФ . При этом суд исходит из установленных исследованными в судебном заседании доказательствами обстоятельств, а именно наименования похищенного и его стоимости на момент совершения каждого из хищений. Сам подсудимый вину в совершении вменяемых преступлений, в том числе в части наименования и стоимости похищенного, признал, кроме обвинения в совершении грабежа с угрозой применения насилия, не опасного для жизни и здоровья. Вместе с тем, в качестве доказательств виновности подсудимого в совершении ДД.ММ.ГГГГ преступления, предусмотренного ч.3 ст. , п.«г» ч.2 ст. 161 УК РФ , в отношении ООО «Альфа-Рязань» суд учитывает, помимо показаний самого подсудимого, не отрицавшего попытку тайного хищения одной бутылки с алкогольным напитком, показания потерпевших Потерпевший №8 и Потерпевший №10, которой ФИО1 был знаком как лицо, ранее совершавшее кражи, в связи с чем она воспрепятствовала хищению путём запирания входной двери магазина. Вопреки мнению подсудимого, несмотря на то, что сотрудники магазина не указывали ему на свою осведомлённость относительно очевидного для них характера попытки ФИО1 похитить бутылку со спиртным напитком, умысел последнего на открытое хищение чужого имущества определённо имел место, поскольку он, после безрезультатных попыток покинуть запертый магазин, достал похищенную бутылку и угрожал применением насилия Потерпевший №8 и Потерпевший №10 («раскроить голову») с целью скрыться с места преступления. Из осмотренных в ходе предварительного расследования и изученных в судебном заседании видеозаписей камер наблюдения очевидно следует, что ФИО1 достал бутылку со спиртным напитком не ввиду добровольного отказа от её хищения, он не протягивал её сотрудникам магазина (как указывал в судебном заседании), а замахивался ею на уровне верхней части тела Потерпевший №8 и Потерпевший №10, создавая таким образом угрозу причинить вред здоровью, выражаясь при этом грубой нецензурной бранью. Таким образом, после того, как противоправные действия ФИО1, направленные на хищение имущества ООО «Альфа-Рязань», стали очевидны для посторонних лиц, что он однозначно осознавал, подсудимый предпринимал активные попытки довести хищение до конца, однако не смог этого сделать ввиду предпринятых Потерпевший №10 действий (запирания двери), отказа Потерпевший №8 и Потерпевший №10 после осуществлённых в их адрес угроз выпустить ФИО1 из помещения и невозможности иным образом покинуть магазин, кроме как разбить входную дверь удерживаемой бутылкой. Суд полагает необходимым исключить из обвинения по данному преступлению указание на высказанные ФИО40. и Потерпевший №10 требования к ФИО1 выдать товар, поскольку ни показания указанных лиц, ни исследованная видеозапись таковых сведений не содержат. Вместе с тем, данное уточнение обвинения не опровергает факта очевидности для подсудимого открытого характера своих противоправных действий, направленных на хищение имущества. Органом предварительного расследования ФИО1 вменялось совершение оконченного преступления, предусмотренного п.«г» ч.2 ст. 161 УК РФ . Вместе с тем, суд полагает доказанным совершение им покушения на указанное преступление, поскольку ввиду описанных выше действий сотрудников магазина он не смог довести свой умысел, направленный на открытое хищение чужого имущества с угрозой применения насилия, не опасного для жизни и здоровья, до конца, так как похищенная бутылка со спиртным была уничтожена им с целью скрыться с места совершения преступления, в связи с чем возможности распорядиться ею по своему усмотрению он был лишён. Показания ФИО1 об обстоятельствах иных совершённых им хищений, данные в ходе предварительного расследования и оглашённые в судебном заседании, полностью соответствуют обстоятельствам, изложенным в протоколах допроса представителей потерпевших и свидетелей. Кроме того, в совершении трёх хищений имущества ООО «Альфа-М» и ООО «Альфа-Рязань» 1, 17 и ДД.ММ.ГГГГ вина подсудимого ФИО1 подтверждается показаниями представителя потерпевшего ФИО12 о наименовании, количестве и стоимости похищенного имущества, протоколами осмотра видеозаписей с камер видеонаблюдения, на которых ФИО1 себя опознал в момент совершения хищений, а также письменными заявлениями последнего о совершённых преступлениях. В совершении пяти хищений имущества ООО «Агроторг» 12 апреля (два), 15 апреля, 12 мая и ДД.ММ.ГГГГ вина подсудимого ФИО1 подтверждается показаниями представителей потерпевшего ФИО5 и Потерпевший №2 о наименовании, количестве и стоимости похищенного имущества, а также о том, что преступления совершены одним лицом, на которое сотрудники магазинов указали как на ФИО1, показаниями свидетеля Свидетель №5 (по преступлению от ДД.ММ.ГГГГ), которая опознала при просмотре записей с камер видеонаблюдения ФИО1 при совершении хищения товара, протоколами осмотра видеозаписей с камер видеонаблюдения, на которых ФИО1 себя опознал в момент совершения хищений. Органом предварительного расследования действия ФИО1 по совершению хищения ДД.ММ.ГГГГ из магазина «Пятерочка» по адресу: &lt;адрес&gt;Б, квалифицированы как два самостоятельных преступления. Вместе с тем, принимая во внимание не опровергнутые стороной обвинения показания подсудимого о наличии единого умысла на совершение действий по хищению товара в два приёма ввиду отсутствия возможности похитить указанное имущество за один раз, учитывая совершение тождественных действий по хищению из единого источника, одним способом, в течение непродолжительного периода времени, суд полагает, что действия подсудимого подлежат квалификации как единое продолжаемое преступление. Обвинение в данной части подлежит уточнению, что не увеличивает его объём и не ухудшает положения подсудимого. При этом суд полагает необходимым уточнить время совершения подсудимым противоправных действий по хищению имущества при двух посещениях им магазина: в период времени с 20 часов по 20 часов 21 минут и в период времени с 20 часов 21 минуты до 20 часов 30 минут ДД.ММ.ГГГГ. Кроме того, суд уточняет явную техническую ошибку при указании месяца совершения хищения товара в магазине «Пятерочка», расположенного по адресу: &lt;адрес&gt;, которое имело место 12 апреля (а не мая) 2025 года. С учётом исследованных судом доказательств уточнению также подлежат указанные в обвинении временные промежутки совершения преступлений ДД.ММ.ГГГГ: из магазина «Пятерочка», расположенного по адресу: &lt;адрес&gt;, с 18 часов до 18 часов 05 минут; из магазина «Пятерочка», расположенного по адресу: &lt;адрес&gt;, с 18 часов 20 минут до 18 часов 30 минут. Вина подсудимого в совершении хищения имущества АО «Тандер» ДД.ММ.ГГГГ подтверждается показаниями представителя потерпевшего Потерпевший №6, о наименовании, количестве и стоимости похищенного имущества, протоколом осмотра видеозаписи с камер видеонаблюдения, на которой ФИО1 себя опознал в момент совершения хищения, а также письменным заявлением последнего о совершённом преступлении. В совершении двух хищений имущества АО «Дикси Юг» 7 и ДД.ММ.ГГГГ вина подсудимого также подтверждается показаниями представителя потерпевшего Потерпевший №5 о наименовании, количестве и стоимости похищенного имущества, показаниями свидетелей Свидетель №4 и Свидетель №3, которые обнаружили факты совершённых хищений 7 мая и ДД.ММ.ГГГГ соответственно при просмотре видеозаписей камер наблюдения, протоколами осмотра видеозаписей с камер видеонаблюдения, на которых ФИО1 себя опознал в момент совершения хищений, а также письменным заявлением последнего (по преступлению от ДД.ММ.ГГГГ) о совершённом преступлении. В совершении двух хищений имущества: ООО «Камелот-А» ДД.ММ.ГГГГ и ООО «Провиант» ДД.ММ.ГГГГ вина подсудимого также подтверждается показаниями представителей потерпевших Потерпевший №1 и Потерпевший №4 о наименовании, количестве и стоимости похищенного имущества, протоколами осмотра видеозаписей с камер видеонаблюдения, на которых ФИО1 себя опознал в момент совершения хищений, а также письменным заявлением последнего (по преступлению от ДД.ММ.ГГГГ) о совершённом преступлении. При оценке стоимости похищенного имущества по всем хищениям суд учитывает сведения, содержащиеся в товарных накладных и счетах-фактурах, как наиболее объективных документах. Основания сомневаться в сведениях, изложенных в приведённых выше доказательствах у суда отсутствуют, поскольку они непротиворечивы и согласуются между собой. Постановление мирового судьи о привлечении ФИО1 к административной ответственности за мелкое хищение по ч.2 ст. 7.27 КоАП РФ от ДД.ММ.ГГГГ, учитываются судом по всем преступлениям, предусмотренным ст. 158.1 УК РФ , вменяемым ФИО1, как доказательство того, что подсудимый считался подвергнутым соответствующему административному наказанию на основании ст. 4.6 КоАП РФ. При этом суд полагает необходимым уточнить обвинение указанием на вступление названного постановления в законную силу ДД.ММ.ГГГГ, что следует из полученной судом копии данного документа. Оснований для вывода о том, что какие-то из иных вменяемых ФИО1 противоправных действий, квалифицированных органом предварительного расследования как самостоятельное преступление (кроме имевших место ДД.ММ.ГГГГ в отношении ООО «Агроторг»), являли собой единое продолжаемое преступление, у суда не имеется. Хищения были совершены из различных источников, со значительной разницей во времени, кроме того, ФИО1 в показаниях, данных в ходе предварительного расследования и подтверждённых в судебном заседании, указывал, что умысел на совершение преступлений каждый раз возникал самостоятельно. Виновность ФИО1 в совершении ДД.ММ.ГГГГ угрозы убийством в отношении Потерпевший №3 полностью подтверждается показаниями, данными в ходе предварительного расследования потерпевшей, указавшей, что ФИО1 демонстрировал ей ножницы, угрожая убить, если она не выпустит его из магазина, при этом его угрозу она восприняла реально, опасаясь за свои жизнь и здоровье, показаниями свидетелей ФИО14 и ФИО8, явившихся очевидцами высказанной в адрес потерпевшей угрозы убийством, самого подсудимого, который указал, что, желая напугать потерпевшую, высказал в её адрес угрозу убийством, чтобы она его выпустила из помещения магазина, поскольку он желал скрыться от сотрудника полиции. Учитывая агрессивное поведение ФИО1, принимая во внимание демонстрирующийся им предмет со значительной поражающей способностью, которым возможно нанести смертельное ранение (металлические ножницы), суд полагает, что опасения потерпевшей Потерпевший №3 за свою жизнь являлись обоснованными. Таким образом, действия ФИО1 суд квалифицирует следующим образом. По каждому из десяти преступлений от 12 апреля (два), 15 апреля (два), 6, 7, 12 мая (два), 17 мая (в отношении АО «Дикси Юг») и ДД.ММ.ГГГГ – по ч.1 ст. 158 УК РФ , как кража, то есть тайное хищение чужого имущества, при этом ФИО1 каждый раз тайно похищалось имущество, стоимость которого превышала 2500 рублей; по каждому из трёх преступлений от 1, 17 мая (в отношении ООО «Альфа-Рязань») и ДД.ММ.ГГГГ – по ст. 158.1 УК РФ , как мелкое хищение чужого имущества, совершённое лицом, подвергнутым административному наказанию за мелкое хищение, предусмотренное частью 2 статьи 7.27 Кодекса Российской Федерации об административных правонарушениях. К указанному выводу суд приходит с учётом того, что ФИО1 в момент хищений действовал тайно, каждый раз похитил имущество стоимостью, не превышающей 2500 рублей, при этом являлся лицом, привлекавшимся к административной ответственности по ч.2 ст. 7.27 КоАП РФ; по преступлению от ДД.ММ.ГГГГ (в отношении Потерпевший №3) как угрозу убийством, при этом имелись основания опасаться осуществления этой угрозы, поскольку ФИО1, демонстрируя потерпевшей предмет, обладающий колюще-режущими свойствами, высказал угрозу лишения её жизни в случае препятствия ему в попытке скрыться от сотрудника полиции, которую Потерпевший №3 восприняла реально; по преступлению, совершённому ДД.ММ.ГГГГ, – по ч.3 ст. , п.«г» ч.2 ст. 161 УК РФ как покушение на грабёж, то есть на открытое хищение чужого имущества, с угрозой применения насилия, не опасного для жизни и здоровья. К указанному выводу суд приходит, исходя из исследованных доказательств, согласно которых действия ФИО1 по хищению имущества стали очевидны для посторонних лиц – сотрудников магазина, в отношении которых подсудимый с целью облегчения совершения преступления высказал угрозу применения насилия, не опасного для жизни и здоровья, однако его преступные действия не были доведены до конца по независящим от него обстоятельствам – ввиду невозможности покинуть с похищенным запертое помещение магазина. &lt;данные изъяты&gt; Оснований сомневаться в правильности выводов экспертов не имеется, в связи с чем суд соглашается с ними и признает ФИО1 в отношении содеянного вменяемым. При назначении наказания суд учитывает характер и степень общественной опасности каждого из совершённых преступлений, личность подсудимого, обстоятельства, смягчающие и отягчающее наказание подсудимого, а также влияние назначенного наказания на исправление ФИО1 и условия жизни его семьи. ФИО1 совершил четырнадцать преступлений против собственности и одно преступление против личности, в браке не состоит, имеет несовершеннолетнего ребёнка, на учёте у психиатра не состоит, находится на учёте в ОБУЗ «ИОНД» с диагнозом: «&lt;данные изъяты&gt; (т.5 л.д.180, 181). Согласно характеристики, данной участковым уполномоченным, ФИО1 по месту жительства проживает непостоянно, состоит под административным надзором (т.5 л.д.185). В качестве обстоятельств, смягчающих наказание подсудимого ФИО1, по всем преступлениям суд учитывает: на основании п.«и» ч.1 ст. 61 УК РФ явку с повинной (кроме преступлений от ДД.ММ.ГГГГ в отношении ООО «Агроторг», от ДД.ММ.ГГГГ в отношении ООО «Провиант» и от ДД.ММ.ГГГГ в отношении АО «Дикси Юг»); активное способствование раскрытию и расследованию преступлений, выразившееся в сообщении обстоятельств совершённых преступлений, в том числе, при осмотре записей камер видеонаблюдения и участие в иных процессуальных действиях, направленных на сбор доказательств. На основании ч.2 ст. 61 УК РФ по всем преступлениям суд в качестве смягчающих наказание обстоятельств учитывает признание ФИО1 вины, раскаяние в содеянном, состояние здоровья подсудимого (в том числе отражённое в заключении судебно-психиатрической экспертизы), наличие несовершеннолетнего ребёнка, оказание помощи родственникам, в том числе престарелым и имеющим заболевания, принятие мер к лечению от наркотической зависимости и принесение в судебном заседании извинений в адрес потерпевших. В качестве отягчающего наказание обстоятельства по всем преступлениям суд учитывает рецидив преступлений (который применительно к преступлению, предусмотренному ч.3 ст. , п.«г» ч.2 ст. 161 УК РФ , в соответствии с п.«а» ч.3 ст. 18 УК РФ является особо опасным), в связи с наличием непогашенных судимостей, образованных приговорами Октябрьского районного суда г.Иваново от ДД.ММ.ГГГГ и от ДД.ММ.ГГГГ, а также Ленинского районного суда г.Иваново от ДД.ММ.ГГГГ, которыми ФИО1 был осуждён за совершение умышленных тяжких и особо тяжкого преступлений. С учётом характера, степени общественной опасности и обстоятельств совершённых подсудимым преступлений, данных о его личности, суд приходит к выводу, что в целях исправления ФИО1 возможно назначение ему наказания исключительно в виде лишения свободы, поскольку иное, более мягкое наказание не позволит обеспечить достижение целей, указанных в ч.2 ст. 43 УК РФ , в том числе исправления осуждённого и предупреждения совершения им новых преступлений. При этом суд не усматривает возможности для замены ФИО1 наказания в виде лишения свободы принудительными работами на основании положений ст. 53.1 УК РФ . При назначении наказания за преступление, предусмотренное ч.3 ст. , п.«г» ч.2 ст. 161 УК РФ , судом учитываются положения ч.3 ст. 66 УК РФ . Несмотря на наличие смягчающих наказание подсудимого обстоятельств, предусмотренных п.«и» ч.1 ст. 61 УК РФ , правила ч.1 ст. 62 УК РФ при назначении наказания не применяются, поскольку судом установлено отягчающее наказание обстоятельство. Вместе с тем, с учётом наличия предусмотренных ст. 61 УК РФ смягчающих наказание обстоятельств по каждому преступлению, суд приходит к выводу о возможности применения положений ч.3 ст. 68 УК РФ и назначения наказания в виде лишения свободы на срок менее одной третьей части максимального срока, предусмотренного санкциями ч.1 ст. , ч.1 ст. 158 УК РФ , ст. 158.1 УК РФ , и ч.2 ст. 161 УК РФ . Оснований для применения положений ст. 64 УК РФ не имеется, поскольку исключительных обстоятельств, связанных с целями и мотивами преступлений, ролью виновного, его поведением во время или после совершения преступлений, либо других обстоятельств, существенно уменьшающих степень общественной опасности преступлений, не установлено. С учётом приведённых выше обстоятельств суд полагает подлежащим назначению наказание по совокупности преступлений в соответствии с ч.2 ст. 69 УК РФ путём частичного сложения наказаний. Оснований для применения условного осуждения в соответствии со ст. 73 УК РФ суд не усматривает. С учётом характера и общественной опасности преступления, а также установленного отягчающего наказание обстоятельства, суд не находит оснований для применения положений ч.6 ст. 15 УК РФ и изменения категории преступления, предусмотренного ч.3 ст. , п.«г» ч.2 ст. 161 УК РФ , на менее тяжкую. В связи с наличием особо опасного рецидива в действиях подсудимого вид исправительного учреждения, в котором ФИО1 надлежит отбывать наказание, суд определяет на основании п.«г» ч.1 ст. 58 УК РФ – исправительная колония особого режима. В ходе предварительного расследования представителями потерпевших были заявлены гражданские иски о возмещении имущественного ущерба, причинённого преступлениями: ООО «Камелот-А» на сумму 6686,50 рублей, ООО «Агроторг» на суммы 10884,66 рублей, 16306,99 рублей, 2607,80 рублей, 1739,99 рублей, 5456,31 рублей и 2653,20 рублей, ООО «Альфа-М» на сумму 773,96 рубля, ООО «Провиант» на сумму 2835,15 рубля, АО «Дикси Юг» на суммы 4030,18 рублей и 2771,67 рубль, АО «Тандер» на сумму 10032,94 рубля, ООО «Альфа-Рязань» на суммы 7412,77 рублей, 1727,83 рублей и 1975,50 рублей. В судебном заседании государственный обвинитель гражданские иски потерпевших поддержал, подсудимый исковые требования признал. Принимая во внимание, что подсудимый признан виновным в совершении преступлений, которыми ООО «Камелот-А», ООО «Агроторг», ООО «Альфа-М», ООО «Провиант», АО «Дикси Юг», АО «Тандер» и ООО «Альфа-Рязань» был причинён ущерб в размере, указанном в исковых заявлениях, суд приходит к выводу о необходимости удовлетворения исковых требований представителей потерпевших в соответствии с положениями ст. 1064 ГК РФ в полном объёме. Вопрос о вещественных доказательствах разрешается судом в соответствии с ч.3 ст. 81 УПК РФ . При этом оптические диски с видеозаписями и счета-фактуры (товарные накладные), копии материалов дела об административном правонарушении надлежит хранить в уголовном деле; металлические ножницы, осколок стекла, ТДП № и марлевую палочку – уничтожить, бутылку с алкогольным напитком «Martini», выданную на ответственное хранение представителю потерпевшего ООО «Альфа –М», – оставить по принадлежности. На основании изложенного и руководствуясь ст. – 309 УПК РФ , суд приговорил: ФИО1 признать виновным в совершении преступлений, предусмотренных: ч.1 ст. 158 УК РФ , ч.1 ст. 158 УК РФ , ч.1 ст. 158 УК РФ , ч.1 ст. 158 УК РФ , ст. 158.1 УК РФ , ч.1 ст. 119 УК РФ , ч.1 ст. 158 УК РФ , ч.1 ст. 158 УК РФ , ч.1 ст. 158 УК РФ , ч.1 ст. 158 УК РФ , ч.1 ст. 158 УК РФ , ст. 158.1 УК РФ , ч.1 ст. 158 УК РФ , ст. 158.1 УК РФ , ч.3 ст. , п.«г» ч.2 ст. 161 УК РФ , и назначить ему наказание: - по ч.1 ст. 158 УК РФ (по преступлению от ДД.ММ.ГГГГ в отношении ООО «Агроторг» по адресу: &lt;адрес&gt;) в виде лишения свободы на срок 4 месяца; - по ч.1 ст. 158 УК РФ (по преступлению от ДД.ММ.ГГГГ в отношении ООО «Агроторг» по адресу: &lt;адрес&gt;) в виде лишения свободы на срок 4 месяца; - по ч.1 ст. 158 УК РФ (по преступлению от ДД.ММ.ГГГГ в отношении ООО «Камелот-А») в виде лишения свободы на срок 4 месяца; - по ч.1 ст. 158 УК РФ (по преступлению от ДД.ММ.ГГГГ в отношении ООО «Агроторг» по адресу: &lt;адрес&gt;) в виде лишения свободы на срок 6 месяцев; - по ст. 158.1 УК РФ (по преступлению от ДД.ММ.ГГГГ в отношении ООО «Альфа-М») в виде лишения свободы на срок 2 месяца; - по ч.1 ст. 119 УК РФ (по преступлению от ДД.ММ.ГГГГ) в виде лишения свободы на срок 6 месяцев; - по ч.1 ст. 158 УК РФ (по преступлению от ДД.ММ.ГГГГ в отношении ООО «Провиант») в виде лишения свободы на срок 5 месяцев; - по ч.1 ст. 158 УК РФ (по преступлению от ДД.ММ.ГГГГ в отношении АО «Дикси Юг») в виде лишения свободы на срок 4 месяца; - по ч.1 ст. 158 УК РФ (по преступлению от ДД.ММ.ГГГГ в отношении ООО «Агроторг») в виде лишения свободы на срок 4 месяца; - по ч.1 ст. 158 УК РФ (по преступлению от ДД.ММ.ГГГГ в отношении АО «Тандер») в виде лишения свободы на срок 4 месяца; - по ч.1 ст. 158 УК РФ (по преступлению от ДД.ММ.ГГГГ в отношении АО «Дикси Юг») в виде лишения свободы на срок 5 месяцев; - по ст. 158.1 УК РФ (по преступлению от ДД.ММ.ГГГГ в отношении ООО «Альфа-Рязань») в виде лишения свободы на срок 2 месяца; - по ч.1 ст. 158 УК РФ (по преступлению от ДД.ММ.ГГГГ в отношении ООО «Альфа-Рязань») в виде лишения свободы на срок 4 месяца; - по ст. 158.1 УК РФ (по преступлению от ДД.ММ.ГГГГ в отношении ООО «Агроторг») в виде лишения свободы на срок 2 месяца; - по ч.3 ст. , п.«г» ч.2 ст. 161 УК РФ (по преступлению от ДД.ММ.ГГГГ в отношении ООО «Альфа-Рязань») в виде лишения свободы на срок 1 год 6 месяцев. На основании ч.2 ст. 69 УК РФ по совокупности преступлений путём частичного сложения окончательно назначить ФИО1 наказание в виде 3 (трёх) лет 6 (шести) месяцев лишения свободы с отбыванием в исправительной колонии особого режима. Меру пресечения в отношении ФИО1 в виде заключения под стражу до вступления приговора в законную силу оставить без изменения. Срок отбывания наказания ФИО1 исчислять со дня вступления приговора в законную силу. Зачесть в срок отбывания наказания в виде лишения свободы срок содержания ФИО1 под стражей в период со ДД.ММ.ГГГГ до дня вступления приговора в законную силу в соответствии с ч.3.2 ст. 72 УК РФ из расчёта один день содержания под стражей за один день отбывания наказания в исправительной колонии особого режима. Гражданские иски представителей потерпевших Потерпевший №1, Потерпевший №2, Потерпевший №6, ФИО12, Потерпевший №4 и Потерпевший №5 удовлетворить, взыскать с ФИО1: в пользу ООО «Камелот-А» 6686 рублей 50 копеек, в пользу ООО «Агроторг» ?39 648 рублей 95? копеек, в пользу ООО «Альфа-М» 773 рубля 96 копеек, в пользу ООО «Провиант» 2835 рублей 15 копеек, в пользу АО «Дикси Юг» ?6 801 рубль 85 копеек, в пользу АО «Тандер» 10032 рубля 94 копейки, в пользу ООО «Альфа-Рязань? 11 116 рублей 10 копеек соответственно. Вещественные доказательства: оптические диски с видеозаписями и счета-фактуры (товарные накладные), копию материалов дела об административном правонарушении – хранить в уголовном деле; металлические ножницы, осколок стекла, ТДП № и марлевую палочку – уничтожить, бутылку с алкогольным напитком «Martini», выданную на ответственное хранение представителю потерпевшего ООО «Альфа –М», – оставить по принадлежности. Приговор может быть обжалован в апелляционном порядке в Ивановский областной суд через Ленинский районный суд г. Иваново в течение 15 суток со дня его постановления, а осуждённым, содержащимся под стражей – в тот же срок со дня вручения ему копии приговора. В случае подачи апелляционной жалобы либо апелляционного представления, затрагивающих интересы осуждённого, он вправе ходатайствовать о своём участии в рассмотрении дела судом апелляционной инстанции. Такое ходатайство может быть заявлено осуждённым в течение 15 суток со дня вручения ему копии приговора – в апелляционной жалобе, либо в тот же срок со дня вручения копии апелляционной жалобы или представления прокурора, затрагивающих его интересы, – в отдельном ходатайстве либо возражениях на жалобу или представление. Приговор может быть обжалован в кассационном порядке, установленном главой 47.1 УПК РФ, во Второй кассационный суд общей юрисдикции через Ленинский районный суд г.Иваново в течение шести месяцев со дня вступления в законную силу при условии, что он был предметом рассмотрения суда апелляционной инстанции, а осуждённым, содержащимся под стражей, – в тот же срок со дня вручения ему копии апелляционного постановления и приговора, в случае же пропуска указанного срока или отказа в его восстановлении, а также в том случае, если приговор не был предметом рассмотрения суда апелляционной инстанции, – путём подачи кассационной жалобы непосредственно в суд кассационной инстанции. Судья: А.С. Улыбин Суд: Ленинский районный суд г. Иваново (Ивановская область) (подробнее) Судьи дела: Улыбин Александр Сергеевич (судья) (подробнее) Последние документы по делу: Апелляционное постановление от 17 сентября 2025 г. по делу № 1-196/2025 Приговор от 28 августа 2025 г. по делу № 1-196/2025 Приговор от 8 июня 2025 г. по делу № 1-196/2025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