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июня 2022 года Якутским городским судом Республики Саха (Якутия) по ч. 2 ст. 228 УК РФ к лишению свободы на срок 4 года условно с испытательным сроком 4 года со штрафом 20 000 рублей, отменено условное осуждение по приговору Якутского городского суда Республики Саха (Якутия) от 14 июня 2022 года, осужденная ФИО1 направлена отбывать наказание в виде лишения свободы на срок 4 года в исправительную колонию общего режима. Заслушав доклад председательствующего судьи, пояснения сторон, суд апелляционной инстанции установил: начальник филиала по ГО Жатай ФКУ УИИ УФСИН России по Республике Саха (Якутия) П. обратилась в суд с представлением об отмене условного осуждения в отношении осужденной ФИО1 и исполнении наказания, назначенного приговором Якутского городского суда Республики Саха (Якутия) от 14 июня 2022 года. Обжалуемым постановлением представление удовлетворено. В апелляционной жалобе адвокат Ермоченко Н.В. в интересах осужденной ФИО1 просит постановление суда изменить, продлить последней испытательный срок. В обоснование апелляционной жалобы указано, что осужденная ФИО1 была предупреждена об отмене условного осуждения за неявку в уголовно-исполнительную инспекцию, за не прохождение лечения в марте-апреле 2024 года, в июне 2024 года. Вместе с тем, по указанным основаниям ранее Якутским городским судом Республики Саха (Якутия) был продлен испытательный срок, то есть по указанным основаниям ранее вносилось представление со стороны уголовно-исполнительной инспекции и судом принято постановление, которое вступило в силу. Из представленных материалов следует, что осужденная ФИО1 не прошла курс лечения в марте и апреле 2025 года в ГБУ Республики Саха (Якутия) «********». Указанные основания не соответствуют фактическим обстоятельствам по делу, поскольку из пояснений ФИО1 следует, что в Федеральной ГИС Госуслуги имеется отметка о посещении врача-********, но анализы у осужденной не были приняты сотрудником диспансера в связи с окончанием рабочего дня. Также из объяснений ФИО1 следует, что вместо 26 мая 2025 года она явилась к инспектору 27 мая 2025 года в связи с тем, что перепутала дни. Но явка к инспектору уголовно-исполнительной инспекции была добровольной, осужденная не скрывалась от контроля инспекции. Указанные данные о поведении осужденной в течение испытательного срока защита не свидетельствуют о пренебрежительном отношении к возложенным обязанностям. Осужденная ФИО1 имеет пожилую мать, которая нуждается в помощи, ********. Указанные обстоятельства также не нашли своей оценки при вынесении судом решения. Возражений на апелляционную жалобу адвоката не поступило. В суде апелляционной инстанции осужденная ФИО1, защитник Ермоченко Н.В. поддержали доводы апелляционной жалобы, просили ее удовлетворить. Прокурор Ядреева Е.С. в судебном заседании выразила свое несогласие с доводами апелляционной жалобы, считает постановление суда первой инстанции законным, обоснованным и подлежащим оставлению без удовлетворения. Проверив материалы дела, выслушав участников процесса, обсудив доводы апелляционной жалобы,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 4 ст. 7 УПК РФ постановление суда должно быть законным обоснованным и мотивированным. Указанные требования закона судом первой инстанции соблюдены. В соответствии с ч. 3 ст. УК РФ,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суд по представлению уголовно-исполнительной инспекции может вынести решение об отмене условного осуждения и исполнении наказания, назначенного приговором суда. Согласно ч. 5 ст. 190 УИК РФ систематическим нарушением общественного порядка является совершение условно осужденным в течение одного года двух и более нарушений общественного порядка, за которые он привлекался к административной ответственности. Систематическим неисполнением обязанностей является совершение запрещенных или невыполнение предписанных условно осужденному действий более двух раз в течение одного года либо продолжительное (более 30 дней) неисполнение обязанностей, возложенных на него судом. Согласно разъяснениям, содержащимся в п. 7 постановления Пленума Верховного Суда РФ от 25 июня 2024 года № 18 «О судебной практике отмены условного осуждения или продления испытательного срока», по смыслу закона условное осуждение может быть отменено на основании ч. 3 ст. УК РФ, если осужденный, несмотря на предупреждение, вынесенное в порядке ч. 1 ст. 190 УИК РФ, продолжает уклоняться от исполнения возложенных на него судом обязанностей либо допускает нарушение общественного порядка, за которое он привлекается к административной ответственности. Исходя из положений ч. 3 ст. УК РФ и ч. 5 ст. 190 УИК РФ при разрешении вопроса об отмене условного осуждения должны учитываться все совершенные условно осужденным в течение испытательного срока факты неисполнения возложенных на него обязанностей, нарушения общественного порядка, за которые он привлекался к административной ответственности (с учетом установленного ст. 4.6 КоАП РФ срока), в том числе и до объявления условно осужденному предупреждения, либо продления ему испытательного срока, либо возложения на него дополнительных обязанностей. Из представленных материалов следует, что 14 июня 2022 года Якутским городским судом Республики Саха (Якутия) ФИО1 признана виновной в совершении преступления, предусмотренного ч. 2 ст. 228 УК РФ , и ей назначено наказание в виде лишения свободы на срок 4 года условно с испытательным сроком 4 года со штрафом 20 000 рублей. На осужденную возложены обязанности: встать на учет в уголовно-исполнительную инспекцию по месту жительства осужденной; не реже двух раз в месяц, в установленный инспектором день являться на регистрацию в уголовно исполнительную инспекцию по месту жительства; без уведомления инспекции не менять место жительства; в течение трех месяцев после вступления приговора в законную силу пройти курс лечения в ГБУ Республики Саха (Якутия) «********». Приговор вступил в законную силу 25 июня 2022 года. Осужденная ФИО1 встала на учет в уголовно-исполнительную инспекцию 5 декабря 2022 года. При постановке на учет ей были разъяснены права и обязанности, а также порядок условного осуждения, правовые последствия нарушений, предусмотренные УК РФ и УИК РФ, отобрана подписка, в которой осужденная обязалась отчитываться перед уголовно-исполнительной инспекцией о своем поведении, исполнять возложенные обязанности, являться по вызову в уголовно-исполнительную инспекцию и была выдана памятка. 30 января 2023 года ФИО1 вынесено первое предупреждение об отмене условного осуждения за непредставление справки из ГБУ Республики Саха (Якутия) «********» за ноябрь и декабрь 2022 года. За допущенные нарушения постановлением Якутского городского суда Республики Саха (Якутия) от 21 апреля 2023 года ФИО1 продлен испытательный срок на 1 месяц. 14 августа 2023 года ФИО1 вынесено второе предупреждение об отмене условного осуждения за неявку на регистрацию в уголовно-исполнительную инспекцию 7 августа 2023 года. 12 февраля 2024 года ФИО1 вынесено третье предупреждение об отмене условного осуждения за неявку на регистрацию в уголовно-исполнительную инспекцию 5 февраля 2024 года. Постановление Якутского городского суда Республики Саха (Якутия) от 2 апреля 2024 года ФИО1 продлен испытательный срок на 2 месяца. 13 мая 2024 года ФИО1 вынесено четвертое предупреждение об отмене условного осуждения за непрохождение обследования в ГБУ Республики Саха (Якутия) «********» в марте и апреле 2024 года. Постановлением Якутского городского суда Республики Саха (Якутия) от 1 июля 2024 года ФИО1 продлен испытательный срок на 2 месяца. 8 июля 2024 года ФИО1 вынесено пятое предупреждение об отмене условного осуждения за непрохождение обследования в ГБУ Республики Саха (Якутия) «********» в июне 2024 года. Постановлением мирового судьи судебного участка № 44 г. Якутска Республики Саха (Якутия) от 12 июля 2024 года ФИО1 признана виновной в совершении административного правонарушения, предусмотренного ч. 1 ст. 6.8 КоАП РФ, и ей назначено наказание в виде штрафа в размере 4 000 рублей. Постановлением мирового судьи судебного участка № 48 г. Якутска Республики Саха (Якутия) от 20 августа 2024 года ФИО1 признана виновной в совершении административного правонарушения, предусмотренного ч. 1 ст. 6.9 КоАП РФ, и ей назначено наказание в виде штрафа в размере 5 000 рублей. Постановлением Якутского городского суда Республики Саха (Якутия) от 15 ноября 2024 года ФИО1 возложена дополнительная обязанность «не хранить и не употреблять наркотические средства. 25 ноября 2024 года ФИО1 вынесено шестое предупреждение об отмене условного осуждения за смену места жительства без уведомления уголовно-исполнительной инспекции. 22 апреля 2025 года ФИО1 вынесено седьмое предупреждение об отмене условного осуждения за неявку на регистрацию в уголовно-исполнительную инспекцию 14 апреля 2025 года. 12 мая 2025 года ФИО1 вынесено восьмое предупреждение об отмене условного осуждения за непрохождение обследования в ГБУ Республики Саха (Якутия) «********» в марте и апреле 2025 года. 27 мая 2025 года ФИО1 вынесено девятое предупреждение об отмене условного осуждения за неявку на регистрацию в уголовно-исполнительную инспекцию 26 мая 2025 года, непредставление сведений о прохождении обследования в ГБУ Республики Саха (Якутия) «********». Таким образом, ФИО1, будучи условно осужденной, в период испытательного срока продолжительное время систематически не исполняла возложенные на нее судом обязанности, несмотря на продление испытательного срока и на предупреждения, вынесенные в порядке ч. 1 ст. 190 УИК РФ, продолжала уклоняться от исполнения возложенных на нее судом обязанностей, а именно сменила место жительства без уведомления уголовно-исполнительной инспекции, не являлась на регистрацию без уважительных причин, не обратилась в ГБУ Республики Саха (Якутия) «********» для прохождения лечения, в связи с чем осужденной вынесены письменные предупреждения о возможной отмене условного осуждения. Факты допущенных осужденной нарушений подтверждаются доказательствами, исследованными в суде первой инстанции. Наличие пожилой матери у осужденной, ********, не препятствуют ей отбывать наказание в виде лишения свободы в исправительной колонии. Нарушений норм уголовно-процессуального закона при рассмотрении представления судом первой инстанции не допущено. Выводы суда о необходимости отмены осужденной ФИО1 условного осуждения и исполнении наказания по приговору Якутского городского суда Республики Саха (Якутия) от 14 июня 2022 года являются правильными, мотивированы, оснований ставить их под сомнение у суда апелляционной инстанции не имеется. Вид исправительного учреждения для отбывания наказания в виде лишения свободы определен осужденной правильно в соответствии с положениями ст. 58 УК РФ . Сведений о наличии у ФИО1 тяжелых заболеваний, препятствующих отбыванию наказания в виде лишения свободы, суду не представлено. Вопреки доводам, изложенным в апелляционной жалобе, суд первой инстанции при разрешении представления начальника филиала по ГО Жатай ФКУ УИИ УФСИН России по Республике Саха (Якутия) П. обоснованно учел все факты неисполнения возложенных на осужденную ФИО1 обязанностей, в том числе до и после продлений испытательного срока, что соответствует положениям ч. 3 ст. УК РФ, ч. 5 ст. 190 УИК РФ. При таких обстоятельствах постановление суда первой инстанции является законным, обоснованным и справедливым, постановленным в соответствии с требованиями уголовно-процессуального закона и основан на правильном применении уголовного и уголовно-исполнительного законов, в связи с чем, апелляционная жалоба адвоката Ермоченко Н.В. в интересах осужденной ФИО1 подлежит оставлению без удовлетворения. На основании изложенного и руководствуясь ст.ст. 389.13 , 389.20 , 389.28 и 389.33 УПК РФ , суд апелляционной инстанции постановил: постановление Якутского городского суда Республики Саха (Якутия) от 9 июля 2025 года в отношении ФИО1 оставить без изменения, апелляционную жалобу адвоката Ермоченко Н.В. в интересах ФИО2 - без удовлетворения. Апелляционное постановление может быть обжаловано в Девятый кассационный суд общей юрисдикции в соответствии с гл. 47.1 УПК РФ в течение шести месяцев со дня его оглашения, а для осужденной, содержащейся под стражей - в тот же срок со дня вручения ей копии судебного решения. Осужденная вправе ходатайствовать о своем участии в рассмотрении материала судом кассационной инстанции. Председательствующий судья Е.Д. Тихонов Суд: Верховный Суд Республики Саха (Якутия) (Республика Саха (Якутия)) (подробнее) Судьи дела: Тихонов Егор Дмитриевич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