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2012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 февраля 2012 года &lt;данные изъяты&gt; по ч.2 ст. 228 УК РФ к 3 годам лишения свободы со штрафом в размере 5 000 рублей, на основании ст. 73 УК РФ условно, с испытательным сроком 1 год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 июля 2012 года &lt;данные изъяты&gt; по ч.2 ст. , ч.2 ст. , ч.2 ст. 228 УК РФ , на основании ст. 69 УК РФ по совокупности преступлений к 3 годам 6 месяцам лишения свободы. На основании ч.5 ст. и ст. 70 УК РФ отменено условное осуждение, и присоединено наказание по приговору от 7 февраля 2012 года. Окончательно назначено наказание в виде 3 лет 8 месяцев лишения свободы. Освобождённого 23 марта 2016 года по отбытии срока,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24 апреля 2017 года &lt;данные изъяты&gt; по ч.2 ст. 228 УК РФ к 3 годам лишения свободы, освобождённого 23 апреля 2020 года по отбытии наказания, обвиняемого в совершении преступления предусмотренного ч.1 ст. 228 УК РФ , У С Т А Н О В И Л: подсудимый ФИО1 совершил незаконные приобретение, хранение без цели сбыта наркотических средств, в значительном размере, при следующих обстоятельствах. ДД.ММ.ГГГГ около 16 часов у ФИО1, находящегося на улице &lt;адрес&gt;, возник преступный умысел, направленный на незаконные приобретение наркотического средства, без цели сбыта, для личного употребления. С этой целью ФИО1 в указанное время позвонил лицу, уголовное дело в отношении которого выделено в отдельное производство, и в ходе разговора достиг договоренности о незаконном приобретении у него наркотического средства за денежные средства в сумме 500 рублей. В продолжение своего преступного умысла, направленного на приобретение наркотического средства, ФИО1 около 16 часов 15 минут ДД.ММ.ГГГГ, находясь на участке местности, расположенном в 20 метрах к северу от левого торца &lt;адрес&gt;, умышленно, незаконно, без цели сбыта, незаконно приобрел у лица, уголовное дело в отношении которого выделено в отдельное производство, в нарушение запрета, установленного ст.ст.24 и 25 Федерального закона от 08 января 1998 г. №3-ФЗ «О наркотических средствах и психотропных веществах», наркотическое средство синтетического происхождения производное N - метилэфедрона, массой &lt;данные изъяты&gt; содержащее в своем составе Преступная деятельность ФИО1, направленная на незаконное хранение наркотического средства - синтетического происхождения производное N - метилэфедрона, массой 0,79 гр., содержащего в своем составе В соответствии с Постановлением Правительства Российской Федерации № 681 от 30 июня 1998 года «Об утверждении перечня наркотических средств, психотропных веществ и их прекурсоров, подлежащих контролю в Российской Федерации», производное N - метилэфедрона массой &lt;данные изъяты&gt; содержащее в своем составе Согласно Постановлению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и и 229.1 Уголовного кодекса Российской Федерации», количество изъятого наркотического средства - производного N - метилэфедрона массой &lt;данные изъяты&gt; содержащего в своем составе Подсудимый ФИО1 виновным себя в совершении преступления, предусмотренного ч.1 ст. 228 УК РФ , то есть в совершении незаконных приобретения, хранения без цели сбыта наркотических средств в значительном размерепризнал, раскаялся, от дачи показаний отказался. Вина подсудимого ФИО1 в совершении преступления подтверждается следующими доказательствами: - показаниями свидетеля Свидетель №3 о том, что он работает оперуполномоченным ОМВД России по Пронскому району. ДД.ММ.ГГГГ в ходе проведения оперативно-розыскных мероприятий «Опрос», была получена информация о том, что житель &lt;адрес&gt; ФИО1 приобретает у Свидетель №2 наркотические средства. На основании полученной информации он совместно оперуполномоченными ФИО8 в ходе осуществления оперативно - розыскного мероприятия «Наблюдение» увидели как ДД.ММ.ГГГГ на улице около &lt;адрес&gt; Свидетель №2 ехал на велосипеде в сторону &lt;адрес&gt; с пакетом. Около 16 часов Свидетель №2 подъехал к дому &lt;адрес&gt; где находились ФИО1 и Свидетель №1 Свидетель №2 остановился и с ФИО1 отошел в сторону от Свидетель №1, где после непродолжительного разговора Свидетель №2 передал ФИО1 какой-то предмет. После этого указанные лица были задержаны. Пригласили двух представителей общественности. Были получены смывы с рук ФИО1 и с его рук. Затем в ходе досмотра у ФИО1 в левом кармане шорт был обнаружен паспорт на имя ФИО1, под обложкой которого был обнаружен и изъят прозрачный полимерный пакетик, в котором находилось вещество белого цвета в виде порошка и комочков. Также были получены смывы с рук Свидетель №1 и Свидетель №2 В ходе досмотра Свидетель №2 они обнаружили и изъяли пакет с порошкообразным веществом, бумажный сверток с растительным веществом и самодельное приспособление для курения в виде лампочки; - оглашёнными в судебном заседании показаниями свидетеля Свидетель №1 о том, что ДД.ММ.ГГГГ около 15 часов 45 минут он около &lt;адрес&gt;, встретил своего знакомого ФИО1. ФИО1 попросил у него принадлежащий ему телефон, с абонентским номером №, чтобы позвонить. Он слышал, как ФИО1 назначил кому-то встречу. За домом &lt;адрес&gt; им на встречу на велосипеде подъехал мужчина по имени Свидетель №2, который отошел с ФИО1 в сторону. Через некоторое время к ним подошли сотрудники полиции. ФИО1 и Свидетель №2 были напуганы. Одним из сотрудников полиции были приглашены понятые. Сотрудники полиции на спиртовые салфетки изъяли смывы с его рук, проводили досмотры ФИО1 и Свидетель №2 (т.1 л.д.30-32); - оглашёнными в судебном заседании показаниями свидетеля Свидетель №2 о том, что ДД.ММ.ГГГГ около в 15:50 ч. ему позвонил ФИО1 и попросил у него часть наркотика, то есть угостить. По голосу ФИО1 он понял, что у него «ломка» и согласился. Они договорились встретиться за поликлиникой &lt;адрес&gt;. В полимерный пакет черного цвета он положил приспособление для курения (лампочку), два пакетика с наркотиком «соль», а также бумажный сверток с верхушечными частями дикорастущей конопли. Проезжая на велосипеде у &lt;адрес&gt; он увидел ФИО1 и находившегося с ним рядом неизвестного мужчину. Встретившись, он и ФИО1 отошли в сторону, где он передал ФИО1 один из прозрачных полимерных пакетиков с наркотиком «соль». ФИО1 положил указанный пакетик в свой паспорт, а именно спрятал его под обложку. Через несколько минут они хотели расходиться, но были задержаны сотрудниками полиции. Сотрудники полиции взяли смывы с их рук на салфетки (т.1 л.д.42-45); - оглашёнными в судебном заседании показаниями свидетеля Свидетель №4 о том, что ДД.ММ.ГГГГ около 16 часов сотрудниками полиции он с другим мужчиной был приглашён поучаствовать в качестве понятого при производстве досмотра неизвестных ему ранее мужчин. Они вместе с сотрудником прошли на участок местности, расположенный у &lt;адрес&gt; где уже находились трое ранее неизвестных ему мужчин. Один из трех мужчин представился ФИО1 Сотрудник полиции приступил к производству контрольных смывов с рук второго сотрудника полиции, после чего произвел смывы с рук ФИО1 спиртосодержащими салфетками. ФИО1 пояснил, что при себе у него хранится наркотическое средство «соль» для личного употребления, о чем сделал собственноручно запись в протоколе. В ходе досмотра у ФИО1 в левом верхнем боковом кармане одетых на нем шорт был обнаружен паспорт, выданный на имя ФИО1, под обложкой которого был обнаружен и изъят прозрачный полимерный пакетик с содержимым. Затем были получены смывы с рук двух других мужчин Свидетель №1 и Свидетель №2. В ходе досмотра Свидетель №2 в руках у него был обнаружен и изъят пакет черного цвета, в котором находились: прозрачный пакетик с порошком светлого цвета; бумажный сверток с веществом зелено-коричневого цвета; приспособление, сделанное из лампочки и вставленной внутрь трубки; сотовый телефон марки «Honor»; банковская карта, зеленого цвета. ПАР «Сбербанк» (т.1 л.д.98-101); - показаниями свидетеля Свидетель №5 о том, что в сентябре 2020 года около 16 часов сотрудниками полиции он с другим мужчиной был приглашён поучаствовать в качестве понятого при производстве досмотра неизвестных ему ранее мужчин. Они вместе с сотрудником прошли на участок местности у &lt;адрес&gt; где уже находились трое ранее неизвестных ему мужчин, один из которых подсудимый. Сотрудники полиции произвели смывы с рук ФИО1 салфетками. ФИО1 пояснил, что при себе у него хранится наркотическое средство. В ходе досмотра у ФИО1 из одежды был изъят паспорт, под обложкой которого был обнаружен и изъят прозрачный полимерный пакетик с содержимым. О произведённых действиях были составлены протоколы, всё обнаруженное опечатано и подписано участниками; - постановлением о предоставлении результатов оперативно - розыскной деятельности органу дознания (дознавателю, следователю, прокурору, в суд) о предоставлении: справки о проведении ОРМ «Опрос»; рапорта о проведении ОРМ «Наблюдение»; протокола сбора образцов для сравнительного исследования; протокола досмотра; прозрачного полимерного пакета со смывами с рук ФИО1; прозрачного полимерного пакета со смывами с рук Свидетель №3; протоколом сбора образцов; протокола личного досмотра с фототаблицей от ДД.ММ.ГГГГ на 2 листах; прозрачного полимерного пакета со смывами с рук Свидетель №1; прозрачного полимерного пакета со смывами с рук Свидетель №3; отношения в ЭКЦ УМВД России по Рязанской области №; справки об исследовании; прозрачного полимерного пакета с порошкообразным веществом (т.1 л.д.5-6); - рапортом о том, что ДД.ММ.ГГГГ в период времени с 16 часов 31 минуты до 16 часов 47 минут сотрудниками ГНК и ОУР ОМВД России по Пронскому району при проведении досмотра ФИО1 обнаружен прозрачный полимерный пакетик с порошкообразным веществом светлого цвета, внешне похожим на наркотическое средство (т.1 л.д.10); - рапортом ОРМ «Наблюдение» о том, что в период времени с 15 часов 55 минут до 16 часов 20 минут ДД.ММ.ГГГГ осуществлялось ОРМ «Наблюдение» на участке местности на расстоянии 20 метров к северу от левого торца &lt;адрес&gt;, где были замечены жители ФИО1 и Свидетель №1 К ним подъехал на велосипеде Свидетель №2 отошёл в сторону с ФИО1 и передал какой-то предмет, который последний убрал в карман шорт (т.1 л.д.8); - протоколом досмотра с фототаблицей о том, что на участке местности на расстоянии 20 метров к северу от левого торца &lt;адрес&gt; расположенного по адресу: &lt;адрес&gt;, в период времени 16 часов 31 минуты до 16 часов 47минут у ФИО1 был обнаружен и изъят прозрачный полимерный пакетик с порошкообразным веществом светлого цвета, внешним похожим на наркотическое средство (т.1 л.д.12-16); - протоколом сбора образцов для сравнительного исследования о получении смывов с рук Свидетель №1 и с рук оперуполномоченного Свидетель №3(т.1 л.д.17); - протоколом досмотра Свидетель №1 от ДД.ММ.ГГГГ у &lt;адрес&gt; о том, что каких-либо запрещенных предметов и веществ обнаружено не было (т.1 л.д.18-19); - протоколом проведения ОРМ «Сбор образцов для сравнительного исследования» о получении смывов на участке местности на расстоянии 20 метров к северу от левого торца &lt;адрес&gt; расположенного по адресу: г. Новомичуринск, с рук ФИО1 и с рук оперуполномоченного Свидетель №3(т.1 л.д.11); - справкой об исследовании о том, что вещество белого цвета в виде порошка и комочков, обнаруженное в полимерном пакете, изъятом 07.09.2020г. в ходе досмотра ФИО1, произведенного по адресу: &lt;адрес&gt;, участок местности на расстоянии 20 метров к северу от левого торца &lt;адрес&gt; содержит - заключением химической экспертизы о том, что измельченное вещество белого цвета в виде порошка и комочков, обнаруженное в полимерном пакетике, изъятом ДД.ММ.ГГГГ в ходе досмотра гр-на ФИО1, проведенного на участке местности на расстоянии 20 метров к северу от левого торца &lt;адрес&gt; расположенного по адресу: &lt;адрес&gt;, содержит - заключением химической экспертизы о том, что на (в)салфетках со смывами, изъятыми ДД.ММ.ГГГГ с рук ФИО1, обнаружены следы наркотического средства производного N-метилэфедрона ( - заключением химической экспертизы о том, что на (в) салфетках со смывами с рук Свидетель №1, а также Свидетель №3 следов наркотических средств и психотропных веществ не обнаружено (т.1 л.д.85-88); - протоколом осмотра предметов, изъятых ДД.ММ.ГГГГ в ходе досмотра ФИО1: прозрачного бесцветного полимерного пакетика с полосой-застежкой на горловине и полосой красного цвета, содержащем вещество белого цвета в виде порошка и комочков о том, что упаковка нарушений не имеет (т.1 л.д.76-78); - постановлением о признании и приобщении к уголовному делу вещественных доказательств: прозрачного бесцветного полимерного пакетика с полосой-застежкой на горловине и полосой красного цвета, наркотического средства - производное N - метилэфедрона массой &lt;данные изъяты&gt; (т.1 л.д.79); - протоколом осмотра двух салфеток из нетканого материала с рук оперуполномоченного Свидетель №3, загрязненных веществом серого цвета, а также двух салфеток из нетканого материала с рук ФИО1, загрязненных веществом серого цвета (т.1 л.д.91-94); - постановлением о признании и приобщении к уголовному делу вещественных доказательств: салфеток со смывами с Свидетель №3 и ФИО1 (т.1 л.д.95-96); - заключением судебно - психиатрической экспертизы о том, что ФИО1 в период времени, относящийся к совершению инкриминируемого ему деяния, признаков хронического психического расстройства, временного психического расстройства, слабоумия либо иного болезненного состояния психики, которое делало его не способным осознавать фактический характер и общественную опасность своих действий либо руководить ими, не обнаруживал (ст. 21 УК РФ ). На момент совершения инкриминируемого ему деяния обнаруживал, равно как и в настоящее время обнаруживает, психическое расстройство, а именно &lt;данные изъяты&gt; Данные психические расстройства не сопровождаются грубыми нарушениями со стороны памяти, мышления, интеллекта, поэтому на момент совершения инкриминируемого ему деяния мог, равно как и в настоящее время, может осознавать фактический характер и общественную опасность своих действий и руководить ими. Как лицо, страдающее «наркоманией» нуждается в лечении и прохождении медико-социальной реабилитации (т.1 л.д.115-117); - справкой о результатах ХТИ № от ДД.ММ.ГГГГ об обнаружении в моче ФИО1 - пирролидиновалерофенона (т.1 л.д.25); - справкой о результатах ХТИ № от ДД.ММ.ГГГГ об обнаружении в крови ФИО1 - Этанола (т.1 л.д.26); - актом медицинского освидетельствования от ДД.ММ.ГГГГ ФИО1 о наличии опьянения (т.1 л.д. 27). Вина подсудимого ФИО1 в совершении преступления подтверждается также его показаниями, данными в ходе предварительного расследования, и оглашёнными в судебном заседании (т.1 л.д.36-40) о том, что он ДД.ММ.ГГГГ у &lt;адрес&gt;, около 16 часов встретился с Свидетель №2, у которого приобрёл наркотическое средство, которое положил в паспорт. После чего был задержан сотрудниками полиции, и входе досмотра у него наркотическое средство изъяли. Оценивая исследованные в судебном заседании доказательства в их совокупности, суд принимает в качестве доказательств показания подсудимого, данные им в качестве подозреваемого, показания свидетелей, а также исследованные в судебном заседании письменные доказательства: заключения экспертиз, протоколы осмотра, сбора образцов, вещественные доказательства, иные письменные документы, так как они каждое в отдельности и в совокупности относимы, допустимы и достоверны, согласуются и не противоречат друг другу. Суд принимает в качестве доказательств результаты оперативно-розыскной деятельности, протоколы досмотра, протоколы сбора образцов, справки об исследовании, рапорт о проведении ОРМ, поскольку они собраны и предоставлены в соответствии с требованиями закона «Об оперативно-розыскной деятельности», исследованы, осмотрены и приобщены в соответствии с требованиями уголовно-процессуального законодательства, относимы, допустимы и достоверны. Этими доказательствами суд считает вину подсудимого ФИО1 в совершении преступления доказанной. Действия ФИО1 следует квалифицировать по ч.1 ст. 228 УК РФ , как незаконные приобретение, хранение без цели сбыта наркотических средств в значительном размере. При назначении вида и меры наказания суд учитывает характер и степень общественной опасности совершенного преступления и личность подсудимого, тяжесть содеянного подсудимым и наступившие последствия, смягчающие и отягчающие ответственность обстоятельства. Подсудимый ФИО1 совершил умышленное преступление небольшой тяжести. Сомнений во вменяемости подсудимого ФИО1 не установлено (т.1 л.д.115-117). При назначении наказания суд учитывает, что подсудимый ФИО1 признал вину и раскаялся, страдает психическим расстройством, положительно характеризуется по месту жительства, является инвалидом 2 группы, страдает заболеваниями ВИЧ, гепатит, а также туберкулёзом. Данные обстоятельства в соответствии с ч.2 ст. 61 УК РФ суд признаёт смягчающими наказание обстоятельствами. Суд учитывает, что подсудимый ФИО1 активно способствовал раскрытию и расследованию преступления, изобличению других соучастников. Данное обстоятельство в соответствии с п.«и» ч.1 ст. 61 УК РФ суд признаёт смягчающим наказание обстоятельством. В ходе судебного разбирательства не установлено предусмотренных ст. 64 УК РФ исключительных обстоятельств, связанных с целью и мотивом преступления, с поведением подсудимого во время и после его совершения, а также других обстоятельств, существенно уменьшающих степень общественной опасности преступления. Обстоятельством, отягчающим наказание подсудимого ФИО1, на основании п.«а» ч.1 ст. 63 УК РФ является наличие рецидива преступлений в соответствии с ч.1 ст. 18 УК РФ . При наличии отягчающих обстоятельств правила, предусмотренные ч.1 ст. 62 УК РФ , при назначении наказания не подлежат применению. Суд учитывает, что подсудимый ФИО1 страдает эмоционально неустойчивым расстройством личности+синдромом зависимости в результате сочетанного употребления психоактивных веществ и является больным наркоманией. Суд учитывает, что в соответствии с ч.2 ст. 68 УК РФ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Согласно требованиям ст. 60 УК РФ при назначении справедливого наказания учитывается его влияние на исправление подсудимого, условия жизни его семьи, свидетельствующие о том, что подсудимый является инвалидом и получает пособие. Учитывая имеющиеся смягчающие и отягчающие наказание обстоятельства, характер и степень общественной опасности совершённого преступления, данные о личности и материальном положении подсудимого, суд считает, что наказание подсудимому ФИО1 следует назначить по ч.1 ст. 228 УК РФ с учётом требований ч.2 ст. 68 УК РФ в виде лишения свободы. С учётом фактических обстоятельств преступления, совершённого подсудимым, и степени общественной опасности, суд не находит оснований для предусмотренного ч.6 ст. 15 УК РФ изменения категории преступления на менее тяжкую, а также для замены осужденному наказания в виде лишения свободы принудительными работами в соответствии со ст. 53.1 УК РФ . Учитывая имеющиеся смягчающие наказание обстоятельства, данные о личности, характер и степень общественной опасности совершённого преступления, поведение подсудимого после совершения преступления и его отношение к нему, материальное и семейное положение подсудимого, суд считает возможным его исправление без реального отбывания наказания в виде лишения свободы и считать назначенное наказание в виде лишения свободы условным, с применением ст. 73 УК РФ , с возложением обязанностей. Вещественные доказательства в соответствии с ч.3 ст. 81 УПК РФ : наркотическое средство и салфетки - оставить на хранении в УНК МВД России по Рязанской области. На основании изложенного и руководствуясь ст.ст. , - 309 УПК РФ , суд П Р И Г О В О Р И Л: ФИО1 признать виновным в совершении преступления, предусмотренного ч.1 ст. 228 УК РФ , и назначить ему наказание в виде лишения свободы сроком на &lt;данные изъяты&gt; На основании ст. 73 УК РФ назначенное ФИО1 наказание в виде лишения свободы считать условным с испытательным сроком &lt;данные изъяты&gt; Возложить на ФИО1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по месту жительства, пройти курс лечения от наркомании. Меру процессуального принуждения ФИО1 - обязательство о явке - отменить по вступлении приговора в законную силу. Вещественные доказательства: наркотическое средство и салфетки - оставить на хранении в УНК МВД России по Рязанской области. Приговор может быть обжалован в апелляционном порядке в Рязанский областной суд в течение 10 суток со дня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А.Ю.Говорухин Суд: Пронский районный суд (Рязанская область) (подробнее) Судьи дела: Говорухин Андрей Юрьевич (судья) (подробнее) Последние документы по делу: Приговор от 2 июня 2021 г. по делу № 1-16/2021 Приговор от 17 марта 2021 г. по делу № 1-16/2021 Приговор от 16 марта 2021 г. по делу № 1-16/2021 Приговор от 14 марта 2021 г. по делу № 1-16/2021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