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старшего дознавателя отдела дознания УМВД России по Невскому району Санкт-Петербурга ФИО2 –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Уголовное дело в отношении ФИО1, ДД.ММ.ГГГГ года рождения, уроженца Ленинграда, гражданина Российской Федерации, обвиняемого в совершении преступления, предусмотренного ст. 264.1 УК РФ , на основании ст. 25.1 УПК РФ – прекратить и назначить ему меру уголовно-правового характера в виде судебного штрафа в размере 40 000 (сорока тысяч) рублей, который должен быть уплачен в течение 30 дней со дня вступления данного постановления в законную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последствия неуплаты судебного штрафа в установленный срок, предусмотренные ст. 446.5 УПК РФ : в случае неуплаты лицом судебного штрафа, назначенного в качестве меры уголовно-правового характера, суд по представлению судебного пристава-исполнителя в порядке, установленном частями второй, третьей, шестой, седьмой ст. 399 УПК РФ , отменяет постановление о прекращении уголовного дела или уголовного преследования и назначении меры уголовно-правового характера в виде судебного штрафа и направляет материалы руководителю следственного органа или прокурору. Дальнейшее производство по уголовному делу осуществляется в общем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Штраф подлежит уплате по реквизитам: получатель – УФК по Санкт-Петербургу (ГУ МВД России по Санкт-Петербургу и Ленинградской области); ИНН – &lt;***&gt;; КПП – 784201001; БИК – 044030001; расчетный счёт – &lt;***&gt; в Северо-Западном ГУ Банка России (Санкт-Петербург); ОКТМО – 40 380 000; код дохода 188 1 16 21020 02 6000 140. Наименование платежа: денежные взыскания (штрафы) и иные суммы, взыскиваемые с лиц, виновных в совершении преступлений, и в возмещение ущерба имуществу, зачисляемые в федеральный бюджет.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в виде подписке о невыезде и надлежащем поведении – отменить после вступления постановления в законную силу. Настоящее постановление может быть обжаловано в апелляционном порядке в Санкт-Петербургский городской суд через Невский районный суд Санкт-Петербурга в течение 10 суток со дня его вынесения. Председательствующий А.А. МАКСИМОВ Суд: Невский районный суд (Город Санкт-Петербург) (подробнее) Судьи дела: Максимов Александр Александрович (судья) (подробнее) Последние документы по делу: Постановление от 13 октября 2020 г. по делу № 1-476/2019 Постановление от 7 февраля 2020 г. по делу № 1-476/2019 Приговор от 11 декабря 2019 г. по делу № 1-476/2019 Постановление от 10 декабря 2019 г. по делу № 1-476/2019 Апелляционное постановление от 9 сентября 2019 г. по делу № 1-476/2019 Приговор от 8 июля 2019 г. по делу № 1-476/2019 Приговор от 5 июня 2019 г. по делу № 1-476/2019 Приговор от 2 июня 2019 г. по делу № 1-476/2019 Постановление от 20 мая 2019 г. по делу № 1-476/2019 Апелляционное постановление от 13 марта 2019 г. по делу № 1-476/2019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