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№ 1-413/2020 в отношении КОЗЛОВА АРТЁМА ДМИТРИЕВИЧА, &lt;данные изъяты&gt; и ФИО3, &lt;данные изъяты&gt; в отношении каждого, обвиняемых в совершении преступления, предусмотренного ст. ч. 2 п. «а, в» УК РФ, по ст. 25 УПК РФ , в связи с примирением сторон, прекратив в отношении ФИО2 и ФИО3, каждого, уголовное преследование.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ФИО2 и ФИО3 в виде подписки о невыезде и надлежащем поведении – отменить после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вступлении постановления в законную силу, вещественные доказательства по делу: – телевизор «Samsung» («Самсунг»), чайник «Рolaris» («Поларис»), кассовый и товарный чеки на телевизор «Samsung» («Самсунг»), переданные потерпевшей &lt;данные изъяты&gt; на ответственное хранение под сохранную расписку – оставить по принадлежности, освободив последнюю от обязанности ответственного хранения; – диск с видеозаписями с камер видеонаблюдения, хранящиеся на СД-Р диске – хранить при материалах уголовного дела.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связанные с выплатой вознаграждения адвокату, осуществлявшему защиту по назначению, в соответствии со ст. ч. 10 УПК РФ, возместить за счёт средств федерального бюджета. Настоящее постановление может быть обжаловано в апелляционном порядке посредством подачи жалобы, представления в Санкт-Петербургский городской суд через Невский районный суд Санкт-Петербурга в течение 10 суток со дня его провозглашения. Председательствующий А.А. МАКСИМОВ Суд: Невский районный суд (Город Санкт-Петербург) (подробнее) Судьи дела: Максимов Александр Александрович (судья) (подробнее) Последние документы по делу: Постановление от 28 октября 2020 г. по делу № 1-413/2020 Апелляционное постановление от 28 октября 2020 г. по делу № 1-413/2020 Приговор от 8 сентября 2020 г. по делу № 1-413/2020 Приговор от 7 сентября 2020 г. по делу № 1-413/2020 Приговор от 19 мая 2020 г. по делу № 1-413/2020 Постановление от 12 мая 2020 г. по делу № 1-413/2020 Приговор от 5 мая 2020 г. по делу № 1-413/2020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