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Бабаево</w:t>
      </w:r>
    </w:p>
    <w:p>
      <w:pPr>
        <w:spacing w:after="200"/>
        <w:jc w:val="center"/>
      </w:pPr>
      <w:r>
        <w:rPr>
          <w:rFonts w:ascii="Times New Roman" w:hAnsi="Times New Roman" w:eastAsia="Times New Roman" w:cs="Times New Roman"/>
          <w:b w:val="0"/>
          <w:i w:val="0"/>
          <w:sz w:val="22"/>
        </w:rPr>
        <w:t>09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Вологодской области по судебному участку № 41 по ст. 264.1 УК РФ к 200 часам обязательных работ с запрещением заниматься деятельностью, связанной с эксплуатацией механических транспортных средств на срок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мировым судьей Вологодской области по судебному участку № 64 по ст. 264.1 УК РФ , с применением ст. 70 УК РФ , с назначением наказания в виде обязательных работ на срок 320 часов с лишением права заниматься деятельностью, связанной с управлением транспортными средствами сроком на 3 года. Наказание в виде 320 часов обязательных работ отбыто. Срок не отбытого дополнительного наказания составляет 1 год 15 дней. Судимости не сняты и не погашены в установленном законом порядке; мера принуждения избрана в виде обязательства о явке, под арестом не содержавшегося, обвиняемого в совершении преступления, предусмотренного ст. 264.1 УК РФ , установил: ФИО1, имеющий судимость за совершение в состоянии опьянения преступления, предусмотренного ст. 264.1 УК РФ , управлял автомобилем, находясь в состоянии опьянения, преступление совершил при следующих обстоятельствах: ФИО1 осужден ДД.ММ.ГГГГ мировым судьей Вологодской области по судебному участку № 41 по ст. 264.1 УК РФ за управление транспортным средством в состоянии опьянения, к наказанию в виде 200 часов обязательных работ с запрещением заниматься деятельностью, связанной с эксплуатацией механических транспортных средств на срок 2 года. ДД.ММ.ГГГГ ФИО1 осужден мировым судьей Вологодской области по судебному участку № 64 по ст. 264.1 УК РФ за управление транспортным средством в состоянии опьянения, в соответствии со ст. 70 УК РФ к наказанию в виде обязательных работ на срок 320 часов с лишением права заниматься деятельностью, связанной с управлением транспортными средствами, сроком на 3 года. Приговор вступил в законную силу ДД.ММ.ГГГГ. Судимости не погашены в установленном законом порядке, дополнительное наказание не отбыто. ДД.ММ.ГГГГ после 20 часов 25 минут ФИО1, реализуя свой преступный умысел, направленный на управление автомобилем в состоянии алкогольного опьянения, действуя умышленно, осознавая, что находится в состоянии алкогольного опьянения, и достоверно зная о том, что является лицом, дважды подвергнутым уголовному наказанию за управление транспортными средствами в состоянии алкогольного опьянения по ст. 264.1 УК РФ , не выполняя требования п. 2.7 Правил дорожного движения Российской Федерации, управлял автомобилем УАЗ-390945 государственный регистрационный знак №. ДД.ММ.ГГГГ в 20 часов 28 минут ФИО1, передвигавшийся на указанном автомобиле по &lt;адрес&gt; у &lt;адрес&gt;, был остановлен инспектором ДПС ОГИБДД МО МВД России «Бабаевский». В связи с обнаружением у ФИО1 признаков опьянения - запаха алкоголя изо рта, неустойчивости позы, нарушение речи, проведено освидетельствование на состояние опьянения при помощи алкотектора «Юпитер» №, у ФИО1 было установлено состояние алкогольного опьянения (показания прибора 1,532мг/л). В судебном заседании подсудимый ФИО1 полностью признал вину в совершении преступления, суду пояснил, что он согласен с предъявленным обвинением и не оспаривает его, поддерживает своё ходатайство о постановлении приговора без проведения судебного разбирательства, ходатайство заявил добровольно, после консультации с защитником, осознает характер и последствия заявленного ходатайства. Защитник Зузолин О.В. поддержал ходатайство подсудимого. Государственный обвинитель Кузьмина И.А. не возражала рассмотреть дело в особом порядке. Согласно материалам дела, предъявленное обвинение соответствует требованиям уголовно-процессуального закона, подтверждено собранными доказательствами, представленными в уголовном деле. Выслушав участников судебного процесса, суд установил, что условия постановления приговора без проведения судебного разбирательства соблюдены: обвинение, предъявленное подсудимому, соответствует требованиям уголовно-процессуального закона, подтверждено собранными доказательствами, представленными в уголовном деле. С ходатайством о применении особого порядка судебного разбирательства обвиняемый обратился при ознакомлении с материалами дела и в присутствии адвоката. После проведения консультации с защитником подсудимый поддержал заявленное ранее ходатайство, пояснил, что он понимает и осознает свое решение, ему разъяснены и понятны последствия постановления приговора без проведения судебного разбирательства и пределы его обжалования, что в случае применения особого порядка принятия судебного решения он не вправе обжаловать приговор по основаниям несоответствия выводов суда фактическим обстоятельствам дела. Максимальное наказание по статье 264.1 УК РФ предусмотрено до двух лет лишения свободы. Суд квалифицирует действия подсудимого по ст. 264.1 УК РФ - управление лицом, находящимся в состоянии опьянения, имеющим судимость за совершение в состоянии опьянения преступления, предусмотренного ст. 264.1 УК РФ . ФИО1, ранее привлеченный к уголовной ответственности за управление транспортным средством в состоянии опьянения, вновь в нарушение пункта 2.7. Правил дорожного движения Российской Федерации, запрещающего водителю управлять транспортным средством в состоянии опьянения, находился за управлением транспортным средством в алкогольном опьянении. ФИО1 совершил преступление против безопасности движения, относящееся к категории небольшой тяжести. Преступление им совершено в период отбывания наказания, назначенного за аналогичные преступления. В силу ч. 1 ст. , ст. и ст. 60 УК РФ , при назначении наказания суд учитывает характер и степень общественной опасности преступления, личность виновного, в том числе смягчающие наказание обстоятельства, и отсутствие отягчающих обстоятельств, а также влияние назначенного наказания на исправление осужденного и условия жизни его семьи. ФИО1 трудоспособен, на учете у врачей психиатра и нарколога не состоит, имеет постоянное место жительства. По месту жительства УУП МО МВД России «Бабаевский» характеризуется удовлетворительно, жалоб и замечаний на его поведение не поступало, к административной ответственности не привлекался, источником доходов являются временные заработки, в быту злоупотребляет спиртными напитками, состоит на учете по дополнительному наказанию. В качестве смягчающих наказание обстоятельств суд учитывает признание вины, раскаяние в содеянном, явку с повинной. Отягчающие наказание обстоятельства отсутствуют. Учитывая все изложенные обстоятельства, личность подсудимого, отсутствие сведений о трудоустройстве и о доходах, суд не находит оснований для назначения наказания в виде штрафа, обязательных работ, и для применения ст. 64 УК РФ . Наказание подсудимому следует назначить по правилам ч. 1 ст. 62 УК РФ , ч. 7 ст. 316 УПК РФ в виде лишения свободы, с дополнительным наказанием в виде лишения права заниматься деятельностью по управлению транспортными средствами. Поскольку в настоящее время ФИО1 основное наказание в виде обязательных работ по приговору от ДД.ММ.ГГГГ отбыто полностью, срок не отбытого дополнительного наказания в виде лишения права заниматься деятельностью по управлению транспортными средствами составляет 1 год 15 дней, в соответствии с ч. 5 ст. 70 УК РФ по совокупности приговоров к наказанию, назначенному по приговору суда от ДД.ММ.ГГГГ, следует частично в виде 6 месяцев присоединить неотбытую часть дополнительного наказания по предыдущему приговору суда. Исправление осужденного возможно без изоляции его от общества, под контролем органов, ведающих исполнением приговора. Основное наказание в виде лишения свободы следует назначить с применением ст. 73 УК РФ условно, с возложением обязанностей – не менять место жительства (пребывания) без уведомления уголовно-исполнительной инспекции; в течение двух месяцев со дня вступления приговора в законную силу пройти обследование в наркологическом кабинете, в случае необходимости пройти лечение от алкогольной зависимости. Меру процессуального принуждения обязательство о явке следует оставить до вступления приговора в законную силу. Вещественные доказательства – два диска DVD-R с видеозаписями от ДД.ММ.ГГГГ, следует оставить при уголовном деле. В связи с рассмотрением дела в особом порядке оснований для взыскания с подсудимого процессуальных издержек не имеется. Руководствуясь ст. - , 316 УПК РФ , суд ПРИГОВОРИЛ: ФИО1 признать виновным в совершении преступления, предусмотренного статьей 264.1 Уголовного Кодекса Российской Федерации, и назначить наказание в виде лишения свободы на срок десять месяцев с лишением права заниматься деятельностью по управлению транспортными средствами на срок два года шесть месяцев. В соответствии со ст. 70 УК РФ к наказанию, назначенному по приговору суда от ДД.ММ.ГГГГ, частично присоединить неотбытую часть дополнительного наказания, назначенного по приговору мирового судьи Вологодской области по судебному участку № 64 от ДД.ММ.ГГГГ в виде шести месяцев лишения права заниматься деятельностью по управлению транспортными средствами, и окончательное наказание по совокупности приговоров назначить в виде лишения свободы сроком на десять месяцев с лишением права заниматься деятельностью по управлению транспортными средствами на срок три года. В соответствии со ст. 73 УК РФ основное наказание в виде лишения свободы считать условным, установить испытательный срок два года. Обязать ФИО1 не менять место жительства (пребывания) без уведомления органа, ведающего исполнением приговора; в течение двух месяцев со дня вступления приговора в законную силу пройти обследование в наркологическом кабинете, в случае необходимости пройти лечение от алкогольной зависимости. Меру процессуального принуждения обязательство о явке оставить до вступления приговора в законную силу. Вещественные доказательства – два диска DVD-R с видеозаписями от ДД.ММ.ГГГГ, оставить при уголовном деле. Приговор может быть обжалован в Вологодский областной суд через Бабаевский районный суд в течение десяти суток со дня провозглашения, с соблюдением требований статьи 317 УПК РФ . Осужденный имеет право: ходатайствовать о своем участии в рассмотрении уголовного дела судом апелляционной инстанции в случае принесения апелляционной жалобы или апелляционного представления; подать возражения на них в письменном виде; донести до суда апелляционной инстанции свою позицию непосредственно, либо с использованием систем видеоконференцсвязи; пригласить защитника, ходатайствовать о назначении защитника для участия в рассмотрении уголовного дела судом апелляционной инстанции. Судья Синявина О.А. Копия верна. Судья Синявина О.А. Суд: Бабаевский районный суд (Вологодская область) (подробнее) Судьи дела: Синявина Ольга Александровна (судья) (подробнее) Последние документы по делу: Приговор от 9 июля 2020 г. по делу № 1-20/2020 Постановление от 27 мая 2020 г. по делу № 1-20/2020 Приговор от 20 мая 2020 г. по делу № 1-20/2020 Постановление от 17 мая 2020 г. по делу № 1-20/2020 Приговор от 22 апреля 2020 г. по делу № 1-20/2020 Приговор от 10 февраля 2020 г. по делу № 1-20/2020 Приговор от 5 февраля 2020 г. по делу № 1-20/2020 Приговор от 8 января 2020 г. по делу № 1-20/2020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