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период с 25.07.2025 по 31.08.2025 ФИО10, находясь на участке местности с координатами 56.8441; 35.8205, расположенном в Калининском муниципальном округе Тверской области, в 1 км к северу от пос. Дмитрово-Черкассы, обнаружил кусты дикорастущего растения конопля (растение рода Cannabis), после чего у него, являющегося потребителем наркотических средств и достоверно знающего, что растение конопля (растение рода Cannabis) является к растением, содержащим наркотические средства, и из него можно получить наркотическое средство каннабис (марихуана), возник прямой преступный умысел, направленный на совершение незаконных приобретения и хранения без цели сбыта указанного наркотического средства и частей растений, содержащих наркотические средства, свободный оборот которых в соответствии с Федеральным законом от 08.01.1998 № 3-ФЗ «О наркотических средствах и психотропных веществах» на территории Российской Федерации запрещен. Реализуя преступный умысел, ФИО10 в указанный период времени в указанном месте вырвал 2 куста дикорастущего содержащего наркотические средства растения конопля (растение рода Cannabis), после чего доставил их по месту своего жительства, то есть в &lt;...&gt; где впоследствии путем высушивания и измельчения указанных растений им были получены наркотическое средство каннабис (марихуана) в пересчете на высушенное до постоянной массы в размере 53,7 г, а также части содержащего наркотические средства растения конопли (растение рода Cannabis) в пересчете на высушенное до постоянной массы в размере 42,0 г, что в каждом случае в соответствии с постановлением Правительства РФ от 01.10.2012 № 1002 «Об утверждении значительного, крупного и особо крупного размеров наркотических средств и психотропных веществ, а также значительного, крупного и особо крупного размеров для растений, содержащих наркотические средства или психотропные вещества, либо их частей, содержащих наркотические средства или психотропные вещества для целей статей , 228.1 , и 229.1 Уголовного кодекса Российской Федерации» относится к значительному размеру. Указанное наркотическое средство и части растений конопля (растение рода Сannabis) в значительном размере ФИО10 в дальнейшем без цели сбыта хранил по месту своего жительства до 13 час. 10 мин. 10.09.2025, когда они были обнаружены и изъяты из незаконного оборота сотрудниками ОНК УМВД России по г. Твери в ходе обыска, проведенного 10.09.2025 в период с 12 час. 40 мин. по 13 час. 10 мин. по адресу: &lt;...&gt;.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09.09.2025 в период времени с 20 час. 47 мин. до 23 час. 28 мин. ФИО10, находясь на остановке общественного транспорта «Перинатальный центр», по адресу: &lt;...&gt;, нашел пачку от сигарет Winston, в которой находился zip-lock пакет с наркотическим средством – веществом, содержащим в своем составе ?-PVP (?-Пирролидинопентиофенон), производное наркотического средства N-метилэфедрон, массой 9,59 г, что в соответствии с постановлением Правительства РФ № 1002 от 01.10.2012 «Об утверждении значительного, крупного и особо крупного размеров наркотических средств и психотропных веществ, а также значительного, крупного и особо крупного размеров для растений, содержащих наркотические средства или психотропные вещества, либо их частей, содержащих наркотические средства или психотропные вещества для целей ст. ст. , 228.1 , и 229.1 Уголовного кодекса РФ» (с изменениями и дополнениями) образует крупный размер, после чего у него возник прямой преступный умысел на незаконные приобретение и хранение найденного наркотического средства в крупном размере без цели сбыта, реализуя который он присвоил его себе, не имея на то соответствующего разрешения, без требуемых оснований, связанных с медицинскими показаниями или специальной профессиональной деятельностью, в нарушение Федерального закона от 08.01.1998 № 3-ФЗ «О наркотических средствах и психотропных веществах» и постановлением Правительства РФ от 30.06.1998 № 681 «Об утверждении перечня наркотических средств, психотропных веществ и их прекурсоров, подлежащих контролю в Российской Федерации». Приобретенное при указанных обстоятельствах наркотическое средство ФИО10 в дальнейшем хранил при себе до того момента, когда 09.09.2025 около 23 час. 28 мин. он был остановлен на стоянке у Перинатального центра г. Твери, расположенной по адресу: &lt;...&gt;, сотрудниками полиции, выявившими данный факт, после чего незаконно приобретенное и хранимое им наркотическое средство - вещество, содержащее в своем составе ?-PVP (?-Пирролидинопентиофенон), производное наркотического средства N-метилэфедрон, массой 9,59 г, то есть в крупном размере, было изъято сотрудниками следственно-оперативной группы Заволжского отдела полиции УМВД России по г. Твери в ходе осмотра места происшествия, произведенного 10.09.2025 в период с 00 час. 18 мин. по 00 час. 50 мин. ФИО10 в судебном заседании вину в инкриминируемых ему преступлениях признал полностью, заявил о раскаянии в содеянном, от дачи показаний по существу обвинения отказался на основании ст. 51 Конституции РФ, в связи с чем по ходатайству государственного обвинителя в порядке, предусмотренном п. 3 ч. 1 ст. 276 УК РФ , оглашены показания, данные им на предварительном следствии. Будучи допрошенным 10.09.2025 в качестве подозреваемого ФИО10 сообщил, что 09.09.2025 он находился по адресу &lt;...&gt;, и в вечернее время решил заказать наркотическое средство «соль», после чего через мессенджер «Телеграм» сделал покупку наркотического средства путем перевода денежных средств в размере 5 600 рублей со своей виртуальной банковской карты «Ю-мани» на счет банковской карты, присланной ему оператором. 09.09.2025 около 23 час. 00 мин. он получил от оператора координаты с местом расположения тайника-закладки, после чего вызвал такси до областного клинического перинатального центра, расположенного по адресу: &lt;...&gt;, где вышел из такси, отправился в лесной массив и по координатам нашел тайник-закладку с прозрачным полиэтиленовым пакетом с белым веществом внутри, после чего убрал пакет в находящуюся при нем пустую пачку от сигарет «Winston», которую поместил в правый карман шорт, и направился в обратном направлении в сторону Петербургского шоссе. Он вышел из лесного массива и, следуя по тротуару, встретил на ближайшей остановке общественного транспорта своих знакомых ФИО1 и ФИО2, с которыми остался распивать спиртное. 10.09.2025 около 00 час. 15 мин. ФИО2 и ФИО1 вызвали такси, за время ожидания которого к ним подъехал экипаж ДПС. В ходе общения сотрудники полиции попросили выдать какие-либо находящиеся при них запрещенные вещества или предметы, и он достал все содержимое своих карманов, положил на капот служебного автомобиля. После этого сотрудник ДПС открыл пачку сигарет, в которой находился прозрачный полиэтиленовый пакет с белым веществом внутри, после чего они были доставлены в Заволжский отдел полиции. (т. 1 л.д. 218-222) Будучи допрошенным 10.09.2025, 09.10.2025 и 21.10.2025 в качестве обвиняемого ФИО10 сообщил, что он от своих знакомых узнал, что под Тверью за кладбищем в Дмитрово-Черкассы на поле растет конопля, куда в период с 25 по 31 июля 2025 года он решил съездить. Прибыв на место, он вырвал пару кустов, сложил в пакет, пакет положил в рюкзак, который был при нем, и поехал домой. Дома по адресу: &lt;...&gt;, он положил сушиться «траву» на кухне на полу. Сохла она примерно неделю, потом он отделил стебли от листьев, измельчил, убрал в коробку от обуви, а оставшиеся стебли положил в пакет на шкаф. Он сделал «травку» для себя, продавать или угощать никого не собирался. 10.09.2025 к нему с обыском пришли сотрудники полиции, и он им добровольно выдал коробку, в которой была готовая «трава» и пакет со шкафа с остатками стеблей. 09.09.2025 у него в гостях был его знакомый по имени ФИО3. К вечеру он заметил, что тот оставил у него свой телефон. Поскольку он знал пароль от телефона ФИО3, то взял его и увидел в «Галерее» свежую фотографию с координатами. Он понял, что это могут быть данные закладки с наркотическим средством. Он решил наудачу сходить и поискать данную закладку, наркотик он сам не покупал. 09.09.2025 около 23 час. 00 мин. на такси он поехал к перинатальному центру на Петербургском шоссе, на конечную остановку и пошел по координатам к лесу. Он походил 15-20 минут, но закладку не нашел. Выходя из леса, на остановке увидел своих приятелей, ФИО1 и ФИО2, которые выпивали. На остановке он также увидел мятую пачку сигарет «Винстон». Подняв ее и заглянув внутрь, он увидел там порошок, после чего убрал найденное в карман. Постояв еще немного, он со знакомыми пошел в направлении такси. В этот момент около 23 час. 20 мин. к ним подъехали сотрудники ГАИ и спросили, есть ли у них какие-либо запрещенные вещества. Он сначала сказал, что нет, но потом признался, что нашел порошок под лавкой на остановке, и положил его на капот машины ГАИ. После этого приехали еще сотрудники полиции и забрали пачку из-под сигарет с порошком. На первом допросе, сказал, что купил «соль», так как не хотел признаваться, что искал чужую закладку, потому что это не принято среди потребителей. Также у него при себе был телефон Вовы. Когда его задержали, он даже не знал, сколько веса наркотика было в найденной пачке сигарет. Весь наркотик он хотел употребить лично, делится или угощать никого не собирался. Вину признает полностью, глубоко и искренне раскаивается, обязуется не повторять подобного впредь. (т. 1 л.д. 227-229, 239-241, т. 2 л.д. 26-29) Согласно протоколу проверки показаний ФИО10 на месте от 15.10.2025, в ходе данного следственного действия подсудимый указал: - участок местности, расположенный в лесном массиве вдоль реки Межурка около 500 метров от кладбища у дер. Дмитрово-Черкассы Калининского муниципального округа Тверской области, сообщив, что именно в этом месте вырвал 2 куста растения конопля и положил их к себе в рюкзак, а также - место на кухне по адресу: &lt;...&gt;, где положил и сушил 2 куста конопли; - место в комнате около дивана по указанному адресу, где хранил каннабис (марихуану) в коробке от обуви, а также шкаф, наверху которого хранил оставшиеся части конопли; - шкаф в прихожей по адресу: &lt;...&gt;, где 09.09.2025 под куртками увидел и взял мобильный телефон своего соседа ФИО3; - лесной массив, расположенный около конечной остановки, расположенной у перинатального центра г. Твери, где 09.09.2025 около 23 час. 00 мин. искал по координатам наркотическое вещество; - место, на остановке, расположенной напротив д. 109 по Петербургскому шоссе г. Твери, расположенное справа за лавкой на земле, где он обнаружил пачку от сигарет Winston с наркотическим средством. (т. 2 л.д. 1-17) После оглашения вышеизложенных показаний подсудимый ФИО10 в судебном заседании пояснил, что первоначальная версия о приобретении им 09.09.2025 наркотического средства путем поднятия закладки, купленной им самим посредством мессенджера «Телеграм», является неверной. Он поддерживает свои показания, данные в качестве обвиняемого, так как нашел наркотик в пачке сигарет на остановке около перинатального центра. Он забрал себе их, после чего примерно через 15 минут на соседнюю парковку подъехала машина такси, вызванная его знакомыми, с которыми он был на остановке. В тот момент, когда они следовали к этой машине его и задержали сотрудники ГАИ. Первоначально давал иные показания, так как еще не осознавал происходящее. Помимо признательных показаний ФИО10 его вина в совершении описанных выше преступлений подтверждается совокупностью исследованных в судебном заседании доказательств. Показаниями свидетеля ФИО4, данными ею в судебном заседании, и аналогичными показаниями неявившегося свидетеля ФИО5 (т. 1 л.д. 91-94), оглашенными в судебном заседании по ходатайству государственного обвинителя и с согласия сторон на основании ч. 1 ст. 281 УПК РФ , согласно которым они проживают по адресу: &lt;...&gt;. 10.09.2025 около 12 час. 00 мин. они находились дома и были приглашены сотрудником полиции поучаствовать в качестве понятых в обыске квартиры № 94 их дома, где проживает ФИО10. В ходе обыска сотрудник полиции предложил ФИО10 выдать запрещенные предметы, если таковые имеются. М.В. согласился, показал на коробку у дивана и пакет на шкафу, сказав, что там находится марихуана. Коробку и пакет с марихуаной упаковали, опечатали, и сотрудник полиции забрал их с собой. На месте был составлен протокол, в котором все участвующие лица, в том числе они, расписались. Оглашенными по ходатайству государственного обвинителя и с согласия сторон на основании ч. 1 ст. 281 УПК РФ аналогичными по содержанию показаниями неявившихся свидетелей ФИО6 и ФИО7, сообщивших, что проходят службу в ОСБ ДПС ГАИ УМВД России по Тверской области. 09.09.2025 с 20 час. 00 мин. они заступили на службу и на служебном автомобиле осуществляли патрулирование улиц г. Твери. Около 23 час. 20 мин. они находились около перинатального центра, расположенного по адресу: &lt;...&gt;. Рядом на остановке стояло 2 молодых людей, к которым чуть позже вышел из леса с фонариком еще один человек. Им по рации поступило сообщение от экипажа ФИО8 и ФИО9 с просьбой помочь им проверить этих трех граждан, стоящих на остановке. Пока они подъезжали, указанные три человека направились в сторону входа в перинатальный центр, где стояло такси. Когда они подъехали к последним, то попросили выдать запрещенные предметы, если таковые у них имеются. В ответ парень, который вышел из леса, выдал пачку сигарет, внутри которой находился полиэтиленовый прозрачный пакет с веществом белого цвета, и сказал, что нашел ее на остановке. Потом данный парень сам признался, что это «соль». У других двух молодых людей при себе ничего запрещенного не было обнаружено. На место ФИО8 была вызвана СОГ Заволжского отдела полиции УМВД России по г. Твери. Пачку сигарет, в которой находился пакет с белым веществом, парень положил на капот служебного автомобиля ФИО8, откуда она впоследствии была изъята оперуполномоченным Заволжского отдела полиции УМВД России по г. Твери. Позже были установлены личности данных граждан – ФИО1, ФИО2 и ФИО10, у которого был обнаружен наркотик. (т. 1 л.д. 69-71, 77-79) Оглашенными по ходатайству государственного обвинителя и с согласия сторон на основании ч. 1 ст. 281 УПК РФ аналогичными по содержанию показаниями неявившихся свидетелей ФИО9 и ФИО8, сообщивших, что проходят службу в ОСБ ДПС ГАИ УМВД России по Тверской области. 09.09.2025 с 20 час. 00 мин. они заступили на смену и на служебном автомобиле осуществляли патрулирование улиц Заволжского района г. Твери. Около 23 час. 20 мин. они находились около перинатального центра, расположенного по адресу: &lt;...&gt;, где на остановке заметили двух молодых людей, к которым в этот момент подошел третий молодой человек, вышедший перед этим с фонариком из лесопосадки. Данные люди показались им подозрительными, и они решили их проверить. Рядом с ними был экипаж инспекторов ДПС ФИО7 и ФИО6, которых они попросили им в этом помочь. В какой-то момент все трое молодых людей направились в сторону такси, которое стояло неподалеку. Первым к молодым людям подъехал экипаж инспекторов ДПС ФИО7 и ФИО6, а следом они. Когда они подъехали к указанным людям, то попросили их выдать запрещенные предметы, если таковые при них имеются. Парень, который перед этим вышел из леса, достал из кармана пачку сигарет и положил на капот. В пачке оказался пакет с белым веществом. Когда парня спросили, что это, он сначала не хотел говорить, но потом признался, что это наркотик «соль». У других двух граждан ничего запрещенного не было обнаружено. После чего на место приехала СОГ Заволжского отдела полиции УМВД России по г. Твери, вызванная по телефону ФИО8, и пачка сигарет с наркотиком была изъята. Позже были установлены личности остановленных граждан: парни, которые стояли на остановке, - ФИО1 и ФИО2, а парень, который вышел из леса и у которого был наркотик, - ФИО10. Сам процесс выдачи наркотика был зафиксирован на регистратор «Дозор». Данные записи находятся на оптическом диске, который хранится на рабочем месте по адресу: &lt;...&gt;. (т. 1 л.д. 65-67, 73-75) Оглашенными по ходатайству государственного обвинителя и с согласия сторон на основании ч. 1 ст. 281 УПК РФ аналогичными по содержанию показаниями неявившихся свидетелей ФИО2 и ФИО1, сообщивших, что 09.09.2025 примерно в 23 час. 00 мин. по предложению ФИО2 они встретились вдвоем на остановке у перинатального центра на Петербургском шоссе, где сидели на лавке и выпивали алкоголь. Спустя примерно 15 минут к ним со стороны лесополосы подошел их общий знакомый М.В., о встрече с которым они не договаривались. Они продолжили втроем распивать спиртное. Через некоторое время они вызывали такси на остановку к перинатальному центру, то есть по адресу 4-й пер. Металлистов, д. 7 до конечной остановки транспортной проходной к OAO «TBЗ» по Петербургскому шоссе, д. 45. За время ожидания такси к ним подъехали сотрудники ГАИ, которые в ходе разговора с ними попросили выдать все запрещенное, что у них есть. После этого М.В. выдал сотрудникам полиции пачку сигарет, в которой оказалось запрещенное вещество белого цвета в прозрачном пакете. Они не знали о том, что у М.В. было с собой данное вещество. (т. 1 л.д. 57-60, 61-64) Оглашенными по ходатайству государственного обвинителя и с согласия сторон на основании ч. 1 ст. 281 УПК РФ показаниями неявившегося свидетеля ФИО3, сообщившего, что он является потребителем наркотических средств - в течении семи лет, курит «соль». 09.09.2025 или 08.09.2025 он был в гостях у своего знакомого ФИО10 на ул. Горького. В дальнейшем, находясь дома, он обнаружил отсутствие своего телефона «Хiaomi 13T Pro», но сразу искать не стал, подумав, что где-то его забыл. На следующий день ФИО2 и ФИО1 ему сообщили, что ФИО10 задержали полицейские с его телефоном и наркотиками. В последующем ему стало известно, что тот ходил за «закладкой» в район перинатального центра. Скриншоты в его телефоне с координатами сохранены из-за того, что он сам употребляет наркотики и их покупает по мере надобности. Про фотографию, сделанную 09.09.2025 с координатами, он ничего пояснить не может, поскольку в тот день своим телефоном не пользовался, допускает, что она могла автоматически сохраниться из мессенджера Вотсап. Кто покупал наркотик в тот день, ему неизвестно. ФИО10 знал все его пароли и мог зайти в любое приложение. (т. 1 л.д. 81-83) Помимо показаний свидетелей вина ФИО10 объективно подтверждается исследованными по делу письменными доказательствами. Записью события № 3113260, зарегистрированной в КУСП за № 20800 от 09.09.2025, в которой зафиксирован факт поступления 09.09.2025 в 23 час. 36 мин. в дежурную часть Заволжского отдела полиции УМВД России по г. Твери телефонного сообщения сотрудника полиции ФИО8 об обнаружении наркотиков при досмотре гражданина. (т. 1 л.д. 17) Протоколом осмотра места происшествия от 10.09.2025, в котором зафиксирована обстановка на участке местности, расположенном по адресу: &lt;...&gt;, в том числе наличие автомобиля ГАИ, г.р.з. &lt;данные изъяты&gt;, на капоте которого обнаружена и изъята пачка сигарет «Winston» с веществом прозрачного цвета в полиэтиленовом пакете. (т. 1 л.д. 19) Протоколом личного досмотра от 10.09.2025, в ходе которого у ФИО10 обнаружен и изъят мобильный телефон Xiaomi в корпусе черного цвета (т. 1 л.д. 22) Протоколом обыска от 10.09.2025 в квартире ФИО10 по адресу: &lt;...&gt;, в ходе которого обнаружены и изъяты коробка из-под обуви с веществом зеленого цвета растительного происхождения россыпью, целлофановый пакет фиолетового цвета с веществом зеленого цвета растительного происхождения россыпью. (т. 1 л.д. 158-162) Протоколом осмотра места происшествия от 16.10.2025, в котором зафиксирована обстановка на остановке общественного транспорта, расположенной у &lt;...&gt; в частности наличие установленной на ней лавки. (т. 1 л.д. 139-145) Протоколом осмотра места происшествия от 15.10.2025, в котором зафиксирована обстановка в квартире по адресу: &lt;...&gt;. (т. 1 л.д. 146-153) Протоколом осмотра места происшествия от 16.10.2025, в котором зафиксирована обстановка на участке местности, расположенном в 1 км к северу от пос. Дмитрово-Черкассы Калининского м/о Тверской области (координаты 56.8441, 35.8205), представляющий собой вспаханное поле. (т. 1 л.д. 166-172) Справкой об исследовании № 591 от 10.09.2025, согласно которой представленное на исследование вещество исходной массой 9,59 г содержит в своем составе ?-PVP (?-Пирролидинопентиофенон), производное N-метилэфедрона (Список 1 «Перечня наркотических средств, психотропных веществ и их прекурсоров, подлежащих контролю в Российской Федерации», утв. постановлением Правительства РФ № 681 от 30.06.1998 (с последующими изменениями). 0,01 г вещества израсходовано при проведении исследования. (т. 1 л.д. 38-39) Заключением эксперта № 1969 от 17.09.2025, согласно выводам которого в поступивших на исследование упаковках помимо прочего имелись пакет из бесцветного прозрачного полимерного материала с кристаллическим веществом серого цвета, исходной массой 9,58 г, которое содержит в своем составе ?-PVP (?-Пирролидинопентиофенон), производное наркотического средства N-метилэфедрона (объект № 1); вещество растительного происхождения зелено-коричневого цвета в виде фрагментов листовых пластин и соцветия, которое является наркотическим средством – каннабис (марихуана), высушенным до постоянной массы 53,7 г (объект № 2); вещество растительного происхождения зелено-коричневого цвета в виде фрагментов растений, состоящих из фрагментов стеблей с листовыми пластинами и соцветиями, которое является частями наркосодержащего растения конопля рода Cannabis, высушенными до постоянной массы 42,0 г (объект № 3). 0,01 г вещества (объект № 1) и по 0,2 г веществ (объекты №№ 2,3) израсходовано при проведении исследования. Объект № 1 переупакован в сейф-пакет № 66485279. Вещества растительного происхождения упакованы в представленную коробку. (т. 1 л.д. 179-184) Протоколом осмотра предметов от 25.09.2025, в котором зафиксирован внешний вид содержимого сейф-пакета № 66485279, в том числе пачки от сигарет «Winston» с пакетом с застежкой типа зип-лок, внутри которого находится вещество бледно-желтого цвета кристаллической структуры; коробки от обуви бордового цвета с надписью «Nine Lines» и ее содержимого, а именно полимерного пакета фиолетового цвета и двух пакетов с застежкой типа зип-лок с веществами растительного происхождения зелено-коричневого цвета в первом – в виде высушенных фрагментов листовых пластин и соцветий со специфическим запахом, во втором – в виде высушенных фрагментов растений, состоящих из стеблей с листовыми пластинами и соцветиями со специфическим запахом. (т. 1 л.д. 186-192) Протоколом выемки от 07.10.2025, согласно которому у свидетеля ФИО8 изъят оптический диск с видеозаписями, фиксирующими 09.09.2025 выдачу ФИО10 наркотического вещества. (т. 1 л.д. 99-103) Протоколом осмотра предметов от 09.10.2025, в котором с участием обвиняемого ФИО10 и его защитника зафиксированы внешний вид изъятого у свидетеля ФИО8 DVD-R диска и содержание записанной на нем информации – 3 видеофайлов. В частности, на первой видеозаписи, начатой 09.09.2025 в 23 час. 28 мин., зафиксировано, как инспектор ДПС подходит к трем людям, одним из которых является ФИО10, спрашивает, есть ли у них что-либо запрещенное. ФИО10 сначала отрицает, далее инспектор ДПС поясняет, что на нем находится видеорегистратор, поэтому все будет зафиксировано, если они что-либо выкинут. В этот момент ФИО10 говорит, что у него при себе есть запрещенные вещества, которые он нашел на остановке, далее он и инспектор ДПС подходят к автомобилю ГАИ, г.р.з. &lt;данные изъяты&gt;, и в 23 час. 30 мин. ФИО10 кладет на капот машины мобильный телефон, пачку сигарет, поясняя, что это сигареты. В 23 час. 32 мин. ФИО10 достал с правого кармана шорт пачку сигарет, в которой находилось вещество. На вопрос инспектора ФИО10 говорит, что не знает, какое это вещество, и затем садится на пассажирское переднее сиденье служебного автомобиля. Видео заканчивается в 23 час. 34 мин. На остальных видеозаписях зафиксировано наличие на месте событий свидетелей ФИО2 и ФИО1 (т. 1 л.д. 104-112) Протоколом осмотра предметов от 09.10.2025, в котором с участием обвиняемого ФИО10 и его защитника зафиксирован внешний вид изъятого 10.09.2025 в ходе личного досмотра ФИО10 мобильного телефона «Xiaomi 13Т Pro», а также информация, содержащаяся в его памяти, в частности во вкладке «Сообщения» выявлено наличие переписки с различными абонентами, касающейся вопросов незаконного оборота наркотических средств, а в папке «Галерея» фотографий и скриншотов с изображением участков местности с координатами, метками и описанием месторасположения наркотических средств, среди которых 3 скриншота с сайта, выполненные 09.09.2025 в 20 час. 47 мин., с изображением лесного участка с указанием координат и отметкой красного цвета. В ходе осмотра ФИО10 пояснил, что мобильный телефон принадлежит его знакомому ФИО3 (т. 1 л.д. 115-134) Оценивая приведенные доказательства, каждое в отдельности и в их совокупности, суд приходит к выводу, что они относимы, допустимы, достоверны и в своей совокупности достаточны для признания ФИО10 виновным в вышеописанных преступлениях. Нарушений уголовно-процессуального закона в ходе предварительного расследования по делу, равно как и обстоятельств, свидетельствующих о каком-либо ограничении прав подсудимого, на досудебной стадии производства по делу, не установлено. Так, вина ФИО10 в совершении вышеописанных преступлений полностью подтверждается показаниями свидетелей ФИО6, ФИО9, ФИО7, ФИО8, являющихся сотрудниками ДПС, об обстоятельствах, при которых ими 09.09.2025 на остановке около перинатального центра, расположенного по адресу: &lt;...&gt;, был обнаружен ФИО10, у которого в пачке сигарет находилось неизвестное вещество; показаниями свидетелей ФИО2 и ФИО1 об обстоятельствах обнаружения сотрудниками ДПС у ФИО10 наркотического средства; показаниями свидетелей ФИО4 и ФИО5 об обстоятельствах изъятия обнаруженных при обыске в квартире ФИО10 коробки и пакета с наркотическими средствами, а также с исследованными в судебном заседании телефонным сообщением ФИО8 об обнаружении наркотического средства у ФИО10, поступившим в дежурную часть отдела полиции 09.09.2025 в 23 час. 36 мин., протоколами осмотров мест происшествия и осмотра изъятых предметов, в том числе записей с видеорегистратора свидетеля ФИО8, фиксирующих обнаружение у ФИО10 наркотического средства, полностью исключая возможность самооговора со стороны подсудимого. В свою очередь, справка об исследовании № 591 от 10.09.2025 и заключение эксперта № 1969 от 17.09.2025 в своей совокупности подтверждают, что изъятое 10.09.2025 в ходе осмотра места происшествия вещество, исходной массой 9,58 г, содержит в своем составе ?-PVP (?-Пирролидинопентиофенон), производное N-метилэфедрон; изъятое 10.09.2025 в ходе обыска в квартире ФИО10 вещество растительного происхождения в виде фрагментов листовых пластин и соцветия, является наркотическим средством – каннабис (марихуана), высушенным до постоянной массы 53,7 г; вещество растительного происхождения в виде фрагментов растений, состоящих из фрагментов стеблей с листовыми пластинами и соцветиями, является частями содержащего наркотические средства растения конопля (рода Cannabis), высушенных до постоянной массы 42,0 г. Оглашенные в судебном заседании протоколы допросов свидетелей являются допустимыми доказательствами, поскольку получены в полном соответствии с требованиями УПК РФ, оснований сомневаться в достоверности сообщенных свидетелями сведений об обстоятельствах, имеющих значение для разрешения дела, не имеется. Незначительные противоречия в показаниях данных лиц относительно последовательности действий участников происшествия не влияют на их общую достоверность, поскольку вызваны давностью и скоротечностью наблюдаемых свидетелями событий. Оснований полагать, что свидетели неправильно воспринимали обстоятельства дела либо умышленно оговаривают подсудимого в ходе судебного разбирательства, не установлено, личная заинтересованность в исходе дела у свидетелей отсутствует, их показания последовательны, логичны, согласуются между собой, а также объективно подтверждаются вышеприведенными письменными доказательствами по делу. Письменные доказательства также получены с соблюдением положений уголовно-процессуального закона, содержат сведения об обстоятельствах, имеющих согласно положениям ст. 73 УПК РФ значение для дела, существенных противоречий не имеют, согласуются с показаниями свидетелей, конкретизируя и дополняя последние. Результаты проведенных по делу исследований и заключение экспертизы по всем поставленным перед экспертом вопросам суд также признает достоверными, поскольку они проведены с соблюдением установленного процессуального порядка лицами, обладающими специальными познаниями для разрешения поставленных перед ними вопросов, при этом экспертному исследованию был подвергнут необходимый и достаточный материал. Сомнений в компетентности и беспристрастности эксперта, а также обоснованности сделанных им заключения у суда не имеется. Проведенная по делу судебная экспертиза назначена с соблюдений порядка и условий, предусмотренных ст.ст. , , 199 УПК РФ , при ее назначении и проведении в полной мере соблюдены права обвиняемой, предусмотренные ст. 198 УПК РФ . Экспертное заключение по форме и содержанию соответствуют требованиям ст. 204 УПК РФ и Федерального закона РФ «О государственной судебно-экспертной деятельности в Российской Федерации», составлено высококвалифицированным специалистом в соответствующей области, имеющим необходимый опыт работы и образование, не заинтересованным в исходе дела и предупрежденным об уголовной ответственности за дачу заведомо ложного заключения. Выводы эксперта являются мотивированными и научно обоснованными, а потому не вызывают сомнений в своей достоверности. Прочие исследованные в судебном заседании материалы не содержат сведений, относящихся к предмету доказывания по уголовному делу, а потому их допустимость и достоверность судом не оцениваются. Давая юридическую оценку действиям подсудимого ФИО10, суд исходит из установленных фактических обстоятельств дела, объема обвинения, поддержанного государственным обвинителем, а также учитывает, что в соответствии с положениями Федерального закона от 08.01.1998 № 3-ФЗ «О наркотических средствах и психотропных веществах», с последующими изменениями, а также постановлений Правительства Российской Федерации от 30.06.1998 № 681 «Об утверждении Перечня наркотических средств, психотропных веществ и их прекурсоров, подлежащих контролю в Российской Федерации» и от 27.11.2010 № 934 «Об утверждении перечня растений, содержащих наркотические средства или психотропные вещества либо их прекурсоры и подлежащих контролю в Российской Федерации, крупного и особо крупного размеров культивирования растений, содержащих наркотические средства или психотропные вещества либо их прекурсоры, для целей статьи Уголовного кодекса Российской Федерации, а также об изменении и признании утратившими силу некоторых актов Правительства Российской Федерации по вопросу оборота растений, содержащих наркотические средства или психотропные вещества либо их прекурсоры» приобретенные и хранимые ФИО10 при указанных выше обстоятельствах каннабис (марихуана) и ?-PVP (?-Пирролидинопентиофенон), производное N-метилэфедрона, являются наркотическими средствами и включены в Список ? наркотических средств, психотропных веществ и их прекурсоров,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Федерации, а конопля (растение рода Cannabis) относится к растениям, содержащим наркотические средства, подлежащим контролю в Российской Федерации. В соответствии с постановлением Правительства Российской Федерации от 01.10.2012 № 1002 «Об утверждении значительного, крупного и особо крупного размеров наркотических средств и психотропных веществ, а также значительного, крупного и особо крупного размеров для растений, содержащих наркотические средства или психотропные вещества, либо их частей, содержащих наркотические средства или психотропные вещества для целей статей , 228.1 , и 229.1 Уголовного Кодекса Российской Федерации» (в редакции, действовавшей на момент совершения инкриминируемого ФИО10 деяния) для каннабиса (марихуаны) и конопли (растения рода Cannabis), каждого в отдельности, установлен значительный размер свыше 6 г, крупный свыше 100 г; для N-метилэфедрона и его производных – крупный размер свыше 1 г, особо крупный свыше 200 г. При этом, в тех случаях, когда наркотическое средство или психотропное вещество, включенное в Список ?, входит в состав смеси (препарата), содержащей одно наркотическое средство или психотропное вещество, его размер определяется весом всей смеси. Таким образом, вес приобретенных и хранимых ФИО10 каннабиса (марихуаны), высушенной до постоянной массы 53,7 г, и частей растений, содержащих наркотические средства конопля (растение рода Сannabis), высушенных до постоянной массы 42,0 г, каждый в отдельности, относятся к значительному размеру, а вес приобретенной и хранимой ФИО10 смеси, содержащей наркотическое средство ?-PVP (?-Пирролидинопентиофенон), производное N-метилэфедрон, общей массой 9,59 г, относится к крупному размеру. В ходе судебного разбирательства и предварительного следствия были достоверно установлены время, место и способ приобретения ФИО10 наркотических средств и их размер, что свидетельствует об установлении всех обстоятельств совершения 2-х инкриминируемых подсудимому деяний в форме приобретения наркотических средств, то есть обвинение в данной части нашло свое полное подтверждение. Аналогичным образом, из установленных судом обстоятельств преступлений следует, что подсудимым ФИО10 были выполнены все действия, необходимые для хранения наркотического средства каннабис (марихуана) и частей содержащего наркотические средства растение конопля, которые были им размещены в квартире по месту жительства и находились там до момента обнаружения и изъятия их сотрудниками полиции, а найденное и присвоенное им 09.09.2025 наркотическое средство ?-PVP (?-Пирролидинопентиофенон), производное N-метилэфедрон, было помещено ФИО10 в карман, где и хранилось до момента обнаружения и изъятия сотрудниками полиции. При этом умысел на незаконные приобретение и хранение наркотических средств по двум фактам преступной деятельности сформировался у ФИО10 независимо от действий сотрудников правоохранительных органов и не был направлен на сбыт вышеуказанных наркотических средств и частей содержащего наркотические средства растения. С учетом изложенного, анализируя собранные по делу доказательства в их совокупности, суд квалифицирует действия подсудимого ФИО10 - по преступлению, пресеченному 10.09.2025, по ч. 1 ст. 228 УК РФ , как незаконные приобретение и хранение частей растений, содержащих наркотические средства, и наркотического средства без цели сбыта в значительном размере; по преступлению, пресеченному 09.09.2025, по ч. 2 ст. 228 УК РФ , как незаконные приобретение и хранение без цели сбыта наркотического средства в крупном размере. Согласно заключению комиссии экспертов № 1913 от 23.09.2025 ФИО10 каким-либо хроническим, временным психическим расстройством, слабоумием, иным болезненным состоянием психики, которое лишало бы его возможности осознавать фактический характер и общественную опасность своих действий и руководить ими в период совершения инкриминируемых ему деяний, не страдал и не страдает в настоящее время. У ФИО10 в настоящее время выявляются, а также выявлялись на период совершения инкриминируемых ему деяний признаки &lt;данные изъяты&gt;. Однако указанные расстройства, выявленные у ФИО10, выражены не столь значительно, не сопровождаются продуктивной психопатологической симптоматикой, выраженным интеллектуально мнестическим снижением, грубой эмоционально-волевой неустойчивостью, нарушением критических и прогностических способностей, и не лишали его в период совершения инкриминируемых ему деяний, и в настоящее время способности в полной мере осознавать фактический характер, и общественную опасность своих действий, и руководить ими. По своему психическому состоянию ФИО10 способен правильно воспринимать обстоятельства, имеющие значение для дела, давать о них показания, а также участвовать в следственных действиях и судебном разбирательстве. В принудительных мерах медицинского характера не нуждается. В связи с наличием &lt;данные изъяты&gt; ФИО10 нуждается в прохождении лечения от наркомании и медицинской реабилитации. ( т. 2 л.д. 55-56) Оснований сомневаться в выводах экспертов, которые не заинтересованы в исходе дела, обладают специальными познаниями и значительным опытом экспертной деятельности, не имеется, а потому ФИО10 признается вменяемым по отношению к инкриминируемому ему деянию. Решая вопрос о мере наказания подсудимого, суд принимает во внимание обстоятельства, предусмотренные ч. 1 ст. , ч. 3 ст. 60 УК РФ . Так, при изучении личности подсудимого установлено, что ФИО10 является гражданином &lt;данные изъяты&gt;, имеет место жительства на территории г. Твери, среднее специальное образование, разведен, имеет на иждивении двоих малолетних детей, не трудоустроен, не судим, на учетах у врачей нарколога и психиатра не состоит, страдает хроническими заболеваниями, по месту срочной службы в ВС РФ, предыдущему месту работы, а также соседями по месту жительства характеризуется положительно, участковым по месту жительства – нейтрально, по месту содержания под стражей – удовлетворительно. Подсудимый ФИО10 совершил преступление небольшой тяжести, предусмотренное ч. 1 ст. 228 УК РФ , и тяжкое преступление, предусмотренное ч. 2 ст. 228 УК РФ . Обстоятельством, смягчающими наказание ФИО10 в соответствии с ч. 1 ст. 61 УК РФ суд в отношении всех преступных деяний признает наличие у подсудимого двух малолетних детей (п. «г») и активное способствование им в раскрытии и расследовании преступлений (п. «и»), выразившееся в даче подробных признательных показаний об обстоятельствах приобретения наркотических средств и частей содержащих наркотическое средство растений, что позволило установить способ, время и место совершения преступлений, которые в этой части не были известны сотрудникам правоохранительных органов. Вместе с тем, поскольку изъятие наркотических средств и частей содержащих наркотические средства растений у ФИО10 было произведено уже после его задержания сотрудниками полиции и при производстве процессуальных действий, непосредственно направленных на их обнаружение и изъятие, признательная позиция подсудимого не свидетельствует о добровольной сдаче ФИО10 последних и не влечет освобождения подсудимого от ответственности за содеянное на основании Примечания 1 к ст. 228 УК РФ по обоим фактам преступной деятельности. ФИО10 в судебном заседании вину в совершенном преступлении признал, раскаялся в содеянном, ранее к уголовной ответственности не привлекался, страдает хроническими заболеваниями, оказывает помощь бывшей супруге, а также пожилой, нетрудоспособной матери, страдающей хроническими заболеваниями, выразил желание пройти реабилитацию от зависимости от ПАВ, положительно характеризуется, что с учетом молодого возраста и состояние здоровья ФИО10, положительных данных о его личности, отраженных в характеристиках, суд на основании ч. 2 ст. 61 УК РФ также признает в качестве обстоятельств, смягчающих наказание подсудимого по обоим преступным деяниям. Обстоятельства, в соответствии со ст. 63 УК РФ отягчающие наказание ФИО10, отсутствуют. Принимая во внимание изложенное, в том числе совокупность смягчающих и отсутствие отягчающих наказание обстоятельств, данные о личности подсудимого, его состояние здоровья, материальное положение семьи ФИО10, учитывая характер и степень общественной опасности совершенных им преступлений, направленных против здоровья населения и общественной нравственности, конкретные обстоятельства дела, суд приходит к выводу, что в целях восстановления социальной справедливости, исправления подсудимого и предупреждения совершения новых преступлений ФИО10 должно быть назначено наказание в виде лишения свободы за каждое из совершенных преступлений, срок которого определяется судом с учетом положений ч. 1 ст. 62 УК РФ . Вопреки доводам стороны защиты, при установленных по делу обстоятельствах назначение ФИО10 наказания, не связанного с лишением свободы, не позволит достичь целей, зафиксированных в ст. 43 УК РФ , а исключительных обстоятельств, дающих основание назначить ему наказание с применением правил ст. 64 УК РФ , не имеется. В тоже время совокупность установленных по делу смягчающих наказание обстоятельств дает основание суду не применять к ФИО10 дополнительный вид наказания, предусмотренный санкцией ч. 2 ст. 228 УК РФ . При этом, с учетом фактических обстоятельств совершенных ФИО10 преступлений и степени их общественной опасности, суд не находит оснований для замены ФИО10 наказания в виде лишения свободы принудительными работами по правилам ст. 53.1 УК РФ , назначения ему наказания условно по правилам ст. 73 УК РФ , снижения категории тяжести совершенного им преступления, предусмотренного ч. 2 ст. 228 УК РФ , по правилам ч. 6 ст. 15 УК РФ , равно как и для освобождения его от отбывания назначенного наказания, предоставления ему отсрочки его отбывания, прекращения уголовного дела/уголовного преследования. Исходя из категории совершенных ФИО10 преступлений, с учетом данных о его личности, совокупности смягчающих обстоятельств, суд полагает необходимым на основании ч. 3 ст. 69 УК РФ назначить ему окончательное наказание по совокупности преступлений путем частичного сложения наказаний, оснований для применения правил полного сложения не имеется. Местом отбывания наказания подсудимому в соответствии с п. «б» ч. 1 ст. 58 УК РФ назначается исправительная колония общего режима, куда он подлежит направлению под конвоем, в связи с чем оснований к изменению ему меры пресечения не имеется. Гражданский иск по делу не заявлен. На основании ст. - 132 УПК РФ процессуальные издержки, понесенные на оплату услуг адвокатов в ходе предварительного расследования, подлежат взысканию с подсудимого, который является трудоспособным, имеет возможность трудоустройства, об отказе от защитника не заявлял. Судьба вещественных доказательств по делу определяется по правилам ст. - 82 УПК РФ . В частности, исходя из смысла ч.ч. 1 и 5 ст. 82 УПК РФ , изъятые по настоящему делу наркотические средства до разрешения уголовного дела, выделенного в отношении иных лиц, причастных к их незаконному обороту, должны находиться в местах, определенных органами предварительного расследования. На основании изложенного, руководствуясь ст.ст. - , - 310 УПК РФ , суд ПРИГОВОРИЛ: ФИО10 признать виновным в совершении преступлений, предусмотренных ч. 1 ст. , ч. 2 ст. 228 УК РФ , и назначить ему наказание в виде лишения свободы: - по ч. 1 ст. 228 УК РФ сроком на 01 (один) год, - по ч. 2 ст. 228 УК РФ сроком на 03 (три) года. В соответствии с ч. 3 ст. 69 УК РФ по совокупности преступлений путем частичного сложения назначенных наказаний окончательно назначить ФИО10 наказание в виде лишения свободы сроком на 03 (три) года 03 (три) месяца с отбыванием в исправительной колонии общего режима. Меру пресечения ФИО10 в виде заключения под стражу до вступления приговора в законную силу оставить без изменения. Срок отбывания наказания исчислять со дня вступления приговора в законную силу. На основании ч. 3.2 ст. 72 УК РФ зачесть ФИО10 в срок лишения свободы время содержания его под стражей в порядке меры пресечения с 10 сентября 2025 года до дня вступления настоящего приговора в законную силу из расчета один день содержания под стражей за один день отбывания наказания в исправительной колонии общего режима. По вступлении приговора в законную силу вещественные доказательства: - наркотическое средство каннабис (марихуана), высушенное до постоянной массы 53,5 г, части наркосодержащего растения конопля рода Cannabis, высушенные до постоянной массы 41,8 г, картонную коробку от обуви и полимерный пакет фиолетового цвета, хранящиеся в камере хранения вещественных доказательств МО МВД России «Бежецкий», уничтожить; - вещество массой 9,57 г, содержащее в своем составе ?-PVP (?-Пирролидинопентиофенон), производное наркотического вещества N-метилэфедрона, пачку из-под сигарет «Winston», zip-lock пакет, хранящиеся в камере хранения вещественных доказательств МО МВД России «Бежецкий», оставить на хранении до рассмотрения выделенного уголовного дела № 12501280038001533; - оптический диск, хранящийся в уголовном деле, оставить в деле; - мобильный телефон «Xiaomi», хранящийся в камере хранения вещественных доказательств МО МВД России «Бежецкий», вернуть по принадлежности свидетелю ФИО3 Взыскать с ФИО10 процессуальные издержки – суммы, выплаченные из федерального бюджета в пользу адвокатов, осуществлявших его защиту в ходе предварительного следствия (Дунаевской И.Е. – в размере 3 460 (три тысячи четыреста шестьдесят) рублей 00 копеек, ФИО11 – в размере 9 305 (девять тысяч триста пять) рублей 00 копеек), в общей сумме 12 765 (двенадцать тысяч семьсот шестьдесят пять) рублей 00 копеек. Приговор может быть обжалован в апелляционном порядке в Тверской областной суд через Заволжский районный суд г. Твери в течение 15 суток со дня провозглашения, а осужденным, содержащимся под стражей, в тот же срок со дня вручения ему копии приговора. В случае подачи апелляционной жалобы осужденный вправе ходатайствовать о своем участии в рассмотрении уголовного дела судом апелляционной инстанции, о чем необходимо указать в своей апелляционной жалобе. Председательствующий Е.Ю. Цветков Суд: Заволжский районный суд г. Твери (Тверская область) (подробнее) Судьи дела: Цветков Евгений Юрьевич (судья) (подробнее) Судебная практика по: Контрабанда Судебная практика по применению норм ст. 200.1, 200.2, 226.1, 229.1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