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Казань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14 января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