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18.06.2014 г. Сорским районным судом Республики Хакасия по п. «а» ч. 2 ст. , п. «а» ч. 2 ст. 158 УК РФ , ч. 3 ст. 69 УК РФ к 2 годам 6 мес. лишения свободы, в соответствии со ст. 73 УК РФ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21.10.2014 г. Сорским районным судом Республики Хакасия по ч. 2 ст. 228 УК РФ к 3 годам лишения свободы; в соответствии с ч. 5 ст. УК РФ отменено условное осуждение, назначенное по приговору суда от 18.06.2014 г., и в соответствии со ст. 70 УК РФ к назначенному наказанию частично присоединено неотбытое наказание по приговору суда от 18.06.2014 г. и окончательно назначено к отбытию наказание в виде лишения свободы сроком на 3 года 6 мес.; освобожденного из мест лишения свободы 22.01.2018 г. по отбытию срока наказания;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14.02.2019 г. Сорским районным судом Республики Хакасия по ст. 264.1 УК РФ к 8 мес. лишения свободы, в соответствии со ст. 73 УК РФ условно, с испытательным сроком 6 мес., с лишением права заниматься деятельностью, связанной с управлением транспортными средствами на срок 1 год 6 месяцев. Снят с учета по основному наказанию в виде лишения свободы 14.08.2019 г. в связи с истечением испытательного срока; Неотбытый срок дополнительного наказания в виде лишения права заниматься деятельностью, связанной с управлением транспортными средствами по состоянию на 15.01.2020 г. составляет 7 месяцев 12 дней, обвиняемого в совершении преступления, предусмотренного ст. 264.1 УК РФ , Старостину Д.В. избрана мера пресечения в виде запрета управлять автомобилем или иным транспортным средством с возложением обязанности своевременно являться по вызовам дознавателя и в суд, суд У С Т А Н О В ИЛ: Старостин Д.В. управлял автомобилем, находясь в состоянии опьянения, имеющим судимость за совершение преступления, предусмотренного настоящей статьей (264.1 УК РФ). Преступление Старостиным Д.В. совершено при следующих обстоятельствах. Согласно приговору Сорского районного суда Республики Хакасия от 14.02.2019 г., вступившему в законную силу 26.02.2019 г., Старостин Д.В. был признан виновным по ст. 264.1 УК РФ и подвергнут наказанию в виде лишения свободы сроком на 8 месяцев с лишением права заниматься деятельностью, связанной с управлением транспортными средствами на срок 1 год 6 месяцев. В соответствии со ст. 73 УК РФ назначенное наказание в виде лишения свободы считать условным с испытательным сроком 6 месяцев. В соответствии с п. б ч. 3 ст. 86 УК РФ - судимость погашается в отношении лица, осужденного к более мягким видам наказаний по истечении одного года после отбытия. 20.11.2019 г. около 18 часов 00 минут у Старостина Д.В., находящегося согласно акту медицинского освидетельствования № 288 от 20.11.2019 г. в состоянии алкогольного опьянения, на участке местности, расположенном в гаражном массиве в 80 метрах в северо-западном направлении от западного торца дома &lt;адрес&gt; Республики Хакасия, возник преступный умысел, направленный на управление автомобилем в состоянии опьянения. 20.11.2019 г. около 18 часов 00 минут Старостин Д.В., реализуя свой преступный умысел, направленный на управление автомобилем в состоянии опьянения, являясь лицом, осужденным за преступление, предусмотренное ст. 264.1 УК РФ , действуя умышленно, заведомо зная, что находится в состоянии опьянения и не имеет права управления транспортными средствами, не выполняя требований п. 2.7 «Правил Дорожного Движения Российской Федерации», утвержденных Постановлением Правительства Российской Федерации от 23.10.1993 г. № 1090, согласно которому водителю запрещается управлять транспортным средством в состоянии опьянения, с целью покататься по улицам г. Сорска Республики Хакасия, до 18 часов 39 минут 20.11.2019 года управлял автомобилем марки &lt;данные изъяты&gt; и передвигался на нем от участка местности, расположенного в гаражном массиве в 80 метрах в северо-западном направлении от западного торца дома &lt;адрес&gt; Республики Хакасия до участка местности, расположенного на расстоянии 5 метров в северо-восточном направлении от входа в магазин «Тайфун», находящегося по адресу: Республика Хакасия, &lt;адрес&gt; 20.11.2019 г. в 18 часов 39 минут Старостин Д.В., управляя вышеуказанным автомобилем на участке местности, расположенном на расстоянии 5 метров в северо-восточном направлении от входа в магазин «Тайфун», находящегося по адресу: Республика Хакасия, &lt;адрес&gt;, был остановлен сотрудниками ОВО Отд МВД России по г. Сорску, тем самым его преступные действия были пресечены. В судебном заседании подсудимый Старостин Д.В. поддержал ранее заявленное им ходатайство о постановлении приговора без проведения судебного разбирательства, пояснив, что он полностью согласен с предъявленным ему обвинением. Ходатайство о постановлении приговора без проведения судебного разбирательства заявлено им добровольно, после консультации с защитником. Характер и последствия постановления приговора в таком порядке осознает полностью Защитник - адвокат Тюменцева Я.Ю. поддержала ходатайство, заявленное подсудимым Старостиным Д.В. Государственный обвинитель Минаев М.С. не возражает против постановления приговора в особом порядке. Обвинение, с которым согласился подсудимый, обосновано, подтверждается доказательствами, собранными по данному уголовному делу. На основании изложенного у суда имеются основания для постановления приговора без проведения судебного разбирательства. Суд квалифицирует действия подсудимого Старостина Д.В. по ст. 264.1 УК РФ , как управление автомобилем лицом, находящимся в состоянии опьянения, имеющим судимость за совершение преступления, предусмотренного настоящей статьей (264.1 УК РФ). При назначении наказания суд учитывает характер и степень общественной опасности совершенного преступления, относящегося к категории небольшой тяжести, данные о личности Старостина Д.В., характеризующегося по месту жительства удовлетворительно, по месту работы - положительно&lt;данные изъяты&gt;. Кроме того, при назначении наказания суд учитывает возраст, семейное положение подсудимого, состояние здоровья Старостина Д.В. и состояние здоровья членов его семьи. Обстоятельствами, смягчающими наказание подсудимого Старостина Д.В., суд признает признание им своей вины, раскаяние в содеянном, активное способствование раскрытию и расследованию преступления, наличие на иждивении малолетнего ребенка, и то, что его гражданская жена находится в состоянии беременности. Обстоятельством, отягчающим наказание подсудимого Старостина Д.В., суд признает наличие в действиях Старостина Д.В. рецидива преступлений. На основании изложенного и учитывая влияние назначенного наказания на исправление осужденного и на условия жизни его семьи, а также с учетом обстоятельств совершения преступления и личности Старостина Д.В., суд считает необходимым назначить подсудимому наказание в виде реального лишения свободы с применением ч.5 ст. 62 УК РФ и с лишением права заниматься деятельностью, связанной с управлением транспортными средствами, при этом с учетом обстоятельств дела и личности подсудимого суд считает возможным применить положения ч.3 ст. 68 УК РФ и назначить наказание менее одной третьей части максимального срока лишения свободы, предусмотренного санкцией данной статьи. Назначение подсудимому наказания в виде реального лишения свободы с лишением права заниматься деятельностью, связанной с управлением транспортными средствами будет в полной мере отвечать целям его исправления, и будет являться целесообразным и справедливым. С учетом данных о личности подсудимого, обстоятельств совершения преступления, суд не находит оснований для применения положений ст. 73 УК РФ . С учетом обстоятельств дела и личности подсудимого, а также с учетом наличия у подсудимого отягчающего наказание обстоятельства, суд не усматривает оснований для применения положений ч.1 ст. 62 УК РФ . Кроме того, суд не усматривает оснований для применения ст. 64 УК РФ , поскольку отсутствует совокупность смягчающих обстоятельств, значительно уменьшающих степень общественной опасности совершенного Старостиным Д.В. преступления, и не усматривает оснований для освобождения подсудимого от уголовной ответственности. Поскольку данное преступление Старостин Д.В. совершил в период отбывания дополнительного наказания в виде лишения права заниматься деятельностью, связанной с управлением транспортными средствами, назначенного по приговору Сорского районного суда от 14.02.2019 г., то окончательное наказание суд считает необходимым назначить по правилам ч.4 ст. , ч. 5 ст. 70 УК РФ , путем присоединения к назначенному наказанию неотбытой части дополнительного наказания, назначенного по приговору от 14.02.2019 г. В соответствии с п. 10 ч.1 ст. 308 УПК РФ при постановлении обвинительного приговора должно быть принято решение о мере пресечения в отношении подсудимого до вступления приговора в законную силу. Поскольку Старостин Д.В. признан виновным и осужден к реальному лишению свободы, то в целях обеспечения исполнения назначенного наказания, суд считает необходимым изменить Старостину Д.В. меру пресечения с запрета управлять автомобилем или иным транспортным средством с возложением обязанности своевременно являться по вызовам дознавателя и в суд на заключение под стражу и содержать подсудимого под стражей до вступления приговора в законную силу. В силу п. «в» ч.1 ст. 58 УК РФ отбывание наказания Старостину Д.В. необходимо назначить в исправительной колонии строгого режима. В соответствии с п. «а» ч.3.1 ст. 72 УК РФ время содержания Старостина Д.В. под стражей с 15.01.2020 г. по день вступления приговора в законную силу включительно зачесть в срок лишения свободы из расчета один день содержания под стражей за один день отбывания наказания в исправительной колонии строгого режима. Вещественные доказательства: &lt;данные изъяты&gt; Руководствуясь ст. 316 УПК РФ , суд П Р И Г О В О Р И Л: ФИО1 признать виновным в совершении преступления, предусмотренного ст. 264.1 УК РФ и назначить ему наказание в виде лишения свободы сроком на 5 месяцев с лишением права заниматься деятельностью, связанной с управлением транспортными средствами на срок 2 года. В соответствии с ч.5 ст. , ч. 4 ст. 69 УК РФ к назначенному наказанию частично присоединить неотбытую часть дополнительного наказания, назначенного по приговору Сорского районного суда от 14.02.2019 г., и окончательно назначить наказание в виде лишения свободы сроком на 5 месяцев с отбыванием наказания в исправительной колонии строгого режима с лишением права заниматься деятельностью, связанной с управлением транспортными средствами на срок 2 года 1 месяц. Меру пресечения ФИО1 изменить и взять под стражу в зале суда, содержать в ФКУ СИЗО-1 УФСИН России по РХ до вступления приговора в законную силу. Срок наказания ФИО1 исчислять с 15.01.2020 г. В соответствии с п. «а» ч.3.1 ст. 72 УК РФ время содержания ФИО1 под стражей с 15.01.2020 г. по день вступления приговора в законную силу включительно зачесть в срок лишения свободы из расчета один день содержания под стражей за один день отбывания наказания в исправительной колонии строгого режима. Вещественные доказательства: &lt;данные изъяты&gt;. Приговор может быть обжалован в пределах требований ст. 317 УПК РФ в апелляционном порядке в Верховный суд Республики Хакасия в течение 10 суток со дня его провозглашения, а осужденному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Председательствующий: И.А. Кожина Суд: Сорский районный суд (Республика Хакасия) (подробнее) Судьи дела: Кожина Ирина Александровна (судья) (подробнее) Последние документы по делу: Приговор от 14 января 2020 г. по делу № 1-108/2019 Апелляционное постановление от 5 декабря 2019 г. по делу № 1-108/2019 Приговор от 18 сентября 2019 г. по делу № 1-108/2019 Постановление от 28 июля 2019 г. по делу № 1-108/2019 Постановление от 15 июля 2019 г. по делу № 1-108/2019 Приговор от 17 апреля 2019 г. по делу № 1-108/2019 Постановление от 3 апреля 2019 г. по делу № 1-108/2019 Приговор от 26 февраля 2019 г. по делу № 1-108/2019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