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совершил покушение на незаконный сбыт наркотических средств, совершенный с использованием электронных и информационно-телекоммуникационных сетей, (включая сеть «Интернет») группой лиц по предварительному сговору, в крупном размере, то есть умышленные действия лиц, непосредственно направленные на совершение незаконного сбыта наркотических средств с использованием электронных и информационно-телекоммуникационных сетей,(включая сеть «Интернет») группой лиц по предварительному сговору, в крупном размере, если при этом преступление не было доведено до конца по независящим от этих лиц обстоятельствам. Так, ФИО1, в период с ДД.ММ.ГГГГ до ДД.ММ.ГГГГ, находясь на территории &lt;адрес&gt; с целью получения материальной выгоды, из корыстных побуждений, вступил с неустановленным лицом в предварительный преступный сговор, направленный на незаконный сбыт наркотических средств, после чего действуя с указанным лицом совместно и согласованно, в составе группы лиц по предварительному сговору, по заранее разработанной преступной схеме, согласно распределенным ролям, совершил покушение на незаконный сбыт наркотических средств в крупном размере при следующих обстоятельствах. В указанное время, неустановленное лицо, следуя преступной договоренности, приискав необходимое количество наркотического средства, организовало его помещение в «тайник-закладку», расположенную в &lt;адрес&gt; по географическим координатам: &lt;данные изъяты&gt;, о местонахождении которого посредством электронной, информационно-телекоммуникационной сети «Интернет» в программе для мгновенного обмена сообщениями «&lt;данные изъяты&gt;» сообщило ФИО1 В период с ДД.ММ.ГГГГ до ДД.ММ.ГГГГ, ФИО1, выполняя преступную договоренность, на автомобиле проследовал к вышеуказанному тайнику, расположенному в &lt;адрес&gt; по географическим координатам: &lt;данные изъяты&gt;, где получил от неустановленного лица, не менее 5,06 г. и 1,39 г., наркотического средства – смеси, содержащей производное N-метилэфедрона – ?-пирролидиновалерофенон, для дальнейшего незаконного сбыта бесконтактным способом путем проведения тайников-закладок. При этом, указанное наркотическое средство ФИО1 незаконно хранил при себе и в иных местах, в целях последующего незаконного сбыта. Далее, ФИО1, ДД.ММ.ГГГГ, не позднее 15 часов 30 минут, продолжая реализовывать совместный преступный умысел и незаконно храня при себе вышеуказанное наркотическое средство, проследовал в &lt;адрес&gt;, где согласно достигнутой с неустановленным лицом преступной договоренности, действуя по его указанию, приискал места для оборудования «тайников-закладок» и поместил наркотические средства в тайники: у камня с торца &lt;адрес&gt;; под опорой теплотрассы с торца &lt;адрес&gt;; у бордюра с торца &lt;адрес&gt;; под кустом у дерева с задней стороны &lt;адрес&gt;; у забора около входа в подъезд &lt;адрес&gt;; в клумбе в виде покрышки из автоколеса с задней стороны &lt;адрес&gt;; у балкона под кустом около входа в подъезд &lt;адрес&gt;; у дерева с торца &lt;адрес&gt;; у столба ЛЭП около &lt;адрес&gt;; у забора и дерева около &lt;адрес&gt;; у столба ЛЭП напротив &lt;адрес&gt;; под опорой теплотрассы напротив &lt;адрес&gt;; у забора под табличкой около &lt;адрес&gt;; под опорой теплотрассы напротив торца &lt;адрес&gt;; в цветах у трубы около входа в подъезд &lt;адрес&gt;; под кустом около входа в подъезд &lt;адрес&gt;, зафиксировав при помощи фотосъемки на мобильном телефоне местонахождение указанных тайников. Тем самым, для осуществления бесконтактного способа незаконного сбыта ФИО1, провел закладки указанного наркотического средства. После этого ФИО1 с использованием программы «&lt;данные изъяты&gt;», предназначенной для мгновенного обмена сообщениями в электронной, информационно-телекоммуникационной сети «Интернет», передал информацию о местонахождении тайников-закладок с наркотическим посредством неустановленному лицу, которое в соответствии с отведенной ему ролью при совершении преступления, должно было довести указанную информацию о местонахождении наркотического средства приобретателям, после получения от последних платы за него, тем самым, выполнить все необходимые действия, направленные на незаконный сбыт вышеуказанного наркотического средства в крупном размере. Кроме того, часть вышеуказанного приобретенного из оптовой закладки наркотического средства ФИО1 незаконно хранил при себе в целях последующего незаконного сбыта, по ранее достигнутой договоренности с неустановленным лицом посредством оборудования «тайников-закладок», но ДД.ММ.ГГГГ около 15 часов 30 минут был задержан сотрудниками полиции в автомобиле «&lt;данные изъяты&gt;», государственный регистрационный знак №, находящемся у &lt;адрес&gt; и доставлен в УНК УМВД России по &lt;адрес&gt; по адресу: &lt;адрес&gt;. В связи с этим, довести до конца преступный умысел, направленный на незаконный сбыт наркотических средств в крупном размере, участники преступной группы не смогли по не зависящим от них обстоятельствам, поскольку: - во-первых, незаконно хранившееся у ФИО1 наркотическое средство, предназначенное для дальнейшего незаконного сбыта, изъято сотрудниками правоохранительных органов из незаконного оборота в ходе личного досмотра ФИО1, проведенного ДД.ММ.ГГГГ в период с 17:15 до 17:47 в УНК УМВД России по &lt;адрес&gt; по адресу: &lt;адрес&gt;. -во вторых, информация о местонахождении «тайников-закладок» не достигла приобретателей наркотических средств, а незаконно хранившиеся наркотические средства, предназначенные для дальнейшего незаконного сбыта, изъяты сотрудниками правоохранительных органов из незаконного оборота в ходе проведения следующих мероприятий: ДД.ММ.ГГГГ с 18.50 до 19.00 в ходе проведения оперативно-розыскного мероприятия «обследования помещений, зданий, сооружений, участков местности и транспортных средств» сотрудниками полиции у камня с торца &lt;адрес&gt;, обнаружен и изъят сверток с веществом, которое согласно заключения эксперта № от ДД.ММ.ГГГГ и справке об исследовании № от ДД.ММ.ГГГГ, является наркотическим средством - смесью, содержащей производное N-метилэфедрона – ?-пирролидиновалерофенон, массой 0,21 г. ДД.ММ.ГГГГ с 18.50 до 19.05 в ходе проведения оперативно-розыскного мероприятия «обследования помещений, зданий, сооружений, участков местности и транспортных средств» сотрудниками полиции под опорой теплотрассы с торца &lt;адрес&gt;, обнаружен и изъят сверток с веществом, которое согласно заключения эксперта № от ДД.ММ.ГГГГ и справке об исследовании № от ДД.ММ.ГГГГ, является наркотическим средством - смесью, содержащей производное N-метилэфедрона – ?-пирролидиновалерофенон, массой 0,31 г. ДД.ММ.ГГГГ с 19.07 до. 19.15 в ходе проведения оперативно-розыскного мероприятия «обследования помещений, зданий, сооружений, участков местности и транспортных средств» сотрудниками полиции у бордюра с торца &lt;адрес&gt;, обнаружен и изъят сверток с веществом, которое согласно заключения эксперта № от ДД.ММ.ГГГГ и справке об исследовании № от ДД.ММ.ГГГГ, является наркотическим средством - смесью, содержащей производное N-метилэфедрона – ?-пирролидиновалерофенон, массой 0,24 г. ДД.ММ.ГГГГ с 19.12 до 19.28 в ходе проведения оперативно-розыскного мероприятия «обследования помещений, зданий, сооружений, участков местности и транспортных средств» сотрудниками полиции под кустом у дерева с задней стороны &lt;адрес&gt;, обнаружен и изъят сверток с веществом, которое согласно заключения эксперта № от ДД.ММ.ГГГГ и справке об исследовании № от ДД.ММ.ГГГГ, является наркотическим средством - смесью, содержащей производное N-метилэфедрона – ?-пирролидиновалерофенон, массой 0,41 г. ДД.ММ.ГГГГ с 19.19 до 19.28 в ходе проведения оперативно- розыскного мероприятия «обследования помещений, зданий, сооружений, участков местности и транспортных средств» сотрудниками полиции под кустом у забора около входа в подъезд &lt;адрес&gt;, обнаружен и изъят сверток с веществом, которое согласно заключения эксперта № от ДД.ММ.ГГГГ и справке об исследовании № от ДД.ММ.ГГГГ, является наркотическим средством - смесью, содержащей производное N-метилэфедрона – ?-пирролидиновалерофенон, массой 0,19 г. ДД.ММ.ГГГГ с 19.33 до 19.45 в ходе проведения оперативно-розыскного мероприятия «обследования помещений, зданий, сооружений, участков местности и транспортных средств» сотрудниками полиции в клумбе в виде покрышки из автоколеса с задней стороны &lt;адрес&gt;, обнаружен и изъят сверток с веществом, которое согласно заключения эксперта № от ДД.ММ.ГГГГ и справке об исследовании № от ДД.ММ.ГГГГ, является наркотическим средством - смесью, содержащей производное N-метилэфедрона – ?-пирролидиновалерофенон, массой 0,25 г. ДД.ММ.ГГГГ с 19.34 до 19.50 в ходе проведения оперативно-розыскного мероприятия «обследования помещений, зданий, сооружений, участков местности и транспортных средств» сотрудниками полиции у балкона под кустом около входа в подъезд &lt;адрес&gt;, обнаружен и изъят сверток с веществом, которое согласно заключения эксперта № от ДД.ММ.ГГГГ и справке об исследовании № от ДД.ММ.ГГГГ, является наркотическим средством - смесью, содержащей производное N-метилэфедрона – ?-пирролидиновалерофенон, массой 0,27 г. ДД.ММ.ГГГГ с 19.50 до 20.03 в ходе проведения оперативно-розыскного мероприятия «обследования помещений, зданий, сооружений, участков местности и транспортных средств» сотрудниками полиции у дерева с торца &lt;адрес&gt;, обнаружен и изъят сверток с веществом, которое согласно заключения эксперта № от ДД.ММ.ГГГГ и справке об исследовании № от ДД.ММ.ГГГГ, является наркотическим средством - смесью, содержащей производное N-метилэфедрона – ?-пирролидиновалерофенон, массой 0,35 г. ДД.ММ.ГГГГ с 19.55 до 20.10 в ходе проведения оперативно-розыскного мероприятия «обследования помещений, зданий, сооружений, участков местности и транспортных средств» сотрудниками полиции у столба ЛЭП около &lt;адрес&gt;, обнаружен и изъят сверток с веществом, которое согласно заключения эксперта № от ДД.ММ.ГГГГ и справке об исследовании № от ДД.ММ.ГГГГ, является наркотическим средством - смесью, содержащей производное N-метилэфедрона – ?-пирролидиновалерофенон, массой 0,36 г. ДД.ММ.ГГГГ с 20.10 до 20.27 в ходе проведения оперативно- розыскного мероприятия «обследования помещений, зданий, сооружений, участков местности и транспортных средств» сотрудниками полиции у забора и дерева около &lt;адрес&gt;, обнаружен и изъят сверток с веществом, которое согласно заключения эксперта № от ДД.ММ.ГГГГ и справке об исследовании № от ДД.ММ.ГГГГ, является наркотическим средством - смесью, содержащей производное N-метилэфедрона – ?-пирролидиновалерофенон, массой 0,21 г. ДД.ММ.ГГГГ с 20.19 до 20.37 в ходе проведения оперативно-розыскного мероприятия «обследования помещений, зданий, сооружений, участков местности и транспортных средств» сотрудниками полиции у столба ЛЭП напротив &lt;адрес&gt;, обнаружен и изъят сверток с веществом, которое согласно заключения эксперта № от ДД.ММ.ГГГГ и справке об исследовании № от ДД.ММ.ГГГГ, является наркотическим средством - смесью, содержащей производное N-метилэфедрона – ?-пирролидиновалерофенон, массой 0,42 г. ДД.ММ.ГГГГ с 20. 41 до 20.57 в ходе проведения оперативно-розыскного мероприятия «обследования помещений, зданий, сооружений, участков местности и транспортных средств» сотрудниками полиции под опорой теплотрассы напротив &lt;адрес&gt;, обнаружен и изъят сверток с веществом, которое согласно заключения эксперта № от ДД.ММ.ГГГГ и справке об исследовании № от ДД.ММ.ГГГГ, является наркотическим средством - смесью, содержащей производное N-метилэфедрона – ?-пирролидиновалерофенон, массой 0,49 г. ДД.ММ.ГГГГ с 21.20 до 21.33 в ходе проведения оперативно-розыскного мероприятия «обследования помещений, зданий, сооружений, участков местности и транспортных средств» сотрудниками полиции у забора под табличкой около &lt;адрес&gt;, обнаружен и изъят сверток с веществом, которое согласно заключения эксперта № от ДД.ММ.ГГГГ и справке об исследовании № от ДД.ММ.ГГГГ, является наркотическим средством - смесью, содержащей производное N-метилэфедрона – ?-пирролидиновалерофенон, массой 0,38 г. ДД.ММ.ГГГГ с 21.40 до 21.54 в ходе проведения оперативно-розыскного мероприятия «обследования помещений, зданий, сооружений, участков местности и транспортных средств» сотрудниками полиции под опорой теплотрассы напротив торца &lt;адрес&gt;, обнаружен и изъят сверток с веществом, которое согласно заключения эксперта № от ДД.ММ.ГГГГ и справке об исследовании № от ДД.ММ.ГГГГ, является наркотическим средством - смесью, содержащей производное N-метилэфедрона – ?-пирролидиновалерофенон, массой 0,39 г. ДД.ММ.ГГГГ с 22.58 до 23.14 в ходе проведения оперативно-розыскного мероприятия «обследования помещений, зданий, сооружений, участков местности и транспортных средств» сотрудниками полиции в цветах у трубы около входа в подъезд &lt;адрес&gt;, обнаружен и изъят сверток с веществом, которое согласно заключения эксперта № от ДД.ММ.ГГГГ и справке об исследовании № от ДД.ММ.ГГГГ, является наркотическим средством - смесью, содержащей производное N-метилэфедрона – ?-пирролидиновалерофенон, массой 0,28 г. ДД.ММ.ГГГГ с 23.19 до 23.25 в ходе проведения оперативно-розыскного мероприятия «обследования помещений, зданий, сооружений, участков местности и транспортных средств» сотрудниками полиции под кустом около входа в подъезд &lt;адрес&gt;, обнаружен и изъят сверток с веществом, которое согласно заключения эксперта № от ДД.ММ.ГГГГ и справке об исследовании № от ДД.ММ.ГГГГ, является наркотическим средством - смесью, содержащей производное N-метилэфедрона – ?-пирролидиновалерофенон, массой 0,30 г. Общая масса изъятого сотрудниками полиции из оборудованных «тайников-закладок» и у ФИО1 в ходе личного досмотра наркотического средства - смеси, содержащей производное N-метилэфедрона – ?-пирролидиновалерофенон, оборот которого в соответствии с Постановлением Правительства РФ от 30. 06. 1998 №681 «Об утверждении перечня наркотических средств, психотропных веществ и их прекурсоров, подлежащих контролю в Российской Федерации» на территории РФ запрещен, составила 5,06 г. и 1,39 г. соответственно, что в соответствии с Постановлением Правительства РФ от 01.10.2012 года №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 психотропные вещества, для целей статей , 228.1 , и 229.1 УК РФ », является крупным размером. 2.Он же ФИО1, совершил незаконный сбыт наркотических средств, совершенный с использованием электронных и информационно-телекоммуникационных сетей (включая сеть «Интернет») в значительном размере при следующих обстоятельствах. В период с ДД.ММ.ГГГГ до ДД.ММ.ГГГГ, ФИО1 имея преступный умысел, направленный на незаконный сбыт наркотических средств, с целью получения выгоды, из корыстных побуждений, на автомобиле проследовал в &lt;адрес&gt; по географическим координатам: &lt;данные изъяты&gt;, где получил от неустановленного лица, не менее 0,50 г. наркотического средства- смесь, содержащую производное N-метилэфедрона – ?-пирролидиновалерофенон, для дальнейшего самостоятельного (без участия неустановленного лица, от которого получил наркотическое средство для незаконного сбыта бесконтактным способом путем проведения «»тайников- закладок и доведения информации до потребителей через созданный самостоятельно сайт «&lt;данные изъяты&gt;», а также путем передачи лично потребителям. Далее, ФИО1, ДД.ММ.ГГГГ, не позднее 14 часов 10 минут, продолжая реализовывать преступный умысел и незаконно храня при себе вышеуказанное наркотическое средство, проследовал в &lt;адрес&gt;, где приискал места для оборудования «тайников-закладок» и поместил наркотические средства в тайники: в клумбе в виде покрышки из автоколеса у &lt;адрес&gt;; под кустом у угла забора около &lt;адрес&gt;; между камнем и бетонным столбом у &lt;адрес&gt;; около забора у дерева около &lt;адрес&gt;, зафиксировав при помощи фотосьемки на мобильном телефоне местонахождение указанных тайников. Тем самым, для осуществления бесконтактного способа незаконного сбыта ФИО1 провел закладки указанного наркотического средства. После этого ФИО1 ДД.ММ.ГГГГ, не позднее 14 часов 10 минут, продолжая реализовывать преступный умысел, направленный на незаконный сбыт наркотических средств в значительном размере с использованием программы «&lt;данные изъяты&gt;», предназначенной для мгновенного обмена сообщениями в электронной, информационно-телекоммуникационной сети «Интернет», В созданном им для продажи наркотических средств интернет-магазине «&lt;данные изъяты&gt;», сообщил неустановленным потребителям (клиентам указанного магазина), выступающим в указанной программе «&lt;данные изъяты&gt;» под именами (ник-неймами): «&lt;данные изъяты&gt;», «&lt;данные изъяты&gt;», «&lt;данные изъяты&gt;» и лицу (потребителю), выступающему под неустановленным именем (ник-неймом), о наличии у него (ФИО1) наркотических средств, помещенных им ранее в «тайники-закладки», а также о возможности передать им наркотические средства для пробы, в целях рекламы вышеуказанного магазина, то есть незаконно сбыть им указанные наркотические средства. Во исполнение задуманного, ФИО1 с использованием указанной программы «&lt;данные изъяты&gt;», передал им информацию о местонахождении тайников-закладок с наркотическими средствами, а именно: ДД.ММ.ГГГГ около 13 часов 39 минут, лицу, выступающему под именем (ник-неймом) «милая девченка» передал информацию о тайнике, расположенном по адресу: около забора у дерева около &lt;адрес&gt;; ДД.ММ.ГГГГ около 13 часов 40 минут, лицу под именем (ник-неймом) «&lt;данные изъяты&gt;»- под кустом у угла забора около &lt;адрес&gt;; ДД.ММ.ГГГГ около 13 часов 40 минут, лицу под именем (ник-неймом) «&lt;данные изъяты&gt;»- между камнем и бетонным столбом у &lt;адрес&gt;; ДД.ММ.ГГГГ не позднее 14 часов 10 минут, лицу (приобретателю), выступающему под неустановленным именем (ник-неймом) – в клумбе в виде покрышки из автоколеса у &lt;адрес&gt; Незаконно хранившееся наркотическое средство, предназначенное для дальнейшего незаконного сбыта, изъято сотрудниками правоохранительных органов из незаконного оборота в ходе проведения следующих мероприятий. ДД.ММ.ГГГГ в период с 14.10 до 14.25 в ходе проведения оперативно-розыскного мероприятия «обследования помещений, зданий, сооружений, участков местности и транспортных средств» сотрудниками полиции в клумбе в виде покрышки из автоколеса у &lt;адрес&gt;, обнаружен и изъят сверток с веществом, которое согласно заключения эксперта № от ДД.ММ.ГГГГ и справке об исследовании № от ДД.ММ.ГГГГ, является наркотическим средством - смесью, содержащей производное N-метилэфедрона – ?-пирролидиновалерофенон, массой 0,12 г. ДД.ММ.ГГГГ в период с 14.29 до 14.35 в ходе проведения оперативно-розыскного мероприятия «обследования помещений, зданий, сооружений, участков местности и транспортных средств» сотрудниками полиции под кустом у угла забора около &lt;адрес&gt;, обнаружен и изъят сверток с веществом, которое согласно заключения эксперта № от ДД.ММ.ГГГГ и справке об исследовании № от ДД.ММ.ГГГГ, является наркотическим средством - смесью, содержащей производное N-метилэфедрона – ?-пирролидиновалерофенон, массой 0,16 г. ДД.ММ.ГГГГ в период с 14.40 до 14.55 в ходе проведения оперативно-розыскного мероприятия «обследования помещений, зданий, сооружений, участков местности и транспортных средств» сотрудниками полиции между камнем и бетонным столбом у &lt;адрес&gt;, обнаружен и изъят сверток с веществом, которое согласно заключения эксперта № от ДД.ММ.ГГГГ и справке об исследовании № от ДД.ММ.ГГГГ, является наркотическим средством - смесью, содержащей производное N-метилэфедрона – ?-пирролидиновалерофенон, массой 0,10 г. ДД.ММ.ГГГГ в период с 15.00 до 15:15 в ходе проведения оперативно-розыскного мероприятия «обследования помещений, зданий, сооружений, участков местности и транспортных средств» сотрудниками полиции около забора у дерева около &lt;адрес&gt;, обнаружен и изъят сверток с веществом, которое согласно заключения эксперта № от ДД.ММ.ГГГГ и справке об исследовании № от ДД.ММ.ГГГГ, является наркотическим средством - смесью, содержащей производное N-метилэфедрона – ?-пирролидиновалерофенон, массой 0,12 г. Далее, ФИО1, ДД.ММ.ГГГГ, не позднее 15 часов 30 минут, продолжая реализовывать преступный умысел на незаконный сбыт указанного наркотического средства, находясь у &lt;адрес&gt;, встретился в К.А. и П.Д., которые приехали на автомобиле «&lt;данные изъяты&gt;», государственный регистрационный знак №. Сев к ним в автомобиль, ФИО1, достоверно зная, что К.А. и П.Д. являются потребителями наркотических средств, предложил последним употребить наркотические средства. Получив от К.А. и П.Д. согласие на употребление наркотических средств, принадлежащих ФИО1, они на вышеуказанном автомобиле проследовали к &lt;адрес&gt; с целью употребления наркотических средств. Достигнув соответствующей договоренности с потребителями наркотических средств К.А. и П.Д., ФИО1, ДД.ММ.ГГГГ, не позднее 15 часов 30 минут, находясь в автомобиле «&lt;данные изъяты&gt;», государственный регистрационный знак №, расположенном у &lt;адрес&gt;, незаконно сбыл К.А. наркотическое средство- смесь, содержащую производное N-метилэфедрона – ?-пирролидиновалерофенон, неустановленной массой, и незаконно сбыл П.Д. наркотическое средство- смесь, содержащую производное N-метилэфедрона – ?-пирролидиновалерофенон, неустановленной массой, угостив их обоих неустановленной частью наркотического средства, находящегося при нем в расфасованном виде, специально приготовленным к употреблению. Получив от ФИО1 неустановленную часть наркотического средства- смеси, содержащую производное N-метилэфедрона – ?-пирролидиновалерофенон, К.А. и П.Д. употребили его. ДД.ММ.ГГГГ около 15 часов 30 минут ФИО2 были задержаны сотрудниками полиции в автомобиле «&lt;данные изъяты&gt;», государственный регистрационный знак №, находящемся у &lt;адрес&gt;. В результате употребления наркотических средств К.А. и П.Д. в биологических объектах последних (моче) обнаружены наркотические средства. Согласно справке о результатах химико-токсилогического исследования № от ДД.ММ.ГГГГ в биологическом объекте ( моче) К.А. обнаружено вещество- производное N-метилэфедрона, которое согласно заключения эксперта № от ДД.ММ.ГГГГ является наркотическим средством- смесью, содержащей производное N-метилэфедрона – ?-пирролидиновалерофенон. Согласно справке о результатах химико-токсилогического исследования № от ДД.ММ.ГГГГ в биологическом объекте ( моче) П.Д., обнаружено вещество- производное N-метилэфедрона, которое согласно заключения эксперта № от ДД.ММ.ГГГГ является наркотическим средством- смесью, содержащей производное N-метилэфедрона – ?-пирролидиновалерофенон. Таким образом, при указанных обстоятельствах ФИО1, путем оборудования «тайников-закладок» в клумбе в виде покрышки из автоколеса у &lt;адрес&gt;; под кустом у угла забора около &lt;адрес&gt;; между камнем и бетонным столбом у &lt;адрес&gt;; около забора у дерева около &lt;адрес&gt;, и сообщив о местах их хранения потребителям, выполнил все необходимые действия по передаче указанных наркотических средств приобретателям через сеть «Интернет», то есть действия, направленные на незаконную реализацию вышеуказанных наркотических средств, и путем личной передачи наркотического средства К.А. и П.Д., тем самым незаконно сбыл наркотическое средство - смесь, содержащую производное N-метилэфедрона – ?-пирролидиновалерофенон, оборот которого в соответствии с Постановлением Правительства РФ от 30. 06. 1998 №681 «Об утверждении перечня наркотических средств, психотропных веществ и их прекурсоров, подлежащих контролю в Российской Федерации» на территории РФ запрещен, массой 0,50 г., что в соответствии с Постановлением Правительства РФ от 01.10.2012 года №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 психотропные вещества, для целей статей , 228.1 , и 229.1 УК РФ », является значительным размером. Допрошенный в судебном заседании подсудимый ФИО1 вину в совершении преступлений фактически признал, не был согласен с квалификацией его действий. В содеянном раскаялся. Показал, что примерно год назад стал употреблять наркотическое средство гашиш, затем «соль», необходимость распространять наркотики возникла примерно за две недели до задержания. Для оформления на указанную работу он отправил фотографию своего паспорта работодателю, у которого был ник нейм- «&lt;данные изъяты&gt;», с ним ранее знаком не был, общался с ним через приложение «&lt;данные изъяты&gt;» посредством сети «Интернет». Далее «Костя &lt;данные изъяты&gt;» стал выдавать стажировочные адреса, где ему необходимо сделать закладки с наркотиком, он (ФИО3) оборудовал указанные закладки, делал описание места, отправлял ему вместе с фотографией места. Через некоторое время работодатель прислал адрес оптовой закладки, где нужно забрать. ДД.ММ.ГГГГ в ночное время он (ФИО3) забрал оптовую партию наркотика в &lt;адрес&gt;, в которой было все расфасовано, необходимо было только разложить и отправить адреса, оплачивалась данная работа сразу по 25 рублей за одну закладку с наркотическим средством. Он (ФИО3) привез указанную партию наркотического средства в &lt;адрес&gt;, уже в утреннее время в районе &lt;адрес&gt; разложил часть наркотического средства, места закладок сфотографировал и отправлял работодателю- 16 адресов, которые указаны в обвинительном заключении- в &lt;адрес&gt; В этот же день, когда он находился дома, ему позвонил К.А. сообщил, что ему и П.Д. необходимо употребить наркотик и просил его угостить наркотиком. Он (ФИО3) дал свое согласие, решив угостить указанных лиц наркотиком из вышеуказанной партии, при этом действовал он самостоятельно без согласования своих действий с лицом, от которого получил наркотическое средство. Когда указанные лица подъехали на машине к его дому, расположенному по адресу: &lt;адрес&gt;, он вышел, сел в машину, все вместе они поехали к водоему, на &lt;адрес&gt;, где употребили часть наркотика. Дальше он их оставил, сказав, что нужно отойти по делам. Он ушел и оборудовал 4 «тайника-закладки» - пробников для клиентов, чтобы они в последующем приобретали наркотик у него, поскольку накануне решил самостоятельно создать интернет – магазин «&lt;данные изъяты&gt;» без участия лица, от которого получил наркотик, и чтобы привлечь клиентов, нужно было сделать «пробники». Он сделал четыре пробника с наркотиком «соль» из этой же партии, которую он привез накануне из &lt;адрес&gt;. «Пробники» он разложил на указанных в обвинении улицах. После чего отправил адреса оборудованных «тайников-закладок» с наркотическим средством потенциальным потребителям. Далее вернулся обратно в машину, минут через 10-15 его, К.А. и П.Д. задержали сотрудники полиции. Сразу после того как его задержали один сверток с наркотиком выпал, он сразу признался, что данный сверток принадлежит ему. После чего сотрудники забрали два имеющихся у него телефона. Он разблокировал телефон, показал все имеющиеся у него адреса, где были закладки с наркотиком. Спустя время примерно через час их увезли в отдел, где производили его личный досмотр при понятых. У него изъяли наркотики. К.А. и П.Д. также досмотрели. Изъятый телефон был все время у сотрудника, он положил его в конверт, на котором участвующие лица расписались. После этого их отвезли на освидетельствование в наркодиспансер и затем в ИВС. Когда задержали, у него было два свертка, которые он намеревался разложить по закладкам для «&lt;данные изъяты&gt;», но не успел. Сведения, содержащиеся в протоколе явки с повинной подтверждает, писал ее добровольно без какого-либо принуждения. Кроме признательных показаний подсудимого его вина подтверждается показаниями, допрошенных в судебном заседании свидетелей. Свидетель К.Е. в судебном заседании пояснил, что является оперуполномоченным УНК УМВД России по &lt;адрес&gt;, В его служебные обязанности входит выявление и раскрытие преступлений, связанных с незаконным оборотом наркотических средств. ДД.ММ.ГГГГ ФИО1 был задержан по подозрению в незаконном обороте наркотиков, после чего он был доставлен в УНК УМВД России по &lt;адрес&gt;. Он ( К.) принимал участие в его задержании на &lt;адрес&gt;, где ФИО1 находился в автомобиле еще с несколькими гражданами, один из которых был П.Д., фамилию другого не вспомнил. Сотрудниками была получена оперативная информация, что ФИО1 причастен к незаконному обороту наркотиков. Они предполагали, что при нем будут находиться наркотические средства. Когда автомашина находилась у реки &lt;адрес&gt; Прямой сотрудники подошли, предъявили служебные удостоверения, представились, и после этого указанные граждане были задержаны. Сначала двери автомашины были заблокированы, и водитель П.Д. пытался завести машину, делая манипуляции с ключом, однако у него не получилось. После задержания ФИО1 был доставлен в УНК на &lt;адрес&gt; им ( К.) был осуществлен его личный досмотр в присутствии двух понятых. Был одет в куртку, черного цвета, какие были штаны, не помнит. В ходе личного досмотра у ФИО1 было изъяты: полимерный пакет типа гриппер прозрачный с веществом синего цвета внутри и еще один полимерный пакет с веществом внутри. Также в ходе дальнейшего личного досмотра ФИО1 было обнаружено 2 сотовых телефона «&lt;данные изъяты&gt;» -один черного цвета, другой бежевого. В дальнейшем, им ( К.) были осмотрены данные телефоны. Телефоны находились в общем доступе, не были запаролены и ФИО1 не препятствовал осмотру телефонов. В них была обнаружена переписка в приложении «&lt;данные изъяты&gt;», в которой были указаны адреса. Далее был задан вопрос ФИО1, что это за адреса, после чего он пояснил, что это адреса с закладками наркотика, которые он сделал. В каком варианте были адреса- не помнит, их было 20. Получив указанную информацию, сотрудники поехали проверять данные адреса. Были проверены 20 адресов, в 16 обнаружено наркотическое средство – «соль». В основном были адреса &lt;адрес&gt;. Закладки в &lt;адрес&gt; изымались после просмотра телефона. Изъятые в присутствии понятых у ФИО1 наркотические средства и телефоны были упакованы в пакет, скреплены подписями понятых, подписью ФИО3 и им ( К.), так как он проводил личный досмотр, скреплены печатью. В ходе личного досмотра замечания от понятых или ФИО1 не поступали. Какого-либо воздействия на него не оказывалось. Кроме того, в одном из указанных телефонов были адреса в закладках (заметках) телефона. Данные адреса были проверены, но изъяты 4 закладки с наркотиком. Свидетель К.А. в судебном заседании пояснил, что является оперуполномоченным УНК УМВД России по &lt;адрес&gt;, в его должностные обязанности входит выявление и пресечение преступлений, связанных с незаконным оборотом наркотических средств на территории &lt;адрес&gt;. В ходе работы, направленной на выявление и пресечение преступлений, связанных с незаконным оборотом наркотиков, была получена оперативная информация в отношении гражданина ФИО3, который занимается сбытом наркотических средств посредством оборудования закладок на территории &lt;адрес&gt;. Был проведен комплекс ОРМ, направленный на выявление фактов преступной деятельности и пресечения деятельности. Он ( К.) непосредственно, в ДД.ММ.ГГГГ проводил ОРМ «наблюдение», по результатам которого был установлен адрес фактического проживания ФИО1 -&lt;адрес&gt;, номер квартиры не помнит, в &lt;адрес&gt;. В дневное время ДД.ММ.ГГГГ к указанному дому подъехал автомобиль «&lt;данные изъяты&gt;» белого цвета, госномер не помнит, в ней находились два человека, ранее ему не знакомые. Подсудимый вышел из дома № и сел в данный автомобиль, после чего все вместе поехали по улицам &lt;адрес&gt; (без остановок), доехали до берега реки, где расположены &lt;адрес&gt;, остановились неподалеку в деревьях, далее из него вышел подсудимый. ФИО1 пошел к частному сектору, где непосредственно находились дома, хозпостройки, и оборудовал «тайники-закладки» наркотического средства, он ( К.) понял по действиям указанного лица и из опыта работы. Так ФИО1 подходил к определенному месту, что-то положил, затем сфотографировал это на телефон, чтобы отправить по сети «Интернет» фотографии с наркотиком для потребителя впоследствии. Точно номера домов не помнит, но был &lt;адрес&gt;, у забора, цветочная клумба была точно, это один из первых адресов, затем закладка у забора под камнем, далее ближе к дороге к &lt;адрес&gt;, он прошел к куче сухой травы у дерева, затем обратно вернулся. ФИО4 осталась на месте стоять, из нее никто не выходил и она никуда не выезжала. Когда он возвращался в машину, у дома около забора сфотографировал участок местности, что- то делал. В указанном месте ФИО3 сделал 5 закладок наркотического средства, на это все ушло около одного часа. Дальше он вернулся, сел в машину, где находился с вышеуказанными лицами около часа, что они там делали, он может только предполагать. Когда он вернулся, из машины никто не выходил, и они находились там продолжительное время до момента их фактического задержания. Впоследствии, после задержания в тот же день указанный места были проверены. Закладки с наркотическим средством изымались с участием понятых. По результатам ОРМ «наблюдение» им был составлен акт наблюдения. Свидетель С.В. пояснил, что является заместителем начальника отдела УНК УМВД России по &lt;адрес&gt;, в его должностные обязанности входит выявление и пресечение преступной деятельности лиц, занимающихся незаконным сбытом наркотических средств. ДД.ММ.ГГГГ поступила оперативная информация о том, что ФИО1 причастен к сбыту наркотических средств путем оборудования «тайников-закладок» на территории &lt;адрес&gt;. В дальнейшем данный гражданин попал в поле зрения, было установлено его место нахождения и его личность, место жительства, и в отношении него проводились ОРМ, в ходе которых он был задержан ДД.ММ.ГГГГ. В отношении данного гражданина другими сотрудниками проводились ОРМ, в том числе ОРМ «наблюдение». После того, как было подтверждено, что данное лицо действительно осуществляет сбыт наркотиков, оборудует закладки наркотического средства, в &lt;адрес&gt; он был задержан. Он ( С,) принимал участие в его задержании. ФИО1 находился в автомобиле «&lt;данные изъяты&gt;» вместе со своими двумя друзьями- ФИО5 за рулем транспортного средства находился П.Д., ФИО1 сидел на правом переднем пассажирском сидении, сзади находился К.А. Сотрудники подошли к автомобилю, уже имелись основания полагать, что данные лица причастны к сбыту наркотиков, так как ранее проводилось наблюдение, и имелось основание полагать, что при себе могут быть наркотические средства, представились, данные граждане не отреагировали, транспортное средство было заблокировано. П.Д. предпринимал действия, чтобы завести машину, и возможно уехать. Сотрудники надавили на стекло и открыли двери, далее к указанным лицам была применена физическая сила, силовыми методами они были излечены из машины, произвелось их задержание. Поскольку при задержании они оказали сопротивление, им не предлагалось что-то выдать. Они не реагировали на требования сотрудников, не открывали двери машины. Данные лица были задержаны, доставлены в отдел. В ходе личного досмотра у ФИО1 были обнаружены наркотические средства. Далее все три гражданина были доставлены в наркологический диспансер для проведения исследование на предмет употребления наркотиков. Впоследствии был установлен факт употребления всеми тремя гражданами наркотических средств- «соль»- производное N-метилэфедрона. В ходе личного досмотра, который был произведен сотрудником К.А. у ФИО1 были изъяты телефон и наркотические средства. Также ему известно, что в телефоне находились места нахождения закладок с наркотическим средством, но в их изъятии он участия не принимал. ФИО1 пояснял, что данные наркотики, которые находились у него и были разложены по закладкам, приобрел в &lt;адрес&gt; через оптовую закладку. Он получил адрес от неустановленного лица, используя ресурсы сети «Интернет». Нашел интернет-магазин, который специализируется на сбыте наркотиков. От неустановленного лица, с которым осуществлял переписку, получил адрес, далее приехал в &lt;адрес&gt; и забрал так называемую маленькую оптовую закладку. Данная закладка, скорее всего уже была расфасована на мелкие закладки, состояла из нескольких штук, и он уже в &lt;адрес&gt; раскладывал маленькие закладки. Данному лицу он затем направлял адреса закладок, которые делал в &lt;адрес&gt;. Подсудимый не отрицал свою причастность к закладкам с наркотическим средством. Со стороны сотрудников на ФИО1 психического или физического воздействия не оказывалось. ФИО1 вину признавал, способствовал расследованию своего преступления. Свидетель Б.А. пояснил, что является старшим оперуполномоченным УНК УМВД России по &lt;адрес&gt;, в его должностные обязанности входит выявление и раскрытие преступлений, связанных с незаконным оборотом наркотических средств на территории &lt;адрес&gt;. Указал, что схема сбыта наркотических средств бесконтактным способом путем «тайников-закладок» широко распространена. Исполнитель-закладчик так называемый приобретает по средствам сети «Интернет», а именно приложения «&lt;данные изъяты&gt;» через своего куратора оптовую партию наркотических средств, фасует на более мелкую партию или приобретает уже готовые расфасованные на мелкую партию наркотические средства, и оборудует «тайники-закладки» в той местности, где скажут. Оборудует «тайники-закладки», фотографирует, описывает местность, либо указывает координаты, и отправляет куратору, за что получает денежные средства. Оплата происходит через КИВИ-кошелек чаще всего. В сети «Интернет» переводят деньги на электронные счета. Фотографии места закладок с наркотическим средством отправляются для того, чтобы можно было найти наркотик, который закладчик приготовил для сбыта. Изначально из оперативных источников поступила информация, что ФИО1 занимается сбытом, намеревается открыть здесь свой оптовый магазин. Провели ОРМ «наблюдение», информация подтвердилась. Руководством было принято решение о его задержании. В ходе наблюдения было установлено, что данный человек занимается сбытом, оборудует «тайники-закладки» с наркотиком ДД.ММ.ГГГГ. 4 закладки было изъято на &lt;адрес&gt; и еще какой-то –в настоящее время не помнит. Его задержали, в ходе личного досмотра ФИО1 также были обнаружены наркотические средства, сотовый телефон. В ходе осмотра сотового телефона была обнаружена переписка, в которой были указаны адреса закладок. После этого по данным адресам было проведено ОРМ «обследование». Эти адреса находились в &lt;адрес&gt;, точно помнит у &lt;адрес&gt; В ходе ОРМ, он ( Б.) занимался непосредственно изъятием, обследовал участок местности, при обнаружении свертка с наркотиком, изымал его в присутствии понятых, упаковал в конверт, опечатывал и в дальнейшем, назначал исследование. Изъятие происходило следующим образом: с понятыми подходили к участку местности, его осматривали. У них была конкретная информация, где именно лежал наркотик-&lt;адрес&gt;. Сколько было свертков, не помнит. Согласно справкам об исследовании в них находилось наркотическое средство, так называемая «соль»- альфаперролидиновалерофенон. По итогам обследования каждого участка местности составлялся акт ОРМ «обследования зданий, помещений, участков местности и транспортных средств», от понятых не поступало замечаний, заявлений. Он принимал участие в задержании ФИО1, со стороны сотрудников полиции на ФИО3 не оказывалось ни психологическое или психическое воздействия. Сначала одним из сотрудников проводилось ОРМ «наблюдение», когда Разин вернулся в машину, из которой вышел первоначально, то руководством было принято решение его задержать. Когда он вернулся в машину, недолго в ней находился- меньше получаса. После задержания указанных граждан, его ( Б.) сразу отправили обследовать вышеназванные четыре места на &lt;адрес&gt;, о которых узнали из ОРМ «наблюдение». Далее после получения информации из телефона ФИО1 о закладках в &lt;адрес&gt;, поехали по данным адресам. По ходатайству государственного обвинителя были оглашены показания свидетеля Б.А., данные им на предварительном следствии ДД.ММ.ГГГГ (т.4 л.д. 259-264), согласно которых ДД.ММ.ГГГГ от конфиденциального источника поступила информация о том, что ФИО1 привез партию наркотика из &lt;адрес&gt; и планирует оборудовать «тайники-закладки» с наркотическим средством на территории &lt;адрес&gt; ДД.ММ.ГГГГ около 15 часов 30 минут у &lt;адрес&gt; был задержан и доставлен в УНК ФИО3. В помещении УНК был произведен личный досмотр гражданина ФИО3 в присутствии понятых, в ходе которого были обнаружены и изъяты мобильные телефоны и наркотические средства. В одном из телефонов была обнаружена переписка, в которой предположительно были указаны места нахождения закладок наркотических средств ДД.ММ.ГГГГ был осуществлен выезд ряда сотрудников для производства оперативно-розыскных мероприятий обследование участков местности в &lt;адрес&gt;, а также на &lt;адрес&gt;, с целью обнаружения и изъятия наркотических средств. При проведении ОРМ «Обследование помещения, зданий, сооружений, участков местности и транспортных средств» в покрышке колеса, оборудованного под цветочную клумбу у д. &lt;адрес&gt; был обнаружен сверток с веществом, который был изъят и упакован в присутствии понятых, указанный пакет был заклеен, скреплен печатью, понятые поставили свои подписи. При обследовании местности у &lt;адрес&gt; под маленьким кустом справа от угла деревянного забора был обнаружен сверток с веществом, который был изъят и упакован в присутствии понятых, указанный пакет был заклеен, скреплен печатью, понятые поставили свои подписи. При обследовании местности между бетонным столбом и камнем, расположенными у &lt;адрес&gt; был обнаружен сверток с веществом, который был изъят и упакован в присутствии понятых, указанный пакет был заклеен, скреплен печатью, понятые поставили свои подписи. При обследовании местности у &lt;адрес&gt;, в траве у основании дерева, растущего у забора указанного дома был обнаружен сверток с веществом, который был изъят и упакован в присутствии понятых, указанный пакет был заклеен, скреплен печатью, понятые поставили свои подписи. При обследовании местности со стороны левого торца у &lt;адрес&gt;, в траве под опорой теплотрассы был обнаружен сверток с веществом, который был изъят и упакован в присутствии понятых, указанный пакет был заклеен, скреплен печатью, понятые поставили свои подписи. При обследовании местности с задней стороны &lt;адрес&gt;, в траве под кустом возле березы был обнаружен сверток с веществом, который был изъят и упакован в присутствии понятых, указанный пакет был заклеен, скреплен печатью, понятые поставили свои подписи. При обследовании местности у &lt;адрес&gt;, справа от второго подъезда под балконом в кусте был обнаружен сверток с веществом, который был изъят и упакован в присутствии понятых, указанный пакет был заклеен, скреплен печатью, понятые поставили свои подписи. При обследовании местности напротив &lt;адрес&gt;, в 120 метрах от указанного дома в траве под кирпичной опорой труб теплотрассы был обнаружен сверток с веществом, который был изъят и упакован в присутствии понятых, указанный пакет был заклеен, скреплен печатью, понятые поставили свои подписи. При обследовании местности у &lt;адрес&gt;, в 120 метрах от указанного дома в траве у деревянного забора с табличкой был обнаружен сверток с веществом, который был изъят и упакован в присутствии понятых, указанный пакет был заклеен, скреплен печатью, понятые поставили свои подписи. При обследовании местности напротив &lt;адрес&gt;, напротив левого торца указанного дома через дорогу в траве под опорой линии труб теплотрассы был обнаружен сверток с веществом, который был изъят и упакован в присутствии понятых, указанный пакет был заклеен, скреплен печатью, понятые поставили свои подписи. При обследовании местности у &lt;адрес&gt;, слева от третьего подъезда у входа в цветах возле водосточной трубы был обнаружен сверток с веществом, который был изъят и упакован в присутствии понятых, указанный пакет был заклеен, скреплен печатью, понятые поставили свои подписи. При обследовании местности у &lt;адрес&gt;, слева от второго подъезда в траве под кустом был обнаружен сверток с веществом, который был изъят и упакован в присутствии понятых, указанный пакет был заклеен, скреплен печатью, понятые поставили свои подписи. При обследовании местности у &lt;адрес&gt;, слева от данного дома в траве под кустом был обнаружен сверток с веществом, который был изъят и упакован в присутствии понятых, указанный пакет был заклеен, скреплен печатью, понятые поставили свои подписи. При обследовании местности напротив &lt;адрес&gt;, через дорогу в траве под столбом ЛЭП был обнаружен сверток с веществом, который был изъят и упакован в присутствии понятых, указанный пакет был заклеен, скреплен печатью, понятые поставили свои подписи. В результате исследования установлено, что в данных свертках находится наркотическое средство смесь, содержащая производное N-метилэфедрона- ?-пирролидиновалерофенон. По оглашении указанных показаний свидетель подтвердил их, пояснив, что данные показания соответствуют действительности. На тот момент, когда допрашивал следователь, он хорошо помнил обстоятельства, лучше, чем сейчас. Свидетель О.Р. в судебном заседании показал, что является старшим оперуполномоченным отдела по обороту за контролем наркотиков УМВД России по &lt;адрес&gt;, в его должностные обязанности входит выявление, пресечение и раскрытие преступлений в сфере незаконного оборота наркотических средств. Он проводил ОРМ «обследование зданий, помещений, сооружений и участков местности»- обследовал участок местности в м/р-не Венеция, в результате которого были обнаружены «тайники-закладки» с наркотическим средством, которое было изъято и направлено на исследование. Было установлено, что в данных свертках находится наркотическое средство. Он проводил обследования со старшим оперуполномоченным Ш. А., им были изъяты 3 «тайника-закладки»- &lt;адрес&gt;, у бордюра в траве, возле подъезда у забора, и возле дороги у дерева клен. Изъятие закладок оформлялось актом «обследования зданий, помещений, сооружений и участков местности». Участок осматривался в присутствии понятых. Им составлялся акт, к нему прилагалась фототаблица. При обнаружении наркотического средства в оборудованных «тайниках-закладках», они его упаковывали в пакет, на который была нанесена пояснительная надпись, все участвующие лица на нем расписались, составлялся акт, были получены объяснения с понятых. Данные свертки были направлены на исследование в ЭКЦ. Замечаний от понятых не поступало. В обнаруженных свертках находилось наркотическое средство N-метилэфедрон, после чего данные материалы были направлены в следственную часть для принятия процессуального решения. Свидетель Ш. А. в судебном заседании показал, что является старшим оперуполномоченным отдела по обороту за контролем наркотиков УМВД России по &lt;адрес&gt;, в его должностные обязанности входит выявление, пресечение и раскрытие преступлений в сфере незаконного оборота наркотических средств. В ДД.ММ.ГГГГ ему и старшему уполномоченному О.Р. руководством было поручено проверить адреса, где по оперативным данным могли находиться закладки с наркотическими средствами. По памяти, адресами были &lt;адрес&gt;. Впоследствии, им и О.Р. проводились ОРМ «обследование зданий, помещений, сооружений и участков местности» по предоставленным руководством адресам, где в некоторых из них удалось найти свертки, которые были изъяты и направлены на экспертизу, впоследствии было установлено, что это наркотические средства. Дома не может назвать, однако помнит, что в &lt;адрес&gt;, у одного дома был камень, у дороги, где дерево, при въезде слева, в покрышке. То есть три или четыре адреса, где он проводил лично изъятия. По результатам ОРМ составлялись акты «Обследование зданий, помещений, сооружений и участков местности», все проводилось в присутствии понятых. Когда изымались свертки, они помещались в конверты. Замечаний от понятых не поступало. Также составлялись фототаблицы. По ходатайству государственного обвинителя были частично оглашены показания свидетеля Ш. А., данные им на предварительном следствии ДД.ММ.ГГГГ (т.4 л.д. 275-278), согласно которых ДД.ММ.ГГГГ им совместно с оперуполномоченным ОНК УМВД России по &lt;адрес&gt; О.Р. проводились ОРМ «обследование участков местности» по следующим адресам: -С левого торца &lt;адрес&gt;, у основания дерева возле проезжей части в траве был обнаружен сверток с веществом, который был изъят и упакован в присутствии понятых, указанный пакет был заклеен, скреплен печатью, нанесен пояснительный текст, понятые поставили свои подписи; -у &lt;адрес&gt;, с задней стороны дома у клумбы, выполненной из покрышки был обнаружен сверток с веществом, который был изъят и упакован в присутствии понятых, указанный пакет был заклеен, скреплен печатью, нанесен пояснительный текст, понятые поставили свои подписи; -у &lt;адрес&gt;, с левого торца у камня в траве был обнаружен сверток с веществом, который был изъят и упакован в присутствии понятых, указанный пакет был заклеен, скреплен печатью, нанесен пояснительный текст, понятые поставили свои подписи. В результате исследования установлено, что в данных свертках находится наркотическое средство смесь, содержащая N-метилэфедрон. По оглашении указанных показаний свидетель подтвердил их, пояснив, что данные показания соответствуют действительности. На тот момент, когда допрашивал следователь, он хорошо помнил обстоятельства, лучше, чем сейчас. Свидетель П.Д. в судебном заседании показал, что знает ФИО1 с конца ДД.ММ.ГГГГ, познакомились через общих знакомых. По обстоятельствам задержания ДД.ММ.ГГГГ пояснил, что на тот момент он подрабатывал в такси, он арендовал автомобиль. Знакомый по имени А. (фамилию не помнит) попросил его довести за &lt;адрес&gt;, не уточняя куда. Он его упрашивал с самого утра, много раз, но он ( П.Д.) был занят своими делами. Ближе к обеду, он решил помощь А., свозить его. У него было мало денежных средств, но сказал, что на бензин он найдет. Они поехали на автомобиле «&lt;данные изъяты&gt;» белого цвета, гос№. Встретились на &lt;адрес&gt; около м-на «&lt;данные изъяты&gt;». Он сел к нему в машину и они поехали за &lt;адрес&gt;. Он сказал, что нужно доехать к В. в &lt;адрес&gt;, когда они приехали по указанному адресу, В. вышел, и попросил отъехать. Они направились к озеру, где нашли место для стоянки. Как улица называется, не помнит. Встали у озера на поляне, так как он хотел спать, то попытался уснуть. В. сказал, что ему нужно выйти по делам. В. вышел, А. сидел сзади. Он ( П.Д.) не знает, сколько В. отсутствовал по времени, но недолго. Когда он вернулся и сказал, что сейчас должен подъехать ещё какой-то человек или что-то надо ждать. Он решил ещё раз поспать-времени прошло мало минут 5-10 приехали оперативные сотрудники. Дальше он услышал только крики, он подскочил, ребята начали дверь блокировать. Он ( П.Д.) не соображал, что происходит. Один из оперативников достал удостоверение, он пытался открыть дверь, но уже окна разбили. Их задержали, произвели досмотр автомобиля, отправили на освидетельствование. Наркотические средства он не употреблял. Подтвердил, что ездил на освидетельствование в наркодиспансер, считал, что надышался парами от наркотика, который употребляли В. и А.. По ходатайству государственного обвинителя были оглашены показания свидетеля П.Д., данные им на предварительном следствии ДД.ММ.ГГГГ (т.4 л.д. 197-199), согласно которых впервые наркотик « соль» попробовал в ДД.ММ.ГГГГ, его угостили знакомые. Наркотик «соль» он употреблял путем курения через колбу- приспособление для курения. У него есть знакомый К.А., он также является потребителем наркотических средств и с которым он совместно несколько раз употреблял наркотическое средство « соль» путем курения. У А. есть знакомый ФИО1. ДД.ММ.ГГГГ А. познакомил его с В., и последний несколько раз обращался к нему по услугам такси. Как ему известно, В. также является потребителем наркотического средства « соль». ДД.ММ.ГГГГ в первой половине дня он работал в такси на автомобиле «&lt;данные изъяты&gt;» г.р. з. №, ему позвонил А. и попросил отвезти его до &lt;адрес&gt;, это было примерно в 9 часов 30 мин. Он отказал А., так как был занят. А. после этого несколько раз ему перезванивал, спрашивал, освободился он или нет. Примерно в 12 часов 20 мин. ему вновь позвонил А., он ему ответил, что освободился и по его просьбе приехал к кафе «№» на &lt;адрес&gt;. При встрече с А., он попросил его отвезти к В. в &lt;адрес&gt;. Когда они приехали из дома вышел В. и сел к ним в машину. Они решили проехать к озеру, расположенному на &lt;адрес&gt;, неподалеку от &lt;адрес&gt;. По приезду к озеру, В. предложил покурить наркотическое средство «соль». На предложение В. они согласились и получили от В. колбу с курительной смесью «соль», колбу они с А. покурили по очереди. В. предварительно достал из кармана одежды полимерный пакетик с наркотиком « соль» и насыпал его в стеклянную колбу, которую передал ему с А.. Где сейчас находится колба, он не знает, скорее всего, она разбилась в тот момент, когда их задерживали сотрудники полиции. Далее В. сказал, что ему надо сходить по делу, поработать. Он понял, что В. пошел делать закладки с наркотиками, так как он знал, он работает закладчиком наркотиков, и он видел, как В. упаковывал наркотик в машине в пакетик в слюду из-под сигарет. В. примерно через 15 минут вернулся в машину и сказал, что нужно подождать его приятеля. Пока они сидели в машине, ждали, двери автомобиля открыли сотрудники полиции и достали их всех из машины, доставили в отдел полиции. По оглашении показаний их частично не подтвердил, указал, что всего, что было оглашено он не говорил. Пояснил, что наркотиков не употреблял. Поскольку работает водителем такси. Свидетель К.А. в судебном заседании пояснил, что с ФИО1 знаком давно около двух лет, познакомился с ним через общих знакомых, но виделся с ним не очень часто. В один из дней дату не помнит, он встретился с П.Д., которого знает около 2-х месяцев, и он ( К.А.) предложил съездить к ФИО1, который обещал угостить наркотическим средством. Далее они поехали к дому ФИО1, когда тот сел к ним в машину они поехали к водоему, названия которого не знает, чтобы употребить наркотик. ФИО1 не надолго отлучился, зачем ему ( К.А.) не известно. ФИО1 отсутствовал около 15 минут, затем он пришел, угостил наркотиком, который находился при нем в прозрачном пакете, они употребили наркотик путем курения в салоне автомобиля. Дальше подъехали сотрудники полиции, они пытались попасть в салон автомобиля, но он был закрыт, тогда сотрудники разбили два передних боковых стекла и их задержали. Затем у ФИО3 был изъят один пакет, который находился при нем и один пакет, который нашли под сиденьем автомашины. После чего их всех доставили в отдел полиции. Пояснил, что их также отвозили на освидетельствование в наркологический диспансер, где ни один из них не отрицал факт употребления наркотика. По ходатайству государственного обвинителя были оглашены показания свидетеля К.А., данные им на предварительном следствии ДД.ММ.ГГГГ (т.4 л.д. 203-207), согласно которых он около полугода является потребителем наркотического средства «соль», наркотик он приобретал посредством приложения «&lt;данные изъяты&gt;» через «тайники-закладки», расположенные в &lt;адрес&gt;. Также пояснил, что у него есть знакомый ФИО1, знает его около 2 лет, который также является потребителем наркотических средств, а именно употребляет наркотик «соль». Около двух недель назад, примерно в ДД.ММ.ГГГГ со слов В. он узнал, что он занимается распространением наркотических средств посредством оборудования тайников-закладок на территории &lt;адрес&gt;. Он ( К.А.) говорил В., что тот занимается противоправной деятельностью и что его могут поймать, однако тот ему пояснил, что он остро нуждается в денежных средствах. Также ему известно со слов В., что адреса части имеющихся наркотических средств он распространял посредством своего аккаунта в мессенджере «&lt;данные изъяты&gt;» « &lt;данные изъяты&gt;». Этот интернет магазин с таким название ФИО1 создал в личных целях для распространения наркотиков. Также у него есть знакомый П.Д., знает его около полугода, он также является потребителем наркотических средств, а именно «соли». П.Д. в настоящий момент работает в такси, имеет в пользовании арендованный автомобиль «&lt;данные изъяты&gt;», белого цвета, г.р.з. №. ДД.ММ.ГГГГ около 12 часов 00 минут он позвонил В. и спросил его, дома ли он находится в настоящий момент и можно к нему приехать и употребить имеющиеся у него наркотические средства. ДД.ММ.ГГГГ через «&lt;данные изъяты&gt;» В. рассказал, что ездил ночью в &lt;адрес&gt; и забрал там партию наркотического средства «соль». В. сказал, что он дома на &lt;адрес&gt; и разрешил к нему приехать. Он позвонил П.Д. и попросил отвезти его к В.. Он согласился, они встретились и проехали к дому &lt;адрес&gt;, где он позвонил В.. Он сидел на заднем пассажирском сидении, В. сел на переднее пассажирское сидение и когда они отъезжали от его дома, он попросил заехать в одно место, они проехали по &lt;адрес&gt; и выехали на &lt;адрес&gt;. Дорогу показывал В.. Затем он попросил остановить автомобиль на берегу какого-то водоема и попросил П.Д. посмотреть, где они находятся в данный момент. П.Д. посредством мобильного телефона и координат по геолокации определил их географическое положение и сказал В. адрес в &lt;адрес&gt;. Он попросил их подождать его в автомобиле, а он должен отойти по делам. Он пояснил, что разложит несколько закладок в близлежащем районе, а именно в районе &lt;адрес&gt;. Около получаса В. не было, затем он вернулся и сел на переднее пассажирское сидение. В. предложил ему и П.Д. употребить наркотик «соль». В., дал ему сигарету «&lt;данные изъяты&gt;», снабженную наркотиком - «солью», у сигареты были закручены края с противоположной от фильтра стороне. Он взял сигарету у него из рук и закурил ее, не видел, употреблял ли П.Д. что-либо и передавал ли наркотик В. П.Д.. Через 10-15 минут к их автомобилю подъехал автомобиль, из него вышли ранее незнакомые ему люди и, преставившись сотрудниками полиции, предъявили служебные удостоверения. Им пояснили, что их подозревают в незаконном обороте наркотических средств и предложили проехать в УНК УМВД России по &lt;адрес&gt;, на что они дали добровольное согласие. По приезду в отдел полиции они были досмотрены в присутствии понятых. Их досмотры происходили по очереди. В ходе личного досмотра В., он не участвовал, но находился в этом же кабинете, в левом кармане его ветровки были обнаружены полимерный пакт с веществом и полимерный сверток белого цвета с веществом. В. пояснил, что в полимерном пакете и свертке находится наркотическое вещество « соль», которое принадлежит ему и он его собирался положить в закладки и продать. В процессе личных досмотров сотрудник полиции разъяснял всем права и обязанности, а также предлагал досматриваемым, в том числе и В. добровольно выдать имеющиеся при нем запрещенные вещества, а затем только приступал к досмотру. Все досмотры проводились с участием 2 понятых мужского пола. У него ничего сотрудники полиции не изымали. Также пояснил, что у В. был свой интернет магазин в приложении «&lt;данные изъяты&gt;», его работодателем, на которого он работал закладчиком в этом приложении, являлся К. по имени « &lt;данные изъяты&gt;». По оглашении показаний свидетель подтвердил их в полном объеме, противоречия объяснил прошествием времени. Свидетель О.А. в судебном заседании показал, что является старшим следователем СЧ по расследованию организованной преступной деятельности УМВД России по &lt;адрес&gt; Пояснил, что по данному делу он в составе следственной группы допрашивал свидетелей, в том числе ФИО6 производился стандартно- ему были разъяснены права и обязанности свидетеля, после чего он пояснил об обстоятельствах. Насколько он помнит, он говорил о том, что знаком с фигурантом ФИО1, через своего знакомого по имени А.. В день их задержания они вместе проводили время, ФИО1 угощал их наркотическими средствами в салоне автомобиля. В тот же день ФИО3 из автомобиля вышел и собирался делать закладки или сходил и сделал закладки, после чего они были задержаны. Он вел себя достаточно спокойно, адекватно. Внешних признаков наркотического или алкогольного опьянения он не имел. Речь была адекватная. При допросе они были вдвоем в кабинете, оперативных сотрудников не было. Он достаточно охотно рассказывал обстоятельства знакомства и с фигурантом ФИО3 и по обстоятельствам употребления наркотических средств, и по обстоятельствам употребления наркотиков непосредственно в день задержания. Ему задавались вопросы, он на них отвечал. Все его ответы были записаны в протокол. По окончании допроса протокол был распечатан и предоставлен свидетелю на ознакомление. После того как он сам полностью прочитал протокол, он сказал, что у него заявлений, замечаний не имеется, что с текстом отраженным в протоколе он согласен. После этого они протокол подписали. От него никаких заявлений и ходатайств не поступало. Эксперт С.В. в судебном заседании показала, что экспертиза проводилась и по документам, сначала у них были изъяты биоматериалы в наркологическом диспансере в химико- токсикологической лаборатории были произведены, анализы этих биообъектов на содержание наркотических и психоактивных веществ. В результате были обнаружены производное N-метилэфедрона относящееся к 1 Списку постановления правительства РФ № 681 от 1998 (оборот которых в РФ законодательно запрещен) и его метаболиты. Были изъяты все документы – акты освидетельствования, направления, исследования. Все эти документы были представлены, а также объекты биоматериала из наркологического диспансера. Эти биообъекты были вновь подвергнуты химико-токсикологическому исследованию и повторно были обнаружены те же вещества идентичные первоначальным обнаруженным. Исследование проводится на хромато-масс-спектральном оборудовании, это хроматограф с масс детектором, чувствительность его составляет на момент поверки в ДД.ММ.ГГГГ составляет 10-8г. Указала, что производное N-метилэфедрона полностью выводится из организма от 3 часов до 3 суток, в зависимости от множества факторов- пол, масса тела, возраст, наличие соматических заболеваний и т.д. Исключается выявление указанных результатов при простом вдыхании -это исключено, поскольку альфапирролидиновалеферон полностью прошел весь метаболизм в организме. По ходатайству защитника были частично оглашены показания эксперта С.В., данные в ходе предварительного расследования ДД.ММ.ГГГГ (т. 3 л.д. 249 2 абзац) согласно которых, если имеется эталонный образец ГСО данного наркотического вещества либо психотропного средства и произведена калибровка прибора хромато-масс-спектрометра, то возможно определить массу наркотического средства в биологическом объекте человека. Но эталонные образцы в Бюро СМЭ и ОГБУЗ КОНД отсутствуют, поэтому невозможно определить количественные показатели современных синтетических НС. По оглашении показаний эксперт их подтвердила в полном объеме и пояснила, что теоретически определить массу возможно при наличии стандартных ГСО образцов. Эталонные образцы наркотиков Списка 1 в России отсутствуют. Если же есть образцы, ими калибруется прибор и тогда составляется график и тогда можно дать количественное определение. По правилам химико-токсикологических исследований количественное определение не требуется, наличие идет по качественной идентификации. 0, 00000001 г. -это полуколичественный метод, т.е. если концентрация не превышает 10-8г, то аппарат его не почувствует, значит концентрация была выше, чем 10-8г. В судебном заседании на основании ч. 1 ст. 281 УПК РФ были оглашены показания свидетеля, данные в ходе предварительного следствия. Согласно показаний свидетеля К.Н., данных ей на предварительном расследовании ДД.ММ.ГГГГ (т.4 л.д. 217-219), у неё есть молодой человек ФИО1, с ним она познакомилась 3-4 года назад. Он является потребителем наркотических средств гашиш и соль. В ДД.ММ.ГГГГ В. рассказал ей, что узнал от знакомых о том, что можно устроиться на работу закладчика в интернет- магазин по продаже наркотических средств, название магазина « Ж.», связь с магазином происходила через программу «&lt;данные изъяты&gt;». В. рассказал, что для того, чтобы устроиться закладчиком наркотиков, нужно прислать хозяину магазина свою фотографию с паспортом в руках в развернутом виде, что В. и сделал, после чего он получил партию наркотического средства соль. Где и как получил партию наркотика В. она точно сказать не может, вроде бы он ездил в &lt;адрес&gt;, он забрал наркотик и часть наркотика употребил с ней путем курения, что стало с остальным наркотиком, ей не известно. Примерно две недели назад В. сказал ей, что хозяин магазина больше не дает ему наркотик. Он искал документы, чужой паспорт, чтобы вновь устроиться на работу закладчика, у неё паспорта не было на тот момент, паспорт хранился у мамы, которая его не давала, но у неё были фотографии её паспорта. В. отправил фотографии её паспорта хозяину указанного магазина и получил место тайника с партией наркотика для оборудования тайников-закладок, пояснила, что залог для устройства на работу закладчиком не требовался. Партию наркотика по её паспорту В. получил примерно 2 недели назад, это был наркотик «соль». В. получил партию наркотика, это было в &lt;адрес&gt;, район она не помнит. Они ездили вместе на машине К.А. вместе с А.. В., после того как нашел наркотик в тайнике, вернулся в машину, после чего они немного проехали и В. раскидал наркотик, район она не помнит, она из машины не выходила, А. из машины также не выходил. Часть наркотика они употребили путем курения. В. на протяжении последних двух недель делал закладки, она участия в этом не принимала, знала это с его слов. Также пояснила, что В. связывался с хозяином интернет- магазина с помощью сети интернет и программы «&lt;данные изъяты&gt;» через свой мобильный телефон- смартфон. Доказательствами вины подсудимого в совершенных преступлениях являются также: В томе №: - рапорт об обнаружении признаков преступления от ДД.ММ.ГГГГ, согласно которого ДД.ММ.ГГГГ около 15 часов 30 минут по адресу: &lt;адрес&gt; у &lt;адрес&gt;, в ходе проведения ОРМ, сотрудниками УНК УМВД России по &lt;адрес&gt;, по подозрению в незаконном обороте наркотических средств и психотропных веществ были задержаны и доставлены в УНК УМВД России по &lt;адрес&gt; ФИО1, ДД.ММ.ГГГГ года рождения, уроженец &lt;адрес&gt;, зарегистрированный по адресу: &lt;адрес&gt;, проживающий по адресу: &lt;адрес&gt;; К.А., ДД.ММ.ГГГГ года рождения, уроженец &lt;адрес&gt;, зарегистрированный по адресу: &lt;адрес&gt;, проживающий по адресу: &lt;адрес&gt; П.Д., ДД.ММ.ГГГГ года рождения, уроженец &lt;адрес&gt;, зарегистрированный по адресу: &lt;адрес&gt;, проживающий по адресу: &lt;адрес&gt;. В ходе личного досмотра ФИО1, был обнаружен и изъят полимерный пакет с порошкообразным веществом синего цвета внутри и полимерный сверток с веществом внутри. Изъятое в ходе личного досмотра, направлено в ЭКЦ УМВД России по &lt;адрес&gt; для проведения химического исследования Опрошенный ФИО1 пояснил, что в полимерном пакете и свертке находится наркотическое средство, которое хранил с целью сбыта через тайник-закладку ( л.д. 56); -рапорт от ДД.ММ.ГГГГ, согласно которого ДД.ММ.ГГГГ сотрудниками УНК УМВД России по &lt;адрес&gt; в ходе проведения ОРМ, направленных на выявление преступлений в сфере незаконного оборота наркотических средств в 15 часов 30 мин. по адресу: &lt;адрес&gt;, проводилось задержание лиц. Находящихся в автомобиле марки &lt;данные изъяты&gt; с гос. рег. знаком №, за рулем которого находился П.Д., ДД.ММ.ГГГГ года рождения, зарегистрированный по адресу: &lt;адрес&gt;, проживающий по адресу: &lt;адрес&gt;., ФИО1, ДД.ММ.ГГГГ года рождения, уроженец &lt;адрес&gt;, зарегистрированный по адресу: &lt;адрес&gt;, проживающий по адресу: &lt;адрес&gt;, который находился спереди на пассажирском сиденье и К.А. ДД.ММ.ГГГГ года рождения, уроженец &lt;адрес&gt;, зарегистрированный по адресу: &lt;адрес&gt;, проживающий по адресу: &lt;адрес&gt;, который находился на заднем пассажирском сиденье указанного автомобиля. Указанные граждане подозревались в причастности к незаконному обороту наркотических средств. При задержании водителю ( П.Д.) и пассажирам транспортного средства (ФИО10) было предъявлено служебное удостоверение сотрудника полиции. В это время П.Д. и пассажиры, находящиеся в автомобиле, заблокировали двери автомобиля, при этом водитель стал предпринимать действия, чтобы завести автомобиль. Дальнейшие действия могли создать опасность жизни и здоровья сотрудников полиции, проводивших задержание, проезжающего мимо транспорта и проходящих мимо граждан, кроме того, указанными лицами могли быть предприняты меры к уничтожению наркотических средств. На неоднократные законные требования сотрудников УНК выйти из автомобиля П.Д., ФИО10 не отреагировали. С целью недопущения уничтожения предметов, средств, веществ, запрещенных к свободному обороту на территории РФ, и прекращения дальнейшего сопротивления, была применена физическая сила. Находящиеся в автомобиле &lt;данные изъяты&gt; граждане силовым способом были извлечены из автомобиля, к ним были применены специальные средства «наручники». Непосредственно после задержания П.Д., ФИО10 были доставлены в УНК УМВД России по &lt;адрес&gt;, где в ходе личного досмотра ФИО1 были обнаружены и изъяты наркотические средства. По данному факту ДД.ММ.ГГГГ возбуждено уголовное дело № по признакам состава преступления, предусмотренного п. «г» ч.4 ст. 228.1 УК РФ . Далее, вышеуказанные граждане были доставлены в КОНД для прохождения медицинского освидетельствования на предмет употребления наркотических средств. Своими действиями П.Д., ФИО10 неоднократно оказали неповиновение законным требованиям сотрудников полиции, чем нарушили ст. 19.3 КоАП РФ (л.д. 57-58); - постановление о предоставлении результатов ОРД от ДД.ММ.ГГГГ, согласно которого материал проверки КУСП № от ДД.ММ.ГГГГ, отражающий результаты ОРД в отношении ФИО1, ДД.ММ.ГГГГ года рождения, направлен в СЧ по РОПД УМВД России по &lt;адрес&gt; для принятия процессуального решения (л.д. 59); - рапорт от ДД.ММ.ГГГГ, согласно которого в УНК УМВД России по &lt;адрес&gt; имеется информация о том, что ФИО1, ДД.ММ.ГГГГ года рождения, уроженец &lt;адрес&gt;, зарегистрированный по адресу: &lt;адрес&gt;, проживающий по адресу: &lt;адрес&gt;, занимается незаконным сбытом наркотических средств и психотропных веществ бесконтактным способом, путем оборудования «тайников- закладок» на территории &lt;адрес&gt;. С целью проверки данной информации, а при подтверждении пресечения преступной деятельности ФИО1 просит разрешить проведение ОРМ «наблюдение» силами и средствами сотрудников УНК УМВД России по &lt;адрес&gt; (л.д. 60); - постановление о проведении ОРМ « наблюдение» от ДД.ММ.ГГГГ, согласно которого постановлено: провести ОРМ « наблюдение» за ФИО1, проведение которой поручить сотрудникам УНК УМВД России по &lt;адрес&gt;. ( л.д.61); - акт наблюдения от ДД.ММ.ГГГГ, согласно которого проведено ОРМ «наблюдение» за ФИО1 в 12 час. 51 мин. к подъезду &lt;адрес&gt;, подъехал автомобиль белого цвета марки «&lt;данные изъяты&gt;» гос. номер №, в 13 час. 09 ми. Из подъезда дома № вышел ФИО1 и сел в вышеуказанный автомобиль. Далее автомобиль проследовал по улицам &lt;адрес&gt; до берега реки находящегося с домом &lt;адрес&gt;. В 13 час. 26 мин. ФИО1 вышел из автомобиля « &lt;данные изъяты&gt;» гос. номер №, и пошел пешком по улице. Подойдя в 13 час. 27 мин. к покрышке колеса сделанной под цветочную клумбу, находящейся у дома &lt;адрес&gt;, ФИО1 положил в неё какой-то предмет и сделал фотографию того места на телефон. Далее ФИО1 проследовал пешком к дереву, находящемуся на обочине дороги справа от дома &lt;адрес&gt;, подойдя в 13 час. 32 мин. к дереву, ФИО1 положил в небольшую кучу сухой травы какой-то предмет и сделал фотографию того места на телефон. Далее ФИО1 в 13 час. 33 мин. подошел к деревянному забору у &lt;адрес&gt;, и справа от угла деревянного забора под маленький куст положил какой-то предмет и сделал фотографию того места на телефон. Далее ФИО1 проследовал пешком к дому &lt;адрес&gt;, подойдя в 13 час. 34 мин. к большому серому камню и находящимся рядом бетонным столбом. ФИО1 положил между ними какой-то предмет и сделал фотографию тог места на телефон. Далее ФИО1 проследовал пешком по улице к автомобилю белого цвета марки «&lt;данные изъяты&gt;» гос. номер №, который находился около берега реки, находящегося рядом с домом &lt;адрес&gt;, подойдя в 13 час. 37 мин. к автомобилю, ФИО1 сел в него на переднее пассажирское сидение. Далее ФИО1 находился в вышеуказанном автомобиле. В 15 час. 29 мин. проведение ОРМ « наблюдение» было прекращено (л.д. 62-63); - протокол досмотра транспортного средства от ДД.ММ.ГГГГ, согласно которого было досмотрено транспортное средство &lt;данные изъяты&gt; г. р. з. № белого цвета и ничего запрещенного не было обнаружено (л.д. 75-76); -протокол личного досмотра от ДД.ММ.ГГГГ с фототаблицей, согласно которого был произведен личный досмотр ФИО1, в ходе которого в левом кармане куртки полимерный пакет с веществом, полимерный сверток с веществом внутри, мобильный телефон марки «&lt;данные изъяты&gt;» черного цвета, мобильный телефон «Ксиоми» бежевого цвета. В телефоне марки «&lt;данные изъяты&gt;» черного цвета в программе «&lt;данные изъяты&gt;» обнаружена переписка, которая предположительно указаны места нахождения закладок наркотических средств. Все изъятое было опечатано в пакеты. ФИО1 пояснил, что все изъятое принадлежит лично ему (л.д. 77-83); - рапорт об обнаружении признаков преступления от ДД.ММ.ГГГГ, согласно которого ДД.ММ.ГГГГ в ходе проведения ОРМ «обследования помещений, зданий, сооружений, участков местности и транспортных средств» сотрудниками УНК УМВД России по &lt;адрес&gt; по адресу: &lt;адрес&gt;, в покрышке колеса оборудованного под цветочную клумбу, был обнаружен и изъят сверток из бумаги, перемотанный скотч-лентой прозрачного цвета с веществом внутри. В ходе проведения ОРМ установлено, что изъятый сверток с веществом внутри, был приготовлен для дальнейшего бесконтактного сбыта, посредством оборудования «тайника-закладки», неустановленными лицами (л.д. 94); -акт обследования помещений, зданий, сооружений, участков местности и транспортных средств от ДД.ММ.ГГГГ с фототаблицей и план-схемой, согласно которого был обследован участок местности по адресу: &lt;адрес&gt;, на котором расположена покрышка колеса, оборудованная под цветочную клумбу, где был обнаружен и изъят сверток из бумаги перемотанный скотч-лентой (прозрачной) с веществом внутри, упакован в пакет № (л.д. 95-100); - постановление о предоставлении результатов ОРД от ДД.ММ.ГГГГ, согласно которого материал проверки КУСП № от ДД.ММ.ГГГГ, отражающий результаты ОРД предоставлены в СЧ по РОПД СУ УМВД России по &lt;адрес&gt; для принятия процессуального решения (л.д. 109); - рапорт об обнаружении признаков преступления от ДД.ММ.ГГГГ, согласно которого ДД.ММ.ГГГГ в ходе проведения ОРМ «обследования помещений, зданий, сооружений, участков местности и транспортных средств» сотрудниками УНК УМВД России по &lt;адрес&gt; по адресу: &lt;адрес&gt;, справа от угла деревянного забора под маленьким кустом, был обнаружен и изъят сверток из бумаги, перемотанный скотч-лентой прозрачного цвета с веществом внутри. В ходе проведения ОРМ установлено, что изъятый сверток с веществом внутри, был приготовлен для дальнейшего бесконтактного сбыта, посредством оборудования «тайника-закладки», неустановленными лицами (л.д.114); - акт обследования помещений, зданий, сооружений, участков местности и транспортных средств от ДД.ММ.ГГГГ с фототаблицей и план-схемой, согласно которого был обследован участок местности по адресу: &lt;адрес&gt;, справа от угла деревянного забора под маленьким кустом, где был обнаружен и изъят сверток из бумаги перемотанный прозрачной скотч-лентой с веществом внутри, упакован в пакет № (л.д. 115-120); -постановление о предоставлении результатов ОРД от ДД.ММ.ГГГГ, согласно которого материал проверки КУСП № от ДД.ММ.ГГГГ, отражающий результаты ОРД предоставлены в СЧ по РОПД СУ УМВД России по &lt;адрес&gt; для принятия процессуального решения (л.д.129); -рапорт об обнаружении признаков преступления от ДД.ММ.ГГГГ, согласно которого ДД.ММ.ГГГГ в ходе проведения ОРМ «обследования помещений, зданий, сооружений, участков местности и транспортных средств» сотрудниками УНК УМВД России по &lt;адрес&gt; по адресу: &lt;адрес&gt;, между большим камнем и бетонным столбом был обнаружен и изъят сверток из бумаги, перемотанный скотч-лентой прозрачного цвета с веществом внутри. В ходе проведения ОРМ установлено, что изъятый сверток с веществом внутри, был приготовлен для дальнейшего бесконтактного сбыта, посредством оборудования «тайника-закладки», неустановленными лицами (л.д. 134); - акт обследования помещений, зданий, сооружений, участков местности и транспортных средств от ДД.ММ.ГГГГ с фототаблицей и план-схемой, согласно которого был обследован участок местности по адресу: &lt;адрес&gt;, между большим камнем и бетонным столбом, где был обнаружен и изъят сверток из бумаги, перемотанный прозрачной скотч-лентой с веществом внутри, упакован в пакет № (л.д. 135-141); -постановление о предоставлении результатов ОРД от ДД.ММ.ГГГГ, согласно которого материал проверки КУСП № от ДД.ММ.ГГГГ, отражающий результаты ОРД предоставлены в СЧ по РОПД СУ УМВД России по &lt;адрес&gt; для принятия процессуального решения (л.д.150); -рапорт об обнаружении признаков преступления от ДД.ММ.ГГГГ, согласно которого ДД.ММ.ГГГГ в ходе проведения ОРМ «обследования помещений, зданий, сооружений, участков местности и транспортных средств» сотрудниками УНК УМВД России по &lt;адрес&gt; по адресу: &lt;адрес&gt;, у забора под деревом в сухой траве, был обнаружен и изъят сверток из бумаги, перемотанный скотч-лентой прозрачного цвета с веществом внутри. В ходе проведения ОРМ установлено, что изъятый сверток с веществом внутри, был приготовлен для дальнейшего бесконтактного сбыта, посредством оборудования «тайника-закладки», неустановленными лицами (л.д. 155); - акт обследования помещений, зданий, сооружений, участков местности и транспортных средств от ДД.ММ.ГГГГ с фототаблицей и план-схемой, согласно которого был обследован участок местности по адресу: &lt;адрес&gt; справа от дома у забора под деревом в сухой траве, где был обнаружен и изъят сверток из бумаги, перемотанный прозрачной скотч-лентой с веществом внутри, упакован в пакет № (л.д.156-163); -постановление о предоставлении результатов ОРД от ДД.ММ.ГГГГ, согласно которого материал проверки КУСП № от ДД.ММ.ГГГГ, отражающий результаты ОРД предоставлены в СЧ по РОПД СУ УМВД России по &lt;адрес&gt; для принятия процессуального решения ( л.д. 172); -рапорт об обнаружении признаков преступления от ДД.ММ.ГГГГ, согласно которого ДД.ММ.ГГГГ в ходе проведения ОРМ «обследования помещений, зданий, сооружений, участков местности и транспортных средств» сотрудниками УНК УМВД России по &lt;адрес&gt; по адресу: &lt;адрес&gt;, в траве под опорой теплотрассы, был обнаружен и изъят сверток, перемотанный изоляционной лентой черного цвета с веществом внутри. В ходе проведения ОРМ установлено, что изъятый сверток с веществом внутри, был приготовлен для дальнейшего бесконтактного сбыта, посредством оборудования «тайника-закладки», неустановленными лицами (л.д.177); -акт обследования помещений, зданий, сооружений, участков местности и транспортных средств от ДД.ММ.ГГГГ с фототаблицей и план-схемой, согласно которого был обследован участок местности по адресу: &lt;адрес&gt; в траве под опорой теплотрассы, где был обнаружен и изъят сверток, перемотанный изоляционной лентой черного цвета с веществом внутри, упакован в пакет № (л.д.178-184); -постановление о предоставлении результатов ОРД от ДД.ММ.ГГГГ, согласно которого материал проверки КУСП № от ДД.ММ.ГГГГ, отражающий результаты ОРД предоставлены в СЧ по РОПД СУ УМВД России по &lt;адрес&gt; для принятия процессуального решения (л.д.193); -рапорт об обнаружении признаков преступления от ДД.ММ.ГГГГ, согласно которого ДД.ММ.ГГГГ в ходе проведения ОРМ «обследования помещений, зданий, сооружений, участков местности и транспортных средств» сотрудниками УНК УМВД России по &lt;адрес&gt; по адресу: &lt;адрес&gt; в траве под небольшим кустиком возле березы, был обнаружен и изъят сверток, перемотанный изоляционной лентой черного цвета с веществом внутри. В ходе проведения ОРМ установлено, что изъятый сверток с веществом внутри, был приготовлен для дальнейшего бесконтактного сбыта, посредством оборудования «тайника-закладки», неустановленными лицами (л.д. 198); -акт обследования помещений, зданий, сооружений, участков местности и транспортных средств от ДД.ММ.ГГГГ с фототаблицей и план-схемой, согласно которого был обследован участок местности по адресу: &lt;адрес&gt; в траве под небольшим кустиком возле березы, где был обнаружен и изъят сверток, перемотанный изоляционной лентой черного цвета с веществом внутри, упакован в пакет № (л.д. 199-205); -постановление о предоставлении результатов ОРД от ДД.ММ.ГГГГ, согласно которого материал проверки КУСП № от ДД.ММ.ГГГГ, отражающий результаты ОРД предоставлены в СЧ по РОПД СУ УМВД России по &lt;адрес&gt; для принятия процессуального решения ( л.д. 214); -рапорт об обнаружении признаков преступления от ДД.ММ.ГГГГ, согласно которого ДД.ММ.ГГГГ в ходе проведения ОРМ «обследования помещений, зданий, сооружений, участков местности и транспортных средств» сотрудниками УНК УМВД России по &lt;адрес&gt; по адресу: &lt;адрес&gt;, справа от второго подъезда &lt;адрес&gt; под балконом в маленьком кусте, был обнаружен и изъят сверток, перемотанный изоляционной лентой черного цвета с веществом внутри. В ходе проведения ОРМ установлено, что изъятый сверток с веществом внутри, был приготовлен для дальнейшего бесконтактного сбыта, посредством оборудования «тайника-закладки», неустановленными лицами (л.д. 219); -акт обследования помещений, зданий, сооружений, участков местности и транспортных средств от ДД.ММ.ГГГГ с фототаблицей и план-схемой, согласно которого был обследован участок местности по адресу: &lt;адрес&gt; под балконом в маленьком кусте, где был обнаружен и изъят сверток, перемотанный изоляционной лентой черного цвета с веществом внутри, упакован в пакет № (л.д. 220-225); В томе №: - рапорт об обнаружении признаков преступления от ДД.ММ.ГГГГ, согласно которого ДД.ММ.ГГГГ в ходе проведения ОРМ «обследования помещений, зданий, сооружений, участков местности и транспортных средств» сотрудниками УНК УМВД России по &lt;адрес&gt; по адресу: &lt;адрес&gt; через дорогу, в траве, под кирпичной опорой труб теплотрассы, был обнаружен и изъят сверток, перемотанный изоляционной лентой черного цвета с веществом внутри. В ходе проведения ОРМ установлено, что изъятый сверток с веществом внутри, был приготовлен для дальнейшего бесконтактного сбыта, посредством оборудования «тайника-закладки», неустановленными лицами (л.д.3); -акт обследования помещений, зданий, сооружений, участков местности и транспортных средств от ДД.ММ.ГГГГ с фототаблицей и план-схемой, согласно которого был обследован участок местности по адресу: &lt;адрес&gt;, в траве, под кирпичной опорой труб теплотрассы, где был обнаружен и изъят сверток, перемотанный изоляционной лентой черного цвета с веществом внутри, упакован в пакет № (л.д. 4-9); -постановление о предоставлении результатов ОРД от ДД.ММ.ГГГГ, согласно которого материал проверки КУСП № от ДД.ММ.ГГГГ, отражающий результаты ОРД предоставлены в СЧ по РОПД СУ УМВД России по &lt;адрес&gt; для принятия процессуального решения (л.д. 18); - рапорт об обнаружении признаков преступления от ДД.ММ.ГГГГ, согласно которого ДД.ММ.ГГГГ в ходе проведения ОРМ «обследования помещений, зданий, сооружений, участков местности и транспортных средств» сотрудниками УНК УМВД России по &lt;адрес&gt; по адресу: &lt;адрес&gt;, в траве у деревянного забора под белой табличкой, был обнаружен и изъят сверток, перемотанный изоляционной лентой черного цвета с веществом внутри. В ходе проведения ОРМ установлено, что изъятый сверток с веществом внутри, был приготовлен для дальнейшего бесконтактного сбыта, посредством оборудования «тайника-закладки», неустановленными лицами (л.д. 23); -акт обследования помещений, зданий, сооружений, участков местности и транспортных средств от ДД.ММ.ГГГГ с фототаблицей и план-схемой, согласно которого был обследован участок местности по адресу: &lt;адрес&gt;, в траве у деревянного забора под белой табличкой, где был обнаружен и изъят сверток, перемотанный изоляционной лентой черного цвета с веществом внутри, упакован в пакет № (л.д. 24-30); -постановление о предоставлении результатов ОРД от ДД.ММ.ГГГГ, согласно которого материал проверки КУСП № от ДД.ММ.ГГГГ, отражающий результаты ОРД предоставлены в СЧ по РОПД СУ УМВД России по &lt;адрес&gt; для принятия процессуального решения (л.д.39); - рапорт об обнаружении признаков преступления от ДД.ММ.ГГГГ, согласно которого ДД.ММ.ГГГГ в ходе проведения ОРМ «обследования помещений, зданий, сооружений, участков местности и транспортных средств» сотрудниками УНК УМВД России по &lt;адрес&gt; по адресу: &lt;адрес&gt; через дорогу в траве под опорой линии труб теплотрассы, был обнаружен и изъят сверток, перемотанный изоляционной лентой черного цвета с веществом внутри. В ходе проведения ОРМ установлено, что изъятый сверток с веществом внутри, был приготовлен для дальнейшего бесконтактного сбыта, посредством оборудования «тайника-закладки», неустановленными лицами (л.д. 44); -акт обследования помещений, зданий, сооружений, участков местности и транспортных средств от ДД.ММ.ГГГГ с фототаблицей и план-схемой, согласно которого был обследован участок местности по адресу: &lt;адрес&gt; через дорогу в траве под опорой линии труб теплотрассы, был обнаружен и изъят сверток, перемотанный изоляционной лентой черного цвета с веществом внутри, упакован в пакет № (л.д. 45-51); -постановление о предоставлении результатов ОРД от ДД.ММ.ГГГГ, согласно которого материал проверки КУСП № от ДД.ММ.ГГГГ, отражающий результаты ОРД предоставлены в СЧ по РОПД СУ УМВД России по &lt;адрес&gt; для принятия процессуального решения (л.д. 61); - рапорт об обнаружении признаков преступления от ДД.ММ.ГГГГ, согласно которого ДД.ММ.ГГГГ в ходе проведения ОРМ «обследования помещений, зданий, сооружений, участков местности и транспортных средств» сотрудниками УНК УМВД России по &lt;адрес&gt; по адресу: &lt;адрес&gt;, в цветах возле водосточной трубы, был обнаружен и изъят сверток, перемотанный изоляционной лентой черного цвета с веществом внутри. В ходе проведения ОРМ установлено, что изъятый сверток с веществом внутри, был приготовлен для дальнейшего бесконтактного сбыта, посредством оборудования «тайника-закладки», неустановленными лицами (л.д. 66); -акт обследования помещений, зданий, сооружений, участков местности и транспортных средств от ДД.ММ.ГГГГ с фототаблицей и план-схемой, согласно которого был обследован участок местности по адресу: &lt;адрес&gt; в цветах возле водосточной трубы, был обнаружен и изъят сверток, перемотанный изоляционной лентой черного цвета с веществом внутри (л.д. 67-72); -постановление о предоставлении результатов ОРД от ДД.ММ.ГГГГ, согласно которого материал проверки КУСП № от ДД.ММ.ГГГГ, отражающий результаты ОРД предоставлены в СЧ по РОПД СУ УМВД России по &lt;адрес&gt; для принятия процессуального решения (л.д.81); - рапорт об обнаружении признаков преступления от ДД.ММ.ГГГГ, согласно которого ДД.ММ.ГГГГ в ходе проведения ОРМ «обследования помещений, зданий, сооружений, участков местности и транспортных средств» сотрудниками УНК УМВД России по &lt;адрес&gt; по адресу: &lt;адрес&gt; в траве под кустом, был обнаружен и изъят сверток, перемотанный изоляционной лентой черного цвета с веществом внутри. В ходе проведения ОРМ установлено, что изъятый сверток с веществом внутри, был приготовлен для дальнейшего бесконтактного сбыта, посредством оборудования «тайника-закладки», неустановленными лицами (л.д.86); -акт обследования помещений, зданий, сооружений, участков местности и транспортных средств от ДД.ММ.ГГГГ с фототаблицей и план-схемой, согласно которого был обследован участок местности по адресу: &lt;адрес&gt; в траве под кустом, где был обнаружен и изъят сверток, перемотанный изоляционной лентой черного цвета с веществом внутри, упакован в пакет № (л.д. 87-93); -постановление о предоставлении результатов ОРД от ДД.ММ.ГГГГ, согласно которого материал проверки КУСП № от ДД.ММ.ГГГГ, отражающий результаты ОРД предоставлены в СЧ по РОПД СУ УМВД России по &lt;адрес&gt; для принятия процессуального решения л.д. 102); - рапорт об обнаружении признаков преступления от ДД.ММ.ГГГГ, согласно которого ДД.ММ.ГГГГ в ходе проведения ОРМ «обследования помещений, зданий, сооружений, участков местности и транспортных средств» сотрудниками УНК УМВД России по &lt;адрес&gt; по адресу: &lt;адрес&gt; в траве под кустом возле столба линии электропередач, был обнаружен и изъят сверток, перемотанный изоляционной лентой черного цвета с веществом внутри. В ходе проведения ОРМ установлено, что изъятый сверток с веществом внутри, был приготовлен для дальнейшего бесконтактного сбыта, посредством оборудования «тайника-закладки», неустановленными лицами (л.д.107); -акт обследования помещений, зданий, сооружений, участков местности и транспортных средств от ДД.ММ.ГГГГ с фототаблицей и план-схемой, согласно которого был обследован участок местности по адресу: &lt;адрес&gt; в траве под кустом возле столба линии электропередач, где был обнаружен и изъят сверток, перемотанный изоляционной лентой черного цвета с веществом внутри, упакован в пакет № (л.д. 108-113); -постановление о предоставлении результатов ОРД от ДД.ММ.ГГГГ, согласно которого материал проверки КУСП № от ДД.ММ.ГГГГ, отражающий результаты ОРД предоставлены в СЧ по РОПД СУ УМВД России по &lt;адрес&gt; для принятия процессуального решения (л.д.122); - рапорт об обнаружении признаков преступления от ДД.ММ.ГГГГ, согласно которого ДД.ММ.ГГГГ в ходе проведения ОРМ «обследования помещений, зданий, сооружений, участков местности и транспортных средств» сотрудниками УНК УМВД России по &lt;адрес&gt; по адресу: &lt;адрес&gt; через дорогу в траве по столбом линии электропередач, был обнаружен и изъят сверток, перемотанный изоляционной лентой черного цвета с веществом внутри. В ходе проведения ОРМ установлено, что изъятый сверток с веществом внутри, был приготовлен для дальнейшего бесконтактного сбыта, посредством оборудования «тайника-закладки», неустановленными лицами (л.д.127); -акт обследования помещений, зданий, сооружений, участков местности и транспортных средств от ДД.ММ.ГГГГ с фототаблицей и план-схемой, согласно которого был обследован участок местности по адресу: &lt;адрес&gt; в траве по столбом линии электропередач, был обнаружен и изъят сверток, перемотанный изоляционной лентой черного цвета с веществом внутри, упакован в пакет № (л.д. 128-133); -постановление о предоставлении результатов ОРД от ДД.ММ.ГГГГ, согласно которого материал проверки КУСП № от ДД.ММ.ГГГГ, отражающий результаты ОРД предоставлены в СЧ по РОПД СУ УМВД России по &lt;адрес&gt; для принятия процессуального решения (л.д.142); -постановление о предоставлении результатов ОРД от ДД.ММ.ГГГГ, согласно которого материал проверки КУСП № от ДД.ММ.ГГГГ, отражающий результаты ОРД предоставлены в СЧ по РОПД СУ УМВД России по &lt;адрес&gt; для принятия процессуального решения (л.д.147-148); - рапорт от ДД.ММ.ГГГГ, согласно которого ДД.ММ.ГГГГ в ходе проведения ОРМ «обследования помещений, зданий, сооружений, участков местности и транспортных средств» сотрудниками УНК УМВД России по &lt;адрес&gt; по адресу: &lt;адрес&gt; справа от подъезда у забора, был обнаружен сверток, перемотанный изолентой черного цвета с веществом внутри. Согласно имеющейся оперативной информации вышеуказанное вещество поместило в «тайник-закладку» неустановленное лицо с целью дальнейшего сбыта бесконтактным способом (л.д. 149); -акт обследования помещений, зданий, сооружений, участков местности и транспортных средств от ДД.ММ.ГГГГ с фототаблицей, согласно которого был обследован участок местности по адресу: &lt;адрес&gt; у забора обнаружен и изъят сверток, перемотанный изолентой черного цвета с веществом внутри, упакован в пакет № (л.д. 150-153); -постановление о предоставлении результатов ОРД от ДД.ММ.ГГГГ, согласно которого материал проверки КУСП № от ДД.ММ.ГГГГ, отражающий результаты ОРД предоставлены в СЧ по РОПД СУ УМВД России по &lt;адрес&gt; для принятия процессуального решения (л.д.167-168); - рапорт от ДД.ММ.ГГГГ, согласно которого ДД.ММ.ГГГГ в ходе проведения ОРМ «обследования помещений, зданий, сооружений, участков местности и транспортных средств» сотрудниками УНК УМВД России по &lt;адрес&gt; по адресу: &lt;адрес&gt; слева от него у зеленого забора у дерева был обнаружен сверток, перемотанный изолентой черного цвета с веществом внутри. Согласно имеющейся оперативной информации вышеуказанное вещество поместило в «тайник-закладку» неустановленное лицо с целью дальнейшего сбыта бесконтактным способом. (л.д.170); -акт обследования помещений, зданий, сооружений, участков местности и транспортных средств от ДД.ММ.ГГГГ с фототаблицей, согласно которого был обследован участок местности по адресу: &lt;адрес&gt; у зеленого забора у дерева, где был обнаружен и изъят сверток, перемотанный изолентой черного цвета с веществом внутри, упакован в пакет № (л.д, 171-174); -постановление о предоставлении результатов ОРД от ДД.ММ.ГГГГ, согласно которого материал проверки КУСП № от ДД.ММ.ГГГГ, отражающий результаты ОРД предоставлены в СЧ по РОПД СУ УМВД России по &lt;адрес&gt; для принятия процессуального решения (л.д.187-188); - рапорт от ДД.ММ.ГГГГ, согласно которого ДД.ММ.ГГГГ в ходе проведения ОРМ «обследования помещений, зданий, сооружений, участков местности и транспортных средств» сотрудниками УНК УМВД России по &lt;адрес&gt; по адресу: &lt;адрес&gt; с правого торца в 10 метрах от дома у бордюра в траве, был обнаружен сверток, перемотанный изолентой черного цвета с веществом внутри. Согласно имеющейся оперативной информации вышеуказанное вещество поместило в «тайник-закладку» неустановленное лицо с целью дальнейшего сбыта бесконтактным способом (л.д. 189); -акт обследования помещений, зданий, сооружений, участков местности и транспортных средств от ДД.ММ.ГГГГ с фототаблицей, согласно которого был обследован участок местности по адресу: &lt;адрес&gt; с правого торца в 10 метрах от дома у бордюра в траве, где был обнаружен и изъят сверток, перемотанный изолентой черного цвета с веществом внутри, упакован в пакет № (л.д. 190-194); - постановление о предоставлении результатов ОРД от ДД.ММ.ГГГГ, согласно которого материал проверки КУСП № от ДД.ММ.ГГГГ, отражающий результаты ОРД предоставлены в СЧ по РОПД СУ УМВД России по &lt;адрес&gt; для принятия процессуального решения (л.д.208-209); - рапорт от ДД.ММ.ГГГГ, согласно которого ДД.ММ.ГГГГ в ходе проведения ОРМ «обследования помещений, зданий, сооружений, участков местности и транспортных средств» сотрудниками УНК УМВД России по &lt;адрес&gt; по адресу: &lt;адрес&gt; с левого торца дома у основания дерева, расположенного возле проезжей части в траве, был обнаружен сверток, выполненный из изолирующей ленты черного с веществом внутри. Согласно имеющейся оперативной информации вышеуказанное вещество поместило в тайник-закладку неустановленное лицо с целью дальнейшего сбыта бесконтактным способом (л.д. 210); - акт обследования помещений, зданий, сооружений, участков местности и транспортных средств от ДД.ММ.ГГГГ с фототаблицей, согласно которого был обследован участок местности по адресу: &lt;адрес&gt; с левого торца дома у основания дерева, расположенного возле проезжей части в траве, где был обнаружен и изъят сверток, выполненный из изолирующей ленты черного с веществом внутри, упакован в пакет № (л.д. 211-214); - постановление о предоставлении результатов ОРД от ДД.ММ.ГГГГ, согласно которого материал проверки КУСП № от ДД.ММ.ГГГГ, отражающий результаты ОРД предоставлены в СЧ по РОПД СУ УМВД России по &lt;адрес&gt; для принятия процессуального решения (л.д.229-230); - рапорт от ДД.ММ.ГГГГ, согласно которого ДД.ММ.ГГГГ в ходе проведения ОРМ «обследования помещений, зданий, сооружений, участков местности и транспортных средств» сотрудниками УНК УМВД России по &lt;адрес&gt; по адресу: &lt;адрес&gt; с обратной стороны в декоративной клумбе, выполненной из автопокрышки, был обнаружен сверток, выполненный из изолирующей ленты черного с веществом внутри. Согласно имеющейся оперативной информации вышеуказанное вещество поместило в «тайник-закладку» неустановленное лицо с целью дальнейшего сбыта бесконтактным способом (л.д.231); - акт обследования помещений, зданий, сооружений, участков местности и транспортных средств от ДД.ММ.ГГГГ с фототаблицей, согласно которого был обследован участок местности по адресу: &lt;адрес&gt; с обратной стороны в декоративной клумбе, выполненной из автопокрышки, где был обнаружен и изъят сверток, выполненный из изолирующей ленты черного с веществом внутри, упакован в пакет № (л.д. 232-235); - постановление о предоставлении результатов ОРД от ДД.ММ.ГГГГ, согласно которого материал проверки КУСП № от ДД.ММ.ГГГГ, отражающий результаты ОРД предоставлены в СЧ по РОПД СУ УМВД России по &lt;адрес&gt; для принятия процессуального решения (л.д.250-251); - рапорт от ДД.ММ.ГГГГ, согласно которого ДД.ММ.ГГГГ в ходе проведения ОРМ «обследования помещений, зданий, сооружений, участков местности и транспортных средств» сотрудниками УНК УМВД России по &lt;адрес&gt; по адресу: &lt;адрес&gt; с левого торца дома у камня в траве, был обнаружен сверток, выполненный из изолирующей ленты черного с веществом внутри. Согласно имеющейся оперативной информации вышеуказанное вещество поместило в тайник-закладку неустановленное лицо с целью дальнейшего сбыта бесконтактным способом. (л.д.252); -акт обследования помещений, зданий, сооружений, участков местности и транспортных средств от ДД.ММ.ГГГГ с фототаблицей, согласно которого был обследован участок местности по адресу: &lt;адрес&gt; с левого торца дома&lt;адрес&gt; у камня в траве был обнаружен сверток, выполненный из изолирующей ленты черного с веществом внутри. Согласно имеющейся оперативной информации вышеуказанное вещество поместило в «тайник-закладку» неустановленное лицо с целью дальнейшего сбыта бесконтактным способом ( л.д.253-256); - рапорт об обнаружении признаков преступления от ДД.ММ.ГГГГ, согласно которого в ходе расследования уголовного дела № установлено, что ФИО1 в период с ДД.ММ.ГГГГ до ДД.ММ.ГГГГ, имея преступный умысел, направленный на незаконный сбыт наркотических средств, с целью получения материальной выгоды, из корыстных побуждений, на неустановленном автомобиле проследовал в &lt;адрес&gt; по географическим координатам: &lt;данные изъяты&gt;, где получил от неустановленного лица, в неустановленном количестве, но не менее 0, 00000001 г., наркотическое средством – смесь, содержащую, содержащей производное соединение N-метилэфедрона – ?-пирролидиновалерофенон, для дальнейшего незаконного сбыта, при этом, указанное наркотическое средство ФИО1 незаконно хранил при себе и в иных неустановленных местах, в целях последующего незаконного сбыта. Далее, ФИО1, ДД.ММ.ГГГГ, но не позднее 15 часов 30 минут, продолжая реализовывать преступный умысел и незаконно храня при себе вышеуказанное наркотическое средство, находясь у &lt;адрес&gt; встретился с К.А. и П.Д., которые приехали на автомобиле «&lt;данные изъяты&gt;», государственный регистрационный знак №. Сев к ним в автомобиль ФИО1, достоверно зная, что К.А. и П.Д. являются потребителями наркотических средств, предложил последним употребить наркотические средства. Получив от К.А. и П.Д. согласие на употребление наркотических средств, принадлежащих ФИО1, они на вышеуказанном автомобиле проследовали в &lt;адрес&gt; с целью употребления наркотических средств, достигнув соответствующей договоренности с потребителями наркотических средств К.А. и П.Д., ФИО1 ДД.ММ.ГГГГ, не позднее 15 часов 30 минут, находясь в автомобиле « &lt;данные изъяты&gt;», государственный регистрационный знак №, расположенном у &lt;адрес&gt;, незаконно сбыл К.А. и П.Д. наркотическое средство- смесь, содержащую производное соединение N-метилэфедрона – ?-пирролидиновалерофенон, неустановленной массой, но не менее 0, 00000001 г., угостив их обоих неустановленной частью наркотического средства, находящегося при нем в расфасованном виде, специально приготовленным к употреблению. Получив от ФИО1 неустановленную часть наркотического средства- смеси, содержащей производное N-метилэфедрона – ?-пирролидиновалерофенон, К.А. и П.Д. употребили его. ДД.ММ.ГГГГ около 15 часов 30 минут ФИО2 были задержаны сотрудниками полиции в автомобиле« &lt;данные изъяты&gt;», государственный регистрационный знак &lt;данные изъяты&gt;, находящемуся у &lt;адрес&gt;. В результате употребления наркотических средств К.А. и П.Д. в биологических объектах последних (моче) обнаружены наркотические средства (л.д. 268-269); В томе №: - заключение эксперта № от ДД.ММ.ГГГГ, согласно выводов которого, представленное на исследование вещество в полимерном пакете и полимерном свертке, изъятое ДД.ММ.ГГГГ в ходе личного досмотра ФИО1 по адресу: &lt;адрес&gt;, является наркотическим средством- смесью, содержащей, производное N-метилэфедрона – ?-пирролидиновалерофенон, оборот которого на территории РФ запрещен, массой на момент проведения первоначального исследования согласно справке об исследовании № от ДД.ММ.ГГГГ в полимерном пакете 0,95 г. и в полимерном свертке 0,44 г. ( л.д. 4-7); - заключение эксперта № от ДД.ММ.ГГГГ, согласно выводов которого, в смывах с внутренних поверхностей двух стеклянных емкостей, изъятых в ходе обыска ДД.ММ.ГГГГ по адресу: &lt;адрес&gt; обнаружено производное N-метилэфедрона – ?-пирролидиновалерофенон, оборот которого на территории РФ запрещен. Определить массу веществ не представляется возможным ввиду того, что она ниже предела чувствительности весов, имеющихся в распоряжении эксперта, то есть менее 0, 001 г. ( л.д. 11-13); -заключение эксперта № от ДД.ММ.ГГГГ, согласно выводов которого, в смыве с внутренней поверхности стеклянной трубки, изъятой в ходе обыска ДД.ММ.ГГГГ по адресу: &lt;адрес&gt; обнаружено производное N-метилэфедрона – ?-пирролидиновалерофенон, оборот которого на территории РФ запрещен. Определить массу веществ не представляется возможным ввиду того, что она ниже предела чувствительности весов, имеющихся в распоряжении эксперта, то есть менее 0, 001 г. (л.д.22-24); -заключение эксперта № от ДД.ММ.ГГГГ, согласно выводов которого, вещество, представленное на экспертизу является наркотическим средством- смесью, содержащей производное N-метилэфедрона – ?-пирролидиновалерофенон, оборот которого на территории РФ запрещен, массой на момент проведения первоначального исследования согласно справке об исследовании № от ДД.ММ.ГГГГ 0,21 г., на момент проведения экспертизы -0,20г. (л.д. 33-35); -заключение эксперта № от ДД.ММ.ГГГГ, согласно выводов которого, вещество, представленное на экспертизу является наркотическим средством- смесью, содержащей производное N-метилэфедрона – ?-пирролидиновалерофенон, оборот которого на территории РФ запрещен, массой на момент проведения первоначального исследования согласно справке об исследовании № от ДД.ММ.ГГГГ 0,24 г., на момент проведения экспертизы - 0,23 г. (л.д. 39-41); -заключение эксперта № от ДД.ММ.ГГГГ, согласно выводов которого, вещество, представленное на экспертизу является наркотическим средством- смесью, содержащей производное N-метилэфедрона – ?-пирролидиновалерофенон, оборот которого на территории РФ запрещен, массой на момент проведения первоначального исследования согласно справке об исследовании № от ДД.ММ.ГГГГ 0,19г., проведения экспертизы - 0,18 г. (л.д. 45-47); -заключение эксперта № от ДД.ММ.ГГГГ, согласно выводов которого, вещество, представленное на экспертизу является наркотическим средством- смесью, содержащей производное N-метилэфедрона – ?-пирролидиновалерофенон, оборот которого на территории РФ запрещен, массой на момент проведения первоначального исследования согласно справке об исследовании № от ДД.ММ.ГГГГ 0,25г., проведения экспертизы- 0,24 г. (л.д. 51-53); -заключение эксперта № от ДД.ММ.ГГГГ, согласно выводов которого, вещество, представленное на экспертизу является наркотическим средством- смесью, содержащей производное N-метилэфедрона – ?-пирролидиновалерофенон, оборот которого на территории РФ запрещен, массой на момент проведения первоначального исследования согласно справке об исследовании № от ДД.ММ.ГГГГ 0,35г., проведения экспертизы -0,34 г. (л.д. 57-59); -заключение эксперта № от ДД.ММ.ГГГГ, согласно выводов которого, вещество, представленное на экспертизу является наркотическим средством- смесью, содержащей производное N-метилэфедрона – ?-пирролидиновалерофенон, оборот которого на территории РФ запрещен, массой на момент проведения первоначального исследования согласно справке об исследовании № от ДД.ММ.ГГГГ 0,21г., проведения экспертизы -0,20 г. (л.д. 63-65); -заключение эксперта № от ДД.ММ.ГГГГ, согласно выводов которого, представленное на исследование вещество, обнаруженное и изъятое ДД.ММ.ГГГГ в ходе проведения ОРМ «обследование помещений, зданий, сооружений, участков местности и транспортных средств» по адресу: &lt;адрес&gt; между большим камнем и небольшим бетонным столбом, является наркотическим средством-смесью, содержащей производное N-метилэфедрона – ?-пирролидиновалерофенон, оборот которого на территории РФ запрещен, массой на момент проведения первоначального исследования согласно справке об исследовании № от ДД.ММ.ГГГГ 0,10г., проведения экспертизы -0,09 г. (л.д. 69-71); -заключение эксперта № от ДД.ММ.ГГГГ, согласно выводов которого, представленное на исследование вещество, обнаруженное и изъятое ДД.ММ.ГГГГ в ходе проведения ОРМ «обследование помещений, зданий, сооружений, участков местности и транспортных средств» по адресу: &lt;адрес&gt;, у дерева справа от угла дома на стыке железного и деревянного заборов в сухой листве, является наркотическим средством-смесью, содержащей производное N-метилэфедрона – ?-пирролидиновалерофенон, оборот которого на территории РФ запрещен, массой на момент проведения первоначального исследования согласно справке об исследовании № от ДД.ММ.ГГГГ 0,12г., проведения экспертизы -0,11 г. (л.д. 75-77); - заключение эксперта № от ДД.ММ.ГГГГ, согласно выводов которого, представленное на исследование вещество, обнаруженное и изъятое ДД.ММ.ГГГГ ходе проведения ОРМ «обследование помещений, зданий, сооружений, участков местности и транспортных средств» по адресу: &lt;адрес&gt; справа от угла деревянного забора под маленьким кустом, является наркотическим средством-смесью, содержащей производное N-метилэфедрона – ?-пирролидиновалерофенон, оборот которого на территории РФ запрещен, массой на момент проведения первоначального исследования согласно справке об исследовании № от ДД.ММ.ГГГГ 0,16 г., проведения экспертизы -0,15 г. (л.д.81-83); - заключение эксперта № от ДД.ММ.ГГГГ, согласно выводов которого, представленное на исследование вещество, обнаруженное и изъятое ДД.ММ.ГГГГ ходе проведения ОРМ «обследование помещений, зданий, сооружений, участков местности и транспортных средств» по адресу: &lt;адрес&gt; в покрышке колеса оборудованного под цветочную клумбу, является наркотическим средством-смесью, содержащей производное N-метилэфедрона – ?-пирролидиновалерофенон, оборот которого на территории РФ запрещен, массой на момент проведения первоначального исследования согласно справке об исследовании № от ДД.ММ.ГГГГ 0,12 г., проведения экспертизы- 0,11 г. (л.д. 87-89); - заключение эксперта № от ДД.ММ.ГГГГ, согласно выводов которого, представленное на исследование вещество, обнаруженное и изъятое ДД.ММ.ГГГГ ходе проведения ОРМ «обследование помещений, зданий, сооружений, участков местности и транспортных средств» по адресу: &lt;адрес&gt; в траве под кустом, является наркотическим средством-смесью, содержащей производное N-метилэфедрона – ?-пирролидиновалерофенон, оборот которого на территории РФ запрещен, массой на момент проведения первоначального исследования согласно справке об исследовании № от ДД.ММ.ГГГГ 0,30 г., проведения экспертизы -0,29 г. (л.д. 93-95); - заключение эксперта № от ДД.ММ.ГГГГ, согласно выводов которого, представленное на исследование вещество, обнаруженное и изъятое ДД.ММ.ГГГГ ходе проведения ОРМ «обследование помещений, зданий, сооружений, участков местности и транспортных средств» по адресу: &lt;адрес&gt; в цветах возле водосточной трубы, является наркотическим средством- смесью, содержащей производное N-метилэфедрона – ?-пирролидиновалерофенон, оборот которого на территории РФ запрещен, массой на момент проведения первоначального исследования согласно справке об исследовании № от ДД.ММ.ГГГГ 0,28 г., проведения экспертизы -0,27 г. (л.д. 99-101); - заключение эксперта № от ДД.ММ.ГГГГ, согласно выводов которого, представленное на исследование вещество, обнаруженное и изъятое ДД.ММ.ГГГГ ходе проведения ОРМ «обследование помещений, зданий, сооружений, участков местности и транспортных средств» по адресу: &lt;адрес&gt; через дорогу в траве под опорой линии труб теплотрассы, является наркотическим средством- смесью, содержащей производное N-метилэфедрона – ?-пирролидиновалерофенон, оборот которого на территории РФ запрещен, массой на момент проведения первоначального исследования согласно справке об исследовании № от ДД.ММ.ГГГГ 0,39 г., проведения экспертизы -0,38 г. (л.д. 105-107); - заключение эксперта № от ДД.ММ.ГГГГ, согласно выводов которого, представленное на исследование вещество в свертке в пакете, изъятое, ДД.ММ.ГГГГ ходе проведения ОРМ «обследование помещений, зданий, сооружений, участков местности и транспортных средств» по адресу: &lt;адрес&gt;, является наркотическим средством- смесью, содержащей ?-пирролидиновалерофенон, который относится к производным наркотического средства N-метилэфедрона, оборот которого на территории РФ запрещен, массой на момент проведения первоначального исследования согласно справке об исследовании № от ДД.ММ.ГГГГ 0,38 г., проведения экспертизы -0,37 г. (л.д. 111- 112); - заключение эксперта № от ДД.ММ.ГГГГ, согласно выводов которого, вещество в свертке в пакете, изъятое ДД.ММ.ГГГГ ходе проведения ОРМ «обследование помещений, зданий, сооружений, участков местности и транспортных средств» по адресу: &lt;адрес&gt;, является наркотическим средством - смесью, содержащей ?-пирролидиновалерофенон, который относится к производным наркотического средства N-метилэфедрона, оборот которого на территории РФ запрещен, массой на момент проведения первоначального исследования согласно справке об исследовании № от ДД.ММ.ГГГГ 0,49г., проведения экспертизы -0,48 г. (л.д. 116-117); - заключение эксперта № от ДД.ММ.ГГГГ, согласно выводов которого, вещество в свертке в пакете, изъятое ДД.ММ.ГГГГ ходе проведения ОРМ «обследование помещений, зданий, сооружений, участков местности и транспортных средств» по адресу: &lt;адрес&gt;, является наркотическим средством - смесью, содержащей ?-пирролидиновалерофенон, который относится к производным наркотического средства N-метилэфедрона, оборот которого на территории РФ запрещен, массой на момент проведения первоначального исследования согласно справке об исследовании № от ДД.ММ.ГГГГ 0,42 г., проведения экспертизы -0,41 г. (л.д. 121-122); - заключение эксперта № от ДД.ММ.ГГГГ, согласно выводов которого, вещество в свертке в пакете, изъятое ДД.ММ.ГГГГ ходе проведения ОРМ «обследование помещений, зданий, сооружений, участков местности и транспортных средств» по адресу: &lt;адрес&gt;, является наркотическим средством - смесью, содержащей ?-пирролидиновалерофенон, который относится к производным наркотического средства N-метилэфедрона, оборот которого на территории РФ запрещен, массой на момент на момент проведения первоначального исследования согласно справке об исследовании № от ДД.ММ.ГГГГ 0,36г., проведения экспертизы -0,35 г. (л.д. 126-127); -заключение эксперта № от ДД.ММ.ГГГГ, согласно выводов которого, вещество в свертке в пакете, изъятое ДД.ММ.ГГГГ ходе проведения ОРМ «обследование помещений, зданий, сооружений, участков местности и транспортных средств» по адресу: &lt;адрес&gt;, является наркотическим средством - смесью, содержащей ?-пирролидиновалерофенон, который относится к производным наркотического средства N-метилэфедрона, оборот которого на территории РФ запрещен, массой на момент проведения первоначального исследования согласно справке об исследовании № от ДД.ММ.ГГГГ 0,27г., проведения экспертизы -0,26 г. (л.д. 131-132); -заключение эксперта № от ДД.ММ.ГГГГ, согласно выводов которого, вещество в свертке в пакете, изъятое ДД.ММ.ГГГГ ходе проведения ОРМ «обследование помещений, зданий, сооружений, участков местности и транспортных средств» по адресу: &lt;адрес&gt;, является наркотическим средством - смесью, содержащей ?-пирролидиновалерофенон, который относится к производным наркотического средства N-метилэфедрона, оборот которого на территории РФ запрещен, массой на момент проведения первоначального исследования согласно справке об исследовании № от ДД.ММ.ГГГГ 0,41 г., проведения экспертизы- 0,40 г. ( л.д. 136-137); -заключение эксперта № от ДД.ММ.ГГГГ, согласно выводов которого, вещество представленное на экспертизу является наркотическим средством- смесью, содержащей производное N-метилэфедрона – ?-пирролидиновалерофенон, оборот которого на территории РФ запрещен, массой на момент проведения первоначального исследования согласно справке об исследовании № от ДД.ММ.ГГГГ 0,31 г., проведения экспертизы -0,30 г. (л.д. 141-143); - протоколы о направлении на медицинское освидетельствование на состояние опьянения от ДД.ММ.ГГГГ, согласно которых П.Д.. ФИО10, направлены для прохождения медицинского освидетельствования на состояние опьянения при наличии признаков опьянения: нарушение координации движений, несвязная речь, расширенные зрачки с покрасневшими белками, и пройти освидетельствование согласны (л.д. 157-159); - направления от ДД.ММ.ГГГГ на химико-токсилогические исследования №, №, № л.д. 160-162); - акт медицинского освидетельствования на состояние опьянения № от ДД.ММ.ГГГГ, согласно которого у ФИО1 обнаружено производное N-метилэфедрона и установлено состояние опьянения (л.д. 163); - акт медицинского освидетельствования на состояние опьянения № от ДД.ММ.ГГГГ, согласно которого у П.Д. обнаружено производное N-метилэфедрона и установлено состояние опьянения (л.д. 164); - акт медицинского освидетельствования на состояние опьянения № от ДД.ММ.ГГГГ, согласно которого у К.А. обнаружено производное N-метилэфедрона и установлено состояние опьянения (л.д.165); - паспорт на газовый хроматограф МАЭСТРО ГХ 7820 (л.д. 166-200); - протокол выемки от ДД.ММ.ГГГГ, согласно которого, была произведена выемка в Костромском областном наркологическом диспансере по адресу: &lt;адрес&gt; оригиналов протоколов о направлении на медицинское освидетельствование ФИО2, оригиналов направлений на химико- токсилогическое исследование биологических объектов ФИО2 ( л.д. 203-205); - протоколы о направлении на медицинское освидетельствование на состояние опьянения от ДД.ММ.ГГГГ, согласно которых П.Д.. ФИО10, направлены для прохождения медицинского освидетельствования на состояние опьянения при наличии признаков опьянения: нарушение координации движений, несвязная речь, расширенные зрачки с покрасневшими белками, и пройти освидетельствование согласны (л.д. 206-208); - направления от ДД.ММ.ГГГГ на химико-токсилогические исследования №, №, № (л.д. 209-211); - акт медицинского освидетельствования на состояние опьянения № от ДД.ММ.ГГГГ, согласно которого у К.А. обнаружено производное N-метилэфедрона и установлено состояние опьянения ( л.д.212); - акт медицинского освидетельствования на состояние опьянения № от ДД.ММ.ГГГГ, согласно которого у П.Д. обнаружено производное N-метилэфедрона и установлено состояние опьянения ( л.д.213); - акт медицинского освидетельствования на состояние опьянения № от ДД.ММ.ГГГГ, согласно которого у ФИО1 обнаружено производное N-метилэфедрона и установлено состояние опьянения (л.д.214); - справки о результатах химико- токсилогичесих исследований от ДД.ММ.ГГГГ год на П.Д., К.А., ФИО1, (л.д. 215-217); - заключение эксперта № от ДД.ММ.ГГГГ, согласно выводов которой, в моче К.А. обнаружено наркотическое средство - производное N-метилэфедрона – ?-пирролидиновалерофенон, которое относится к списку №. Ответить на вопрос о массе и концентрации не представляется возможным. Ввиду того, что данное психоактивное наркотическое средство в ходе химико-токсилогического исследования индентифицировано лишь качественно. В моче П.Д. обнаружено наркотическое средство - производное N-метилэфедрона – ?-пирролидиновалерофенон, которое относится к списку №. Ответить на вопрос о массе и концентрации не представляется возможным. Ввиду того, что данное психоактивное наркотическое средство в ходе химико-токсилогического исследования индентифицировано лишь качественно. В моче ФИО1 обнаружено наркотическое средство - производное N-метилэфедрона – ?-пирролидиновалерофенон, которое относится к списку №. Ответить на вопрос о массе и концентрации не представляется возможным. Ввиду того, что данное психоактивное наркотическое средство в ходе химико-токсилогического исследования индентифицировано лишь качественно. Исследование было проведено на газовом хроматографе МАЭСТРО ГХ 7820, прибор имеет поверку действительную до ДД.ММ.ГГГГ (л.д. 244-247); В томе №: - протокол осмотра предметов от ДД.ММ.ГГГГ, согласно которого был произведен осмотр пакета №, в котором находится сверток из изолирующей ленты черного цвета с веществом внутри, который был обнаружен и изъят ДД.ММ.ГГГГ ходе проведения ОРМ «обследование помещений, зданий, сооружений, участков местности и транспортных средств» по адресу: &lt;адрес&gt; (л.д. 1-2); - постановление о признании и приобщении к уголовному делу вещественных доказательств от ДД.ММ.ГГГГ, согласно которого признаны и приобщены к уголовному делу пакет №, изъятый ДД.ММ.ГГГГ ходе проведения ОРМ «обследование помещений, зданий, сооружений, участков местности и транспортных средств» по адресу: &lt;адрес&gt;, около забора зеленого цвета у дерева (л.д. 3); - протокол осмотра предметов от ДД.ММ.ГГГГ, согласно которого был произведен осмотр пакета №, в котором находится сверток из изолирующей ленты черного цвета с веществом внутри, который был обнаружен и изъят ДД.ММ.ГГГГ ходе проведения ОРМ «обследование помещений, зданий, сооружений, участков местности и транспортных средств» по адресу: &lt;адрес&gt; (л.д. 5-6); - постановление о признании и приобщении к уголовному делу вещественных доказательств от ДД.ММ.ГГГГ, согласно которого признаны и приобщены к уголовному делу пакет №, изъятый ДД.ММ.ГГГГ ходе проведения ОРМ «обследование помещений, зданий, сооружений, участков местности и транспортных средств» по адресу: &lt;адрес&gt; (л.д. 7); - протокол осмотра предметов от ДД.ММ.ГГГГ, согласно которого был произведен осмотр пакета №, в котором находится сверток из изолирующей ленты черного цвета с веществом внутри, который был обнаружен и изъят ДД.ММ.ГГГГ ходе проведения ОРМ «обследование помещений, зданий, сооружений, участков местности и транспортных средств» по адресу: &lt;адрес&gt; (л.д. 9-10); - постановление о признании и приобщении к уголовному делу вещественных доказательств от ДД.ММ.ГГГГ, согласно которого признаны и приобщены к уголовному делу пакет №, изъятый ДД.ММ.ГГГГ ходе проведения ОРМ «обследование помещений, зданий, сооружений, участков местности и транспортных средств» по адресу: &lt;адрес&gt; (л.д. 11); - протокол осмотра предметов от ДД.ММ.ГГГГ, согласно которого был произведен осмотр пакета №, в котором находится сверток из изолирующей ленты черного цвета с веществом внутри, который был обнаружен и изъят ДД.ММ.ГГГГ ходе проведения ОРМ «обследование помещений, зданий, сооружений, участков местности и транспортных средств» по адресу: &lt;адрес&gt; (л.д. 13-14); - постановление о признании и приобщении к уголовному делу вещественных доказательств от ДД.ММ.ГГГГ, согласно которого признаны и приобщены к уголовному делу пакет №, изъятый ДД.ММ.ГГГГ ходе проведения ОРМ «обследование помещений, зданий, сооружений, участков местности и транспортных средств» по адресу: &lt;адрес&gt; (л.д. 15); - протокол осмотра предметов от ДД.ММ.ГГГГ, согласно которого был произведен осмотр пакета №, в котором находится сверток из изолирующей ленты черного цвета с веществом внутри, который был обнаружен и изъят ДД.ММ.ГГГГ ходе проведения ОРМ «обследование помещений, зданий, сооружений, участков местности и транспортных средств» по адресу: &lt;адрес&gt; ( л.д.17-18); - постановление о признании и приобщении к уголовному делу вещественных доказательств от ДД.ММ.ГГГГ, согласно которого признаны и приобщены к уголовному делу пакет №, изъятый ДД.ММ.ГГГГ ходе проведения ОРМ «обследование помещений, зданий, сооружений, участков местности и транспортных средств» по адресу: &lt;адрес&gt; (л.д.19); - протокол осмотра предметов от ДД.ММ.ГГГГ, согласно которого был произведен осмотр пакета №, в котором находится сверток из изолирующей ленты черного цвета с веществом внутри, который был обнаружен и изъят ДД.ММ.ГГГГ ходе проведения ОРМ «обследование помещений, зданий, сооружений, участков местности и транспортных средств» по адресу: &lt;адрес&gt; (л.д. 21-22); - постановление о признании и приобщении к уголовному делу вещественных доказательств от ДД.ММ.ГГГГ, согласно которого признаны и приобщены к уголовному делу пакет №, изъятый ДД.ММ.ГГГГ ходе проведения ОРМ «обследование помещений, зданий, сооружений, участков местности и транспортных средств» по адресу: &lt;адрес&gt; (л.д. 23); - протокол осмотра предметов от ДД.ММ.ГГГГ, согласно которого был произведен осмотр пакета №, в котором находится сверток из изолирующей ленты черного цвета с веществом внутри, который был обнаружен и изъят ДД.ММ.ГГГГ ходе проведения ОРМ «обследование помещений, зданий, сооружений, участков местности и транспортных средств» по адресу: &lt;адрес&gt; (л.д. 25-26); - постановление о признании и приобщении к уголовному делу вещественных доказательств от ДД.ММ.ГГГГ, согласно которого признаны и приобщены к уголовному делу пакет №, изъятый ДД.ММ.ГГГГ ходе проведения ОРМ «обследование помещений, зданий, сооружений, участков местности и транспортных средств» по адресу: &lt;адрес&gt; ( л.д. 27); - протокол осмотра предметов от ДД.ММ.ГГГГ, согласно которого был произведен осмотр пакета №, в котором находится сверток из изолирующей ленты черного цвета с веществом внутри, который был обнаружен и изъят ДД.ММ.ГГГГ ходе проведения ОРМ «обследование помещений, зданий, сооружений, участков местности и транспортных средств» по адресу: &lt;адрес&gt; ( л.д. 29-30); - постановление о признании и приобщении к уголовному делу вещественных доказательств от ДД.ММ.ГГГГ, согласно которого признаны и приобщены к уголовному делу пакет №, изъятый ДД.ММ.ГГГГ ходе проведения ОРМ «обследование помещений, зданий, сооружений, участков местности и транспортных средств» по адресу: &lt;адрес&gt; (л.д. 31); - протокол осмотра предметов от ДД.ММ.ГГГГ, согласно которого был произведен осмотр пакета №, в котором находится сверток из изолирующей ленты черного цвета с веществом внутри, который был обнаружен и изъят ДД.ММ.ГГГГ ходе проведения ОРМ «обследование помещений, зданий, сооружений, участков местности и транспортных средств» по адресу: &lt;адрес&gt; (л.д. 33-34); - постановление о признании и приобщении к уголовному делу вещественных доказательств от ДД.ММ.ГГГГ, согласно которого признаны и приобщены к уголовному делу пакет №, изъятый ДД.ММ.ГГГГ ходе проведения ОРМ «обследование помещений, зданий, сооружений, участков местности и транспортных средств» по адресу: &lt;адрес&gt; (л.д.35); - протокол осмотра предметов от ДД.ММ.ГГГГ, согласно которого был произведен осмотр пакета №, в котором находится сверток из изолирующей ленты черного цвета с веществом внутри, который был обнаружен и изъят ДД.ММ.ГГГГ ходе проведения ОРМ «обследование помещений, зданий, сооружений, участков местности и транспортных средств» по адресу: &lt;адрес&gt; (л.д. 37-38); -постановление о признании и приобщении к уголовному делу вещественных доказательств от ДД.ММ.ГГГГ, согласно которого признаны и приобщены к уголовному делу пакет №, изъятый ДД.ММ.ГГГГ ходе проведения ОРМ «обследование помещений, зданий, сооружений, участков местности и транспортных средств» по адресу: &lt;адрес&gt; (л.д. 39); - протокол осмотра предметов от ДД.ММ.ГГГГ, согласно которого был произведен осмотр пакета №, в котором находится сверток из изолирующей ленты черного цвета с веществом внутри, который был обнаружен и изъят ДД.ММ.ГГГГ ходе проведения ОРМ «обследование помещений, зданий, сооружений, участков местности и транспортных средств» по адресу: &lt;адрес&gt; (л.д. 41-42); -постановление о признании и приобщении к уголовному делу вещественных доказательств от ДД.ММ.ГГГГ, согласно которого признаны и приобщены к уголовному делу пакет №, изъятый ДД.ММ.ГГГГ ходе проведения ОРМ «обследование помещений, зданий, сооружений, участков местности и транспортных средств» по адресу: &lt;адрес&gt; (л.д. 43); - протокол осмотра предметов от ДД.ММ.ГГГГ, согласно которого был произведен осмотр пакета №, в котором находится сверток из изолирующей ленты черного цвета с веществом внутри, который был обнаружен и изъят ДД.ММ.ГГГГ ходе проведения ОРМ «обследование помещений, зданий, сооружений, участков местности и транспортных средств» по адресу: &lt;адрес&gt; (л.д. 45-46); -постановление о признании и приобщении к уголовному делу вещественных доказательств от ДД.ММ.ГГГГ, согласно которого признаны и приобщены к уголовному делу пакет №, изъятый ДД.ММ.ГГГГ ходе проведения ОРМ «обследование помещений, зданий, сооружений, участков местности и транспортных средств» по адресу: &lt;адрес&gt; (л.д. 47); - протокол осмотра предметов от ДД.ММ.ГГГГ, согласно которого был произведен осмотр пакета №, в котором находится сверток из изолирующей ленты черного цвета с веществом внутри, который был обнаружен и изъят ДД.ММ.ГГГГ ходе проведения ОРМ «обследование помещений, зданий, сооружений, участков местности и транспортных средств» по адресу: &lt;адрес&gt; (л.д. 49-50); -постановление о признании и приобщении к уголовному делу вещественных доказательств от ДД.ММ.ГГГГ, согласно которого признаны и приобщены к уголовному делу пакет №, изъятый ДД.ММ.ГГГГ ходе проведения ОРМ «обследование помещений, зданий, сооружений, участков местности и транспортных средств» по адресу: &lt;адрес&gt; (л.д. 51); - протокол осмотра предметов от ДД.ММ.ГГГГ, согласно которого был произведен осмотр пакета №, в котором находится сверток из изолирующей ленты черного цвета с веществом внутри, который был обнаружен и изъят ДД.ММ.ГГГГ ходе проведения ОРМ «обследование помещений, зданий, сооружений, участков местности и транспортных средств» по адресу: &lt;адрес&gt; (л.д. 53-54); -постановление о признании и приобщении к уголовному делу вещественных доказательств от ДД.ММ.ГГГГ, согласно которого признаны и приобщены к уголовному делу пакет №, изъятый ДД.ММ.ГГГГ ходе проведения ОРМ «обследование помещений, зданий, сооружений, участков местности и транспортных средств» по адресу: &lt;адрес&gt; (л.д. 55); - протокол осмотра предметов от ДД.ММ.ГГГГ, согласно которого был произведен осмотр пакета №, в котором находится сверток из изолирующей ленты черного цвета с веществом внутри, который был обнаружен и изъят ДД.ММ.ГГГГ ходе проведения ОРМ «обследование помещений, зданий, сооружений, участков местности и транспортных средств» по адресу: &lt;адрес&gt; (л.д. 57-58); - постановление о признании и приобщении к уголовному делу вещественных доказательств от ДД.ММ.ГГГГ, согласно которого признаны и приобщены к уголовному делу пакет №, изъятый ДД.ММ.ГГГГ ходе проведения ОРМ «обследование помещений, зданий, сооружений, участков местности и транспортных средств» по адресу: &lt;адрес&gt; (л.д. 59); - протокол осмотра предметов от ДД.ММ.ГГГГ, согласно которого был произведен осмотр пакета №, в котором находится сверток из изолирующей ленты черного цвета с веществом внутри, который был обнаружен и изъят ДД.ММ.ГГГГ ходе проведения ОРМ «обследование помещений, зданий, сооружений, участков местности и транспортных средств» по адресу: &lt;адрес&gt; (л.д. 61-62); - постановление о признании и приобщении к уголовному делу вещественных доказательств от ДД.ММ.ГГГГ, согласно которого признаны и приобщены к уголовному делу пакет №, изъятый ДД.ММ.ГГГГ ходе проведения ОРМ «обследование помещений, зданий, сооружений, участков местности и транспортных средств» по адресу: &lt;адрес&gt; ( л.д. 63); - протокол осмотра предметов от ДД.ММ.ГГГГ, согласно которого был произведен осмотр пакета №, в котором находится сверток из изолирующей ленты черного цвета с веществом внутри, который был обнаружен и изъят ДД.ММ.ГГГГ ходе проведения ОРМ «обследование помещений, зданий, сооружений, участков местности и транспортных средств» по адресу: &lt;адрес&gt; (л.д. 65-66); - постановление о признании и приобщении к уголовному делу вещественных доказательств от ДД.ММ.ГГГГ, согласно которого признаны и приобщены к уголовному делу пакет №, изъятый ДД.ММ.ГГГГ ходе проведения ОРМ «обследование помещений, зданий, сооружений, участков местности и транспортных средств» по адресу: &lt;адрес&gt; (л.д. 67); - протокол осмотра предметов от ДД.ММ.ГГГГ, согласно которого был произведен осмотр пакета №, в котором находится сверток из изолирующей ленты черного цвета с веществом внутри, который был обнаружен и изъят ДД.ММ.ГГГГ ходе проведения ОРМ «обследование помещений, зданий, сооружений, участков местности и транспортных средств» по адресу: &lt;адрес&gt; (л.д. 70-71); - постановление о признании и приобщении к уголовному делу вещественных доказательств от ДД.ММ.ГГГГ, согласно которого признаны и приобщены к уголовному делу пакет №, изъятый ДД.ММ.ГГГГ ходе проведения ОРМ «обследование помещений, зданий, сооружений, участков местности и транспортных средств» по адресу: &lt;адрес&gt; (л.д. 72); - протокол осмотра предметов от ДД.ММ.ГГГГ, согласно которого был произведен осмотр пакета №, в котором находится сверток из изолирующей ленты черного цвета с веществом внутри, который был обнаружен и изъят ДД.ММ.ГГГГ ходе проведения ОРМ «обследование помещений, зданий, сооружений, участков местности и транспортных средств» по адресу: &lt;адрес&gt; (л.д. 74-75); -постановление о признании и приобщении к уголовному делу вещественных доказательств от ДД.ММ.ГГГГ, согласно которого признаны и приобщены к уголовному делу пакет №, изъятый ДД.ММ.ГГГГ ходе проведения ОРМ «обследование помещений, зданий, сооружений, участков местности и транспортных средств» по адресу: &lt;адрес&gt; (л.д. 76); - протокол осмотра предметов от ДД.ММ.ГГГГ, согласно которого был произведен осмотр пакета №, в котором находится сверток из изолирующей ленты черного цвета с веществом внутри, который был обнаружен и изъят ДД.ММ.ГГГГ ходе проведения ОРМ «обследование помещений, зданий, сооружений, участков местности и транспортных средств» по адресу: &lt;адрес&gt; в траве у опоры теплотрассы напротив вывески с номером дома (л.д. 78-79); -постановление о признании и приобщении к уголовному делу вещественных доказательств от ДД.ММ.ГГГГ, согласно которого признаны и приобщены к уголовному делу пакет №, изъятый ДД.ММ.ГГГГ ходе проведения ОРМ «обследование помещений, зданий, сооружений, участков местности и транспортных средств» по адресу: &lt;адрес&gt; в траве под опорой теплотрассы (л.д. 80); - протокол осмотра предметов от ДД.ММ.ГГГГ, согласно которого был произведен осмотр пакета №, в котором находятся две стеклянные колбы с нагаром, изъятые в ходе обыска ДД.ММ.ГГГГ по адресу: &lt;адрес&gt; (л.д. 82-83); -постановление о признании и приобщении к уголовному делу вещественных доказательств от ДД.ММ.ГГГГ, согласно которого признан и приобщен к уголовному делу пакет №, с находящимися в нем две стеклянные колбами с нагаром, изъятыми ДД.ММ.ГГГГ в ходе обыска ДД.ММ.ГГГГ по адресу: &lt;адрес&gt; (л.д. 84); - протокол осмотра предметов от ДД.ММ.ГГГГ, согласно которого был произведен осмотр пакета №, в котором находится медицинская пипетка, изъятая в ходе обыска ДД.ММ.ГГГГ по адресу: &lt;адрес&gt; (л.д. 87-88); -постановление о признании и приобщении к уголовному делу вещественных доказательств от ДД.ММ.ГГГГ, согласно которого признан и приобщен к уголовному делу пакет №,с находящейся в нем медицинской пипеткой, изъятой ДД.ММ.ГГГГ в ходе обыска ДД.ММ.ГГГГ по адресу: &lt;адрес&gt; (л.д. 89); - протокол осмотра предметов от ДД.ММ.ГГГГ, согласно которого был произведен осмотр пакета №, с находящемся в нем полимерным пакетом с веществом и полимерным свертком с веществом, изъятые в ходе личного досмотра ФИО1 (л.д. 92-93); -постановление о признании и приобщении к уголовному делу вещественных доказательств от ДД.ММ.ГГГГ, которого признан и приобщен к уголовному делу пакет №, с веществом изъятым ДД.ММ.ГГГГ в ходе личного досмотра ФИО1 (л.д. 94); - протокол осмотра предметов от ДД.ММ.ГГГГ, согласно которого был произведен осмотр мобильного телефона « Хiaomi», изъятого ДД.ММ.ГГГГ в ходе личного досмотра ФИО1 ( л.д. 97-103); -постановление о признании и приобщении к уголовному делу вещественных доказательств от ДД.ММ.ГГГГ, которого признан и приобщен к уголовному делу мобильный телефон «&lt;данные изъяты&gt;», изъятый ДД.ММ.ГГГГ в ходе личного досмотра ФИО1 ( л.д.104); - протокол осмотра предметов от ДД.ММ.ГГГГ, согласно которого был произведен осмотр содержимого мобильного телефона « &lt;данные изъяты&gt;», изъятого ДД.ММ.ГГГГ в ходе личного досмотра ФИО1 (л.д. 107-178); постановление о признании и приобщении к уголовному делу вещественных доказательств от ДД.ММ.ГГГГ, которого признан и приобщен к уголовному делу мобильный телефон « &lt;данные изъяты&gt;» в корпусе черного цвета изъятого ДД.ММ.ГГГГ в ходе личного досмотра ФИО1 ( л.д.179); - протокол осмотра предметов от ДД.ММ.ГГГГ, согласно которого был произведен осмотр пакета №, в котором находятся биологические объекты К.А., П.Д., ФИО1, изъятых в ходе выемки 21 августа 209 года в ОГБУЗ « &lt;адрес&gt; наркологический диспансер» ( л.д. 184-185); -постановление о признании и приобщении к уголовному делу вещественных доказательств от ДД.ММ.ГГГГ, которого признан и приобщен к уголовному делу пакета №, в котором находятся биологические объекты К.А., П.Д., ФИО1 ( л.д. 186); - постановление о производстве обыска в жилище ФИО1 по адресу: &lt;адрес&gt;, в случае, не терпящем отлагательства, от ДД.ММ.ГГГГ ( л.д. 189); -протокол обыска от ДД.ММ.ГГГГ, согласно которого был произведен обыск в жилище ФИО1 по адресу: &lt;адрес&gt;, в ходе которого были обнаружены и изъяты медицинская пипетка зеленого цвета с нагаром темно бурого цвета, стеклянная колба длинной около 7 см с нагаром темно бурого цвета, колба длинной около 2,5 см с нагаром темно-бурого цвета, все упаковано в пакеты и опечатано ( л.д. 192-194); - постановление суда от ДД.ММ.ГГГГ о признании обыска по адресу: &lt;адрес&gt; законным ( л.д. 196); - заключение комиссии экспертов № от ДД.ММ.ГГГГ, согласно выводов которого, ФИО1 каким-либо психическим расстройством не страдает, как и не страдал им во время совершения преступления, в том числе в период с ДД.ММ.ГГГГ. Психически здоров. &lt;данные изъяты&gt;. По своему психическому состоянию ФИО1 во время совершения правонарушений и в настоящее время мог и может осознавать фактический характер и общественную опасность своих действий и руководить ими. В применении принудительных мер медицинского характера ФИО1 может участвовать в следственных действиях и в суде. Воспринимать обстоятельства. Имеющие значение для уголовного дела и давать о них правильные показания. Признаков наркомании при настоящем обследовании в ФИО1 не выявлено, &lt;данные изъяты&gt;. В лечении от наркомании ФИО1 не нуждается. ( Т. 3 л.д. 149-150);</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эпизоду покушения на незаконный сбыт наркотического средства в крупном размере при оборудовании тайников-закладок в районе &lt;адрес&gt;, и изъятии у ФИО3 при личном досмотре наркотического средства суд квалифицирует виновные, умышленные и доказанные действия ФИО1 по ч. 3 ст. , п. «г» ч. 4 ст. 228.1 УК РФ , т.е. покушение на незаконный сбыт наркотических средств, совершенный с использованием электронных и информационно-телекоммуникационных сетей, (включая сеть «Интернет») группой лиц по предварительному сговору, в крупном размере, то есть умышленные действия лица, непосредственно направленные на совершение незаконного сбыта наркотических средств, совершенного с использованием электронных и информационно-телекоммуникационных сетей, (включая сеть «Интернет») группой лиц по предварительному сговору, в крупном размере, если при этом преступление не было доведено до конца по не зависящим от этого лица обстоятельствам. К выводу о виновности подсудимого по указанному факту суд пришел на основании названных выше показаний подсудимых, свидетелей, а также письменных и вещественных доказательств. Достоверность приведенных и исследованных в судебном заседании письменных и вещественных доказательств, не вызывает у суда сомнений, поскольку они последовательны, непротиворечивы, согласуются между собой, а также с показаниями допрошенных по делу лиц, получены в соответствии с требованиями уголовно-процессуального закона. Сам подсудимый ФИО1 в судебном заседании не отрицал факт участия в незаконном обороте наркотических средств и свои согласованные, совместные, групповые, спланированные действия, направленные на их сбыт бесконтактным способом через «тайники-закладки», в своих показаниях он описал роль каждого в преступной групповой деятельности, которая осуществлялась ими исходя из достигнутого ранее сговора о совместном сбыте наркотиков за вознаграждение. Оснований не доверять его показаниям, данным в судебном заседании у суда не имеется. Об общем умысле, направленном на незаконный сбыт наркотических средств в крупном размере группой лиц по предварительному сговору, свидетельствует также анализ переписки ФИО3 с неустановленным лицом под ник неймом «&lt;данные изъяты&gt;», показаний сотрудников полиции К.Е., Б.А., О.Р., Ш. А., согласно которым в результате оперативно розыскных мероприятий в УНК УМВД России по &lt;адрес&gt; поступила оперативная информация, что в &lt;адрес&gt; оборудованы «тайники – закладки» с наркотическим средством, приготовленным для дальнейшего сбыта. С целью проверки указанной информации указанные сотрудники совместно с понятыми прибыли по имеющимся адресам, где были проведены оперативно-розыскные мероприятия «обследование участка местности». В ходе обследования, обнаружены и изъяты свертки с полимерным пакетом с веществом растительного происхождения. ФИО7, на предварительном расследовании также поясняли, что ФИО1 занимается сбытом наркотического средства через оператора в сети «Интернет». Оснований не доверять показаниям вышеуказанных лиц, считать их оговором и самооговором не имеется у суда, поскольку они не только полностью согласуются между собой, взаимно дополняют друг друга и конкретизируют произошедшее, но и не противоречат иным исследованным и приведенным в приговоре доказательствам. Изученные материалы оперативно-розыскной деятельности свидетельствуют о том, что они были получены компетентными лицами, оформлены и представлены в орган предварительного расследования с соблюдением требований уголовно-процессуального законодательства. Условия проведения ОРМ соблюдены, результаты оперативно-розыскной деятельности были проверены и нашли свое подтверждение, как в ходе предварительного расследования, так и в ходе судебного разбирательства. Все оперативно-розыскные мероприятия «обследование помещений, зданий, сооружений, участков местности и транспортных средств», в ходе которых из тайников изъяты наркосредства проведены в соответствии с требованиями Федерального закона «Об оперативно-розыскной деятельности», в соответствии с целями и задачами установленными данным законом. Результаты данных оперативно-розыскных мероприятий зафиксированы надлежащим образом и сомнений не вызывают, в связи с чем оснований считать обследования помещений, зданий, сооружений, участков местности и транспортных средств от ДД.ММ.ГГГГ, незаконными, а доказательства, полученные в ходе них, недопустимыми, не имеется. Нарушений положений ст. 6 Европейской конвенции «О защите прав человека и основных свобод», ст. 75 УПК РФ и оснований для признания результатов проведения данного оперативно-розыскного мероприятия недопустимыми доказательствами, суд не усматривает. Умысел на сбыт наркотика у ФИО1 сформировался без какого-либо влияния со стороны оперативных служб. Под незаконным сбытом наркотических средств, психотропных веществ или их аналогов, растений, содержащих наркотические средства или психотропные вещества, либо их частей, содержащих наркотические средства или психотропные вещества, следует понимать незаконную деятельность лица, направленную на их возмездную либо безвозмездную реализацию (продажа, дарение, обмен, уплата долга, дача взаймы и т.д.) другому лицу. При этом сама передача лицом реализуемых средств, веществ, растений приобретателю может быть осуществлена любыми способами, в том числе непосредственно, путем сообщения о месте их хранения приобретателю, проведения закладки в обусловленном с ним месте, введения инъекции. ФИО1 и неустановленное лицо фактически являлись владельцами наркотиков, действовали группой лиц по предварительному сговору, совместно, согласованно, исходя из распределения ролей, по своему усмотрению и сугубо в своих корыстных интересах как сбытчиков. В соответствии с ч.3 ст. Федерального закона «О наркотических средствах и психотропных веществах» должностные лица органов внутренних дел при осуществлении контроля за хранением, перевозкой или пересылкой наркотических средств, психотропных веществ и их прекурсоров вправе производить досмотр граждан, почтовых и багажных отправлений, транспортных средств и перевозимых грузов при наличии достаточных оснований полагать, что осуществляются незаконные хранение, перевозка или пересылка наркотических средств, психотропных веществ и их прекурсоров. Согласно п.16 ч.1 ст. Федерального закона «О полиции» должностные лица органов внутренних дел вправе производить личный досмотр граждан, досмотр находящихся при них вещей, а также досмотр их транспортных средств при наличии данных о том, что эти граждане имеют при себе наркотические средства, психотропные вещества или их прекурсоры, изымать указанные предметы, средства и вещества при отсутствии законных оснований для их ношения или хранения; принимать участие в досмотре пассажиров, их ручной клади и багажа на железнодорожном, водном или воздушном транспорте, метрополитене и других видах внеуличного транспорта либо осуществлять такой досмотр самостоятельно в целях изъятия вещей и предметов, запрещенных для перевозки транспортными средствами. По обстоятельствам задержания и производства личного досмотра ФИО1 свидетели в судебном заседании дали достаточно полные и непротиворечивые показания. Протокол личного досмотра ФИО1, в ходе которого изъяты вышеуказанные наркотические средства, и производные от данного протокола доказательства являются допустимыми доказательствами. Нарушений, влекущих признание их недопустимыми доказательствами, не установлено. Данное мероприятие проведено уполномоченным лицом в присутствии понятых, все обстоятельства зафиксированы в соответствующем протоколе, в котором участвовавшие лица расписались. Изъятое было надлежащим образом упаковано и опечатано. Умысел на совершение преступления у ФИО1 сформировался вне зависимости от действий оперативных сотрудников, провокации с их стороны не было. Каких-либо нарушений требований Федерального закона «О наркотических средствах и психотропных веществах», ст.6 Европейской конвенции «О защите прав человека и основных свобод», ст. 75 УПК РФ , Федерального закона «Об оперативно-розыскной деятельности» при проведении личного досмотра, оперативно-розыскных мероприятий, следственных действий, суд не усматривает. Фактов недозволенных методов ведения оперативно-розыскной деятельности не установлено. ФИО8 подтвердили законность действий сотрудников правоохранительных органов, направленных на изобличение и фиксирование преступной деятельности ФИО1 Действия лица (лиц), поместившего наркотические средства с целью сбыта в тайники-закладки, в толковании Пленума Верховного Суда РФ от 15 июня 2006 г. N14 квалифицируются как покушение на сбыт наркотиков, либо оконченный состав данного преступления, в зависимости от обстоятельств по делу. Доказанные обстоятельства преступления свидетельствуют о необходимости квалификации действий подсудимого по указанному эпизоду как покушение на незаконный сбыт наркотических средств с использованием электронных и информационно-телекоммуникационных сетей, (включая сеть «Интернет») группой лиц по предварительному сговору в крупном размере, поскольку совокупность доказательств, исследованных в судебном заседании и указанных выше убедительно свидетельствует о намерении соучастников незаконно сбыть наркотическое средство в указанном размере, однако по независящим от них обстоятельствам довести преступление до конца им не удалось, поскольку наркотики, были изъяты в последующем сотрудниками полиции. Как установлено материалами дела подсудимый ФИО1 совершал незаконный сбыт наркотических средств с использованием электронных и информационно-телекоммуникационных сетей, (включая сеть «Интернет») по предварительному сговору группой лиц с неустановленным следствием лицом, который по средством сети Интернет сообщил подсудимому тайник с оптовой закладкой наркотических средств с последующим оборудованием новых тайников с сообщением по сети «Интернет» адресов закладок неустановленному лицу, который должен был довести указанные адреса до потребителей наркотических средств. ДД.ММ.ГГГГ ФИО1 были оборудованы тайники с закладкой наркотического вещества по 16 адресам в микрорайоне &lt;адрес&gt;, однако доказательств того, что по указанным адресам указанных тайников закладки были доведены до потребителей наркотических средств, в суд не представлено, в последствии указанные наркотические средства из «тайников –закладок» были изъяты сотрудниками правоохранительных органов, и еще два свертка с наркотическим средством были изъяты у подсудимого ФИО1 после задержания в ходе личного досмотра. Экспертными заключениями № от ДД.ММ.ГГГГ, №, от ДД.ММ.ГГГГ, № от ДД.ММ.ГГГГ, № от ДД.ММ.ГГГГ, № от ДД.ММ.ГГГГ подтверждено, что вещество, обнаруженное и изъятое в ходе ОРМ ДД.ММ.ГГГГ и при личном досмотре у ФИО3 ДД.ММ.ГГГГ является наркотическим средством – смесью, содержащей производное N-метилэфедрона – ?-пирролидиновалерофенон общей массой 5,06 г. и 1,39 г., что является крупным размером. Оснований сомневаться в компетентности экспертов и их выводах не имеется. Давая юридическую оценку действиям ФИО1 по указанным инкриминируемым деяниям по оборудованию 16 «тайников-закладок» с наркотическим средством в микрорайоне &lt;адрес&gt; и изъятым у него в ходе личного досмотра наркотическим средством необходимо квалифицировать как единое продолжаемое преступление по ч.3 ст. , п. «г» ч.4 ст. 228.1 УК РФ . Суд, объединяя указанные эпизоды преступной деятельности ФИО1, исходил из того, что согласно показаний самого ФИО1 оборудованное в тайники-закладки и изъятое в ходе личного досмотра наркотическое средство было взято из одной оптовой партии, о чем свидетельствуют и экспертные заключения-о составе одного и того же наркотического средства, совершены указанные преступления в один день. Кроме того как показал ФИО1 обнаруженное при нем наркотическое средство он собирался также оборудовать в тайники-закладки для реализации достигнутой ранее договоренности с оператором под ник-неймом «&lt;данные изъяты&gt;», что в совокупности свидетельствует о едином умысле подсудимого на совершение данного преступления.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эпизоду незаконного сбыта наркотического средства суд пришел к выводу о доказанности виновных умышленных действий ФИО1 и квалифицирует их как незаконный сбыт наркотических средств, совершенное в значительном размере, т.е. п. «б» ч.3 ст. 228.1 УК РФ . К выводу о виновности подсудимого в совершении данного преступления суд пришел на основании названных выше показаний самого подсудимого, свидетелей К.Е., К.А., С.В., Б.А.-сотрудников полиции, данными ими в судебном заседании, свидетелей П.Д., К.А., данными им на предварительном расследовании, а также письменных и вещественных доказательств. Вышеуказанные доказательства суд признает допустимыми, достоверными, а их совокупность достаточной для установления виновности ФИО3 в совершении инкриминируемого эпизода, его квалификации, поскольку они последовательны. Достоверность приведенных и исследованных в судебном заседании письменных и вещественных доказательств, не вызывает у суда сомнений, поскольку они последовательны, непротиворечивы, согласуются между собой, а также с показаниями допрошенных по делу лиц, полученных в соответствии с требованиями уголовно- процессуального закона. Сам подсудимый ФИО1 не отрицал факт участия в незаконном обороте наркотических средств и свои спланированные действия, направленные на их сбыт бесконтактным способом через тайники-закладки (&lt;адрес&gt;), а также сбыт наркотического средства своим знакомым П.Д. и К.А. При этом подсудимый подробно описал все действия по сбыту наркотиков как бесконтактным способом, так и своим знакомым П.Д. и К.А. При этом суд, не принимает в качестве достоверных показания подсудимого в части того, что П.Д. и К.А. на протяжении длительного времени до ДД.ММ.ГГГГ употребляли наркотики, поскольку объективных данных свидетельствующих об указанном обстоятельстве не имеется, и считает, что данные показания даны с целью смягчить ответственность за совершенное преступление. По факту оборудования тайников закладок свидетели сотрудники полиции дали непротиворечивые показания об обстоятельствах изобличения и фиксирования преступной деятельности подсудимого по инкриминируемого эпизоду, подтвердили соблюдение законности при этом. Оснований не доверять показаниям вышеуказанных лиц, считать их оговором и самооговором не имеется у суда, поскольку они не только полностью согласуются между собой, взаимно дополняют друг друга и конкретизируют произошедшее, но и не противоречат иным исследованным и приведенным в приговоре доказательствам. Изученные материалы оперативно-розыскной деятельности свидетельствуют о том, что они были получены компетентными лицами, оформлены и представлены в орган предварительного расследования с соблюдением требований уголовно-процессуального законодательства, Условия проведения ОРМ соблюдены, результаты оперативно-розыскной деятельности были проверены и нашли свое подтверждение, как в ходе предварительного расследования, так и в ходе судебного разбирательства. Нарушений положений ст. 6 Европейской конвенции «О защите прав человека и основных свобод», ст. 75 УПК РФ и оснований для признания результатов проведения данного оперативно-розыскного мероприятия недопустимыми доказательствами, суд не усматривает. Умысел на сбыт наркотика у ФИО1 сформировался без какого-либо влияния со стороны оперативных служб. Под незаконным сбытом наркотических средств, психотропных веществ или их аналогов, растений, содержащих наркотические средства или психотропные вещества, либо их частей, содержащих наркотические средства или психотропные вещества, следует понимать незаконную деятельность лица, направленную на их возмездную либо безвозмездную реализацию (продажа, дарение, обмен, уплата долга, дача взаймы и т.д.) другому лицу. При этом сама передача лицом реализуемых средств, веществ, растений приобретателю может быть осуществлена любыми способами, в том числе непосредственно, путем сообщения о месте их хранения приобретателю, проведения закладки в обусловленном с ним месте, введения инъекции. ФИО3 фактически являлся владельцем наркотиков, действовал по своему усмотрению и сугубо в своих корыстных интересах как сбытчика. Реализация наркотика другому лицу (приобретателю) как пробник и угощение квалифицируется как незаконный сбыт наркотического средства. Экспертными заключениями № от ДД.ММ.ГГГГ подтверждено, что обнаруженное и изъятое сотрудниками ОНК в ходе ОРМ «Обследование зданий, сооружений» у &lt;адрес&gt;, вещество является наркотическим средством – смесью, содержащей производное N-метилэфедрона – ?-пирролидиновалерофенон, общей массой 0,50 гр., что является значительным размером. Оснований сомневаться в компетентности экспертов и их выводах не имеется. Действия лица (лиц), поместившего наркотические средства с целью сбыта в тайники-закладки, в толковании Пленума Верховного Суда РФ от 15 июня 2006 года № 14 квалифицируются как покушение на сбыт наркотиков, либо оконченный состав данного преступления, в зависимости от обстоятельств по делу. По фактам сбыта наркотических средств путем оборудования «тайников-закладок» в клумбе в виде покрышки из автоколеса у &lt;адрес&gt;; под кустом у угла забора около &lt;адрес&gt;, и доведения информации о местонахождении тайников-закладок с наркотическим посредством потребителям через сеть «Интернет», материалы дела содержат достаточно доказательств, позволяющих квалифицировать действия ФИО3 как оконченный состав преступления, а именно материалы оперативно-розыскных мероприятий, показания сотрудников ФИО9, об оборудовании «тайников-закладок» с наркотическим средством скриншоты с телефона, изъятого у ФИО1 в ходе личного досмотра, свидетельствующие об отправке ФИО1 потребителям адресов оборудованных «тайников-закладок» с наркотическим средством и сведений о получении потребителями указанной информации. Факт сбыта наркотического средства К.А. и П.Д., подтверждается показаниями самого ФИО3, данными в судебном заседании о том, что он угостил К.А. и П.Д. вышеуказанным наркотическим средством и они употребили все вместе его в автомашине путем выкуривания, а также достаточно подробными показаниями свидетелей К.А. и П.Д., данными им на предварительном расследовании, которые не имеют существенных разногласий и в целом не противоречат фактическим обстоятельствам дела. Каких-либо мотивов у свидетелей для оговора подсудимого ФИО1 в ходе судебного заседания не установлено. Стороной защиты не представлено убедительных доказательств, сомневаться в таких выводах, поэтому суд кладет их в основу приговора по указанному факту сбыта. Показания данные, указанными свидетелями в судебном заседании суд признает недостоверными и отвергает их, расценивая как способ помочь своему знакомому ФИО1 избежать ответственности. Эксперт С.В. подтвердила в судебном заседании выводы экспертного заключения и показала, что в настоящее время невозможно установить количественную составляющую содержания наркотического средства по результатам отбора биологических объектов человека, однако с достоверностью указала, что в биологических объектах П.Д. и К.А. содержались наркотические средства-– смесь, содержащая производное N-метилэфедрона – ?-пирролидиновалерофенон. Оценивая вышеуказанные показания свидетелей обвинения, данные ими в судебном заседании и на предварительном следствии, суд приходит к выводу, что указанные показания подтверждаются другими доказательствами по делу, согласуются с материалами дела и не противоречат им, а потому не вызывают сомнений и признаются достоверными и соответствующими фактическим обстоятельствам дела, вследствие чего суд кладет их в основу приговора. Поскольку последовательные показания свидетелей обвинения, содержащих подробное описание действий подсудимого во время совершения преступления и после его совершения, согласуются между собой, взаимно дополняют друг друга и противоречий не содержат, получены с соблюдением требований уголовно-процессуального закона и относятся к предмету судебного разбирательства, суд находит их относимыми, допустимыми и достоверными и принимает их за основу. Законность и допустимость следственных действий, а именно допросов и очных ставок вышеназванных свидетелей, у суда сомнений не вызывают, поскольку они проведены и оформлены компетентным лицом - следователем в чьем производстве находилось уголовное дело, в установленном законом порядке.В протоколах допросов имеются их подписи, собственноручные записи о правильности показаний и прочтении, им разъяснялись права и обязанности, в связи с чем, указанные доказательства являются допустимыми. Следователь О.А. указал, что показания свидетелей в том числе П.Д., полученные в период предварительного расследования записывались со слов допрашиваемых лиц, в конце допроса указанные лица ознакамливались с содержанием процессуального документа и ставили свои подписи в связи с согласием отраженных в нем обстоятельств, никакого давления со стороны следователя, либо других лиц на допрашиваемых не оказывалось, замечаний по поводу правильности написанного также не имелось. Оснований не доверять показаниям допрошенного должностного лица у суда не имеется. Какие-либо основания для признания представленных стороной обвинения доказательств недопустимыми, суд не усматривает. Доказанные обстоятельства преступления свидетельствуют о правильности квалификации действий подсудимого по указанному эпизоду как незаконный сбыт наркотических средств в значительном размере, поскольку предприняв активные непосредственные действия по выполнению объективной стороны сбыта наркотического средства – оборудование тайника-закладки с наркотическим средством, и доведя информацию о месте закладки до потребителей в сети «Интерне» тем самым в полном объеме выполнил объективную сторону преступления, предусмотренного п. «б» ч. 3 ст. 228.1 УК РФ . Охватывается умыслом на совершение преступления, предусмотренное п. «б» ч. 3 ст. . 1 УК РФ и факт сбыта П.Д. и К.А. наркотического средства лично. При этом суд считает, что несмотря на то что ФИО1 сбыл наркотическое средство разными способами, оснований квалифицировать указанные факты по разным составам преступлений, не имеется. Суд, объединяя указанные эпизоды преступной деятельности ФИО1, исходил из того, что согласно показаний самого ФИО1 оборудованное в «тайники-закладки» и сбытое П.Д. и К.А. наркотическое средство было взято из одной оптовой партии, о чем свидетельствуют и экспертные заключения-о составе одного и того же наркотического средства. Кроме того, как установлено в судебном заседании ФИО1 сначала оборудовал в «тайники-закладки» часть наркотического средства и направил сведения потребителям, тут же вернулся в автомобиль, где его ждали П.Д. и К.А. и угостил последних наркотиком, который оставался при нем, тем самым также выполнив объективную сторону указанного преступления. При назначении наказания за каждое преступление суд учитывает требования ст.ст. , 60 УК РФ . Обстоятельствами, смягчающими наказание по всем преступлениям, в силу ст. 61 УК РФ суд признает ФИО1 признание вины, раскаяние в содеянном, явку с повинной, активное способствование раскрытию и расследованию преступлений, наличие ведомственной награды. Обстоятельств, отягчающих наказание, в соответствии со ст. 63 УК РФ , судом не установлено. Принимая во внимание необходимость соответствия характера и крайне высокой степени общественной опасности преступления в сфере незаконного оборота наркотических средств, направленных против здоровья населения, обстоятельствам его совершения, объемы наркотиков, совершение преступления организованной группой, что повышает степень общественной опасности содеянного, суд приходит к выводу, что подсудимому надлежит назначить наказание в виде лишения свободы реально без применения к назначаемому наказанию ст. 73 УК РФ . Оснований для замены лишения свободы на принудительные работы не имеется. По преступлению, предусмотренному ч. 3 ст. , п. «г» ч. 4 ст. 228.1 УК РФ в отношении ФИО1 подлежат применению следующие положения, так согласно п. 34 постановления Пленума ВС РФ от 22 декабря 2015г. № 58, если в результате применения статей и (или) 62 УК РФ либо статей и 65 УК РФ срок или размер наказания, который может быть назначен осужденному, окажется менее строгим, чем низший предел наиболее строгого вида наказания, предусмотренного санкцией соответствующей статьи Особенной части УК РФ, то наказание назначается ниже низшего предела без ссылки на статью 64 УК РФ . В таких случаях верхний предел назначаемого наказания не должен превышать срок или размер наказания, который может быть назначен с учетом положений указанных статей. Таким же образом разрешается вопрос назначения наказания в случае совпадения верхнего предела наказания, которое может быть назначено осужденному в результате применения указанных норм, с низшим пределом наиболее строгого вида наказания, предусмотренного санкцией соответствующей статьи Особенной части УК РФ. Так, санкция ч.4 ст. 228.1 УК РФ предусматривает наказание только в виде лишения свободы на срок от десяти до двадцати лет с лишением права занимать определенные должности или заниматься определенной деятельностью на срок до двадцати лет или без такового и со штрафом в размере до одного миллиона рублей или в размере заработной платы или иного дохода осужденного за период до пяти лет либо без такового. В соответствии с положением ч.3 ст. 66 УК РФ срок или размер наказания за покушение к преступлению не может превышать 3/4 максимального срока или размера наиболее строгого вида наказания, предусмотренного соответствующей статьей Особенной части настоящего Кодекса за оконченное преступление. В силу ч.1 ст. 62 УК РФ при наличии смягчающих обстоятельств, предусмотренных пунктами "и" и (или) "к" части первой статьи 61 настоящего Кодекса, и отсутствии отягчающих обстоятельств срок или размер наказания не могут превышать 2/3 максимального срока или размера наиболее строгого вида наказания, предусмотренного соответствующей статьей Особенной части настоящего Кодекса. Таким образом, максимально возможный срок наказания в виде лишения свободы для ФИО3 по ч.3 ст. , п. «г» ч.4 ст. 228.1 УК РФ составляет 10 лет, то есть имеет место совпадение верхнего предела наказания, которое может быть назначено, с низшим пределом наиболее строгого вида наказания, предусмотренного санкцией. Однако суд не может не учитывать при определении размера наказания и дополнительные смягчающие обстоятельства, влекущие обязательное снижение наказания. При таких обстоятельствах назначая наказание ниже 10 лет лишения свободы нет необходимости делать ссылку на ст. 64 УК РФ . Оснований для применения к наказанию, назначаемому подсудимому ФИО1 положений ч.6 ст. 15 УК РФ с учетом фактических обстоятельств преступлений и степени их общественной опасности, суд не усматривает. Оснований для применения к назначаемому наказанию подсудимому по инкриминируемым эпизодам преступной деятельности положений ст. 64 УК РФ не имеется, поскольку отсутствуют исключительные обстоятельства, связанные с целями и мотивами преступлений, ролью виновного, его поведением во время совершения преступлений, и другие обстоятельства, существенно уменьшающие степень общественной опасности преступлений. При назначении размера наказания суд руководствуется принципом необходимости соблюдения соразмерности, положениями ч.2 ст. 62 УК РФ , а к неоконченным составам преступлений – дополнительно ч.3 ст. 66 УК РФ . Принимая во внимание имущественное положение подсудимого, его личности, суд считает нецелесообразным назначение дополнительных видов наказания. Наказание применяется в целях восстановления социальной справедливости, а также в целях исправления осужденных. В силу п. «в» ч. 1 ст. 58 УК РФ наказание осужденный ФИО1 должен отбывать в исправительной колонии строгого режима. Согласно ч.3.2 ст. 72 УК РФ осужденным по ст. 228.1 УК РФ время содержания под стражей в срок лишения свободы засчитывается один день за один день. Вопрос по вещественным доказательствам суд разрешает в соответствии со ст. 81 УПК РФ . Процессуальные издержки, связанные оплатой вознаграждения за труд адвоката по назначению, осуществлявшего защиту подсудимого подлежат взысканию с осужденного согласно ст.ст. , 132 УПК РФ . Оснований для освобождения от уплаты процессуальных издержек суд не усматривает. На основании изложенного, руководствуясь ст.ст. - , - , - 310 УПК РФ , суд ПРИГОВОРИЛ: Признать ФИО1 виновным в совершении преступлений, предусмотренных ч.3 ст. п. «г» ч.4 ст. 228.1 , п. «б» ч.3 ст. 228.1 УК РФ и назначить наказание в виде лишения свободы: - по ч.3 ст. п. «г» ч.4 ст. 228.1 УК РФ сроком 08 (Восемь) лет 06 (Шесть) месяцев; - по п. «б» ч.3 ст. 228.1 УК РФ сроком 08 (Восемь) лет. На основании ч.3 ст. 69 УК РФ по совокупности преступлений путем частичного сложения наказаний окончательно назначить ФИО1 наказание в виде лишения свободы сроком на 09 (Девять) лет с отбыванием наказания в исправительной колонии строгого режима. Меру пресечения - заключение под стражу – ФИО1 до вступления приговора в законную силу не изменять. Срок отбытия наказания исчислять с момента вступления приговора в законную силу. Зачесть в срок отбытия наказания нахождение ФИО1 под стражей в период с ДД.ММ.ГГГГ до дня предшествующего дню вступления приговора в законную силу включительно, в соответствии с ч.3.2 ст. 72 УК РФ из расчета один день содержания под стражей за один день лишения свободы. Вещественные доказательства: -наркотические средства, изъятые ДД.ММ.ГГГГ в ходе ОРМ «обследование помещений, зданий, сооружений и участков местности», две стеклянные емкости, изъятые 17 мая 019 года в ходе обыска в жилище ФИО1 по адресу: &lt;адрес&gt;, стеклянная трубка, изъятая ДД.ММ.ГГГГ в ходе обыска в жилище ФИО1 по адресу: &lt;адрес&gt;, наркотическое средство изъятое ДД.ММ.ГГГГ в ходе личного досмотра ФИО1 - уничтожить. -мобильный телефон « &lt;данные изъяты&gt;» и мобильный телефон «&lt;данные изъяты&gt;», изъятые в ходе личного досмотра ДД.ММ.ГГГГ у ФИО1, передать представителю ФИО1 -биологические объекты (моча» К.А., П.Д., ФИО1, изъятые в ходе выемки ДД.ММ.ГГГГ в ОГБУЗ « &lt;адрес&gt; наркологический диспансер», хранящиеся в СМЭ &lt;адрес&gt;, - уничтожить. Процессуальные издержки, связанные оплатой вознаграждения за труд адвоката по назначению взыскать с осужденного ФИО1 Приговор может быть обжалован в апелляционном порядке в Костромской областной суд через Димитровский районный суд г. Костромы в течение 10 суток со дня провозглашения, а осужденным ФИО1 в тот же срок со дня вручения копии приговора.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Председательствующий судья М.В. Заикина Суд: Димитровский районный суд г. Костромы (Костромская область) (подробнее) Судьи дела: Заикина Мария Вадимовна (судья) (подробнее) Последние документы по делу: Приговор от 21 января 2020 г. по делу № 1-139/2019 Приговор от 13 ноября 2019 г. по делу № 1-139/2019 Приговор от 18 июля 2019 г. по делу № 1-139/2019 Приговор от 26 июня 2019 г. по делу № 1-139/2019 Показать все документы по этому делу Судебная практика по: Контрабанда Судебная практика по применению норм ст. 200.1, 200.2, 226.1, 229.1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