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имея умысел на незаконное приобретение и хранение в целях сбыта сильнодействующих веществ в крупном размере, реализуя свой преступный умысел, осознавая общественно-опасный характер своих действий, с целью получения незаконной материальной выгоды, примерно в период времени с 21 часа 00 минут до 21 часа 30 минут 06.08.2019г., находясь около здания, расположенного по адресу: &lt;...&gt;, незаконно приобрел, у неустановленного лица сверток липкой ленты, внутри которого находился сверток, обернутый полимерной лентой, внутри которого находились таблетки в количестве 250 штук, общей массой 125,41гр., после чего направился к основному ограждению ФКУ ИК-2 ГУФСИН России по &lt;...&gt;, расположенному напротив &lt;...&gt; в &lt;...&gt;, с целью дальнейшего сбыта вышеуказанного сильнодействующего вещества в крупном размере неопределенному кругу лиц, отбывающих наказание в ФКУ ИК №2 ГУФСИН России по Ростовской области. Примерно в 00 часов 05 минут 07.08.2019г. ФИО1 прибыл к основному ограждению ФКУ ИК-2 ГУФСИН России по &lt;...&gt;, расположенному напротив &lt;...&gt; в &lt;...&gt;, где незаконно проник на прилегающую территорию к внешней запретной зоне участка № ФКУ ИК-2 ГУФСИН России по &lt;...&gt;, расположенной по вышеуказанному адресу, где замахнулся рукой, в которой находился сверток и попытался перебросить его, однако, довести свой умысел до конца не смог по независящим от него обстоятельствам т.к. в указанное время был задержан сотрудниками ФКУ ИК-2 ГУФСИН России по &lt;...&gt;. ФИО1 был доставлен в ОП № 5 УМВД России по г. Ростову-на-Дону, расположенный по адресу: &lt;...&gt;, где в период времени с 02 часов 20минут до 02 часов 32 минут 07.08.2019г. в ходе проведения личного досмотра ФИО1, в левом кармане куртки, надетой на ФИО1, был обнаружен и изъят сверток, обмотанный липкой лентой, внутри которого находился сверток, обернутый полимерной лентой, внутри которого находились таблетки в количестве 250 штук, которые согласно заключению эксперта ОИНСиВЭ ЭКЦ ГУ МВД России по Ростовской области № от 26.08.2019г. содержат в своем составе сильнодействующее вещество трамадол(трамал)((+/-)-транс-2-[(диметиламино)метил]-1-(м-метоксифенил)циклогексанол), общей массой 125,41гр., что является крупным размером для данного вида сильнодействующих веществ.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ФИО1, имея умысел на незаконный сбыт наркотических средств в значительном размере, реализуя свой преступный умысел, осознавая общественно-опасный характер своих действий, с целью получения незаконной материальной выгоды, примерно в период времени с 21 часа 00 минут до 21 часа 30 минут 06.08.2019г., находясь около здания, расположенного по адресу: &lt;...&gt;, незаконно приобрел у неустановленного лица сверток, внутри которого находился сверток, обернутый полимерной лентой, внутри которого находилась растительная масса, постоянная массой 11,50гр., после чего направился к основному ограждению ФКУ ИК-2 ГУФСИН России по Ростовской области, расположенному напротив &lt;...&gt; в &lt;...&gt;, с целью дальнейшего сбыта вышеуказанного наркотического средства в значительном размере, неопределенному кругу лиц, отбывающих наказание в ФКУ ИК №2 ГУФСИН России по Ростовской области. Примерно в 00 часов 05 минут 07.08.2019г. ФИО1 прибыл к основному ограждению ФКУ ИК-2 ГУФСИН России по Ростовской области, расположенному напротив &lt;...&gt; в &lt;...&gt;, где незаконно проник на прилегающую территорию к внешней запретной зоне участка № ФКУ ИК-2 ГУФСИН России по &lt;...&gt;, расположенной по вышеуказанному адресу, где, замахнулся рукой, в которой находился сверток и попытался перебросить его, однако, довести свой умысел до конца не смог по независящим от него обстоятельствам т.к. в указанное время был задержан сотрудниками ФКУ ИК-2 ГУФСИН России по &lt;...&gt;. ФИО1 был доставлен в ОП№5 УМВД России по г. Ростову-на-Дону, расположенный по адресу: &lt;...&gt;, где в период времени с 02 часов 20минут до 02 часов 32 минут 07.08.2019г. в ходе проведения личного досмотра ФИО1, в правом кармане куртки, надетой на нем был обнаружен и изъят сверток, обмотанный липкой лентой, внутри которого находился сверток, обернутый полимерной лентой, внутри которого находилась растительная масса, которая согласно заключению эксперта ОИНСиВЭ ЭКЦ ГУ МВД России по Ростовской области № от 26.08.2019г. содержит в своем составе наркотически активный компонент тетрагидроканнабинол и является наркотическим средством, именуемым каннабис (марихуана), постоянной массой 11,50гр., что является значительным размером для данного вида наркотических средств. Допрошенный в ходе судебного заседания подсудимый ФИО1 вину в совершении вышеуказанных преступлений признал полностью, в содеянном раскаялся. При этом ФИО1, показал, что об обстоятельствах совершения им данных преступлений он подробно рассказывал в ходе допросов в качестве подозреваемого, обвиняемого, в связи с чем в судебном заседании воспользовался ст. 51 Конституции РФ. Несмотря на полное признание ФИО1 своей вины, его вина в совершении вышеуказанных преступлений, предусмотренных ч. 3 ст. , ч. 3 ст. п. «б» ч. 3 ст. 228.1 УК РФ , подтверждается совокупностью следующих доказательств: - показаниями подозреваемого и обвиняемого ФИО1, данными в ходе предварительного следствия и оглашенными в порядке п.3 ч.1 ст. 276 УПК РФ , согласно которым (т.1 л.д.57-59, т.1 л.д.67-68, т.1 л.д.181-186, т.1 л.д.216-219) в дневное время, точнее уже не помнит, 04.08.2019г. ФИО1 позвонил его знакомый, отбывающий наказание на ФКУ ИК-2 ГУФСИН России по РО, данных которого он называть не желает, и попросил за денежное вознаграждение в размере 5000 рублей совершить переброс на территорию ИК-2, а именно: таблеток, наркотических средств, наушников, зарядного устройства, на что ФИО1 согласился. ФИО1 решил взять с собой своего знакомого – Свидетель №1 т.к. он несовершеннолетний, и он подумал, что в случае чего, Свидетель №1 не смогут привлечь к уголовной ответственности. Также, знакомый ФИО1 с ИК-2 сообщил, что свертки, в которых будут находиться вышеуказанные предметы и вещества, ему передаст девушка, точнее данных он не называл и для этого ему необходимо поехать по адресу: &lt;...&gt;. В вечернее время 04.08.2019г. ФИО1 пришел домой к Свидетель №1 и предложил поехать с ним в &lt;...&gt; т.к. он недавно освободился и плохо знает город. Также, ФИО1 попросил Свидетель №1 сообщить данные его банковской карты т.к. у него не было банковской карты. Данные действия ФИО1 совершил с целью сокрытия своих преступных действий. ФИО1 о своих истинных намерениях Свидетель №1 ничего не сообщал. ФИО1 сообщил Свидетель №1, что ему необходимо забрать свои вещи, а на банковскую карту должны перечислить денежные средства в размере 5000 рублей, что является долгом, который ему должен вернуть знакомый. Других обстоятельств ФИО1 не сообщал Свидетель №1 ФИО1 и Свидетель №1 вызвали такси и направились в &lt;...&gt;. Прибыв на место ФИО1 не нашел указанный дом, в связи с чем ФИО1 и Свидетель №1 вернулись домой. 06.08.2019г. ФИО1 снова в вечернее время пришел к Свидетель №1 и сказал, что ему снова нужно поехать в &lt;...&gt; и забрать вещи. Примерно в 21 час 00 минут ФИО1 и Свидетель №1 вызвали такси и направились снова по вышеуказанному адресу. Прибыв на место, ФИО1 и Свидетель №1 возле школы стали ожидать девушку, которая должна была передать ФИО1 два свертка с запрещенными веществами и предметами, которые необходимо было перекинуть на территорию ИК-2. Примерно в 21 час 30 минут ФИО1 отошел в сторону, где встретился с девушкой, которая передала ему два свертка, обмотанных липкой лентой белого цвета, которые он положил в правый и левый карманы куртки, надетой на нем. ФИО1 и Свидетель №1 на такси проследовали по адресу: &lt;...&gt;, где они вышли около магазина «Магнит». ФИО1 пояснил Свидетель №1, что ему необходимо передать на территорию ИК-2 своему знакомому наушники, зарядное устройство и сотовые телефоны, которые находятся в свертках при нем и убедил его, что в этом нет ничего запрещенного и к уголовной ответственности привлечь за это его не могут. На данное предложение Свидетель №1 согласился. Спустя некоторое время, по указанию знакомого ФИО1, примерно в 23 часа 55 минут ФИО1 и Свидетель №1 проследовали к ограждению ИК-2, расположенному по адресу: &lt;...&gt;, где стали перелазить через ограждение. Когда сработала сигнализация, ФИО1 и Свидетель №1 побежали обратно. ФИО1 отошел и позвонил своему знакомому, отбывающему наказание на ФКУ ИК-2, чтобы уточнить детали. ФИО1 и Свидетель №1 снова попытались проникнуть на территорию ИК-2 после чего были задержаны сотрудниками ИК-2. ФИО1 и Свидетель №1 были доставлены в ОП №, расположенный по адресу: &lt;...&gt;, где в помещении дежурной части был произведен личный досмотр ФИО1, в ходе которого у него были обнаружены и изъяты два свертка, в одном из которых находились таблетки – сильнодействующее вещество и лирика, в другом – растительная масса – марихуана. ФИО1 не сообщал Свидетель №1 информацию о том, что на самом деле находилось в свертках и для чего именно они прибыли к территории ИК-2, Свидетель №1 ничего не знал об истинных намерениях ФИО1, который совершил это преступное деяние единолично. Вину в инкриминируемых ему деяниях признает в полном объеме, данные преступления он совершал единолично, в содеянном раскаивается. - показаниями свидетеля Свидетель №7, данными в ходе предварительного следствия, оглашенными в порядке ч. 3 ст. 281 УПК РФ (т.1 л.д.169-171) и подтвержденными свидетелем в судебном заседании, согласно которым Свидетель №7 работает водителем мусоровоза. Примерно в 02часа 15 минут 07.08.2019г. Свидетель №7 находился в районе &lt;...&gt; в &lt;...&gt; т.к. осуществлял вывоз мусора с &lt;...&gt; в &lt;...&gt;. В этот момент к Свидетель №7 подошел мужчина, представился, предъявил свое служебное удостоверение и предложил поучаствовать в качестве понятого при личном досмотре гражданина. Свидетель №7 согласился. ФИО1 Свидетель №7 совместно с сотрудниками полиции и вторым мужчиной, который также согласился участвовать в качестве понятого, направились в дежурную часть ОП № УМВД России по &lt;...&gt;. В помещении дежурной части Свидетель №7 и второму мужчине-понятому, были разъяснены их права и обязанности понятого. ФИО1 Свидетель №7 и второму понятому был представлен мужчина, который представился как ФИО1, который был одет в толстовку темного цвета с капюшоном, брюки темного цвета. Перед началом личного досмотра ФИО1 был задан вопрос: «Имеются ли у Вас при себе наркотические средства, психотропные вещества, боеприпасы либо иные предметы, запрещенные в гражданском обороте?». ФИО1 пояснил, что таковых не имеет. ФИО1 в присутствии Свидетель №7 и второго понятого был произведен личный досмотр ФИО1, в ходе которого в левом кармане куртки, надетой на нем сотрудником полиции был обнаружен и изъят сверток, обмотанный липкой лентой, внутри которого находились два полимерных свертка, в одном из которых находились таблетки в количестве 250 штук, во втором полимерном свертке – капсулы в количестве 48 штук, в правом кармане куртки, был обнаружен и изъят сверток, обмотанный липкой лентой, внутри которого находилась растительная масса. Данные свертки были утяжелены небольшими камнями. Изъятые у ФИО1 предметы были помещены в разные прозрачные полиэтиленовые пакеты-файлы, которые были обиркованы, горловины обвязаны нитью, а на бирке поставили подписи все участвующие лица. ФИО1 в присутствии Свидетель №7 и второго понятого у ФИО1 были отобраны смывы с ладоней его рук на спиртовые салфетки, которые так же были упакованы и опечатаны вышеуказанным способом. ФИО1 Свидетель №7 и второму понятому для обозрения был представлен протокол об административном задержании с содержанием которого они ознакомились и поставили свои подписи. От Свидетель №7 и второго понятого каких-либо замечаний не поступило. Так же с данным протоколом был ознакомлен ФИО1, после чего поставил свою подпись. Каких-либо замечаний от ФИО1 как в ходе личного досмотра так и после его проведения не поступило. Какого-либо морального или физического давления на ФИО1 в ходе личного досмотра со стороны сотрудников полиции не оказывалось; - показаниями свидетеля Свидетель №6, данными в ходе предварительного следствия, оглашенными в порядке ч. 3 ст. 281 УПК РФ (т.1 л.д.161-163) и подтвержденными свидетелем в судебном заседании, согласно которым он полностью подтвердил показания свидетеля Свидетель №7; - показаниями свидетеля Свидетель №2, данными в ходе предварительного следствия, оглашенными в порядке ч. 3 ст. 281 УПК РФ (т.1 л.д.152-154) и подтвержденными свидетелем в судебном заседании, согласно которым Свидетель №2 занимает должность оперативного дежурного ОП № УМВД России по &lt;...&gt;. 07.08.2019г. примерно в 02 часа 00 минут в ОП № был доставлен гражданин, который представился как ФИО1. Перед началом личного досмотра всем участвующим лицам были разъяснены их права и обязанности. Так же ФИО1 был задан вопрос – Имеются ли при Вас какие-либо запрещенные предметы или вещества? ФИО1 пояснил, что таковых при себе не имеет. Далее в присутствии двух мужчин-понятых в период времени с 02 часов 20 минут до 02 часов 32 минут 07.08.2019г. Свидетель №2 был проведен личный досмотр ФИО1, в ходе которого в левом кармане куртки, надетой на ФИО1 был обнаружен и изъят сверток, обмотанный липкой лентой, внутри которого находились два полимерных свертка, в одном из которых находились таблетки в количестве 250 штук, во втором полимерном свертке – капсулы в количестве 48 штук, в правом кармане куртки, надетой на ФИО1 был обнаружен и изъят сверток, обмотанный липкой лентой, внутри которого находилась растительная масса. Изъятые предметы были упакованы в полиэтиленовый бесцветный пакет-«файл», горловина которого была обвязана отрезком нити, концы которой были оклеены пояснительной запиской, на которой поставили подписи все участвующие лица. Также с рук ФИО1 были сделаны смывы с правой и левой ладоней его рук, после чего вместе с контрольным образцом салфетки были помещены в полимерный пакет и опечатаны вышеуказанным способом. ФИО1 Свидетель №2 были составлены определение о возбуждении дела об административном правонарушении и о проведении административного расследования, а так же протокол об административном задержании, с содержанием которого были ознакомлены все участвующие лица, после чего поставили свои подписи. Каких-либо замечаний от ФИО1, понятых не поступило. Так же Свидетель №2 сообщил суду, что при составлении протокола об административном задержании он неверно указал время доставления ФИО1 вместо 02 часа 00 минут, было указано 02 часа 20 минут. Так же при составлении протокола об административном задержании и определения возбуждении дела об административном правонарушении и проведении административного расследования была допущена описка в указании фамилии подсудимого, после чего собственноручно Свидетель №2 внес свои исправления. Свидетель №2 пояснил суду, что какого-либо давления со стороны сотрудников полиции при проведении личного досмотра на ФИО1 не оказывалось; - показаниями свидетеля Свидетель №1, данными в ходе предварительного следствия и оглашенными в порядке ч. 1 ст. 281 УПК РФ , в связи с отсутствием возражений со стороны участников процесса, согласно которым 04.08.2019г. Свидетель №1 находился дома. В вечернее время суток к Свидетель №1 пришел его товарищ ФИО1, который в ходе разговора попросил его поехать вместе с ним в &lt;...&gt;, а также попросил его взять его банковскую карту. Свидетель №1 согласился. ФИО1 Свидетель №1 на банковскую карту поступили денежные средства в размере 5000 рублей, которые предназначались В.. После поступления денежных средств на банковскую карту Свидетель №1 и ФИО1 проследовали к банкомату, расположенному на &lt;...&gt; в &lt;...&gt;, где сняли денежные средства в размере 5000 рублей, которые ФИО1 забрал себе. ФИО1 Свидетель №1 и ФИО1 проследовали на такси по адресу: &lt;...&gt;, ул. 34-линия, &lt;...&gt;. Примерно в 02 часа 00 минут 05.08.2019г. Свидетель №1 и ФИО1 прибыли к указанному адресу, где В. подошел к воротам и постучался. Однако ворота никто не открыл в связи с чем они на такси вернулись в &lt;...&gt;. 06.08.2019г. ФИО1 вновь предложил Свидетель №1 съездить в &lt;...&gt;. Примерно в 21 час 00 минут этого же дня Свидетель №1 и ФИО1 на такси прибыли по вышеуказанному адресу, где в районе школы стали ожидать человека. Спустя 10минут из-за угла подошла девушка к ФИО1, которая передала ему пакет с ручками, в котором что-то находилось. Свидетель №1 стоял в стороне и не слышал детали разговора между ФИО1 и девушкой. ФИО1 Свидетель №1 и ФИО1 проследовали на такси в район пл.2-й Пятилетки (магазин Магнит). Примерно в 22 часа 00минут Свидетель №1 и ФИО1 прибыли к территории ИК-2, расположенной в районе &lt;...&gt; в &lt;...&gt; с целью передачи предметов. Находясь около ИК-2 Свидетель №1 спросил у ФИО1, что они тут делают. ФИО1 пояснил, что по просьбе его знакомых, которые отбывают наказание в ИК-2, на территорию ИК-2 ему необходимо передать наушники, зарядные устройства и телефоны, которые находятся в двух свертках. ФИО1 пояснил Свидетель №1, что никаких запрещенных предметов в данных свертках не имеется. В момент подхода к забору ИК-2 сработала сирена, в связи с чем ФИО1 и Свидетель №1 начали убегать. ФИО1 позвонил какому-то человеку. Подробности телефонного разговора Свидетель №1 были не известны т.к. он стоял в стороне. ФИО1 Свидетель №1 и ФИО1 вновь подошли к забору ИК-2 с целью переброса каких-то предметов. В этот момент Свидетель №1 и ФИО1 были задержаны сотрудниками ГУФСИН, после чего были доставлены в ОП№ УМВД России по &lt;...&gt;. После доставления, Свидетель №1 стало известно, что в пакетах, находящихся у ФИО1, были обнаружены таблетки - лирика и трамадол, марихуана. Свидетель №1 не знал содержимое свертков, изъятых у ФИО1. Так же Свидетель №1 пояснил, что при даче объяснений он давал иные показания т.к. думал, что сможет помочь своему другу, а его самого не смогут привлечь к уголовной ответственности т.к. он является несовершеннолетним; - показаниями свидетеля Свидетель №4, данными в судебном заседании, согласно которым Свидетель №4 занимает должность инспектора ПДН ОП № УМВД России по &lt;...&gt;. 06.08.2019г. Свидетель №4 находился на суточном дежурстве в дежурной части ОП № УМВД России по &lt;...&gt;. Примерно в 02 часа 00 минут 07.08.2019г. в дежурную часть ОП № сотрудниками полиции были доставлены ФИО1 и несовершеннолетний Свидетель №1. Данные молодые люди были задержаны на в районе ФКУ ИК-2 ГУФСИН России по &lt;...&gt;, расположенной по адресу: &lt;...&gt;. 07.08.2019г. в период времени с 02 часов 40 минут до 02 часов 50 минут в помещении класса службы ОП № инспектором Свидетель №4 в присутствии двух понятых был произведен личный досмотр несовершеннолетнего Свидетель №1, в ходе которого каких-либо запрещенных предметов или веществ обнаружено не было. После проведения личного досмотра инспектором Свидетель №4 был составлен протокол досмотра, с содержанием которого были ознакомлены все участвующие лица, после чего поставили свои подписи. ФИО1 несовершеннолетний Свидетель №1 был передан его матери – ФИО №2, о чем была составлена расписка; - показаниями свидетеля Свидетель №5, данными в ходе предварительного следствия, оглашенными в порядке ч. 3 ст. 281 УПК РФ (т.1 л.д.166-168) и подтвержденными свидетелем в судебном заседании, согласно которым Свидетель №5 занимает должность оперуполномоченного оперативного отдела ФКУ ИК-2 ГУФИН России по &lt;...&gt;. В связи с получением оперативной информации о возможном перебросе на территорию ИК-2 запрещенных предметов и веществ, 07.08.2019г. Свидетель №5 совместно с оперуполномоченными ИК-2, осуществляли ОРМ «Наблюдение» в районе прилегающей территории ИК-2, расположенной по адресу: &lt;...&gt;. Примерно в 00 часов 05 минут 07.08.2019г. Свидетель №5 совместно с оперуполномоченными ИК-2 находились в районе территории, прилегающей к внешней запретной зоне участка № ИК-2, расположенной по адресу: &lt;...&gt;, где увидели двух молодых людей, которые остановились, осмотрелись по сторонам и один из них, как потом стало известно - ФИО1, достал из кармана куртки, сверток. ФИО1, стоя лицом к территории ИК-2, замахнулся в сторону ограждения, готовясь к броску. В этот момент Свидетель №5 крикнул - Стой полиция! В свою очередь ФИО1 положил находящийся у него в руках сверток назад в карман и попытался скрыться бегством, но был задержан вместе со вторым молодым человеком, как позже стало известно - Свидетель №1. ФИО1 Свидетель №5 совместно с оперуполномоченными ИК-2 представились, предъявили свои удостоверения в развернутом виде и задали ФИО1 вопрос - Имеются ли у Вас при себе наркотические средства, психотропные вещества, боеприпасы либо иные предметы, запрещенные в гражданском обороте?». ФИО1 пояснил, что он прибыл на территорию ИК-2 с целью переброса наркотических средств. ФИО1 и несовершеннолетний Свидетель №1 были задержаны и доставлены в ОП № УМВД России по &lt;...&gt;. Позже со слов сотрудников полиции Свидетель №5 стало известно, что в ходе личного досмотра Свидетель №1 никаких запрещенных веществ и предметов не обнаружено, а в ходе личного досмотра ФИО1 в левом кармане куртки, надетой на нем был обнаружен и изъят сверток, обмотанный липкой лентой, внутри которого находились два полимерных свертка, в одном из которых находились таблетки в количестве 250 штук, во втором полимерном свертке – капсулы в количестве 48 штук, в правом кармане куртки, надетой на ФИО1, обнаружен и изъят сверток, обмотанный липкой лентой, внутри которого находилась растительная масса; - показаниями свидетеля Свидетель №3, данными в ходе предварительного следствия, оглашенными в порядке ч. 3 ст. 281 УПК РФ (т.1 л.д.155-157) и подтвержденными свидетелем в судебном заседании, согласно которым Свидетель №3 занимает должность оперуполномоченным ОУР ОП № УМВД России по &lt;...&gt;. 06.08.2019г. Свидетель №3 находился на суточном дежурстве в составе дежурного наряда дежурной части ОП №. Примерно в 00 часов 20 минут 07.08.2019г. в дежурную часть ОП № поступило сообщение по каналу «02» о том, что на территории ФКУ ИК-2 ГУФСИН России по &lt;...&gt;, расположенной по адресу: &lt;...&gt;, сотрудниками ИК-2 были задержаны два гражданина в ходе проведения ОРМ «Наблюдение», у которых при себе могут находиться запрещенные средства и предметы. В связи с полученной информацией в ИК-2 была направлена группа СОГ в которую входил Свидетель №3 Примерно в 01 часов 30 минут Свидетель №3 в составе группы СОГ прибыл к ИК-2, где находились два гражданина - ФИО1 и несовершеннолетний Свидетель №1. ФИО1 данные граждане были доставлены на патрульном автомобиле в ОП №, расположенный по адресу: &lt;...&gt;. В отделе полиции был произведен личный досмотр данных граждан. Так 07.08.2019г. в период времени с 02 часов 40 минут до 02 часов 50 минут в помещении класса службы ОП № был произведен личный досмотр несовершеннолетнего Свидетель №1, в ходе которого каких-либо запрещенных веществ, средств и предметов у него обнаружено не было. В период времени с 02 часов 20 минут до 02часов 32 минут 07.08.2019г., был произведен личный досмотр ФИО1, в ходе которого в левом кармане куртки, надетой на нем был обнаружен и изъят сверток, обмотанный липкой лентой, внутри которого находились два полимерных свертка, в одном из которых находились таблетки в количестве 250 штук, во втором полимерном свертке – капсулы в количестве 48 штук, в правом кармане куртки, надетой на ФИО1 был обнаружен и изъят сверток, обмотанный липкой лентой, внутри которого находилась растительная масса. Данные свертки были утяжелены камнями. Также вина подсудимого ФИО1 в совершении вышеуказанных деяний подтверждается совокупностью собранных по делу письменных доказательств, исследованных в зале суда: - рапортом оперуполномоченного ОУР ОП № УМВД России по &lt;...&gt; Свидетель №3 от 07.08.2019г., согласно которого 07.08.2019г. группой СОГ ОП № УМВД России по &lt;...&gt; был осуществлен выезд по адресу: &lt;...&gt; по сообщению сотрудников ГУФСИН России по РО. В ходе выезда было установлено, что оперуполномоченным оперативного отдела ФКУ ИК-2 ГУФСИН России по РО Свидетель №5 в 00 часов 05 минут 07.08.2019г. по адресу: &lt;...&gt; были задержаны ФИО1 и Свидетель №1 по подозрению в хранении наркотических средств. Данные граждане группой СОГ были доставлены в ОП № УМВД России по &lt;...&gt;, где был произведен их личный досмотр. Так в ходе личного досмотра в присутствии двух понятых у ФИО1 из правого кармана куртки одетой на нем был изъят сверток липкой ленты белого цвета, внутри которого находились два прозрачных, полимерных свертка, внутри одного из которых находились таблетки белого цвета в количестве 250 штук, внутри второго пакета находились капсулы коричнево-белого цвета с маркировкой № в количестве 48 штук, из правого кармана куртки надетой на нем был изъят сверток липкой ленты, внутри которого находилась вата обмотанная бинтом, внутри которого находился камень, наушники в количестве 4 штук, а так же сверток первоначальной упаковки в виде липкой ленты, внутри которого было вещество серо-зеленого цвета растительного происхождения. После проведения личного досмотра изъятые предметы в присутствии двух понятых были помещены в прозрачный пакет-файл и опечатан. Так же у ФИО1 были отобраны смывы с ладоней его рук на спиртовую салфетку, после чего вместе с контрольным образцом салфетки помещены в пакет и опечатаны (т.1 л.д.7); - протокол об административном задержании № от 07.08.2019г., согласно которого в период времени с 02 часов 20 минут до 02 часов 32 минут 07.08.2019г. был произведен личный досмотр ФИО1, в ходе которого из левого кармана куртки одетой на нем был обнаружен и изъят сверток липкой ленты белого цвета, внутри которого находились два прозрачных, полимерных свертка, внутри одного из которых находились таблетки белого цвета в количестве 250 штук, внутри второго пакета находились капсулы коричнево-белого цвета с маркировкой № в количестве 48 штук, из правого кармана куртки надетой на нем был изъят сверток липкой ленты, внутри которого находилась вата обмотанная бинтом, внутри которого находился камень, наушники в количестве 4 штук, а так же сверток первоначальной упаковки в виде липкой ленты, внутри которого было вещество серо-зеленого цвета растительного происхождения. Так же у ФИО1 были отобраны смывы с ладоней его рук на спиртовую салфетку (т.1 л.д.10); - справкой об исследовании эксперта ОИНСиВЭ ЭКЦ ГУ МВД России по &lt;...&gt; № от 07.08.2019г., согласно которой представленная на исследование растительная масса зеленого цвета, постоянной массой 11,50г., изъятая у ФИО1, содержит в себе наркотически активный компонент тетрагидроканнабинол и является наркотическим средством, именуемым каннабис (марихуана). Представленные на исследование 250 таблеток, общей массой 125,41 г., изъятые у ФИО1, содержат в своем составе сильнодействующее вещество трамадол(трамал)((+/-)-транс-2-[(диметиламино)метил]-1-(м-метоксифенил)циклогексанол) (т.1 л.д.14-15); - заключением эксперта ОИНСиВЭ ЭКЦ ГУ МВД России по &lt;...&gt; № от 26.08.2019г., согласно которому представленная на экспертизу растительная масса зеленого цвета, постоянной массой 11,30г., изъятая у ФИО1 содержит в себе наркотически активный компонент тетрагидроканнабинол и является наркотическим средством, именуемым каннабис (марихуана). Согласно справки об исследовании № от 07.08.2019г. первоначальная постоянная масса марихуаны составляла 11,50г. (т.1 л.д.113-115); - заключением эксперта ОИНСиВЭ ЭКЦ ГУ МВД России по &lt;...&gt; № от 26.08.2019г., согласно которому представленные на экспертизу 234 таблетки, общей массой 117,48г., изъятые у ФИО1, содержат в своем составе сильнодействующее вещество трамадол(трамал)((+/-)-транс-2-((диметиламино)метил)-1-(м-метоксифенил)циклогексанол). Согласно справки об исследовании № от 07.08.2019г. первоначальное количество таблеток составляло 250 штук (т.1 л.д.124-126); - протоколом осмотра предметов от 01.09.2019г., согласно которому старшим следователем ФИО №1 в кабинете № ОП № УМВД России по &lt;...&gt; были осмотрены: - один полимерный пакет с растительной массой; - два полимерных пакета с таблетками; - один полимерный пакет с упаковкой свертков; - один полимерный пакет с сотовым телефоном «Honor»; - один полимерный пакет с наушниками; - два полимерных бесцветных пакета «файла» со смывами рук ФИО1, контрольным смывом, изъятыми 07.08.2019г. в ходе личного досмотра у ФИО1, пустой полимерный сверток, три отрезка фольги, один камень, вата, бинты, использованная лента лейкопластыря (т.1 л.д.139-143); - постановлением и признании предметов и (или) документов вещественными доказательствами от 01.09.2019г., согласно которому признаны и приобщен к уголовному делу в качестве вещественных доказательств: - растительная масса, остаточной постоянной массой 11,10 гр., содержащая в себе наркотически активный компонент тетрагидроканнабинол и являющаяся наркотическим средством, именуемым каннабис (марихуана); таблетки, остаточным количеством 218 штук, остаточной общей массой 109,41 гр., содержащие в своем составе сильнодействующее вещество трамадол(трамал)((+/-)-транс-2-[(диметиламино)метил]-1-(м-етоксифенил)циклогексанол); пустой полимерный сверток; три отрезка фольги; один камень; вата; бинты; использованная лента лейкопластыря (т.1 л.д.144-145). Анализируя последовательно совокупность вышеприведенных доказательств на предмет их достоверности, допустимости и достаточности, суд приходит к выводу о полной доказанности вины подсудимого ФИО1 в совершении вышеуказанных преступлений. Вышеприведенные показания свидетелей, суд считает достоверными, поскольку они являются логичными и, кроме того, не противоречат совокупности иных доказательств вины ФИО1, представленных стороной обвинения в ходе судебного следствия, а также позиции самого подсудимого, который свою вину в совершении данных преступлений признал полностью, в содеянном раскаялся. Каких-либо данных о том, что у кого-либо из свидетелей обвинения имелись основания оговаривать подсудимого ФИО1 материалы уголовного дела не содержат, не представлены такие данные и стороной защиты. Суд полагает возможным положить в основу приговора заключения экспертов № от 26.08.2019г., № от 26.08.2019г., поскольку экспертизы проведены на основании постановления следователя экспертом экспертного учреждения в соответствии с требованиями УПК РФ. Эксперт был предупрежден об уголовной ответственности за дачу заведомо ложного заключения. Заключения экспертов содержат описание методов исследования и выводы, полученные в результате проведения экспертных исследований. Заключения экспертов также подтверждаются справкой об исследовании № от 07.08.2019г., а также совокупностью иных материалов настоящего уголовного дела. Данных, опровергающих либо ставящих под сомнение заключения указанных экспертиз, а также заинтересованности экспертов в исходе дела, дачи ими заведомо ложного заключения, суду представлены не были и в судебном заседании не установлены. Положенные в основу приговора доказательства являются относимыми, достоверными, а также допустимыми, поскольку были получены в соответствии с требованиями уголовно-процессуального закона. Оснований, предусмотренных ст. 75 УПК РФ , для признания данных доказательств недопустимыми, у суда не имеется. В материалах дела отсутствуют, в том числе, не установлено данных об оговоре подсудимого, фальсификации дела и применении недозволенных методов ведения следствия. Суд находит совокупность исследованных в соответствии со ст.ст. , 88 УПК РФ доказательств достаточной для достоверного вывода суда о виновности подсудимого в совершении инкриминируемых ему деяний, в связи с чем, постановляет по делу обвинительный приговор. Органами предварительного следствия действия ФИО1 квалифицированы по ч. 3 ст. п. «б» ч. 3 ст. 228.1 УК РФ , как покушение на преступление - незаконный сбыт наркотических средств, совершенный в значительном размере, то есть умышленные действия лица, непосредственно направленные на совершение преступления - незаконный сбыт наркотических средств, совершенный в значительном размере, если при этом преступление не было доведено до конца по не зависящим от этого лица обстоятельствам; по ч. 3 ст. 234 УК РФ , как незаконные приобретение, хранение в целях сбыта, а равно незаконный сбыт сильнодействующих веществ, не являющихся наркотическими средствами или психотропными веществами, совершенные в отношении сильнодействующих веществ в крупном размере. Государственный обвинитель в судебных прениях, руководствуясь ч.8 ст. 246 УПК РФ просил суд квалифицировать действия подсудимого ФИО1 по эпизоду предусмотренному ч.3 ст. 234 УК РФ как незаконные приобретение, хранение в целях сбыта сильнодействующих веществ, не являющихся наркотическими средствами или психотропными веществами, совершенные в отношении сильнодействующих веществ в крупном размере, поскольку действия ФИО1, направленные на незаконный сбыт сильнодействующих веществ были пресечены сотрудниками правоохранительных органов в связи с чем считал необходимым - из квалификации действий ФИО1 по ч. 3 ст. 234 УК РФ исключить формулировку о незаконном сбыте данных веществ. Суд соглашаясь с позицией государственного обвинителя и не имея права выйти за пределы предъявленного обвинения, квалифицирует действия ФИО1: - по ч.3 ст. , п.«б» ч.3 ст. 228.1 УК РФ , как покушение на преступление - незаконный сбыт наркотических средств, совершенный в значительном размере, то есть умышленные действия лица, непосредственно направленные на совершение преступления - незаконный сбыт наркотических средств, совершенный в значительном размере, если при этом преступление не было доведено до конца по не зависящим от этого лица обстоятельствам; - по ч.3 ст. 234 УК РФ , как незаконные приобретение, хранение в целях сбыта сильнодействующих веществ, не являющихся наркотическими средствами или психотропными веществами, совершенные в отношении сильнодействующих веществ в крупном размере. Обстоятельств отягчающих наказание подсудимому ФИО1 в силу требований ст. 63 УК РФ , судом не установлено. В качестве обстоятельств, смягчающих наказание ФИО1 в соответствии с п. «и» ч. 1 ст. 61 УК РФ суд признает активное способствование раскрытию и расследованию преступления, а также в соответствии с ч. 2 ст. 61 УК РФ полное признание им своей вины в совершении преступлений, раскаяние в содеянном, молодой возраст, является сиротой, состояние здоровья подсудимого (в том числе хронические заболевания) и его близких родственников. При определении вида и размера наказания подсудимому суд учитывает наличие смягчающих и отсутствие отягчающих наказание обстоятельств, характер и степень общественной опасности содеянного, данные о личности подсудимого, который является гражданином ..., имеет постоянное место жительства и регистрации на территории &lt;...&gt;, по месту жительства характеризуется удовлетворительно, на учете у врача-психиатра, врача-нарколога не состоит, а также влияние назначенного наказания на исправление подсудимого и на условия жизни его семьи. На основании вышеизложенного с учетом характера и степени общественной опасности содеянного, данных о личности подсудимого ФИО1, исходя из критериев назначения наказания, установленных ст.ст. , , ч.1 ст. 62 УК РФ , суд полагает необходимым назначить ФИО1 наказание в виде реального лишения свободы, поскольку пришел к убеждению, что его исправление и перевоспитание, достижение целей уголовного наказания, закрепленных ч.2 ст. 43 УК РФ , невозможно без изоляции от общества, и именно такой вид наказания будет способствовать исправлению подсудимого, предупреждению совершения им новых преступлений, отвечать целям и задачам уголовного наказания. При этом, суд не усматривает наличия исключительных обстоятельств, предусмотренных ст. 64 УК РФ , а также не находит оснований для применения ст. 73 УК РФ , поскольку применение данных норм закона не будет соответствовать принципу справедливости наказания. Принимая во внимание, что преступление, предусмотренное п. «б» ч.3 ст. 228.1 УК РФ не было доведено ФИО1 до конца, поскольку имело место покушение на преступление, наказание по этому эпизоду ФИО1 подлежит назначению с учетом положений ч.3 ст. 66 УК РФ . Дополнительные наказания в виде штрафа и ограничения свободы, предусмотренные ч.3 ст. 228.1 УК РФ суд считает возможным не применять. Санкция ч. 3 ст. 228.1 УК РФ предусматривает наказание в виде лишения свободы от 8 до 15 лет. Следовательно, с учетом положений ч. 3 ст. 66 УК РФ наказание не может превышать 11 лет 3 месяцев лишения свободы, положений ч. 1 ст. 62 УК РФ - 7 лет 6 месяцев лишения свободы. Согласно правовой позиции Верховного Суда Российской Федерации, изложенной в постановлении Пленума Верховного Суда РФ от ... г. № (редакция от ... г.) "О практике назначения судами Российской Федерации уголовного наказания", если в результате применения статей и (или) 62 УК РФ срок или размер наказания, который может быть назначен осужденному, окажется менее строгим, чем низший предел наиболее строгого вида наказания, предусмотренного санкцией соответствующей статьи Особенной части УК РФ, то наказание назначается ниже низшего предела без ссылки на статью 64 УК РФ . С учетом фактических обстоятельств преступлений, степени их общественной опасности, данных о личности подсудимого, суд не находит оснований для изменения категории преступлений, которые совершил подсудимый, на менее тяжкую в соответствии с ч.6 ст. 15 УК РФ . В соответствии с п. «в» ч. 1 ст. 58 УК РФ отбывание наказания ФИО1 необходимо определить в исправительной колонии строгого режима. Суд полагает необходимым решить вопрос о вещественных доказательствах в соответствии со ст. 81 УПК РФ . С учетом вышеизложенного и руководствуясь ст.ст. - , ст.ст. - , ст.ст. - 309 УПК РФ , суд ПРИГОВОРИЛ: Признать ФИО1 виновным в совершении преступлений, предусмотренных ч. 3 ст. п. «б» ч. 3 ст. 228.1 , ч. 3 ст. 234 УК РФ и назначить ему наказание: - по ч. 3 ст. п. «б» ч. 3 ст. 228.1 УК РФ в виде 7 (семи) лет лишения свободы, - по ч. 3 ст. 234 УК РФ в виде 2 (двух) лет лишения свободы. В соответствии с ч.3 ст. 69 УК РФ по совокупности преступлений, предусмотренных ч.3 ст. п. «б» ч.3 ст. 228.1 УК РФ и ч.3 ст. 234 УК РФ путем частичного сложения назначенных наказаний окончательное наказание, ФИО1 назначить в виде 7 (семи) лет 6 (шести) месяцев лишения свободы с отбыванием наказания в исправительной колонии строгого режима. Меру пресечения ФИО1 оставить прежнюю до вступления приговора в законную силу – заключение под стражу. Срок отбытия наказания ФИО1 исчислять с ... г.. Зачесть время административного задержания ФИО1 с ... г. по ... г. в срок содержания под стражей из расчета один день за один день содержания под стражей. В соответствии с ч.3.2 ст. 72 УК РФ время содержания ФИО1 под стражей с 07.08.2019г. по день вступления приговора в законную силу (включительно) зачесть в срок лишения свободы из расчета один день содержания под стражей за один день отбывания наказания в исправительной колонии строгого режима. Вещественные доказательства хранящиеся согласно квитанции № в камере хранения вещественных доказательств ОП № Управления МВД России по &lt;...&gt; – после вступления настоящего приговора в законную силу уничтожить (т.1 л.д.148). Вещественные доказательства хранящиеся согласно квитанции № в камере хранения вещественных доказательств ОП № Управления МВД России по &lt;...&gt; – после вступления настоящего приговора в законную силу уничтожить (т.1 л.д.151). Приговор может быть обжалован в апелляционном порядке в Ростовский областной суд через Октябрьский районный суд &lt;...&gt; в течение 10 суток со дня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лично, либо изложить свою позицию путем использования систем видеоконференц-связи. Вопрос о форме участия осужденного в судебном заседании решается судом. Председательствующий Суд: Октябрьский районный суд г. Ростова-на-Дону (Ростовская область) (подробнее) Судьи дела: Коловерда Денис Иванович (судья) (подробнее) Последние документы по делу: Апелляционное постановление от 10 марта 2021 г. по делу № 1-59/2020 Апелляционное постановление от 11 ноября 2020 г. по делу № 1-59/2020 Приговор от 28 октября 2020 г. по делу № 1-59/2020 Апелляционное постановление от 19 октября 2020 г. по делу № 1-59/2020 Постановление от 27 сентября 2020 г. по делу № 1-59/2020 Приговор от 22 сентября 2020 г. по делу № 1-59/2020 Постановление от 21 сентября 2020 г. по делу № 1-59/2020 Приговор от 4 сентября 2020 г. по делу № 1-59/2020 Апелляционное постановление от 10 августа 2020 г. по делу № 1-59/2020 Приговор от 7 июля 2020 г. по делу № 1-59/2020 Приговор от 7 июля 2020 г. по делу № 1-59/2020 Приговор от 1 июля 2020 г. по делу № 1-59/2020 Приговор от 25 мая 2020 г. по делу № 1-59/2020 Приговор от 20 февраля 2020 г. по делу № 1-59/2020 Постановление от 19 февраля 2020 г. по делу № 1-59/2020 Приговор от 10 февраля 2020 г. по делу № 1-59/2020 Приговор от 27 января 2020 г. по делу № 1-59/2020 Постановление от 27 января 2020 г. по делу № 1-59/2020 Приговор от 21 января 2020 г. по делу № 1-59/2020 Постановление от 12 января 2020 г. по делу № 1-59/2020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