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по ч. 3 ст. , ч. 1 ст. 161 УК РФ к 100 часам обязательных работ, снятого с учета уголовно-исполнительной инспекции по отбытии наказания ДД.ММ.ГГГГ,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по пп. «а», «б», «в» ч. 2 ст. 158 УК РФ к 120 часам обязательных работ, освобожденного из-под стражи в зале суда в связи с отбытием назначенного наказания, обвиняемого в совершении преступлений, предусмотренных пп. «а», «в» ч. 2 ст. , ч. 3 ст. , ч. 1 ст. , пп. «а», «г» ч. 2 ст. , п. «а» ч. 2 ст. , пп. «а», «б», «в» ч. 2 ст. , п. «б» ч. 2 ст. , п. «а» ч. 3 ст. 158 УК РФ , четырех преступлений, предусмотренных пп. «а», «б» ч. 2 ст. 158 УК РФ , двух преступлений, предусмотренных п. «а» ч. 2 ст. 166 УК РФ , ФИО12, родившегося ДД.ММ.ГГГГ в &lt;адрес&gt;, гражданина Российской Федерации, в браке не состоящего, учащегося 7 класса МБОУ «Центр образования», зарегистрированного и проживающего по адресу: &lt;адрес&gt;35, несудимого, обвиняемого в совершении преступлений, предусмотренных пп. «а», «в» ч. 2 ст. , ч. 1 ст. 161 УК РФ , двух преступлений, предусмотренных пп. «а», «б» ч. 2 ст. 158 УК РФ , двух преступлений, предусмотренных п. «а» ч. 2 ст. 166 УК РФ , двух преступлений, предусмотренных ч. 3 ст. , ч. 1 ст. 166 УК РФ , ФИО4, родившегося ДД.ММ.ГГГГ в &lt;адрес&gt;, гражданина Российской Федерации, в браке не состоящего, учащегося 9 класса МКОУ «Далматовская средняя общеобразовательная школа №», зарегистрированного по адресу: &lt;адрес&gt;99, проживающего в ГБУ «Далматовский детский дом» по адресу: &lt;адрес&gt;, судимого в несовершеннолетнем возрасте: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Курганским городским судом &lt;адрес&gt; по ч. 1 ст. 161 УК РФ к 1 году ограничения свободы, с последующей заменой по постановлению судьи Далматовского районного суда &lt;адрес&gt; от ДД.ММ.ГГГГ неотбытой части наказания на 4 месяца 3 дня лишения свободы,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Далматовским районным судом &lt;адрес&gt; по пп. «а», «б» ч. 2 ст. 158 УК РФ , с применением ст. 70 УК РФ к 1 году 1 месяцу лишения свободы, обвиняемого в совершении преступлений, предусмотренных пп. «а», «б» ч. 2 ст. , пп. «а», «г» ч. 2 ст. 161 УК РФ , ФИО19, родившейся ДД.ММ.ГГГГ в &lt;адрес&gt;, гражданки Российской Федерации, невоеннообязанной, учащейся 8 класса (домашнее обучение), в браке не состоящей, зарегистрированной и проживающей по адресу: &lt;адрес&gt;7, несудимой, обвиняемой в совершении преступления, предусмотренного п. «а» ч. 3 ст. 158 УК РФ , ФИО6, родившейся ДД.ММ.ГГГГ в &lt;адрес&gt;, гражданки Российской Федерации, невоеннообязанной, с основным общим образованием, в браке не состоящей, работающей продавцом-кассиром в ООО «Магнит», зарегистрированной и проживающей по адресу: &lt;адрес&gt;, мкр Храпово, 8, несудимой, обвиняемой в совершении преступления, предусмотренного пп. «а», «б» ч. 2 ст. 158 УК РФ , ФИО13, родившегося ДД.ММ.ГГГГ в &lt;адрес&gt;, гражданина Российской Федерации, с основным общим образованием, военнообязанного, в браке не состоящего, нетрудоустроенного, зарегистрированного по адресу: &lt;адрес&gt;1, проживающего: &lt;адрес&gt;75, несудимого, обвиняемого в совершении преступления, предусмотренного пп «а», «б» ч. 2 ст. 158 УК РФ , УСТАНОВИЛ: ФИО1 и ФИО2 в период с 22 часов 30 минут ДД.ММ.ГГГГ до 7 часов 15 минут ДД.ММ.ГГГГ, находясь в состоянии алкогольного опьянения около магазина «Магнит», расположенного в доме по адресу: &lt;адрес&gt;, с целью тайного хищения чужого имущества из указанного магазина, вступили в предварительный преступный сговор. В осуществление совместного преступного умысла, направленного на хищение имущества АО «Тандер», путем незаконного проникновения в помещение, ФИО1 и ФИО2 в указанный период времени, находясь в состоянии алкогольного опьянения, действуя группой лиц по предварительному сговору, совместно и согласованно между собой, умышленно, руководствуясь корыстным мотивом, подошли к окну, ведущему в подвальное помещение магазина «Магнит», расположенного по адресу: &lt;адрес&gt;, где убедившись, что за их совместными преступными действиями никто не наблюдает, с целью незаконного проникновения в помещение магазина и хищения из него имущества, поочередно, через незапертое окно проникли в подвальное помещение дома, где, подойдя к входной двери магазина «Магнит», при помощи физической силы, взявшись руками за полотно двери, ведущей в помещение магазина, снизу, отогнули его, после чего через образовавшийся проем поочередно, незаконно проникли в складское помещение магазина. После чего, ФИО2 в указанный период времени, действуя в продолжение совместных преступных действий, группой лиц по предварительному сговору с ФИО1, совместно и согласованно, находясь в складском помещении указанного магазина, умышленно, руководствуясь корыстным мотивом, тайно похитил, взяв из транспортировочной телеги, упаковку - 24 банки пива, стоимостью 20 рублей 91 копейка каждая. ФИО1, действуя в продолжение совместных преступных действий, группой лиц по предварительному сговору с ФИО2, находясь в складском помещении магазина, умышленно, руководствуясь корыстным мотивом, тайно похитил, взяв с пола, неустановленные пирожные в пластиковых контейнерах, приготовленные для утилизации и не представляющие материальной ценности для потерпевшего. В связи с тем, что в момент хищения товара, в помещении магазина сработала система сигнализации, ФИО14 и ФИО1, с целью доведения своего совместного преступного умысла, направленного на тайное хищение имущества АО «Тандер» до конца, а также чтобы их противоправные действия остались незамеченными, из указанного магазина вышли, через проем во входной двери, и с похищенным имуществом с места преступления скрылись, распорядившись им по собственному усмотрению. После чего, в период времени с 22 часов 30 минут ДД.ММ.ГГГГ до 7 часов 15 минут ДД.ММ.ГГГГ, ФИО1 и ФИО2, находясь около магазина «Магнит», расположенного в доме по адресу: &lt;адрес&gt;, в продолжение совместного преступного умысла, решили продолжить хищение имущества из данного магазина. В продолжение совместного преступного умысла, ФИО1 и ФИО2, действуя в указанный период времени группой лиц по предварительному сговору, умышленно, руководствуясь корыстным мотивом, подошли к окну, ведущему в подвальное помещение магазина «Магнит», расположенного по адресу: &lt;адрес&gt;, где убедившись, что за их совместными преступными действиями никто не наблюдает, с целью незаконного проникновения в помещение магазина и хищения из него имущества, поочередно, через незапертое окно проникли в подвальное помещение дома, где, подойдя к входной двери магазина «Магнит», при помощи физической силы, действуя совместно и согласованно между собой, взявшись руками за полотно двери, ведущей в помещение указанного магазина, снизу, отогнули его, после чего через образовавшийся проем поочередно, незаконно проникли в складское помещение магазина. После чего ФИО1 и ФИО2, находясь в помещении магазина «Магнит», в указанный период времени, в продолжение совместных преступных действий, направленных на тайное хищение чужого имущества, группой лиц по предварительному сговору, тайно похитили, взяв из стеллажей, расположенных над кассами магазина принадлежащие АО «Тандер» 2 пачки сигарет, стоимостью 77 рублей 5 копеек каждая; 3 пачки сигарет, стоимостью 101 рубль 31 копейка каждая; 1 пачку сигарет, стоимостью 65 рублей 8 копеек; 1 пачку сигарет, стоимостью 90 рублей 66 копеек; 2 пачки сигарет, стоимостью 82 рубля 58 копеек каждая; 1 пачку сигарет, стоимостью 81 рубль; 2 пачки сигарет, стоимостью 110 рублей 48 копеек каждая; 2 пачки сигарет, стоимостью 74 рубля 50 копеек каждая; 1 пачку сигарет, стоимостью 73 рубля 81 копейка; 1 пачку сигарет, стоимостью 82 рубля 67 копеек; 3 пачки сигарет, стоимостью 72 рубля 92 копейки каждая. Затем ФИО1, находясь в помещении магазина в указанный период времени, действуя в продолжение совместных с ФИО2 преступных действий, группой лиц по предварительному сговору с последним, умышленно, руководствуясь корыстным мотивом, тайно похитил, взяв с витрины, расположенной справа от входа в помещение магазина, 6 плиток шоколада, стоимостью 37 рублей 88 копеек каждая, принадлежащие АО «Тандер», после чего, пройдя в складское помещение магазина, тайно похитил, взяв из транспортировочной телеги упаковку - 20 бутылок пивного напитка, стоимостью 33 рубля 76 копеек каждая. После чего ФИО1 и ФИО2 вышли из указанного магазина через проем во входной двери, а также окно, ведущее в подвальное помещение дома, и с похищенным имуществом с места преступления скрылись, распорядившись им по собственному усмотрению, причинив своими совместными действиями АО «Тандер» материальный ущерб размере 3 009 рублей 45 копеек. ФИО2 и ФИО1 в период с 22 часов 18 минут ДД.ММ.ГГГГ до 2 часов 46 минут ДД.ММ.ГГГГ, находясь около магазина «Магнит», расположенного по адресу: &lt;адрес&gt;, вступили между собой в предварительный преступный сговор, направленный на совершение хищение имущества АО «Тандер» из помещения указанного магазина. В осуществление совместного преступного умысла, ФИО2 в указанный период времени подошел к окну, ведущему в помещение магазина «Магнит», расположенного по &lt;адрес&gt; в &lt;адрес&gt;, где действуя умышленно, совместно и согласованно группой лиц по предварительному сговору с ФИО1, руководствуясь корыстным мотивом, убедившись, что за его преступными действиями никто не наблюдает и не может пресечь их, с целью незаконного проникновения в помещение магазина и хищения из него имущества, при помощи имеющейся при себе отвертки повредил оконную раму, после чего через образовавшееся между рамой и оконным полотном отверстие просунул свою руку, где обнаружил стоящие на подоконнике окна, внутри магазина, 6 бутылок ФИО3, стоимостью 180 рублей 44 копейки каждая. В это время ФИО1 остался у здания указанного магазина, ожидая ФИО2 с похищенным имуществом, одновременно наблюдая за происходящей обстановкой, с целью своевременно предупредить ФИО1 в случае обнаружения их преступных действий. После чего ФИО2 с целью доведения до конца совместного с ФИО1 преступного умысла, направленного на хищение чужого имущества, осознавая, что сработала охранная сигнализация, а также, что их противоправные действия являются открытыми и очевидными для находящегося поблизости ФИО177 Д.И., который понимал противоправный характер действий соучастников и предлагал не совершать указанные деяния, и реакцией которого они пренебрегли, подозвал ФИО1 к себе, достал через оконный проем и передал последнему, открыто похитив, указанные бутылки с ФИО3. ФИО1, находясь у оконного проема магазина, действуя умышленно, группой лиц по предварительному сговору с ФИО2, руководствуясь корыстным мотивом, с целью открытого хищения имущества АО «Тандер», принял от ФИО2 бутылки с ФИО3, которые складировал в имеющийся при себе полиэтиленовый пакет. После чего, ФИО1 и ФИО15 с похищенным имуществом с места преступления скрылись, распорядившись им по собственному усмотрению, причинив своими действиями АО «Тандер» материальный ущерб в размере 1 082 рубля 64 копейки. ФИО2 и ФИО1 в период времени с 22 часов 18 минут ДД.ММ.ГГГГ до 7 часов ДД.ММ.ГГГГ, находясь в состоянии алкогольного опьянения во дворе &lt;адрес&gt; в &lt;адрес&gt;, увидев припаркованный во дворе указанного дома автомобиль марки ВАЗ 2121, государственный регистрационный знак №, принадлежащий ФИО127 А.В., решили неправомерно без цели хищения завладеть указанным автомобилем, для чего ФИО2 и ФИО1 вступили в предварительный преступный сговор. Реализуя совместный преступный умысел, ФИО2, действуя умышленно, совместно и согласованно с ФИО1, группой лиц по предварительному сговору, подошел к данному автомобилю, и при помощи имеющейся при себе отвертки, повредив замок двери багажника автомобиля открыл ее, после чего незаконно проник в салон автомобиля, где, находясь на водительском сиденьи автомобиля, открыл водительскую дверь. ФИО1, в это время, находясь около автомобиля, принадлежащего ФИО128 А.В., подошел к нему со стороны водительской двери и, действуя совместно и согласованно с ФИО2, группой лиц по предварительному сговору, умышленно с целью неправомерного завладения транспортным средством без цели хищения, через открытую ФИО2 водительскую дверь, взял в руки группу контактов замка зажигания, расположенных под рулем автомобиля и попытался запустить его двигатель, напрямую, сомкнув провода между собой, приведя, таким образом двигатель автомобиля в рабочее состояние. В результате неправомерных действий ФИО1 автомобиль был приведен в движение и перемещен с места, на котором находился, после чего двигатель автомобиля заглох. Продолжая реализовывать совместный преступный умысел, ФИО2, действуя умышленно, группой лиц по предварительному сговору с ФИО1, с целью неправомерного завладения автомобилем, без цели хищения, находясь на переднем водительском сиденьи автомобиля марки ВАЗ 2121, государственный регистрационный знак &lt;***&gt;, принадлежащего ФИО129 А.В., взял в руки группу контактов замка зажигания, расположенных под рулем автомобиля, и также попытался запустить его двигатель, напрямую сомкнув провода между собой, приведя таким образом двигатель автомобиля в рабочее состояние. От неправомерных действий ФИО2 автомобиль был приведен в движение и перемещен с места, на котором находился, после чего двигатель автомобиля заглох. В продолжение совместных с ФИО1 противоправных действий, направленных на неправомерное завладение указанным транспортным средством без цели его хищения, ФИО2 неоднократно пытался привести двигатель автомобиля в рабочее состояние путем соединения проводов замка зажигания между собой, но привести двигатель автомобиля в рабочее состояние ему не удалось. После угона автомобиля ФИО130 А.В., в период времени с 23 часов ДД.ММ.ГГГГ до 7 часов ДД.ММ.ГГГГ, ФИО2, находясь в состоянии алкогольного опьянения во дворе &lt;адрес&gt; в &lt;адрес&gt;, увидел припаркованный во дворе указанного дома автомобиль ВАЗ 2103, государственный регистрационный знак &lt;***&gt;, принадлежащий ФИО145 А.А., и у него возник преступный умысел, направленный на неправомерное завладение указанным транспортным средством, без цели его хищения. Реализуя свой преступный умысел, ФИО2 действуя умышленно, подошел к автомобилю, принадлежащему ФИО146 А.А., после чего при помощи имеющейся при себе отвертки, повредив замок передней водительской двери, открыл ее и незаконно проник в салон автомобиля. Затем ФИО2, находясь на водительском сиденьи автомобиля, с целью доведения своего преступного умысла до конца, умышленно поместил в замок зажигания автомобиля имеющуюся при себе отвертку, провернув ее в замке, пытаясь таким образом запустить двигатель автомобиля. Вместе с тем, довести свои преступные действия, направленные на неправомерное завладение автомобилем без цели хищения, ФИО2 до конца не смог по независящим от него обстоятельствам, так как ему не удалось запустить двигатель автомобиля, принадлежащего ФИО147 А.А. После покушения на угон автомобиля ФИО148 А.А. в период времени с 23 часов ДД.ММ.ГГГГ до 7 часов ДД.ММ.ГГГГ, ФИО2, находясь в состоянии алкогольного опьянения во дворе &lt;адрес&gt; в &lt;адрес&gt;, увидел припаркованный во дворе указанного дома автомобиль ВАЗ 2109, государственный регистрационный знак &lt;***&gt;, принадлежащий ФИО17 №23, и у него возник преступный умысел, направленный на неправомерное завладение указанным транспортным средством, без цели его хищения. Реализуя свой преступный умысел, ФИО2, действуя умышленно, подошел к автомобилю, принадлежащему ФИО17 №23, при помощи имеющейся при себе отвертки, провернув замок передней водительской двери, открыл ее и незаконно проник в салон автомобиля. Затем ФИО2, находясь на водительском сиденьи автомобиля, в осуществление своего преступного умысла, умышленно поместил в замок зажигания найденные в салоне автомобиля ножницы, провернув их в замке, пытаясь таким образом запустить двигатель автомобиля. Вместе с тем, довести свои преступные действия, направленные на неправомерное завладение автомобилем без цели хищения, ФИО2 до конца не смог по независящим от него обстоятельствам, так как ему не удалось запустить двигатель автомобиля, принадлежащего ФИО17 №23 В период с 20 часов ДД.ММ.ГГГГ до 5 часов 40 минут ДД.ММ.ГГГГ, ФИО1, ФИО4, ФИО6 и ФИО7, находясь в состоянии алкогольного опьянения по адресу: &lt;адрес&gt;, мкр Шепотково, &lt;адрес&gt;, с целью тайного хищения имущества из помещения торгового киоска, расположенного по адресу: &lt;адрес&gt;, мкр Шепотково, южнее &lt;адрес&gt;, в 30 метрах от линии электропередач 54, вступили между собой в предварительный преступный сговор. В осуществление совместного преступного умысла, ФИО4 в указанный период времени, действуя группой лиц по предварительному сговору с ФИО1, ФИО16 и ФИО6, приискал в помещении сарая &lt;адрес&gt; для проникновения в торговый киоск металлический лом, после чего подошел к помещению указанного торгового киоска и, действуя умышленно, руководствуясь корыстным мотивом, с целью незаконного проникновения в помещение, данным металлическим ломом разбил окно торгового киоска, через которое, совместно с ФИО1, по очереди незаконно проникли в помещение торгового киоска. В продолжение осуществления совместного преступного умысла, ФИО1 и ФИО4 в указанный период времени, находясь в помещении торгового киоска, действуя группой лиц по предварительному сговору с ФИО6 и ФИО7, умышленно, руководствуясь корыстным мотивом, тайно похитили принадлежащее индивидуальному предпринимателю ФИО38 имущество, взяв с торгового прилавка: ящик от кассового аппарата, не представляющий материальной ценности с имеющимися в нем денежными средствами в сумме 300 рублей; плитку шоколада, стоимостью 100 рублей 10 копеек; 2 шоколадных яйца, стоимостью 35 рублей каждое; 7 конфет, стоимостью 5 рублей 25 копеек каждая; 5 пачек конфет, стоимостью 24 рубля каждая; 2 упаковки арахиса, стоимостью 50 рублей каждая; упаковку закуски, стоимостью 150 рублей; со стеллажа, расположенного сзади на стене за торговым прилавком: 3 бутылки сока, стоимостью 40 рублей 80 копеек каждая; 4 пачки чипсов, стоимостью 9 рублей 60 копеек каждая; 2 упаковки кукурузных палочек, стоимостью 40 рублей каждая; упаковку кукурузных палочек, стоимостью 57 рублей 60 копеек; упаковку лапши, стоимостью 23 рубля 20 копеек; из ящика под торговым прилавком: 2 пачки сигарет, стоимостью 113 рублей 75 копеек каждая; 2 пачки сигарет, стоимостью 150 рублей 15 копеек каждая; 3 пачки сигарет, стоимостью 86 рублей 51 копейка каждая; 2 пачки сигарет, стоимостью 136 рублей 50 копеек каждая; пачку сигарет, стоимостью 90 рублей 57 копеек; с прилавка, расположенного вдоль стены прямо от входа в магазин: бутылку кваса, стоимостью 35 рублей 59 копеек; пакет кофе, стоимостью 64 рубля 25 копеек; бутылку газированной воды, стоимостью 26 рублей 25 копеек; 2 бутылки минеральной воды, стоимостью 24 рубля каждая; бутылку минеральной воды, стоимостью 18 рублей 8 копеек; из холодильника, расположенного слева от входа в магазин: 2 упаковки пельменей, стоимостью 175 рублей каждая; 2 упаковки вареников, стоимостью 96 рублей каждая; с правой стороны под торговым прилавком 10 бутылок водки, не представляющие материальной ценности для потерпевшего, на общую сумму 3083 рубля 52 копейки, выбросив похищенное через разбитое окно на землю около торгового киоска и покинули его помещение. В это время, ФИО6, находясь в состоянии алкогольного опьянения около помещения указанного торгового киоска, действуя умышленно, группой лиц по предварительному сговору с ФИО1, ФИО4 и ФИО7, в осуществление совместного преступного умысла, руководствуясь корыстным мотивом, осознавая, что за их противоправными действиями никто не наблюдает, поднимала с земли продукты питания, похищенные ФИО1 и ФИО4 из помещения киоска, и складывала их в имеющийся при себе рюкзак. В это время, ФИО7, находясь в состоянии алкогольного опьянения около помещения торгового киоска, расположенного по адресу: &lt;адрес&gt; мкр Шепотково, южнее &lt;адрес&gt;, в 30 метрах от линии электропередач 54, действуя умышленно, группой лиц по предварительному сговору с ФИО1, ФИО4 и ФИО6, руководствуясь корыстным мотивом, с целью тайного хищения чужого имущества, осознавая, что за их противоправными действиями никто не наблюдает, поднял с земли ящик от кассового аппарата, не представляющий материальной ценности для потерпевших, с находящимися в нем денежными средствами в размере 300 рублей, а также продукты питания, похищенные ФИО1, ФИО4 из помещения киоска. После чего ФИО1, ФИО4, ФИО6 и ФИО7 с похищенным имуществом на общую сумму 3 083 рубля 52 копейки с места преступления скрылись, распорядившись им по своему усмотрению. В продолжение противоправных действий, направленных на хищение имущества индивидуального предпринимателя ФИО38 из помещения торгового киоска, расположенного по адресу: &lt;адрес&gt;, мкр Шепотково, южнее &lt;адрес&gt;, в 30 м от линии электропередач 54, ФИО1 и ФИО7, находясь в состоянии алкогольного опьянения, в период времени с 20 часов ДД.ММ.ГГГГ до 5 часов 40 минут ДД.ММ.ГГГГ, вернулись к помещению указанного торгового киоска, где, действуя умышленно, руководствуясь корыстным мотивом, с целью тайного хищения чужого имущества, группой лиц по предварительному сговору, через разбитое окно по очереди незаконно проникли внутрь торгового киоска. После чего ФИО1, действуя умышленно, совместно и согласованно группой лиц по предварительному сговору с ФИО16, тайно похитил имущество, принадлежащее индивидуальному предпринимателю ФИО38, забрав из холодильника, 12 бутылок пива, стоимостью 90 рублей 25 копеек каждая; 6 бутылок пива, стоимостью 92 рубля 79 копеек каждая. В это время, ФИО16, находясь в помещении торгового киоска, действуя умышленно, совместно и согласованно группой лиц по предварительному сговору с ФИО1, руководствуясь корыстным мотивом, тайно похитил имущество, принадлежащее ИП ФИО38, взяв на торговой витрине 9 упаковок жевательной резинки, стоимостью 20 рублей 80 копеек каждая, а также из коробки, находящейся под торговым прилавком пачку сигарет, стоимостью 90 рублей 57 копеек. После чего, ФИО1 и ФИО16 с похищенным имуществом на общую сумму 1917 рублей 51 копейка с места преступления скрылись, распорядившись им по своему усмотрению. Таким образом потерпевшему ФИО38 был причинен материальный ущерб в размере 5001 рубль 3 копейки. ДД.ММ.ГГГГ около 21 часа 30 минут у ФИО2, находящегося в помещении магазина «Июнь», по адресу: &lt;адрес&gt;, возник преступный умысел на открытое хищение чужого имущества. Реализуя свой преступный умысел, ФИО2 действуя умышленно, руководствуясь корыстным мотивом, подошел к витрине с сигаретами, откуда в присутствии продавца магазина ФИО40, осознавая, что его действия носят явный и очевидный характер для последней, открыто похитил пачку сигарет, стоимостью 77 рублей 40 копеек, принадлежащую индивидуальному предпринимателю ФИО17 №9 После чего, игнорируя требования ФИО40 о возврате похищенного имущества, ФИО2 с похищенным с места преступления скрылся, распорядившись им по своему усмотрению, причинив потерпевшему ФИО17 №9 материальный ущерб в размере 77 рублей 40 копеек. ДД.ММ.ГГГГ в 9 часов 13 минут ФИО4 и ФИО1, находясь в состоянии алкогольного опьянения возле &lt;адрес&gt; 6 «А» микрорайоне &lt;адрес&gt;, увидев ФИО17 №4, вступили между собой в предварительный преступный сговор, направленный на совершение открытого хищения ее имущества. Реализуя совместный преступный умысел, ФИО4, действуя незамедлительно, группой лиц по предварительному сговору с ФИО1, подойдя к ФИО17 №4, умышленно, руководствуясь корыстным мотивом, с целью сломить волю потерпевшей ФИО17 №4 к сопротивлению нанес ей один удар кулаком правой руки по лицу, от которого у нее из рук выпал принадлежащий ей мобильный телефон, с установленной в нем картой памяти. В продолжение своих преступных действий, направленных на открытое хищение имущества ФИО17 №4, ФИО4, действуя совместно и согласованно, группой лиц по предварительному сговору с ФИО1, схватил находившуюся в руках потерпевшей сумку, принадлежащую ФИО17 №4, стоимостью 840 рублей, в которой находились кошелек, стоимостью 320 рублей, ключ, стоимостью 120 рублей, ключ, стоимостью 180 рублей, ключ, стоимостью 35 рублей, брелок, не представляющий для потерпевшей материальной ценности, денежные средства в размере 300 рублей. Потерпевшая ФИО17 №4, не желая отдавать свое имущество ФИО1 и ФИО4, стала удерживать сумку руками. ФИО4 ввиду ее активных действий отпустил сумку потерпевшей. В это время ФИО1, действуя группой лиц по предварительному сговору с ФИО4, осознавая, что их противоправные действия являются открытыми и очевидными для потерпевшей, реакцией которой они пренебрегли, поднял с земли выпавший у ФИО17 №4 сотовый телефон, стоимостью &lt;***&gt; рубля 16 копеек, с установленной в нем картой памяти, стоимостью 480 рублей 48 копеек, двумя сим-картами, не представляющими материальной ценности для потерпевшей, открыто похитив принадлежащее ФИО17 №4 имущество. После чего ФИО4 и ФИО1 с похищенным имуществом с места происшествия скрылись, распорядившись им по своему усмотрению, причинив потерпевшей ФИО102 (ФИО161) И.Н. телесные повреждения в виде ушиба мягких тканей и кровоподтека лица слева, не причинившие вред здоровью, и материальный ущерб в размере 1 454 рубля 64 копейки. ДД.ММ.ГГГГ в период времени с 17 часов 15 минут до 7 часов 15 минут ДД.ММ.ГГГГ ФИО2 и ФИО1, находясь во дворе &lt;адрес&gt; в &lt;адрес&gt;, увидев припаркованный автомобиль ВАЗ-111130, регистрационный знак &lt;***&gt;, принадлежащий ФИО17 №6, умышленно, с целью неправомерного завладения данным автомобилем, без цели хищения, вступили между собой в предварительный преступный сговор. Реализуя совместный преступный умысел, ФИО2, действуя умышленно, группой лиц по предварительному сговору с ФИО1, подошел к указанному автомобилю и при помощи имеющейся при себе отвертки повредил замок передней водительской двери, открыл ее, после чего незаконно проник в салон автомобиля, где, находясь на водительском сиденьи автомобиля при помощи имеющейся при себе отвертки, поместив ее в замок зажигания, попытался запустить двигатель автомобиля, однако двигатель автомобиля не завелся. В это время, ФИО1, действуя группой лиц по предварительному сговору с ФИО2, с целью неправомерного завладения без цели хищения автомобилем, принадлежащим ФИО17 №6, находился около автомобиля и согласно отведенной ему роли, наблюдал за окружающей обстановкой, чтобы в случае обнаружения их противоправных действий предупредить об этом ФИО2 Продолжая реализовывать свой совместный преступный умысел, ФИО2, действуя группой лиц по предварительному сговору с ФИО1, предложил последнему совместными усилиями завести двигатель автомобиля путем отталкивания с места парковки. После чего, ФИО2, согласно отведенной ему роли, остался в салоне за рулем автомобиля, в это время ФИО1, действуя совместно и согласованно, группой лиц по предварительному сговору с ФИО2, умышленно, с целью неправомерного завладения автомобилем без цели хищения, взявшись руками за капот автомобиля, оттолкнул его от места стоянки на расстояние около 2 метров. После этого, осознав, что привести двигатель автомобиля в рабочее состояние им не удастся, ФИО1 и ФИО2 взявшись руками за дверь багажника автомобиля ВАЗ-111130, государственный регистрационный знак &lt;***&gt;, принадлежащего ФИО17 №6, с силой толкнули автомобиль вперед, от чего он столкнулся с металлическим забором, ограждающим территорию банка «Курган», по адресу: &lt;адрес&gt;, и с места преступления скрылись. В период с 20 часов 8 минут ДД.ММ.ГГГГ до 10 часов ДД.ММ.ГГГГ, ФИО1 и ФИО2, находясь около магазина «Чемпион», расположенного по адресу: &lt;адрес&gt;, с целью тайного хищения имущества, принадлежащего индивидуальному предпринимателю ФИО41, из указанного магазина, вступили между собой в предварительный преступный сговор, распределив при этом между собой роли. В осуществление совместного преступного умысла, направленного на хищение имущества, ФИО2 в указанный период времени, действуя группой лиц по предварительному сговору с ФИО1, умышленно, руководствуясь корыстным мотивом, подошел к окну, ведущему в помещение указанного магазина, где убедившись, что за его преступными действиями никто не наблюдает, с целью незаконного проникновения в помещение магазина и хищения из него имущества, имеющейся при себе отверткой, открыл окно и незаконно проник в помещение тамбура магазина. В это время, ФИО1, действуя умышленно, группой лиц по предварительному сговору с ФИО2, с корыстной целью хищения, находился на улице около окна, ведущего в помещение магазина и наблюдал за окружающей обстановкой, чтобы в случае обнаружения их противоправных действий предупредить об этом ФИО2 ФИО2, действуя совместно и согласовано с ФИО1, находясь в тамбуре магазина, прошел в складское помещение магазина, где умышленно, руководствуясь корыстным мотивом, тайно похитил, взяв с полки, коробку с парой кроссовок, стоимостью 1 691 рубль 28 копеек, после чего с похищенным имуществом через окно покинул помещение магазина. После чего ФИО1, действуя совместно и согласованно, группой лиц по предварительному сговору с ФИО2 через открытое последним окно незаконно проник в помещение тамбура магазина «Чемпион», прошел в складское помещение магазина, где умышленно, из корыстных побуждений, тайно похитил, взяв с пола, коробку с парой кроссовок, стоимостью 1 454 рубля 18 копеек. В это же время ФИО2, действуя совместно и согласованно, группой лиц по предварительному сговору с ФИО1, с целью тайного хищения чужого имущества через незапертое окно незаконно вновь проник в помещение указанного магазина, где с витрины торгового зала, умышленно, из корыстных побуждений, тайно похитил кофту-толстовку, стоимостью 1370 рублей. После чего ФИО14 и ФИО1 с похищенным имуществом через окно с места преступления скрылись, распорядившись им по своему усмотрению, причинив потерпевшему ФИО41 материальный ущерб в размере 4 515 рублей 46 копеек. ФИО1 ДД.ММ.ГГГГ в период времени с 20 часов до 23 часов 23 минут, находясь около магазина «Чемпион», расположенного в доме по адресу: &lt;адрес&gt;, с А. и В., не достигшими возраста привлечения к уголовной ответственности и в отношении которых в возбуждении уголовного дела отказано, с целью тайного хищения имущества, принадлежащего индивидуальному предпринимателю ФИО41, из указанного магазина, вступили между собой в предварительный преступный сговор. В осуществление совместного преступного умысла, ФИО1 действуя в указанный период времени умышленно, группой лиц по предварительному сговору, с А. и В., руководствуясь корыстным мотивом, подошел к окну указанного магазина, где, убедившись, что за его преступными действиями никто не наблюдает, с целью незаконного проникновения в помещение магазина и хищения из него имущества, имеющейся при себе отверткой, открыл окно магазина. После чего, ФИО1 совместно с А. и В., действуя умышленно, из корыстных побуждений, группой лиц по предварительному сговору, с целью тайного хищения имущества поочередно, через открытое окно незаконно проникли в складское помещение магазина, где ФИО1, пройдя в помещение торгового зала магазина, осознавая, что за их преступными действиями никто не наблюдает, тайно похитил три футболки, стоимостью 399 рублей каждая, принадлежащие ИП ФИО41 В это время А., находясь в помещении торгового зала магазина, в указанный период времени, действуя совместно и согласовано, группой лиц по предварительному сговору с ФИО1 и В., умышленно, руководствуясь корыстным мотивом, тайно похитил, взяв с витрины спортивный костюм, 906 рублей, принадлежащую ИП ФИО41, футболку черного цвета, не представляющую материальной ценности для потерпевшего. После чего ФИО1, А. и В. с похищенным имуществом с места преступления скрылись, распорядившись им по своему усмотрению, причинив ИП ФИО41 материальный ущерб в размере 2 103 рубля. После совершения хищения имущества ИП ФИО41 из помещения магазина «Чемпион» по адресу: &lt;адрес&gt;, ФИО1 в период времени с 23 часов 23 минут ДД.ММ.ГГГГ до 11 часов 24 минут ДД.ММ.ГГГГ совместно с А. и В., не достигшими возраста привлечения к уголовной ответственности, и в отношении которых в возбуждении уголовного дела отказано, находясь по адресу: &lt;адрес&gt;, увидев припаркованный во дворе указанного дома автомобиль марки ГАЗ 2752, государственный регистрационный знак №, принадлежащий ФИО17 №7, вступили между собой в предварительный сговор, направленный на тайное хищение имущества из указанного автомобиля. Реализуя свой совместный преступный умысел, ФИО1, действуя незамедлительно, умышленно, группой лиц по предварительному сговору с В. и А., подошел к указанному автомобилю, и при помощи имеющейся при себе отвертки, повредив замок передней пассажирской двери, открыл ее. ФИО96, действуя умышленно, в указанный период времени, группой лиц по предварительному сговору с В. и ФИО1, руководствуясь корыстным мотивом, с целью тайного хищения имущества из указанного автомобиля, убедившись, что за его преступными действиями никто не наблюдает, через открытую ФИО1 переднюю пассажирскую дверь автомобиля незаконно проник в его салон, откуда тайно похитил принадлежащее ФИО17 №7 имущество: мобильный телефон, стоимостью 1 093 рубля 33 копейки, навигатор, стоимостью 421 рубль 36 копеек, компрессор автомобильный, стоимостью 400 рублей. Похищенное имущество А. передал В., который, действуя умышленно, в осуществление совместного преступного умысла, руководствуясь корыстным мотивом, находился возле автомобиля потерпевшего и взял указанное имущество. После чего ФИО1, А. и В. с похищенным имуществом с места преступления скрылись, распорядившись им по своему усмотрению, причинив потерпевшему ФИО17 №7 материальный ущерб в размере 1 914 рублей 69 копеек. В период времени с 16 часов ДД.ММ.ГГГГ до 9 часов ДД.ММ.ГГГГ, ФИО1, находясь около магазина «Ликвидатор», расположенного по &lt;адрес&gt; в &lt;адрес&gt;, вместе с А. и В., не достигшими возраста привлечения к уголовной ответственности, и в отношении которых в возбуждении уголовного дела отказано, с целью тайного хищения чужого имущества из указанного торгового павильона, вступили между собой в предварительный преступный сговор. В осуществление совместного преступного умысла, ФИО1, действуя, в указанный период времени, умышленно, совместно и согласованно с А. и В., руководствуясь корыстным мотивом, подошли к входной двери магазина «Ликвидатор», где с целью проникновения в помещение магазина и хищения из него чужого имущества ФИО1 и А., убедившись, что за их совместными преступными действиями никто не наблюдает, нанесли множественные удары ногами по нижней части входной двери магазина, выбив пластиковое полотно двери. После чего В., согласно отведенной ему роли, через образовавшийся проем в двери незаконно проник в помещение магазина. В это время ФИО1 и А., находясь около магазина «Ликвидатор», действуя умышленно, совместно и согласованно, группой лиц по предварительному сговору с В., руководствуясь корыстным мотивом, наблюдали за окружающей обстановкой, чтобы в случае обнаружения их противоправных действий предупредить об этом В. В., находясь в помещении магазина, действуя в продолжение осуществления совместного преступного умысла, группой лиц по предварительному сговору с ФИО1 и А., умышленно, руководствуясь корыстным мотивом, тайно похитил мобильные телефоны, планшетные компьютеры, зарядные устройства, USB-шнуры, фонарики, брелоки, ключи от автомобильных сигнализаций, фрагмент защитного стекла для планшета и карту памяти, сложив похищенное имущество в карманы своей одежды, после чего с похищенным имуществом через поврежденное пластиковое полотно двери покинул помещение магазина. После чего ФИО1, В. и А. с похищенным имуществом с места преступления скрылись, распорядившись им по своему усмотрению. Затем ФИО1, совместно с В., действуя в продолжение осуществления своего преступного умысла, направленного на тайное хищение чужого имущества из магазина «Ликвидатор», в период времени с 16 часов ДД.ММ.ГГГГ до 9 часов ДД.ММ.ГГГГ, действуя совместно и согласовано между собой, группой лиц по предварительному сговору, вернулись к указанному магазину. В. через поврежденное пластиковое полотно двери вновь проник в помещение магазина. В это время ФИО1, находясь около магазина, действуя умышленно, совместно и согласованно группой лиц по предварительному сговору с В., руководствуясь корыстным мотивом, наблюдал за окружающей обстановкой, чтобы в случае обнаружения их противоправных действий предупредить об этом В. В., находясь в помещении магазина, действуя в продолжение совместных преступных действий, направленных на тайное хищение чужого имущества, группой лиц по предварительному сговору с ФИО1 и А., умышленно, из корыстных побуждений, тайно похитил мобильные телефоны, планшетные компьютеры, зарядные устройства, USB-шнуры, фонарики, брелоки, аккумуляторные батареи, наушники и ключи от автомобильных сигнализаций, сложив похищенное имущество в карманы своей одежды. После чего В. с похищенным имуществом через поврежденное пластиковое полотно двери покинул помещение магазина, передав часть похищенного имущества ФИО1 Затем ФИО1 и В. с похищенным имуществом с места преступления скрылись, распорядившись им по своему усмотрению. Далее, ФИО1 совместно с А. и В., в продолжение осуществления своего преступного умысла, направленного на тайное хищение чужого имущества из магазина «Ликвидатор», в период времени с 16 часов ДД.ММ.ГГГГ до 9 часов ДД.ММ.ГГГГ, действуя совместно и согласовано между собой, группой лиц по предварительному сговору, вновь вернулись к данному магазину и через поврежденное пластиковое полотно двери проникли в его помещение, откуда тайно похитили мобильные телефоны, планшетные компьютеры, зарядные устройства, USB-шнуры, фонарики, брелоки, аккумуляторные батареи, наушники и ключи от автомобильных сигнализаций, сложив похищенное имущество в карманы своей одежды. В результате указанных незаконных проникновений в помещение магазина «Ликвидатор» соучастниками было похищено следующее имущество: сотовый телефон, стоимостью 3 196 рублей; USB шнур для зарядки телефона, стоимостью 72 рубля; брелок от сигнализации, стоимостью 1 190 рублей; брелок от сигнализации, стоимостью 560 рублей; сотовый телефон, стоимостью 998 рублей; сотовый телефон, стоимостью 1 408 рублей; зарядное устройство для ноутбука, стоимостью 138 рублей; три зарядных устройства для ноутбука, стоимостью 276 рублей каждый; зарядное устройство для ноутбука, стоимостью 236 рублей; USB-шнур, стоимостью 64 рубля; два USB-шнура, стоимостью 77 рублей каждый; USB-шнур, стоимостью 117 рублей; два брелка дистанционного управления, стоимостью 980 рублей каждый; брелок от сигнализации, стоимостью 420 рублей; брелок от сигнализации, стоимостью 912 рублей; брелок от сигнализации, стоимостью 752 рубля; брелок от сигнализации, стоимостью 2 012 рублей; дополнительный брелок от сигнализации, стоимостью 200 рублей; ключ автомобильный, стоимостью 60 рублей; аккумуляторная батарея для сотового телефона, стоимостью 90 рублей; адаптер для карты памяти, стоимостью 24 рубля; наушники, стоимостью 455 рублей; два фонарика, стоимостью 40 рублей каждый; фонарик, стоимостью 36 рублей; фрагмент от защитного стекла, стоимостью 1 рубль, принадлежащие индивидуальному предпринимателю ФИО17 №10, ноутбук, стоимостью 4 140 рублей, принадлежащий ФИО17 №11, сотовый телефон, стоимостью 1 000 рублей, принадлежащий ФИО17 №12, смартфон, стоимостью 3 808 рублей, принадлежащий ФИО42, сотовый телефон, стоимостью 1 600 рублей, принадлежащий ФИО17 №14, сотовый телефон, стоимостью 1 642 рубля 50 копеек, принадлежащий ФИО17 №15, сотовый телефон, стоимостью 3 646 рублей, принадлежащий ФИО17 №16, два смартфона, стоимостью &lt;***&gt; рублей каждый, принадлежащие ФИО17 №17, планшетный компьютер, стоимостью 3 288 рублей 32 копейки, принадлежащий ФИО17 №18, сотовый телефон, стоимостью 2 094 рубля принадлежащий ФИО18, планшетный компьютер, стоимостью 1 200 рублей 36 копеек, защитное стекло, стоимостью 100 рублей, чехол от планшетного компьютера, стоимостью 799 рублей, принадлежащие ФИО17 №20, сотовый телефон, стоимостью &lt;***&gt; рублей 50 копеек, принадлежащий ФИО17 №21, планшетный компьютер, стоимостью 5 754 рубля, принадлежащий ФИО17 №22 После чего, ФИО1, В. и А. покинули помещение магазина через поврежденное пластиковое полотно двери, и с похищенным имуществом с места преступления скрылись, распорядившись им по своему усмотрению, причинив потерпевшему ФИО17 №10 материальный ущерб в размере 15 963 рубля; потерпевшему ФИО17 №11 материальный ущерб в размере 4140 рублей; потерпевшей ФИО17 №12 материальный ущерб в размере 1 000 рублей; потерпевшей ФИО42 материальный ущерб в размере 3 808 рублей; потерпевшей ФИО17 №14 материальный ущерб в размере 1 600 рублей; потерпевшей ФИО17 №15 материальный ущерб в размере 1 642 рубля 50 копеек; потерпевшему ФИО17 №16 материальный ущерб в размере 3 646 рублей; потерпевшему ФИО17 №17 материальный ущерб в размере 3 880 рублей; потерпевшему ФИО17 №18 материальный ущерб в размере 3 288 рублей 32 копейки; потерпевшему ФИО18 материальный ущерб в размере 2 094 рубля; потерпевшей ФИО17 №20 материальный ущерб в размере 2 099 рублей 36 копеек; потерпевшей ФИО17 №21 значительный материальный ущерб в размере &lt;***&gt; рублей 50 копеек; потерпевшей ФИО17 №22 материальный ущерб в размере 5 754 рубля. В период времени с 22 часов ДД.ММ.ГГГГ до 0 часов 30 минут ДД.ММ.ГГГГ, у ФИО1, находящегося около &lt;адрес&gt; в &lt;адрес&gt;, возник преступный умысел на совершение тайного хищения чужого имущества из помещения магазина ООО «Компания Метрополис», расположенного по указанному адресу. В осуществление своего преступного умысла ФИО1 в указанный период времени, действуя умышленно, из корыстных побуждений, убедившись, что за его преступными действиями никто не наблюдает и они носят тайный характер, подошел к окну магазина, оттолкнул руками оконную раму и открыл окно, после чего через указанное окно незаконно проник в помещение магазина, откуда с торговых витрин тайно похитил имущество, принадлежащее ООО «Компания Метрополис»: 6 бутылок пива, стоимостью 106 рублей 29 копеек каждая, колбасу, стоимостью 79 рублей 40 копеек. После чего ФИО1 с похищенным имуществом с места преступления скрылся, распорядившись им по своему усмотрению, причинив ООО «Компания Метрополис» материальный ущерб в размере 717 рублей 14 копеек. ФИО1 в период с 22 часов ДД.ММ.ГГГГ до 9 часов 14 минут ДД.ММ.ГГГГ, находясь около подъезда &lt;адрес&gt; в &lt;адрес&gt;, обнаружил связку ключей, висящую на доске объявлений, в связи с чем у него возник умысел на хищение имущества в одной из квартир подъезда указанного дома. С целью реализации своего преступного умысла, направленного на хищение чужого имущества ФИО1, находясь в состоянии алкогольного опьянения, уведомил Т., не достигшего возраста привлечения к уголовной ответственности, и в отношении которого в возбуждении уголовного дела отказано, и ФИО5 о своем умысле совершить вместе с ними хищение имущества из квартиры, дверь которой будет открыта данным комплектом ключей, на что, получил согласие, вступив таким образом с указанными лицами в предварительный преступный сговор. Затем ФИО1, в указанный период времени, действуя с целью реализации задуманного, группой лиц по предварительному сговору с Т. и ФИО5, поднявшись на второй этаж подъезда указанного дома, путем подбора ключа открыл замок входной двери &lt;адрес&gt; в &lt;адрес&gt;, принадлежащей ФИО17 №8 После чего, Т., наблюдая за действиями ФИО1, осознавая, что его действия носят противоправный характер, сообщил об этом стоящей на первом этаже подъезда данного дома ФИО5 Действуя в соответствии с ранее достигнутой договоренностью, ФИО5 и Т., находящиеся в состоянии алкогольного опьянения, осознавая, что действия ФИО1 носят противоправный характер, с целью реализации совместного преступного умысла, направленного на тайное хищение чужого имущества, совместно с ФИО1, группой лиц по предварительному сговору, действуя умышленно, из корыстных побуждений, с целью тайного хищения чужого имущества через открытую ФИО1 дверь, не получив согласия ФИО17 №8, осознавая, что своими действиями нарушают право на неприкосновенность жилища и желая этого, незаконно, против воли последней проникли в помещение &lt;адрес&gt;. 62 по &lt;адрес&gt; в &lt;адрес&gt;, нарушив тем самым право ФИО17 №8 на неприкосновенность жилища, предусмотренное ст. 25 Конституции Российской Федерации. Находясь в указанной квартире, ФИО1, ФИО5 и Т., действуя умышленно, из корыстных побуждений, совместно и согласованно группой лиц по предварительному сговору, с целью тайного хищения имущества, осмотрев квартиру, тайно похитили следующее имущество, принадлежащее ФИО17 №8: из кухни телевизор, стоимостью 7 830 рублей, со стола в комнате монитор, стоимостью 562 рубля 70 копеек; системный блок с комплектующим: процессор, кулер, модуль с радиатором, видеокартой, жестким диском, оптическим приводом, корпусом, стоимостью 924 рубля 50 копеек; клавиатуру для компьютера, стоимостью 750 рублей; беспроводную компьютерную мышь, стоимостью 505 рублей 74 копейки; проводную компьютерную мышь, стоимостью 976 рублей 35 копеек; два чехла для телефона, стоимостью &lt;***&gt; рублей каждый; под компьютерным столом в этой же комнате: магнитолу, стоимостью 7583 рубля 56 копеек; из ящика компьютерного стола флеш-карту, стоимостью 659 рублей 57 копеек; с полки компьютерного стола флеш-карту, стоимостью 258 рублей 94 копейки; установленный в телевизоре картридер с находящейся внутри флеш-картой, стоимостью 627 рублей 60 копеек; из шкафа, в этой же комнате: джинсы, стоимостью 2 500 рублей; двое джинс, стоимостью 960 рублей каждые; блузку женскую, стоимостью 1 000 рублей; наушники, стоимостью 2 500 рублей; часы мужские, стоимостью 1 485 рублей 23 копейки; весы, стоимостью 741 рубль 95 копеек; мастерку, стоимостью 3 073 рубля; трико, стоимостью 995 рублей; спортивный костюм, стоимостью 2 500 рублей; толстовку стоимостью 1 040 рублей; толстовку, стоимостью 1 500 рублей; футболку, стоимостью 1 300 рублей; мастерку, стоимостью 2 500 рублей; из кладовой комнаты: коробку с машинкой для стрижки волос, в комплекте с насадками, стоимостью 451 рубль 56 копеек; автомобильный мультимедийный центр, стоимостью 3 952 рубля 66 копеек; коробку с графическим планшетом, стоимостью 3 510 рублей 10 копеек; бутылку водки, стоимостью 383 рубля; пуховик, стоимостью 3 744 рубля; пуховик, стоимостью 4 500 рублей; рюкзак, стоимостью 600 рублей; кроссовки, стоимостью 4 000 рублей; кроссовки, стоимостью 5 592 рубля. Кроме того, находясь в &lt;адрес&gt; в &lt;адрес&gt;, ФИО1, с целью тайного хищения чужого имущества, осмотрев квартиру, обнаружил имущество ФИО17 №8: микроволновую печь; жесткий диск; наушники для компьютера; гитару, которое решил похитить в утреннее время ДД.ММ.ГГГГ После чего, ФИО1, ФИО5 и Т. с похищенным имуществом на общую сумму 71 007 рублей 46 копеек с места преступления скрылись, распорядившись им по своему усмотрению. ДД.ММ.ГГГГ ФИО1 в период времени с 9 часов 14 минут до 16 часов 20 минут, в продолжение преступных действий, направленных на тайное хищение имущества ФИО17 №8, не получив согласия потерпевшей, и осознавая, что своими действиями нарушает право на неприкосновенность жилища и желая этого, вернулся к дому 62 по &lt;адрес&gt; в &lt;адрес&gt; и незаконно, против воли последней, через незапертую дверь вновь проник в &lt;адрес&gt;. 62 по &lt;адрес&gt; в &lt;адрес&gt;, нарушив тем самым право ФИО17 №8 на неприкосновенность жилища, предусмотренное ст. 25 Конституции Российской Федерации. Находясь в указанной квартире, ФИО1, действуя умышленно, руководствуясь корыстным мотивом, с целью хищения имущества, тайно похитил имущество, приготовленное им в период с 22 часов ДД.ММ.ГГГГ до 9 часов 14 минут ДД.ММ.ГГГГ, принадлежащее ФИО17 №8: микроволновую печь, стоимостью 4 499 рублей 10 копеек; жесткий диск для компьютера, стоимостью 855 рублей 14 копеек; наушники для компьютера, стоимостью 1 000 рублей; гитару, стоимостью 2 933 рубля, на общую сумму 9 287 рублей 24 копейки. После чего, ФИО1 с похищенным имуществом с места преступления скрылся, распорядившись им по собственному усмотрению. Таким образом потерпевшей ФИО17 №8 (ФИО109) О.Н. был причинен значительный материальный ущерб в размере 80 294 рубля 70 копеек. Данные обстоятельства суд считает установленными на основе анализа исследованных в судебном заседании доказательств. Подсудимые ФИО1, ФИО12, ФИО4, ФИО19, ФИО6, ФИО13 виновными себя по предъявленному обвинению признали полностью, от дачи показаний отказались на основании ст. 51 Конституции Российской Федерации, указав, что обстоятельства совершения преступлений верно изложены в обвинении. ФИО1 и ФИО19 кроме того указали, что сговора на совершение кражи из квартиры ФИО17 №8 (ФИО110) ДД.ММ.ГГГГ у них не было, ФИО1 вернулся в квартиру потерпевшей один, ФИО19 об этом не знала, и похищенным им он распорядился впоследствии самостоятельно. В ходе предварительного следствия при допросах в качестве подозреваемого и обвиняемого ФИО1 пояснял, что вечером ДД.ММ.ГГГГ с ФИО234, ФИО245, ФИО20, ФИО19 и ФИО6 находились в подъезде &lt;адрес&gt;, чтобы распить спиртное. Около входа в подъезд на стене дома он увидел связку ключей, взял ее себе. В подъезде он пошел на второй этаж, ФИО246 пошел за ним. Из интереса он решил попробовать, подойдут ли ключи к &lt;адрес&gt;. Дверь квартиры открылась одним из ключей. ФИО247 спустился на первый этаж, после чего к нему поднялась ФИО19, которая открыла двери квартиры. ФИО248 и ФИО19 знали, что это квартира не его. ФИО19 зашла в квартиру, потом зашли он и ФИО249. ФИО19 проверяла что-то в шкафах, доставала вещи. Он увидел на столе компьютер, решил его похитить, отцепил провода от монитора и процессора, вынес монитор и процессор на улицу, поставил возле гаражей. Затем он вернулся в квартиру. ФИО250 стаскивал все из комнаты и складывал в пакет. ФИО19 взяла куртку, пуховик, кроссовки, портфель. Он из кухни похитил телевизор, пошел на выход, взял собранный ФИО251 пакет, чтобы последний не возвращался. ФИО19 уже не было. Он выключил везде свет, вышел из квартиры, закрыл дверь ключами. На улице ФИО19 одела на себя похищенные куртку и кроссовки, свои вещи выбросила. С похищенным они пошли во двор дома, где расположен магазин «Магнит», там распивали спиртное. У ФИО252 в одном пакете находились какие-то вещи, во втором мультимедийный блок, машинка для стрижки волос, планшет в коробке. Около 2 часов ДД.ММ.ГГГГ ФИО19 предложила сдать похищенное в комиссионный магазин. По дороге она обратилась к незнакомым мужчине и женщине, которые по ее просьбе сдали монитор и системный блок в комиссионный магазин около ТЦ «Звездный» примерно за 6 000 рублей, из них 2 000 рублей они взяли себе, остальные 4 000 рублей передали ФИО19. Потом они поехали на дачу к ФИО19, а она сама сказала, что приедет позже. Похищенные вещи они привезли на дачу, среди них были клавиатура, бутылка водки, другие вещи. Ключи от квартиры он выбросил, когда гуляли по городу. Около 15 часов ДД.ММ.ГГГГ он снова пошел в указанную квартиру, чтобы взять что-нибудь еще, поднялся в квартиру, дверь в которую была приоткрыта. Он похитил из кухни микроволновую печь, ушел из квартиры. На улице встретил ФИО&lt;***&gt; и ФИО253. Он решил продать микроволновую печь, они пошли к комиссионному магазину, по дороге увидели сотрудников полиции. Он бросил микроволновую печь и убежал. ДД.ММ.ГГГГ около 2 часов он и ФИО12 находились во дворе дома по &lt;адрес&gt;. ФИО12 предложил ему проверить открыта ли в подвале дверь в магазин «Магнит». Через окно они проникли в подвал &lt;адрес&gt; в магазин «Магнит» была металлическая, руками они отогнули край двери, проникли в магазин, ФИО12 взял упаковку пива в металлических банках, и они ушли из магазина на улицу, так как сработала сигнализация. Примерно через час-полтора они снова проникли в магазин тем же способом. Опять сработала сигнализация, он похитил из магазина около 6 пачек сигарет, несколько плиток шоколада, упаковку пива в стеклянных бутылках, ФИО12 похитил около 12 пачек сигарет, несколько тортов. Они вышли на улицу, там увидели машину охрану, бросили упаковку пива в кустах, убежали. Все, что он похитил, он употребил по назначению. ДД.ММ.ГГГГ около 1 часа он, ФИО12 и ФИО178 проходили мимо &lt;адрес&gt;. ФИО12 подошел к окну магазина «Магнит» достал из кармана отвертку, ею открыл окно магазина. ФИО12 просунул руку в магазин, полностью открыть окно не мог, позвал его, подал ему из магазина 2 бутылки ФИО3. Он понимал, что они совершают кражу. ФИО179 стоял рядом. ФИО12 взял еще 4 бутылки ФИО3, они пошли в сторону 9 школы, где во дворах распили это спиртное. ДД.ММ.ГГГГ около 2 часов он, ФИО180 и ФИО12 зашли во двор дома по &lt;адрес&gt;. ФИО12 подошел к автомобилю ВАЗ 2103, отверткой, которую ему дал ФИО181, открыл дверь автомобиля, что-то делал под рулем, потом вышел из этого автомобиля и подошел к автомобилю ВАЗ 21099, при помощи отвертки открыл дверь автомобиля, сел в салон на водительское сиденье, что-то делал под рулем. ФИО182 сидел на заборе. Затем ФИО12 подошел к автомобилю «Нива», отверткой открыл заднюю дверь багажника, через нее проник в салон автомобиля, сел на водительское сиденье, открыл дверь. Он подошел к нему, решил помочь ему угнать автомобиль. ФИО12 выдернул из-под руля провода. Он (ФИО1) стал их соединять между собой, автомобиль дернулся, проехав с места небольшое расстояние, и заглох. ФИО12 стал напрямую соединять провода, отчего автомобиль снова дернулся, немного сдвинулся с места и заглох. Они по очереди несколько раз пытались соединить провода, но автомобиль больше не завелся. ФИО12 оставил свой сотовый телефон в автомобиле ВАЗ 21099. ДД.ММ.ГГГГ в ночное время он, ФИО4, ФИО6, ФИО13, ФИО235, ФИО345, ФИО285 находились в гостях у последней в мкр Шепотково, распивали спиртное. Кто-то предложил совершить кражу из торгового киоска. ФИО4 в сарае взял лом, они пошли к киоску. ФИО236 остался дома. ФИО4 ломом не смог открыть дверь киоска, разбил стекло. Он и ФИО4 через окно проникли внутрь киоска, стали перекидывать продукты на улицу. ФИО6 собирала их в рюкзак. Он взял пиво, сухарики, что-то еще, ФИО4 ящик водки. Не помнит, что еще похищали из киоска. С похищенным пошли к дому ФИО286. Ее и ФИО346 с ними уже не было. Похищенное оставили на веранде дома ФИО287. Он и ФИО13 через 15-17 минут еще раз пошли в киоск, чтобы похитить пиво, которое не смогли унести в первый раз. В киоск они проникли через разбитое окно. Он похитил из киоска пиво в пластиковых бутылках, ФИО13 конфеты или жевательные резинки. Потом они вернулись к дому ФИО288. Когда поехали в мкр Глинки, ФИО4 забрал с собой кассовый аппарат. ДД.ММ.ГГГГ около 23 часов он и ФИО12 находились во дворе &lt;адрес&gt;, договорились угнать автомобиль ВАЗ 111130. ФИО12 отверткой открыл замок двери автомобиля, сел в салон, пытался завести автомобиль, соединив провода замка зажигания. Затем ФИО12 попросил его толкнуть автомобиль, чтобы завести его. Он (ФИО1) толкнул автомобиль, который начал движение. ФИО12 в это время находился за рулем. Завести автомобиль им не удалось, ФИО12 вышел из него, предложил сдвинуть автомобиль обратно. Они оттолкнули его от забора примерно на 1 метр, толкнули автомобиль руками сзади в сторону забора, он начал движение и врезался в забор банка. В ночь на ДД.ММ.ГГГГ он и ФИО12, гуляя по городу, проходили мимо магазина «Чемпион» по &lt;адрес&gt;, решили проникнуть в магазин с целью кражи одежды, предложил, вроде ФИО12. У последнего с собой была отвертка, которую он всегда носил с собой. ФИО12 отверткой открыл раму окна, через которое проник в магазин. Они договорились, что он (ФИО1) будет смотреть, чтобы их никто не заметил, поэтому он остался на улице. Романов минут через 15 вылез с кроссовками. После этого он (ФИО1) с целью кражи тем же путем проник в магазин, похитил из него коробку с кроссовками. ФИО12 в это время похитил из магазина толстовку. После этого они убежали из магазина. Около 23 часов ДД.ММ.ГГГГ он гулял с ФИО297 и ФИО183, предложил им проникнуть в магазин «Чемпион». При помощи отвертки он открыл окно, через которое они проникли в подвал магазина, прошли в склад и торговый зал. Сработала сигнализация, поэтому они схватили с вешалок первые попавшиеся вещи. Он схватил три футболки, ФИО184 спортивный костюм, черную футболку, и они убежали с этими похищенными вещами из магазина. Одну футболку ФИО298 выбросил. Две футболки остались у ФИО185. У него (ФИО1) остались толстовка, мастерка и кроссовки. Черную футболку он выбросил. После кражи из магазина «Чемпион» он, ФИО299 и ФИО186 ДД.ММ.ГГГГ находились во дворе &lt;адрес&gt;, увидели автомобиль «Газель», решили похитить из него имущество, вырученные деньги потратить на личные нужды. Около 1 часа ночи он при помощи отвертки открыл переднюю пассажирскую дверь автомобиля, ФИО300 и ФИО187 проникли в салон, он с улицы зажигалкой освещал им салон автомобиля, и смотрел за окружающей обстановкой, чтобы их не заметили. ФИО188 похитил телефон и навигатор, компрессор, передал эти вещи ФИО301. Сотовый телефон они продали ДД.ММ.ГГГГ незнакомому мужчине, навигатор ФИО302 разбил, компрессор ФИО189 выбросил. По краже из магазина «Ликвидатор» ФИО1 пояснял, что, проходя мимо торговых павильонов по &lt;адрес&gt;, решили совершить кражу из этого магазина телефонов, техники, чтобы их продать, а денежные средства потратить на продукты питания. Он и ФИО190 ногами выбили нижнюю пластиковую створку двери магазина. В первый раз в него проник один ФИО303, а он и ФИО191 наблюдали за обстановкой, чтобы их никто не заметил. ФИО304 похитил несколько телефонов, планшеты, затем они убежали. Во второй раз в магазин пошли он и ФИО305. ФИО192 остался ждать их в подвале дома 103 по ул. Гоголя. Второй раз в магазин снова проник один ФИО306. Он (ФИО1), согласно договоренности, стоял рядом, наблюдал за обстановкой, чтобы их никто не заметил. ФИО307 похитил несколько телефонов. Потом они пришли к ФИО193 в подвал дома, похищенное сложили в пакет. Через полчаса они втроем снова пошли в этот магазин, так как знали, что там еще осталось имущество, которое можно похитить. Втроем они проникли в помещение магазина. Он похитил зарядные устройства, брелки, планшет, ноутбук. Позднее сотрудники полиции изъяли у него эти вещи. Не знает, что похитили ФИО194 и ФИО308, у них в руках было много телефонов. Они не знали, что эта техника находилась в ремонте, думали, что это комиссионный магазин, который занимается продажей бывшей в употреблении техники. Часть похищенного они разложили по карманам, часть в пакете спрятали в кустах двора. Два телефона ФИО195 продал незнакомым мужчинам, два телефона он днем отдал ФИО334 с зарядным проводом. Один телефон они дали ФИО12. Позднее они обнаружили отсутствие в кустах пакета с похищенным. ФИО309 и ФИО196 успели продать похищенные телефоны незнакомым лицам. В отделе полиции у них изъяли похищенное имущество, которое осталось (л.д. 217-223 т. 11, л.д. 163-187, 194-201 т. 15). Подсудимый ФИО12 при допросах на следствии в качестве подозреваемого и обвиняемого по хищениям из магазинов «Магнит», «Чемпион», угону автомобиля ФИО131 дал аналогичные показаниям ФИО1 на следствии показания. Кроме того, пояснил, что ДД.ММ.ГГГГ, находясь во дворе &lt;адрес&gt;, увидел автомобиль ВАЗ 2103, решил совершить его угон, чтобы покататься по городу. Водительская дверь автомобиля оказалась незапертой, он сел на сиденье, попробовал повернуть руль, но он был заблокирован. Он взял у ФИО197 отвертку, поместил ее в замок зажигания, повернул, но автомобиль не завелся, он из него ушел, увидел рядом стоящий автомобиль ВАЗ 21099, решил совершить его угон. Он отверткой открыл водительскую дверь, сел на водительское сиденье, увидел на полочке под бардачком ножницы. Он поместил ножницы в замочную скважину замка зажигания, чтобы завести автомобиль, но не смог провернуть, ушел из автомобиля, оставив в салоне свой сотовый телефон. ДД.ММ.ГГГГ около 21 часа 30 минут он и ФИО1 зашли в магазин «Июнь» по &lt;адрес&gt; увидел слева от входа торговую витрину с сигаретами, решил похитить сигареты, понимал, что его действия могут быть замечены продавцом. Он открыл витрину с сигаретами, вытащил пачку сигарет. В этот момент ФИО1 уже вышел из магазина. Он тоже направился к выходу, продавец закричала на него, потребовала вернуть сигареты. Он не отреагировал на ее просьбу, понимая, что его действия замечены. Продавец магазина схватила его за капюшон кофты, просила вернуть сигареты, он вырвался и убежал. Сигареты потом выкурил с ФИО1. По факту хищения ФИО1 техники из магазина «Ликвидатор» ФИО12 пояснил, что в конце сентября 2018 года во дворе дома по &lt;адрес&gt; встретил ФИО1 и ФИО198, от них узнал, что они с ФИО310 проникли в торговый павильон, откуда похитили множество сотовых телефонов, еще какие-то вещи. ФИО199 в счет долга передал ему сотовый телефон. Примерно через день он попросил незнакомого мужчину продать данный телефон в комиссионный магазин, тот согласился, продал телефон в магазин, передал ему 800 рублей, деньги он потратил на личные нужды (л.д. 158-165 т. 3, л.д. 44-48 т. 5, л.д. 134-137 т. 12, л.д. 244-248 т. 16, л.д. 106-109 т. 20). При допросах в ходе предварительного расследования в качестве подозреваемого Бестаминов по краже из торгового киоска в мкр Шепотково дал аналогичные показаниям ФИО1 на следствии показания, пояснив кроме того, что совершить хищение предложил он. Первым в киоск проник ФИО1, подавал на улицу через оконный проем продукты. ФИО6 их складывала в рюкзак. Потом ФИО1 вылез на улицу, в киоск проник он (ФИО4), похитил и передал в оконный проем кассовый аппарат, коробку водки. Затем они с похищенным пошли домой к ФИО289. Через некоторое время ФИО1 и ФИО13 пошли второй раз в магазин за спиртным, которое не смогли взять в первый раз из-за объема похищенного. С похищенным они вернулись к ФИО290, продукты питания и спиртное употребляли все вместе. В кассовом аппарате было 300-400 рублей. Утром ДД.ММ.ГГГГ он пошел на остановку в 6 а мкр, ФИО1 пошел следом за ним. Когда проходили мимо &lt;адрес&gt;, им навстречу шла незнакомая женщина с сумкой в руке. Он решил похитить у нее сумку, надеясь, что там есть деньги, которые ему были нужны. Он ускорил шаг навстречу этой женщине, ФИО1 шел рядом с ним. Он (ФИО4), поравнявшись с женщиной, ударил ее кулаком по лицу, затем два раза резко дернул с силой сумку, которая была у женщины надета на предплечье левой руки. У женщины из рук выпал сотовый телефон и упал на землю. ФИО1 схватил этот телефон, и они убежали за &lt;адрес&gt;. После этого он и ФИО1 расстались, ему не известно, как ФИО1 распорядился телефоном (л.д. 236-241 т. 6, л.д. 213-216 т. 7). В протоколе явки с повинной от ДД.ММ.ГГГГ ФИО4 указал, что ДД.ММ.ГГГГ около 3 часов в мкр Шепотково, разбив оконное стекло, через образовавшийся проем он проник в торговый киоск, откуда похитил кассовый аппарат, ящик водки, пиво, пельмени, чипсы, сигареты. Совместно с ним были ФИО1, ФИО13. Похищенным они распорядились по своему усмотрению, употребив по назначению продукты, спиртное и сигареты. Кассовый аппарат он выбросил (л.д. 232-233 т. 6). Подсудимая ФИО6 на следствии при допросе в качестве подозреваемой пояснила, что полностью признает ФИО3 в совершении хищения имущества из торгового киоска в мкр Шепотково, подтверждает, что складывала в рюкзак похищенное. Не помнит, кто и что брал. Бутов или ФИО4 несли похищенный кассовый аппарат. Кроме того пояснила, что после кражи из квартиры ФИО17 №8 кто-то из ребят во дворе дома по &lt;адрес&gt; передал ей трико и толстовку. Она не знала, что эти вещи похищенные, положила их в свой рюкзак. Позднее эти вещи были изъяты в полиции у ее матери (л.д. 68-71 т. 16). Подсудимый ФИО13 при допросе на следствии в качестве подозреваемого по краже имущества из торгового киоска в мкр Шепотково дал аналогичные показаниям ФИО1 и ФИО4 на следствии показания, пояснив, что ФИО1 и Бестаминов поочередно проникли в киоск и в окно выкидывали на землю похищенное. Потом все вместе понесли похищенное домой к ФИО291. Когда проникли с ФИО1 в киоск во второй раз, он (ФИО13) из него похитил упаковку жевательной резинки и пачку сигарет. Деньги из кассового аппарата взял он, из них 50 рублей отдал ФИО1 (л.д. 62-67 т. 15). Допросив подсудимых, потерпевших ФИО132, ФИО149, ФИО162 и ФИО111, огласив показания неявившихся потерпевших, представителей потерпевших и свидетелей, исследовав письменные материалы уголовного дела, суд приходит к выводу о виновности подсудимых в совершении изложенных преступлений. Виновность ФИО1 и ФИО12 в совершении кражи имущества «АО Тандер» подтверждается следующими доказательствами: Представитель потерпевшего ФИО43 на следствии дал показания о том, что ДД.ММ.ГГГГ в помещении магазина «Магнит», расположенного по адресу: &lt;адрес&gt; совершено хищение имущества, принадлежащего АО «Тандер». Согласно акту ревизии от ДД.ММ.ГГГГ похищено имущество, указанное в обвинительном заключении, на общую сумму 3 009 рублей 45 копеек (л.д. 59-63 т. 2). Свидетель ФИО44 при допросе в ходе предварительного расследования показал, что работает товароведом в магазине «Магнит». ДД.ММ.ГГГГ он проверил сроки годности тортов, обнаружив несоответствие сроков, сложил продукцию в коробку, которую перенес в подсобное помещение магазина. Около 22 часов 28 минут он закрыл магазин, сдав его на пульт охраны. ДД.ММ.ГГГГ к 14 часам он пришел на работу, от директора магазина ФИО21 ему стало известно, что в ночное время из магазина была похищена часть товара. Осмотрев подсобное помещение, обнаружил отсутствие товара, кроме того из тамбура магазина были похищены кондитерские изделия, у которых вышел срок годности, они были приготовлены для утилизации. Им было обнаружено, что дверь, ведущая из подсобного помещения в подвал дома, отогнута и внизу имеется щель (л.д. 115-118 т. 2). Свидетель ФИО367 В.К. на следствии показала, что ДД.ММ.ГГГГ с ФИО359 встретили ФИО1 и ФИО12, которые находились в состоянии алкогольного опьянения. Они зашли во двор дома по &lt;адрес&gt; в &lt;адрес&gt;, на первом этаже которого расположены магазины «Зола» и «Магнит». Около 2 часов ДД.ММ.ГГГГ ФИО1 и ФИО12 договорились проникнуть в магазин «Магнит», через подвал дома, во дворе которого они находились, с целью похитить из него продукты питания и алкоголь. Договорившись, ФИО1 и ФИО12 ушли. Она и ФИО360 находились во дворе данного дома. Спустя около 30 минут, ФИО1 и ФИО12 вернулись. С собой у них была упаковка пива в банках, два торта, несколько пачек сигарет. После чего совместно с ФИО1, ФИО12 и ФИО361 они распивали спиртное, находясь во дворе данного дома, потом ушли во двор соседнего дома. ФИО1 и ФИО12 вновь договорились проникнуть в магазин «Магнит» с целью похитить продукты питания и алкоголь, ушли, вернулись через некоторое время, ее, ФИО362 и ФИО12 задержали сотрудники полиции. ФИО1 убежал. Позднее ей стало известно, что ФИО1 и ФИО12 похитили из магазина «Магнит» пиво. Со слов ФИО1 и ФИО12 ей известно, что они проникли в магазин «Магнит» через подвал жилого дома, отогнув дверь, ведущую из подсобного помещения в подвал (л.д. 130-134 т. 2). Свидетель ФИО363 Е.В. в ходе предварительного следствия дала аналогичные показаниям ФИО368 показания, пояснив, что не помнит, один или несколько раз ходили ФИО1 и ФИО12 в магазин (л.д.180-182 т.2). Свидетель ФИО47 в ходе предварительного следствия показала, что является директором магазина «Магнит», ДД.ММ.ГГГГ около 7 часов 15 минут она открыла магазин и сразу прошла в кассовую зону, чтобы включить сервер. У второй кассы она обнаружила беспорядок, на полу лежали около 10 пачек сигарет, в торговом зале на полу лежали плитки шоколада. От товароведа ФИО22 ей стало известно, что в подсобном помещении отогнута дверь, ведущая в подвал дома, на первом этаже которого находится магазин. По результатам ревизии, проведенной ДД.ММ.ГГГГ, установлено отсутствие товара, указанного в обвинительном заключении, на общую сумму 3 009 рублей 45 копеек. Похищенные сигареты находились в витрине над кассой №, шоколад находился в торговом зале, справа от входа, спиртные напитки находились в подсобном помещении (л.д. 139-142 т.2). Свидетель ФИО48 на следствии показал, что является полицейским ОБППСП. С 23 на ДД.ММ.ГГГГ он находился на дежурстве с полицейским ФИО358 в составе автопатруля. Около 7 часов ДД.ММ.ГГГГ во время обследования территории во дворе &lt;адрес&gt; в &lt;адрес&gt; ими была замечена группа несовершеннолетних, данные которых впоследствии были установлены: ФИО1, ФИО12, ФИО364 и ФИО369, которые распивали спиртные напитки. Когда они подъехали ближе, молодые люди стали разбегаться в разные стороны. Они задержали ФИО365, ФИО370 и ФИО12. ФИО1 скрылся. Во дворе дома, где были задержаны несовершеннолетние, лежали пакеты магазина «Магнит», что находилось в пакетах ему не известно (л.д. 185-187 т.2). Вина ФИО1 и ФИО12 в совершении указанного преступления также подтверждается письменными материалами уголовного дела: - протоколом осмотра места происшествия от ДД.ММ.ГГГГ, в ходе которого осмотрено помещение магазина «Магнит», расположенного по адресу: &lt;адрес&gt;, зафиксировано место проникновения (л.д. 17-22 т. 2), - протоколом осмотра места происшествия от ДД.ММ.ГГГГ, в ходе которого осмотрено помещение подвала &lt;адрес&gt; в &lt;адрес&gt;, зафиксировано повреждение двери, ведущей из подвала данного дома в подсобное помещение магазина «Магнит» (л.д. 23-26 т. 2), - протоколом выемки от ДД.ММ.ГГГГ, в ходе которой у представителя потерпевшего ФИО72 изъят акт ревизии от ДД.ММ.ГГГГ, товарно-транспортные накладные на похищенное имущество (л.д.73-77 т. 2), - протоколом осмотра документов от ДД.ММ.ГГГГ, в ходе которого осмотрен акт ревизии от ДД.ММ.ГГГГ, из которой следует, что похищено имущество, перечень и стоимость которого указаны в обвинительном заключении; а также осмотрены счета-фактуры от ДД.ММ.ГГГГ, ДД.ММ.ГГГГ товарные накладные от ДД.ММ.ГГГГ, ДД.ММ.ГГГГ, ДД.ММ.ГГГГ, ДД.ММ.ГГГГ, ДД.ММ.ГГГГ, ДД.ММ.ГГГГ на похищенный товар (л.д. 78-83 т. 2), - протоколом выемки от ДД.ММ.ГГГГ, в ходе которой ДД.ММ.ГГГГ, по адресу: &lt;адрес&gt;А у свидетеля ФИО23 изъята флеш-карта с видеозаписью камеры наблюдения в период с 23 июля по ДД.ММ.ГГГГ, расположенной в магазине «Магнит» по адресу: &lt;адрес&gt; (л.д. 148-152 т. 2), - протоколом осмотра предметов от ДД.ММ.ГГГГ – указанной изъятой видеозаписи камеры наблюдения (л.д. 153-165 т. 2). Вина ФИО1 и ФИО12 в открытом хищения имущества «АО Тандер» подтверждается следующими доказательствами: Представитель потерпевшего ФИО43 при допросе в ходе предварительного расследования дал показания о том, что в ночь с 7 на ДД.ММ.ГГГГ из магазина «Магнит», расположенного по адресу: &lt;адрес&gt; совершено хищение имущества, принадлежащего АО «Тандер». Согласно акту ревизии от ДД.ММ.ГГГГ похищено 6 бутылок ФИО3, стоимостью 180 рублей 44 копейки каждая (л.д. 82-84 т. 3). Свидетель ФИО200 Д.И. на следствии пояснил, что ДД.ММ.ГГГГ около 1 часа он, ФИО1 и ФИО12 находились у магазина «Магнит» по &lt;адрес&gt; в &lt;адрес&gt;, подошли к пластиковому окну, расположенному со стороны подъезда и ведущему в помещение склада магазина. У ФИО12 при себе находилась отвертка, которую он нашел ранее. При помощи этой отвертки ФИО12 отогнул створку окна и открыл его. ФИО12 через данное окно, которое не смог открыть полностью, начал рукой доставать бутылки с ФИО3 и передавать их ФИО1. Через окно ФИО12 передал ФИО1 6 бутылок. Одну бутылку ФИО3 они потеряли около магазина, остальные 5 бутылок все вместе выпили возле трехэтажного дома, пустые бутылки они разбили. Он говорил ФИО12, что тот совершает преступление, на что он не реагировал и продолжал свои действия (л.д. 111-115 т. 3, л.д. 48-53 т. 10). Виновность ФИО1 и ФИО12 в совершении указанного преступления также подтверждается письменными материалами уголовного дела: - протоколом осмотра места происшествия от ДД.ММ.ГГГГ, в ходе которого осмотрено складское помещение магазина «Магнит», расположенного по адресу: &lt;адрес&gt;, зафиксировано место совершения преступления, установлено, что окно, ведущее в складское помещение магазина открыто, имеются механические повреждения пластикового профиля (л.д. 4-15 т. 3), - протоколом выемки от ДД.ММ.ГГГГ, согласно которому у представителя потерпевшего ФИО72 изъят акт ревизии от ДД.ММ.ГГГГ, товарная накладная на похищенное имущество (л.д. 94-98 т. 3), - протоколом осмотра документов от ДД.ММ.ГГГГ, согласно которому осмотрены: товарная накладная от ДД.ММ.ГГГГ на похищенное ФИО3, из которой следует, что стоимость каждой бутылки ФИО3 составляет 180 рублей 44 копейки; акт ревизии от ДД.ММ.ГГГГ (л.д. 99-100 т. 3), - протоколом осмотра места происшествия от ДД.ММ.ГГГГ, в ходе которого с участием ФИО12 проведен осмотр участка местности по адресу: &lt;адрес&gt; Б, где обнаружены и изъяты 4 стеклянных осколка, стеклянное горлышко, пробка от бутылки, которые изъяты (л.д. 150-153 т. 3). Виновность ФИО1 и ФИО12 в совершении угона автомобиля, принадлежащего ФИО133, подтверждается следующими доказательствами: ФИО17 ФИО50 в судебном заседании пояснил, что у него в собственности имеется автомобиль ВАЗ 2121, государственный регистрационный знак &lt;***&gt;. Он оставляет его на парковке, во дворе &lt;адрес&gt; в &lt;адрес&gt;. ДД.ММ.ГГГГ около 18 часов он припарковал автомобиль возле указанного дома, закрыл на ключ. До ДД.ММ.ГГГГ автомобилем он не пользовался. ДД.ММ.ГГГГ около 7 часов он обнаружил, что из-под капота автомобиля торчат провода. Сам автомобиль был сдвинут с места, на котором находился, на расстояние около одного метра. Он обратился к сотрудникам полиции. В автомобиле был поврежден замок зажигания, кожух замка зажигания, повреждена проводка замка зажигания. Также был поврежден замок правой двери, задвижки форточки правой двери. Свидетель ФИО51 в ходе предварительного следствия показала, что ДД.ММ.ГГГГ около 2 часов 30 минут проснулась от шума на улице, вышла на балкон, увидела во дворе дома у 4 подъезда трех подростков, которые ходили вокруг находящихся во дворе машин. Она видела, как один из молодых людей открыл капот одного из автомобилей, извлек аккумуляторную батарею и поставил на землю у автомобиля. После чего она вернулась в квартиру и с принадлежащего ей телефона обратилась в службу 112. Утром ДД.ММ.ГГГГ она видела во дворе сотрудников полиции (л.д. 104-107 т. 4). Свидетель ФИО52 на следствии пояснил, что работает полицейским ОБППСП, с 7 на ДД.ММ.ГГГГ он находился на дежурстве совместно с ФИО53, около 2 часов 45 минут им поступило сообщение о том, что во дворе &lt;адрес&gt; в &lt;адрес&gt; подростки проникают в автомобили. Они выехали по указанному адресу, где на расстоянии от них примерно в 20 метрах они увидели подростков, которые разбежались. Они обнаружили, что в автомобилях, стоящих во дворе открыты двери, из капота одного автомобиля виднелись провода (л.д. 108-111 т.4). Свидетель ФИО201 Д.И. в ходе предварительного расследования дал показания о том, что около 2 часов 30 минут ДД.ММ.ГГГГ он, ФИО1 и ФИО12 находились во дворе &lt;адрес&gt; в &lt;адрес&gt;. Он увидел, что во дворе данного дома стоят три автомобиля, один из которых был автомобиль «Нива». Они не договаривались о совершении преступлений, находясь во дворе данного дома, он по просьбе ФИО1 передал ему отвертку, которую нашел у магазина «Красное и Белое», а тот в свою очередь передал ее ФИО12. С какой целью понадобилась отвертка, он не знает. ФИО12 подошел к автомобилю «Нива» со стороны багажника, нажал на кнопку замка багажника, дверь открылась, и ФИО12 через дверь багажника проник в салон автомобиля. Он в это время сидел на заборчике под одним из балконов указанного дома. Романов изнутри открыл водительскую дверь, к которой подошел ФИО1 и что- то делал в автомобиле. Он видел, как через некоторое время автомобиль «Нива» дернулся с места, через некоторое время дернулся второй раз. После чего ФИО1 открыл капот автомобиля, достал аккумулятор и держал его в руках. В это время он заметил сотрудников полиции и сообщил об этом. ФИО1, услышав его крик, уронил аккумулятор на землю, после чего схватил его в руки и вместе с ФИО12 побежал вдоль дома. Он побежал в другую сторону и спрятался в одном из соседних дворов (л.д. 208-210 т. 4). Вина ФИО1 и ФИО12 в совершении указанного преступления также подтверждается письменными материалами уголовного дела: - протоколом осмотра места происшествия от ДД.ММ.ГГГГ, согласно которому осмотрен принадлежащий ФИО134 автомобиль ВАЗ 2121, государственный регистрационный знак &lt;***&gt;, находящийся во дворе &lt;адрес&gt; в &lt;адрес&gt;, изъяты следы рук, нож, отвертка, бутылка водки (л.д. 219-234 т. 3), - протоколом осмотра места происшествия от ДД.ММ.ГГГГ, в ходе которого осмотрен автомобиль ФИО135, изъяты следы пальцев рук (л.д. 179-184 т. 4), - заключением эксперта № от ДД.ММ.ГГГГ, согласно выводам которого указанные изъятые следы пальцев рук на двух дактопленках пригодны для идентификации личности, оставлены не ФИО136 (л.д. 6-11 т. 4), - заключением эксперта № от ДД.ММ.ГГГГ, согласно выводам которого один след ладони руки, откопированный на дактилопленку, изъятый при осмотре автомобиля ФИО137, оставлен правой ладонью руки ФИО12 (л.д. 36-38 т. 4), - протоколом осмотра предметов от ДД.ММ.ГГГГ, согласно которому в присутствии ФИО12 и его законного представителя осмотрен сотовый телефон, изъятый в ходе осмотра места происшествия ДД.ММ.ГГГГ по адресу: &lt;адрес&gt; (л.д. 44-49 т. 4), - протоколом осмотра предметов от ДД.ММ.ГГГГ, согласно которому осмотрен нож, отвертка, бутылка водки (л.д. 53-59 т. 4). Виновность ФИО1, ФИО4, ФИО6 и ФИО13 в хищении имущества ИП ФИО38 подтверждается следующими доказательствами: Потерпевшая ФИО17 №3 в ходе предварительного следствия показала, что в мкр Шепотково в торговом помещении она и ее супруг осуществляют продажу продуктов питания, в том числе пива. Торговое помещение сигнализацией не оборудовано. ДД.ММ.ГГГГ около 10 часов 40 минут она пришла к магазину, обнаружила, что повреждено окно, которое было открыто, а также имелись повреждения входной двери. Из магазина были похищены продукты питания, а также пиво, сигареты. После ревизии ею было установлено, что из помещения магазина в ночь с 28 на ДД.ММ.ГГГГ было похищено перечисленное в обвинительном заключении имущество на общую сумму 4701 рубль 3 копейки, и денежные средства в сумме 300 рублей, которые были похищены из денежного ящика кассового аппарата (л.д. 56-61 т. 6). Свидетель ФИО292 К.Н. в ходе предварительного следствия показала, что ДД.ММ.ГГГГ около 1 часа к ней домой на такси приехали ФИО237, ФИО13, ФИО1, ФИО4, ФИО347 и ФИО6, которые находились в состоянии алкогольного опьянения. ФИО4 спросил у нее возможно ли в мкр. Шепотково приобрести спиртное. Она ответила, что в данном микрорайоне имеется один магазин, который в ночное время закрыт. Тогда ФИО4 сказал, что можно сходить в данный магазин и похитить оттуда спиртное. С этой целью он взял в сарае ее дома лом и совместно с ФИО1, ФИО6, ФИО348 и ФИО13 пошел к магазину. Она совершать кражу не хотела и пошла к магазину с целью посмотреть, что будет делать ФИО4. В это время ФИО238 остался у нее дома, так как находился в состоянии алкогольного опьянения и спал. Находясь у магазина, Бестаминов при помощи лома пытался открыть дверь в магазин, но не смог, после чего разбил данным ломом окно и через него проник в магазин. В это время она, оставив свой рюкзак ФИО6, так как она ее попросила об этом, отошла от магазина на расстояние около 50 метров. На улице она находилась около 2 минут, так как освещение отсутствовало, она не видела, кто еще кроме Бестаминова проникал в магазин, и что каждый из ребят делал, находясь у магазина. Постояв некоторое время на дороге, она совместно с ФИО349 пошла в сторону своего дома. Через некоторое время она увидела, что все ребята идут следом за ней. ФИО6 передала ей рюкзак, в котором находились продукты питания, чипсы, кукурузные палочки, арахис. В руках у ФИО1 она видела кассовый аппарат, а ФИО4 нес картонную коробку с бутылками водки. У нее дома они стали распивать спиртное на веранде. Она видела упаковки от чипсов и кукурузных палочек, бутылки с пивом, у ФИО1 в руках находилась бутылка с квасом. Она и ФИО4 гуляли на улице, а ФИО13 и ФИО1 второй раз направились к магазину с целью похитить из него спиртное, которое в первый раз вынести не смогли. ФИО6, ФИО239 и ФИО350 находились у нее дома. ФИО13 и ФИО1 вернулись к ней домой через 15 минут после того как ушли, что они принесли с собой, она не видела. Находясь у себя дома, она видела в руках у ФИО4 кассовый аппарат и поняла, что он похитил его из магазина. Сколько в нем было денег, она не видела. Около 5 часов ДД.ММ.ГГГГ она предложила всем поехать к ее бабушке в мкр Глинки. Уезжали они на такси партиями. Она ехала совместно с ФИО4, ФИО1 и ФИО13. Брали ли они с собой похищенное спиртное и продукты питания, ей не известно. Кто-то из ребят, ФИО4 или ФИО1, забрали с собой похищенный кассовый аппарат (л.д. 95-99 т. 6). Свидетель ФИО55 на следствии показала, что по в мкр Глинки проживала ее мама. После того, как мама переехала к ней, дом пустовал. Ключи от дома имелись у ее сестры ФИО293. В летнее время 2018 в доме никто не проживал. Летом 2018 года, точную дату она не помнит, около 6 часов утра она пришла в дом к матери с целью проверки. В это время в доме находилась группа молодых людей, в том числе и ее племянница ФИО294, со слов которой ей стало известно, что она взяла ключи у матери и привела в дом своих друзей. На столе в доме она видела алкогольные напитки, в том числе бутылки пива. На полу стояли пакеты, что находилось в пакетах, она не знает. По ее просьбе ребята взяли пакеты и ушли из дома (л.д.176-180 т. 6). Свидетель ФИО56 в ходе предварительного расследования показала, что у нее есть знакомая ФИО6, которая ДД.ММ.ГГГГ в утреннее время в социальной сети «Вконтакте» написала ей, что ДД.ММ.ГГГГ она совместно с кем-то совершила кражу из киоска и у нее есть шоколад, водка, пиво и коньяк (л.д. 193-197 т. 6). Свидетель ФИО10 Д.О. на следствии дал показания о том, что летом 2018 он подрабатывал в такси. ДД.ММ.ГГГГ около 5 часов 25 минут на остановке мкр Шепотково к нему в автомобиль сели девушка и трое молодых людей с пакетами с продуктами питания. У одного из молодых людей при себе была коробка в виде металлического отсека для хранения денежных средств под кассовым аппаратом. По указанию девушки он отвез данных молодых людей в мкр Глинки. По приезду девушка передал ему деньги за проезд и попросила вернуться в мкр Шепотково, чтобы привезти по тому же адресу ее друзей. Он поехал, в мкр Шепотково к нему в автомобиль сели девушка и два молодых человека. Данных молодых людей он также довез до мкр Глинки (л.д. 204-206 т. 6). Вина ФИО1 ФИО4, ФИО6, и ФИО13 в совершении указанного преступления также подтверждается письменными материалами уголовного дела: - протоколом осмотра места происшествия от ДД.ММ.ГГГГ, согласно которому осмотрено торговое помещение, расположенное по адресу: &lt;адрес&gt;, мкр Шепотково, южнее &lt;адрес&gt;, на расстоянии 30 метров от линии электропередачи, 54, в ходе которого зафиксировано место совершения преступления, обнаружены и изъяты пять дактилопленок со следами пальцев рук, след обуви (л.д. 162-171 т. 5), - заключением эксперта № от ДД.ММ.ГГГГ, согласно выводам которого на трех дактопленках из пяти, изъятых при осмотре места происшествия, откопированы 6 пальцев рук, пригодные для идентификации (л.д. 191-196 т. 5), - заключением эксперта № от ДД.ММ.ГГГГ, согласно выводам которого два следа пальцев рук на дактилопленке, изъятые при осмотре места происшествия оставлены средним и безымянным пальцами левой руки ФИО4 (л.д.244-247 т. 5), - протоколом выемки от ДД.ММ.ГГГГ, согласно которому у потерпевшей ФИО101 изъята справка об ущербе от ДД.ММ.ГГГГ, товарно-транспортные накладные, счет-фактуры на похищенное имущество (л.д.69-73 т. 6), - протоколом осмотра документов от ДД.ММ.ГГГГ – справки об ущербе, согласно которой установлена недостача товара на сумму 4 701 рубль 3 копейки; товарных накладных, счет-фактур (л.д. 74 т. 6), - протоколом осмотра места происшествия от ДД.ММ.ГГГГ, согласно которому с участием ФИО295 осмотрена веранда дома, сарай дома по адресу: &lt;адрес&gt;, мкр Шепотково, &lt;адрес&gt; (л.д.117-127 т. 6) - справкой эксперта № от ДД.ММ.ГГГГ, которая соответствует установленной судом стоимости похищенного имущества, указанной при описании преступного деяния (л.д. 250 т. 6). Вина ФИО1 и ФИО4 в совершении открытого хищения имущества ФИО102 подтверждается следующими доказательствами: Потерпевшая ФИО102 (ФИО163) И.Н. в судебном заседании пояснила, что ДД.ММ.ГГГГ около 9 часов 15 минут она шла возле &lt;адрес&gt; 6а мкр, навстречу ей шли два незнакомых молодых человека, один из которых сразу нанес ей удар кулаком по левой стороне лица. От удара она почувствовала сильную физическую боль. Она просила его прекратить свои действия, говорила, что находится в состоянии беременности. При этом, во время удара у нее из рук на землю выпал сотовый телефон. Этот же молодой человек - ФИО4 два раза дернул ее за сумку, висящую в тот момент на правом плече, но сдернуть ее не смог, так как сумку она держала крепко, в сумке находились кошелек, три ключа, денежные средства в размере 300 рублей. Второй молодой человек – ФИО1 поднял с земли принадлежащий ей сотовый телефон, с установленной в нем флеш-картой, после чего они убежали за &lt;адрес&gt;. Она кричала молодым людям вслед, чтобы они вернули ее телефон, однако телефон ей не вернули, на ее требования не реагировали. Считает, что молодые люди договорились между собой о совершении преступления, когда она шла им навстречу, они переглядывались между собой, о чем-то говорили. Она согласна с оценкой стоимости ее имущества. Две сим-карты, находившиеся в телефоне, не представляют для нее материальной ценности. В подъезде ее дома на первом этаже проживает ФИО24, на окне квартиры которого установлена видеокамера, для наблюдения за принадлежащим ему автомобилем. Она обратилась к нему с просьбой передать ей видеозапись с камеры видеонаблюдения. В тот же день ФИО24 передал ей цифровой носитель с видеозаписью. Позже в отделе полиции она опознала ФИО4. Свидетель ФИО57 в ходе предварительного следствия показал, что на окне комнаты в квартире, где он проживает в 6а мкр, установлены две видеокамеры наружного наблюдения, для наблюдения за частью двора, где находится его автомобиль. В сентябре 2018 года к нему обратилась незнакомая женщина, которая пояснила, что во дворе дома в отношении нее было совершено преступление двумя неизвестными лицами, ей были причинены побои и похищено ее имущество. В связи с чем, она попросила его просмотреть видеозаписи с камер наблюдения. При просмотре видеозаписей им было обнаружено, что камерами зафиксировано нападение на данную женщину. Данные видеозаписи он скопировал на флеш-карту, переданную ему женщиной (л.д. 135-138 т. 7). Свидетель ФИО351 Н.А. на следствии пояснил, что ДД.ММ.ГГГГ он находился в гостях у ФИО271, там же находились ФИО4 и ФИО1. Около 9 часов 10 минут ФИО4 и ФИО1 ушли из квартиры ФИО272, пояснив, что направляются в магазин. Примерно через полчаса они вернулись в квартиру и принесли сотовый телефон, пояснив, что забрали его у какой-то женщины. Телефон находился у ФИО1. Потом ФИО1 этот телефон отдал ему. Некоторое время он пользовался данным телефоном, который во время эксплуатации сломался. Фрагменты от данного телефона он готов выдать добровольно. Сим-карты и флеш-карту он выбросил (л.д. 143-145, 149-153 т. 7). Свидетель ФИО273 Д.В. в ходе предварительного расследования показал, что ДД.ММ.ГГГГ он приехал в квартиру своего брата в 6а мкр, где совместно с ФИО1, ФИО4 и ФИО352 распивали спиртное. ДД.ММ.ГГГГ в утреннее время он спал в квартире брата. О чем разговаривали ФИО1, ФИО4 и ФИО353 ему не известно. ДД.ММ.ГГГГ ФИО1 и Бестаминов пришли в квартиру его брата, у кого – то из них при себе был сотовый телефон. Ранее данный телефон у ребят он не видел. Они сказали, что этот телефон они забрали у какой-то женщины. Через некоторое время ФИО1, ФИО4 и ФИО354 уехали. Он закрыл квартиру брата и ушел домой. О судьбе телефона ему не известно (л.д. 177-184 т. 7). Вина ФИО1 и ФИО4 в совершении указанного преступления также подтверждается письменными материалами уголовного дела: - протоколом осмотра места происшествия от ДД.ММ.ГГГГ, согласно которому осмотрена территория, прилегающая к дому 9 в 6 «А» мкр в &lt;адрес&gt;, в ходе которого зафиксировано место совершения преступления (л.д. 56-60 т. 7), - протоколом выемки от ДД.ММ.ГГГГ, в ходе которой у потерпевшей ФИО17 №4 изъяты женская сумка, кошелек, три ключа, документы на мобильный телефон, флеш карта с записью камер видеонаблюдения (л.д. 80-84 т. 7), - протоколом осмотра предметов от ДД.ММ.ГГГГ, согласно которому осмотрена флеш-карта, на которой имеется два видеофайла, на которых ДД.ММ.ГГГГ в 9 часов 13 минут зафиксированы ФИО1 и ФИО4 с признаками опьянения, совершающие в отношении ФИО102 преступление (л.д. 85-94 т. 7) - заключением эксперта № от ДД.ММ.ГГГГ, согласно которому у ФИО102 установлены ушиб мягких тканей и кровоподтек лица слева, причиненные при ударе твердым тупым предметом, возможно ДД.ММ.ГГГГ и расцениваются как повреждения, не причинившие вред здоровью (л.д. 100-101 т. 7), - заключением эксперта № от ДД.ММ.ГГГГ, согласно выводам которого по состоянию на ДД.ММ.ГГГГ стоимость бывших в эксплуатации женской сумки составляет 840 рублей, кошелька - 320 рублей, сотового телефона - &lt;***&gt;, 16 рублей, карты памяти - 480,48 рублей; стоимость одного электронного ключа от домофона составляет 120 рублей; ключа-перфокарты составляет 180 рублей; финского ключа составляет 35 рублей (л.д. 108-114 т.7), - протоколом осмотра предметов от ДД.ММ.ГГГГ, в ходе которого осмотрены ключи, брелок, кошелек, женская сумка, коробка от мобильного телефона, принадлежащие ФИО102 (л.д. 126-130 т.7); - протоколом выемки от ДД.ММ.ГГГГ, согласно которому у ФИО355 были изъяты фрагменты от мобильного телефона потерпевшей (л.д. 161-165 т. 7), - протокол осмотра от ДД.ММ.ГГГГ, согласно которому были осмотрены изъятые у ФИО356 фрагменты от мобильного телефона (л.д. 166-167 т. 7), - протоколом предъявления лица для опознания от ДД.ММ.ГГГГ, в ходе которого ФИО102 опознала ФИО4, как человека, который ДД.ММ.ГГГГ около 9 часов 15 минут нанес ей удар по лицу, пытался вырвать у нее сумку (л.д. 203-205 т. 7). Виновность ФИО12 и ФИО1 в совершении угона автомобиля ФИО17 №6 подтверждается следующими доказательствами: ФИО17 ФИО17 №6 в ходе предварительного следствия показал, что в его собственности имеется автомобиль ВАЗ 111130, государственный регистрационный знак &lt;***&gt;, сигнализацией оборудован не был. Автомобиль он всегда оставляет у ограждения &lt;адрес&gt; в &lt;адрес&gt;. ДД.ММ.ГГГГ около 13 часов он оставил автомобиль возле указанного ограждения, закрыл замки ключом. ДД.ММ.ГГГГ около 12 часов 30 минут он вышел из дома и обнаружил отсутствие своего автомобиля. При этом часть металлического забора, перед которым находился его автомобиль, имела повреждения. От сотрудников полиции ему стало известно, что в ночное время его автомобиль пытались угнать неизвестные подростки, автомобиль находится на штрафстоянке по &lt;адрес&gt; туда он осмотрел свой автомобиль, на котором имелись повреждения - царапина по всей длине капота и вмятина, которых до угона не было (л.д. 43-45 т. 8). Свидетель ФИО202 Д.И. в ходе предварительного следствия показал, что со слов ФИО1 ему известно, что ДД.ММ.ГГГГ в вечернее время он и ФИО12 пытались угнать автомобиль ОКА, который стоял у здания банка «Курган». Завести данный автомобиль они не смогли и когда попытались поставить обратно на место, автомобиль покатился и въехал в забор (л.д. 67-68 т. 8). Аналогичные показаниям ФИО203 дал показания на следствии свидетель ФИО311 Д.А. (л.д. 75-76 т.8). Вина ФИО1 и ФИО12 в совершении указанного преступления также подтверждается письменными материалами уголовного дела: - протоколом осмотра места происшествия от ДД.ММ.ГГГГ, согласно которому с участием потерпевшего ФИО17 №6 осмотрен участок местности, прилегающий к зданию, расположенному по адресу: &lt;адрес&gt;. В ходе осмотра места происшествия зафиксировано место, где находился автомобиль марки ВАЗ 111130, государственный регистрационный знак &lt;***&gt;, зафиксирован факт повреждения металлического забора, ограждающего территорию банка по указанному адресу (л.д. 4-7 т. 8); - протоколом осмотра места происшествия от ДД.ММ.ГГГГ, согласно которому осмотрен автомобиль ФИО17 №6, находящийся по адресу: &lt;адрес&gt; «б (л.д. 8-17 т. 8); - протоколом выемки от ДД.ММ.ГГГГ, в ходе которой у свидетеля ФИО25 изъята флеш-карта с видеозаписью камер видеонаблюдения, установленных по адресу: &lt;адрес&gt; (л.д. 87-91 т. 8); - протоколом осмотра предметов от ДД.ММ.ГГГГ, согласно которому осмотрена видеозапись - в ДД.ММ.ГГГГ рядом с забором, огораживающим территорию, появляется автомобиль, который движется к забору и останавливается (л.д.92-95 т. 8). Виновность ФИО12 и ФИО1 в совершении хищения имущества, принадлежащего ИП ФИО26, в период с 20 часов 8 минут ДД.ММ.ГГГГ до 10 часов ДД.ММ.ГГГГ подтверждается следующими доказательствами: Представитель потерпевшего ФИО77, в ходе предварительного расследования показал, что в подвальном помещении &lt;адрес&gt; в &lt;адрес&gt; находится магазин «Чемпион», принадлежащий индивидуальному предпринимателю ФИО41 Со стороны двора имеется запасной вход и окна, которые ведут в склад помещения магазина. Двери между складом и магазином не запираются. ДД.ММ.ГГГГ в 21 час сотрудники магазина закрыли помещение, сдали его на сигнализацию. Около 24 часов в магазине сработали датчики движения, со слов прибывших на место сотрудников охраны, ничего подозрительного обнаружено не было. ДД.ММ.ГГГГ около 10 часов магазин был открыт продавцами, которые увидели, что в магазине кто-то находился, похищен товар. При осмотре помещения было установлено, что повреждено окно, расположенное со двора дома, которое ведет в подсобное помещение. Согласно ревизии, которая была проведена ДД.ММ.ГГГГ, из магазина в период с апреля 2018 года по ДД.ММ.ГГГГ похищено имущество на сумму 20056 рублей 14 копеек. Среди данного имущества, хищение которого было выявлено в результате ревизии, имелись: одна пара кроссовок, стоимостью 1454 рубля 18 копеек; одна пара кроссовок, стоимостью 1691 рубль 28 копеек; толстовка, стоимостью 1370 рублей (л.д. 200-202 т. 8). Свидетель ФИО61 в ходе предварительного расследования показал, что он является техником по обслуживанию магазинов индивидуального предпринимателя ФИО26. ДД.ММ.ГГГГ около 10 часов он проводил обход магазина, при этом обнаружил, что открыто окно, ведущее в подсобное помещение магазина, и на раме имеются повреждения в виде царапин. После чего он открыл своим ключом дверь запасного входа в магазин. Зайдя в помещение, он увидел, что к открытому окну была приставлена металлическая лестница, которую он использует в рабочих целях. После чего ему стало понятно, что в магазин было совершено проникновение, пройдя в торговый зал, он сообщил об этом продавцам. Затем при помощи шурупов он закрепил поврежденное окно, заблокировав доступ через него в помещение подвала. Впоследствии ему стало известно о том, что из магазина были похищены вещи (л.д. 236-239 т. 8). Свидетель ФИО62 на следствии пояснил, что состоит в должности продавца в магазине «Чемпион», расположенном по адресу: &lt;адрес&gt;. ДД.ММ.ГГГГ в 20 часов 8 минут он, уходя из магазина, на ключ запер окна и двери, ведущие в магазин, в том числе в подвальное помещение. На следующий день в утреннее время он пришел на работу и узнал о том, что в помещение магазина проникли неизвестные, повредив окно и подставив к окну металлическую лестницу со стороны помещения магазина. Что было похищено на тот момент известно не было, в связи с чем была проведена ревизия. Среди имущества, хищение которого было выявлено в результате ревизии имелись: одна пара кроссовок, стоимостью 1454 рубля 18 копеек; одна пара кроссовок, стоимостью 1691 рубль 28 копеек; толстовка, стоимостью 1370 рублей. Коробки с кроссовками находились в подсобном помещении магазина, вещи весели на вешалках в торговом зале (л.д. 240-243 т. 8). Вина ФИО1 и ФИО12 в совершении указанного преступления также подтверждается письменными материалами уголовного дела: - протоколом осмотра места происшествия от ДД.ММ.ГГГГ, согласно которому с участием ФИО77 осмотрено помещение магазина «Чемпион» по адресу: &lt;адрес&gt;, в ходе которого зафиксировано место совершения преступления, обнаружено повреждение окна, ведущего в помещение склада магазина, изъяты: следы рук на 5 дактилопленок, след обуви (л.д. 144-150 т. 8); - заключением эксперта № от ДД.ММ.ГГГГ, согласно выводам которого на одной дактилопленке из пяти, изъятой при указанном осмотре места происшествия в магазине «Чемпион», откопирован один след ладони руки, пригодный для идентификации личности (л.д. 184-186 т. 8), - заключением эксперта № от ДД.ММ.ГГГГ согласно выводам которого один след ладони руки, пригодный для идентификации личности, изъятый в ходе осмотра места происшествия в магазине «Чемпион», оставлен ладонью левой руки ФИО12 (л.д. 192-195 т. 8), - протоколом осмотра документов от ДД.ММ.ГГГГ, согласно которому осмотрены копия сличительных ведомостей результатов инвентаризации товарно-материальных ценностей от 28 и ДД.ММ.ГГГГ, товарной накладной от ДД.ММ.ГГГГ, в которой указана стоимость похищенного имущества, соответствующая указанной в описании преступного деяния (л.д. 209-211 т. 8); - протоколом личного досмотра от ДД.ММ.ГГГГ, согласно которому у Бутова изъяты спортивные кроссовки, кофта-толстовка, ФИО1 пояснил, что изъятые у него вещи он похитил в магазине «Чемпион» по &lt;адрес&gt;, в &lt;адрес&gt; (л.д. 59 т. 9), - протоколом выемки от ДД.ММ.ГГГГ, согласно которого у свидетеля ФИО24 изъят упаковочный пакет, с находящимися в нем спортивными кроссовками, кофтой-толстовкой (л.д. 137-138 т. 9); - протоколом осмотра предметов от ДД.ММ.ГГГГ, в ходе которого осмотрены кроссовки, кофта-толстовка, изъятые ДД.ММ.ГГГГ в ходе личного досмотра ФИО1 (л.д. 139-146 т. 9); - заключением эксперта № от ДД.ММ.ГГГГ, согласно которому по состоянию на ДД.ММ.ГГГГ стоимость представленных кроссовок «STROBBS» синего цвета с учетом потери качества вследствие эксплуатации составляет 1490 рублей. По состоянию на ДД.ММ.ГГГГ стоимость представленной кофты-толстовки с капюшоном розового цвета с надписью белыми буквами «SUPERDRY» с учетом потери качества вследствие эксплуатации составляет 1259 рублей (л.д. 108-110 т. 9). Виновность ФИО1 в совершении хищения имущества, принадлежащего ИП ФИО26, ДД.ММ.ГГГГ подтверждается следующими доказательствами: Представитель потерпевшего ФИО77 в ходе предварительного расследования показал, что ДД.ММ.ГГГГ в ночное время ему сообщили, что было совершено проникновение в помещение магазина «Чемпион», расположенного по адресу: &lt;адрес&gt;. Согласно ревизии, которая была проведена ДД.ММ.ГГГГ, из помещения магазина в период с апреля 2018 года по ДД.ММ.ГГГГ было похищено имущество на сумму 20056 рублей 14 копеек. Среди данного имущества, хищение которого было выявлено в результате ревизии имелись: мастерка от спортивного костюма, стоимостью 906 рублей. ДД.ММ.ГГГГ следователем было возвращено трико от данного спортивного костюма, обнаруженное в ходе осмотра места происшествия. По какой причине футболки не имеются в справке об ущербе, пояснить не может, вероятно данный товар не проверялся при ревизии, согласен с его оценкой экспертом (л.д.123-125 т. 9). Свидетель ФИО61 в ходе предварительного расследования показал, что он является техником по обслуживанию магазинов индивидуального предпринимателя ФИО26. ДД.ММ.ГГГГ в утреннее время им был выявлен факт проникновения в помещение магазина, после чего он при помощи шурупа заблокировал окно и доступ в помещение подвала. Через несколько дней со слов управляющей магазином ФИО28 ему стало известно, что в данный магазин вновь проникли и совершили хищение товара. Приехав в магазин, он увидел, что уже на другом окне, ведущем в подсобное помещение магазина, имеются аналогичные повреждения. Что было похищено из магазина, ему не известно (л.д. 236-239 т. 8). Свидетель ФИО62 в ходе предварительного расследования показал, что он состоит в должности продавца в магазине «Чемпион», расположенном по адресу: &lt;адрес&gt;. ДД.ММ.ГГГГ в утреннее время он пришел на работу и узнал о том, что в помещение магазина проникли неизвестные, повредив окно и подставив к окну металлическую лестницу со стороны помещения магазина. Что было похищено на тот момент известно не было, в связи с чем была проведена ревизия. ДД.ММ.ГГГГ ему стало известно, что в магазин вновь проникли, при этом повреждено было другое окно. Позднее, согласно акту ревизии было установлено, что из помещения магазина в период с апреля 2018 по ДД.ММ.ГГГГ было похищено имущество на сумму 20056 рублей 14 копеек. Среди данного имущества, хищение которого было выявлено в результате ревизии, имелась мастерка от спортивного костюма, стоимостью 906 рублей. ДД.ММ.ГГГГ следователем ему были возвращены трико от данного спортивного костюма, обнаруженные в ходе осмотра места происшествия. Описать подробно иной товар, похищенный из магазина, не представляется возможным, помнит именно это наименование товара, которое находилось в магазине. Вещи, похищенные из магазина весели на вешалках в торговом зале. Назвать марку и стоимость футболки черного цвета, которая согласно показаний свидетеля ФИО204, была похищена из магазина, не может, так как товара в магазине большое количество, если товар отсутствует в сличительной ведомости, установить его наименование и стоимость невозможно (л.д. 240-243 т. 8). Свидетель ФИО312 Д.А. в ходе предварительного расследования показал, что ДД.ММ.ГГГГ около 23 часов он совместно со своими друзьями ФИО205 и ФИО1 гуляли около магазина «Чемпион», расположенного по адресу: &lt;адрес&gt;. При этом ФИО1 предложил ему и ФИО206 совершить кражу спортивной одежды и обуви из данного магазина. Они согласились. С этой целью они подошли к окну, расположенному в тамбуре запасного выхода магазина, со стороны двора дома, где ФИО1 подошел к одному из окон, расположенному в данном тамбуре и с помощью, имеющейся у него отвертки, открыл окно. После чего совместно с ФИО207 и ФИО1 он проник в помещение магазина. Первоначально они оказались в помещении тамбура данного магазина, после чего прошли в торговый зал, где ФИО1 похитил 3 футболки, а ФИО208 похитил одну футболку и спортивную кофту, которая вместе со спортивными брюками висела на плечиках. Он ничего не успел похитить, так как в этот момент в помещении магазина сработала сигнализация. Когда они направлялись к окну, поднимаясь по лестничному маршу, то у ФИО209 вешалка с брюками выпала из рук, и он их не поднимал. Из магазина они уходили таким же образом, как и проникли, через окно к которому была приставлена металлическая лестница. Впоследствии ФИО1 передал ему две футболки желтого цвета, впоследствии одну футболку он выбросил, так как она оказалась женской, одну отдал ФИО210. Третьей футболкой ФИО1 поменялся с ФИО211, он ему взамен передал футболку черного цвета и спортивную кофту от костюма, которую у него впоследствии изъяли сотрудники полиции в ОП № (л.д. 160-165 т.9). Свидетель ФИО212 Д.И. на следствии дал аналогичные показаниям на следствии ФИО313 показания (л.д. 168-173 т. 9). Вина ФИО1 в совершении указанного преступления также подтверждается письменными материалами уголовного дела: - протоколом осмотра места происшествия от ДД.ММ.ГГГГ, в ходе которого осмотрено помещение магазина «Чемпион», расположенного по адресу: &lt;адрес&gt;, которого зафиксировано место совершения преступления, а также повреждение окна, ведущего в подвальное помещение магазина. В ходе осмотра изъята вешалка, на которой находилось спортивное трико (л.д. 40-46 т. 9), - протоколом осмотра документов от ДД.ММ.ГГГГ, согласно которому осмотрены: копия сличительной ведомости результатов инвентаризации товарно-материальных ценностей от ДД.ММ.ГГГГ, копия товарной накладной от ДД.ММ.ГГГГ, согласно которым стоимость спортивного костюма составляет 906 руб. (л.д. 209-211 т. 8); - протоколом личного досмотра от ДД.ММ.ГГГГ, согласно которому у Бутова изъята ветровка, ФИО1 пояснил, что изъятые ее он похитил в магазине «Чемпион» по &lt;адрес&gt; в &lt;адрес&gt; (л.д. 49 т. 9); - протоколом личного досмотра от ДД.ММ.ГГГГ, согласно которому у ФИО213 изъяты: две футболки, ФИО214 пояснил, что изъятые у него вещи он похитил в магазине «Чемпион» (л.д. 59 т. 9); - протоколом выемки от ДД.ММ.ГГГГ, согласно которому у свидетеля ФИО24 изъяты упаковочные пакеты, с находящимися в них двумя футболками, ветровкой (л.д. 137-138 т. 9); - заключением эксперта № от ДД.ММ.ГГГГ, согласно выводам которого по состоянию на ДД.ММ.ГГГГ стоимость представленной футболки составляет 399 рублей, стоимость трех футболок составляет 1197 рублей (л.д. 108-110 т. 9); - протоколом осмотра предметов от ДД.ММ.ГГГГ, согласно которому осмотрены изъятые у свидетеля ФИО24 упаковочные пакеты с находящимися в них двумя футболками, ветровкой, изъятыми в ходе личного досмотра ФИО1 и ФИО215 (л.д. 139-146 т. 9). Вина ФИО1 в совершении хищения имущества ФИО103 подтверждается следующими доказательствами: ФИО17 ФИО11 А.В. в ходе предварительного следствия показал, что в его постоянном пользовании имеется автомобиль ГАЗ 2752, государственный регистрационный знак &lt;***&gt;, принадлежащий его тестю ФИО63 Сигнализацией автомобиль не оборудован. Около 19 часов ДД.ММ.ГГГГ он приехал на автомобиле во двор дома по адресу: &lt;адрес&gt;. Двери кабины закрыл на ключ, зашел домой, где находился до утра. ДД.ММ.ГГГГ около 11 часов он подошел к автомобилю, обнаружил, что замок водительской двери имеет повреждения - личинка замка провернута и находилась в горизонтальном положении. Открыв водительскую дверь, он обнаружил, что из салона автомобиля похищены: сотовый телефон, навигатор (л.д. 9-13 т. 10). Свидетель ФИО314 Д.А. в ходе предварительного расследования пояснил, что около 1 часа ДД.ММ.ГГГГ он с ФИО1 и ФИО216 гуляли во дворе &lt;адрес&gt; в &lt;адрес&gt; увидели автомобиль марки ГАЗ 2752. ФИО1 предложил им с ФИО217 похитить находящиеся в автомобиле ценные вещи, чтобы впоследствии их продать, а деньги потратить на личные нужды. С этой целью он подошел к передней пассажирской двери автомобиля, при помощи отвертки открыл ее. В салон автомобиля через эту дверь сели он и ФИО218, а ФИО1 обошел автомобиль и через открытую водительскую дверь светил в салон автомобиля зажигалкой. ФИО219 взял в салоне автомобиля находящейся на передней панели сотовый телефон, навигатор и передал их ему. С пола он взял находящийся у рычага переключения передач компрессор. Похищенный сотовый телефон они совместно продали незнакомому мужчине в дневное время ДД.ММ.ГГГГ за 500 рублей. Данные денежные средства они потратили на личные нужды. Навигатор он уронил на землю, в результате чего он разбился. Компрессор ФИО220 выбросил во дворе &lt;адрес&gt; (л.д. 160-165 т. 9). Свидетель ФИО221 на следствии пояснил, что что около 1 часа ДД.ММ.ГГГГ он ФИО1 и ФИО315 гуляли во дворе &lt;адрес&gt;. В данном дворе они увидели автомобиль марки ГАЗ 2752. ФИО1 предложил им похитить находящиеся в автомобиле ценные вещи, чтобы впоследствии их продать, а деньги потратить на личные нужды. Они согласились. С этой целью ФИО1 подошел к передней пассажирской двери автомобиля, при помощи отвертки открыл ее. В салон автомобиля через эту дверь сели он и ФИО316, а ФИО1 обошел автомобиль и через открытую водительскую дверь светил в салон автомобиля зажигалкой. Он взял находящийся на передней панели автомобиля сотовый телефон, навигатор и передал их ФИО1. С пола он взял находящийся у рычага переключения передач компрессор. Похищенный сотовый телефон они совместно продали незнакомому мужчине в дневное время деньги потратили на личные нужды. Навигатор он уронил на землю, в результате чего он разбился. Компрессор он выбросил (л.д. 208-210 т. 4). Вина ФИО1 в совершении указанного преступления также подтверждается письменными материалами уголовного дела: - протоколом осмотра места происшествия от ДД.ММ.ГГГГ, согласно которому осмотрен принадлежащий ФИО103 автомобиль марки ГАЗ 2752, государственный регистрационный знак &lt;***&gt;, находящийся во дворе &lt;адрес&gt; в &lt;адрес&gt;, зафиксированы повреждения замков, изъяты замки (л.д. 206-211 т. 9), - заключением эксперта № от ДД.ММ.ГГГГ, согласно которому цилиндровые механизмы секретности замков, изъятые при осмотре места происшествия по факту кражи имущества ФИО17 №7 из автомобиля ГАЗ-2752, технически не исправны. Замки были отперты путем проворота цилиндров посторонним предметом (л.д. 233-234 т. 9), - протоколом осмотра предметов от ДД.ММ.ГГГГ, согласно которому осмотрены 2 замка от дверей автомобиля, 1 автомобильный ключ, принадлежащие ФИО103, изъятые при осмотре ДД.ММ.ГГГГ (л.д. 1-3 т. 10); - протоколом осмотра документов от ДД.ММ.ГГГГ, согласно которому осмотрены: товарный чек о приобретении навигатора; инструкция по эксплуатации навигатора, принадлежащие ФИО103 (л.д. 16-17 т. 10); - заключением эксперта № от ДД.ММ.ГГГГ, согласно выводам которого по состоянию на ДД.ММ.ГГГГ стоимость с учетом потери качества вследствие эксплуатации сотового телефона составляет 1093,33 рубля, навигатора - 421,36 рубля, компрессора автомобильного - 400 рублей (л.д.243-248 т. 9). Виновность ФИО1 в совершении хищения имущества из магазина «Ликвидатор» подтверждается следующими доказательствами: ФИО17 ФИО17 №10 в ходе предварительного расследования показал, что является индивидуальным предпринимателем, занимается ремонтом, скупкой и продажей сотовых телефонов, планшетов и ноутбуков. Принадлежащий ему магазин «Ликвидатор», расположен на остановочном комплексе «Некрасова», по адресу: &lt;адрес&gt;. Вместе с ним работает его знакомый ФИО17 №11 При приеме на ремонт техники, договоры с владельцами не составляются, им выписывается квитанция, где указывается стоимость ремонтных работ. Данные владельцев никуда не вносятся, учет не ведется. При выдаче квитанции оговаривается примерная дата окончания ремонта, после чего владелец приходит и по квитанции получает принадлежащее ему имущество. В связи с этим различная техника, принятая на ремонт, хранится в магазинах различное время, то есть до тех пор, пока не будет получена владельцами. ДД.ММ.ГГГГ ФИО17 №11 работал в магазине до 13 часов, он (ФИО17 №10) находился на рабочем месте до 16 часов. По окончанию работы закрыл входную дверь на ключ. Помещение магазина не охраняется. ДД.ММ.ГГГГ со слов прибывшего на работу к 9 часам ФИО17 №11 ему стало известно, что нижняя часть входной двери выбита. Приехав к магазину около 9 часов 20 минут, он увидел, что нижняя часть двери выбита, вызвал сотрудников полиции. После произведенного сотрудниками полиции осмотра он обнаружил, что из магазина пропало принадлежащее ему имущество, а именно: сотовые телефоны, планшетные компьютеры; брелоки, шнуры, зарядные устройства, автомобильный ключ, фонарики, наушники, фрагмент защитного стекла для планшетного компьютера, батарея для сотового телефона; карта памяти. Документы на них отсутствуют в связи с тем, что приобретались с рук и ранее находились в эксплуатации. Кроме того, из магазина был похищен ноутбук, принадлежащий ФИО17 №11 и сотовые телефоны, планшеты, сданные клиентами на ремонт. Согласен с оценкой стоимости похищенного (л.д. 177-179 т.13). ФИО17 ФИО17 №11 в ходе предварительного расследования показал, что он работает продавцом в магазине «Ликвидатор», принадлежащем индивидуальному предпринимателю ФИО17 №10, где они занимаются ремонтом, скупкой и продажей сотовых телефонов, планшетов, ноутбуков. ДД.ММ.ГГГГ он уехал с работы около 13 часов, закрывал магазин ФИО17 №10, около 16 часов. ДД.ММ.ГГГГ около 9 часов он приехал на работу и обнаружил, что нижняя часть двери выбита, об этом он сообщил ФИО17 №10, который приехав к магазину, вызвал сотрудников полиции. Из магазина пропал принадлежащий ему ноутбук, клиентские сотовые телефоны, планшеты, находящиеся в состоянии до и после ремонта (л.д. 193-194 т.13). Потерпевшая ФИО17 №12 в ходе предварительного расследования показала, что в ее пользовании находился сотовый телефон. Около 13 часов ДД.ММ.ГГГГ по причине поломки сотового телефона, она сдала его на ремонт магазин «Ликвидатор», расположенный по &lt;адрес&gt; в &lt;адрес&gt;. ДД.ММ.ГГГГ около 14 часов она пришла в магазин, где от продавца ей стало известно, что ДД.ММ.ГГГГ в ночное время в магазине произошла кража, были похищены сотовые телефоны, в том числе и принадлежащий ей сотовый телефон (л.д. 206-207 т.13). Потерпевшая ФИО17 №13 на следствии показала, что в августе 2018 года по причине поломки она сдала в ремонт в магазин «Ликвидатор» сотовый телефон. В начале октября 2018 она обратилась в магазин, с целью получения своего телефона. Со слов сотрудников магазина ей стало известно, что в ночь на ДД.ММ.ГГГГ в магазине была совершена кража, в том числе был похищен принадлежащий ей сотовый телефон. Согласна с оценкой стоимости телефона в &lt;***&gt; рублей (л.д. 222-223, 229-231 т. 13). Потерпевшая ФИО17 №14 в ходе предварительного расследования показала, что у нее в собственности имеется сотовый телефон, ДД.ММ.ГГГГ она отдала телефон в салон по ремонту сотовых телефонов «Ликвидатор», расположенный по адресу: &lt;адрес&gt;. ДД.ММ.ГГГГ она обратилась в указанный магазин, чтобы забрать телефон. При этом со слов сотрудников магазина она узнала, что в салон проникли неизвестные, которые помимо прочего похитили принадлежащий ей сотовый телефон. Согласна с оценкой стоимости телефона в &lt;***&gt; рублей (л.д. 238-240; 241-243 т.13). Потерпевшая ФИО17 №15 на следствии дала показания о том, что у нее в собственности имеется сотовый телефон. Указанный телефон она ДД.ММ.ГГГГ сдала в салон по ремонту сотовых телефонов «Ликвидатор», расположенный по &lt;адрес&gt;. ДД.ММ.ГГГГ она обратилась в салон, с целью забрать сотовый телефон. В это время в салоне находились сотрудники полиции, со слов которых ей стало известно, что из салона похищены различные сотовые телефоны, в том числе и принадлежащий ей сотовый телефон (л.д. 5-7 т. 14). ФИО17 ФИО17 №16 в ходе предварительного расследования показал, что ДД.ММ.ГГГГ он сдал в ремонт принадлежащий ему сотовый телефон в магазин «Ликвидатор» по &lt;адрес&gt; в &lt;адрес&gt;. ДД.ММ.ГГГГ он пришел в этот магазин за телефоном, и со слов продавца ему стало известно, что в магазине произошла кража, в том числе был похищен и принадлежащий ему сотовый телефон. Согласен с оценкой стоимости телефона в &lt;***&gt; рублей (л.д. 22-23, 26-28 т.14). ФИО17 ФИО17 №17 на следствии показал, что у него в собственности имелись два смартфона, которые он передал на ремонт в мастерскую по ремонту сотовых телефонов «Ликвидатор» по адресу: &lt;адрес&gt;. ДД.ММ.ГГГГ он пришел в мастерскую за телефонами и со слов ФИО17 №10 узнал, что в ночь на ДД.ММ.ГГГГ неизвестными лицами из помещения магазина были похищены сотовые телефоны, оставленные для ремонта, в том числе и принадлежащие ему смартфоны. Согласен с оценкой стоимотси его смартфонов в 1940 рублей каждый (л.д. 38-39, 45-47 т.14). ФИО17 ФИО17 №18 на следствии пояснил, что ДД.ММ.ГГГГ в связи с повреждением экрана он сдал планшет в ремонтную мастерскую «Ликвидатор» на Некрасовском рынке. ДД.ММ.ГГГГ, придя за планшетом, от сотрудника мастерской ему стало известно, что накануне у них из помещения мастерской была совершена кража, в том числе был похищен и принадлежащий ему планшетный компьютер. Согласен с оценкой стоимости планшета в 3288,32 руб. (л.д. 58-60 т.14). ФИО17 ФИО18 в ходе предварительного расследования показал, что ДД.ММ.ГГГГ он отнес принадлежащий ему сотовый телефон на диагностику и замену зарядного устройства в магазин «Ликвидатор» расположенный на остановочном комплексе «рынок Некрасова» в &lt;адрес&gt;. 30 сентября он пришел в магазин за принадлежащим ему сотовым телефоном и со слов продавца узнал, что в ночь на ДД.ММ.ГГГГ из помещения магазина была похищена часть имущества, в том числе и принадлежащий ему сотовый телефон (л.д. 77-78 т.14). Потерпевшая ФИО17 №20 в ходе предварительного расследования показала, что у нее в собственности имеется планшетный компьютер, который она ДД.ММ.ГГГГ сдала в ремонт в магазин «Ликвидатор». ДД.ММ.ГГГГ она обратилась в магазин «Ликвидатор» за принадлежащим ей планшетом и со слов сотрудников магазина узнала, что в ночь на ДД.ММ.ГГГГ в магазине произошла кража, в том числе был похищен принадлежащий ей планшетный компьютер. На компьютере было защитное стекло, чехол (л.д. 97-101 т.14). Потерпевшая ФИО17 №21 на следствии дала показания о том, что в сентябре 2018 года она сдала в ремонт в магазин «Ликвидатор», расположенный по адресу: &lt;адрес&gt;, сотовый телефон. ДД.ММ.ГГГГ она обратилась в магазин «Ликвидатор» с целью получения сотового телефона, но со слов сотрудников магазина узнала, что в ночь на ДД.ММ.ГГГГ в магазине произошло хищение, в том числе был похищен принадлежащий ей сотовый телефон. Причиненный ей ущерб в размере 9437 рублей 50 копеек для нее является значительным, так как у нее на иждивении 4 малолетних ребенка, ежемесячный доход семьи составляет 35000 рублей, она не работает (л.д. 120-121 т.14). Потерпевшая ФИО17 №22 в ходе предварительного расследования показала, что ДД.ММ.ГГГГ она обратилась в магазин «Ликвидатор» по адресу: &lt;адрес&gt;, куда отдала планшетный компьютер на ремонт. Через несколько дней она пришла в магазин «Ликвидатор», где ей стало известно, что принадлежащий ей компьютер был похищен из магазина в ночное время ДД.ММ.ГГГГ Согласна с оценкой стоимости компьютера (л.д. 140-142 т.14). Свидетель ФИО222 Д.И. на следствии показал, что, ДД.ММ.ГГГГ в ночное время совместно с ФИО1 и ФИО317 гуляли по улицам, пришли на Некрасовский рынок. Проходя мимо витрин магазинов, расположенных вдоль проезжей части, они остановились у одного из магазинов, где он предложил ФИО1 и ФИО318 сломать нижнюю часть двери, проникнуть в магазин и похитить находящиеся там сотовые телефоны. ФИО319 и ФИО1 согласились. После чего он и ФИО1 одновременно ударили ногами по нижней части двери, в результате чего она отошла. Он ударил еще раз ногой, и данная часть двери вылетела. Во внутрь магазина проник ФИО320, а он и ФИО1 находились у входной двери на улице, наблюдали за тем, чтобы их никто не заметил. Через некоторое время из магазина через отверстие в двери вылез ФИО321, в руках у него были сотовые телефоны, количество их он не запомнил. Вместе с похищенным они дошли до Некрасовского моста, где ФИО322 предложил еще раз проникнуть в магазин и похитить сотовые телефоны. Они согласились. При этом ФИО323 передал ему уже похищенные сотовые телефоны, с которыми он пошел в подъезд &lt;адрес&gt;, где стал ожидать ФИО324 и ФИО1. Через 20 минут ФИО1 и ФИО325 пришли в подъезд &lt;адрес&gt; в &lt;адрес&gt;. При этом в руках и карманах у них находились сотовые телефоны, планшеты, брелоки от автомобильных сигнализаций, зарядные устройства. Он совместно с ФИО1 и ФИО326 все похищенное сложили в мешок, который спрятали в подвале &lt;адрес&gt; чего они пошли гулять. При этом кто-то из них предложил вернуться к магазину, и если сигнализация не сработала, и никто не приехал к магазину, то еще раз проникнуть в него и похитить сотовые телефоны. Вернувшись к магазину, они осмотрели территорию, убедились, что за ними никто не наблюдает и через отверстие в нижней части двери вновь проникли в помещение магазина втроем. Похищенное они складывали в карманы курток, брюк. Он похитил из магазина сотовые телефоны с сенсорными экранами и кнопочные, планшеты, зарядные устройства. Какое количество и какое именно имущество он похищал, он не смотрел, так как не собирался ничего себе оставлять, а намеревался продать данное имущество, а на вырученные средства приобрести продукты питания. После чего они вышли из магазина и направились к дому № по &lt;адрес&gt; в &lt;адрес&gt;, где спрятали все похищенное в подвал дома, в уже находившийся там мешок. Затем мешок с похищенным имуществом они вынесли в соседний двор по &lt;адрес&gt; в &lt;адрес&gt; и спрятали в кусты. ДД.ММ.ГГГГ в дневное время он, ФИО327 и ФИО1 стали проверять наличие мешка с похищенным и находящееся в нем имущество. Все работающие сотовые телефоны они оставили себе, а не работающие положили в мешок. При этом себе он взял два сотовых телефона. Затем втроем они направились к комиссионному магазину, находящемуся по &lt;адрес&gt; дороге они встретили двух незнакомых мужчин, которым он предложил приобрести у него два сотовых телефона. Мужчины согласились и передали ему денежные средства в сумме 1500 рублей за два сотовых телефона. Данные денежные средства он, ФИО328 и ФИО1 потратили на продукты питания. В дневное время ДД.ММ.ГГГГ они вновь пришли к месту, где находился мешок с похищенным. При этом вместе с ними находился ФИО335 и ФИО12. ФИО336 взял из данного мешка один сотовый телефон, находящийся в нерабочем состоянии. О том, что данные телефоны похищены ни ФИО12, ни ФИО337 они не сообщали, а те не интересовались. Брал ли себе ФИО12 что – либо из похищенного он не знает. ДД.ММ.ГГГГ около 12 часов он и ФИО329 пришли в комиссионный магазин по &lt;адрес&gt;, куда они намеревались сдать два похищенных сотовых телефона, их не приняли из-за отсутствия у них паспортов. После чего они вернулись во двор дома, расположенный у здания КГУ, где их ожидал ФИО1. В руках у него находился мешок с оставшимся похищенным имуществом. Во дворе они увидели двух незнакомых им мужчин, которые приобрели мешок с сотовыми телефонами за 150 рублей (л.д. 180-183 т.14). Свидетель ФИО330 Д.А. на следствии дал аналогичные указанным показаниям ФИО223 показания (л.д. 198-201 т.14). Свидетель ФИО338 Р.С. в ходе предварительного расследования показал, что в конце сентября 2018 во дворе &lt;адрес&gt; в &lt;адрес&gt; он встретил ФИО1, ФИО331 и ФИО224. С их слов ему стало известно, что из магазина с сотовыми телефонами, расположенного на рынке «Некрасовский», они похитили сотовые телефоны. Они показали ему мешок с похищенными сотовыми телефонами, планшетами, различными проводами, автомобильными брелоками. ФИО225 передал ему два сотовых телефона, зарядное устройство для телефона, при этом один телефон был не исправен. Взяв эти телефоны, он решил, что они не похищены, а ранее находились в пользовании ФИО226. Позднее он и ФИО1 были задержаны сотрудниками полиции, и у него были изъяты сотовые телефоны и зарядное устройство (л.д. 248-251 т.14). Вина ФИО1 в совершении указанного преступления также подтверждается письменными материалами уголовного дела: - протоколом осмотра места происшествия от ДД.ММ.ГГГГ, согласно которому осмотрено помещение магазина «Ликвидатор», расположенное по адресу: &lt;адрес&gt;, зафиксировано место проникновения в магазин, установлено повреждение входной пластиковой двери, имеется отверстие в ее нижней части, изъяты два следа руки на две дактопленки (л.д. 56-67 т.13); - заключением эксперта № от ДД.ММ.ГГГГ, согласно которому на двух дактопленках, изъятых при осмотре места происшествия, откопированы один след ладони руки (с входной двери с наружной стороны) и один след пальца руки, пригодные для идентификации личности (т.13, л.д. 96-97); - заключением эксперта № от ДД.ММ.ГГГГ, согласно выводам которого один след ладони, изъятый при осмотре места происшествия - магазина «Ликвидатор», пригодный для идентификации личности, оставлен ладонью правой руки ФИО227 (л.д. 134-136 т.13); - протоколом личного досмотра от ДД.ММ.ГГГГ, согласно по адресу: &lt;адрес&gt;, в кабинете № у ФИО339 Р.С. изъяты два сотовых телефона, шнур для зарядки (л.д. 68 т.13); - протоколом личного досмотра от ДД.ММ.ГГГГ, согласно которому у Бутова изъяты: два брелка сигнализации, планшетный компьютер. В ходе личного досмотра ФИО1 пояснил, что данное имущество было похищено в ночь на ДД.ММ.ГГГГ на остановочном комплексе «Некрасова» в &lt;адрес&gt; из магазина по ремонту сотовых телефонов (л.д. 69 т.13); - заключением эксперта № от ДД.ММ.ГГГГ, согласно которому по состоянию на ДД.ММ.ГГГГ стоимость с учетом потери качества вследствие эксплуатации и морального износа представленных сотового телефона составляет 3196 рублей, сотового телефона - &lt;***&gt; рубля, шнура USB для зарядки телефона - 72 рубля (л.д. 102-105 т.13); - заключением эксперта № от ДД.ММ.ГГГГ, согласно выводам которого по состоянию на ДД.ММ.ГГГГ стоимость с учетом потери качества вследствие эксплуатации и морального износа представленного планшетного компьютера составляет 5754 рубля, брелка от сигнализации - 1190 рублей, брелка от сигнализации - 560 рублей (л.д. 111-114 т.13); - протоколом выемки от ДД.ММ.ГГГГ, согласно которому у ФИО228 изъяты: два сотовых телефона, 5 брелоков, одна флеш-карта, USB шнуры в количестве 4 шт., 1 автомобильный ключ, зарядные устройства в количестве 4 шт., блок питания, 3 фонарика, наушники (л.д. 187-189 т.14); - протоколом осмотра предметов от ДД.ММ.ГГГГ, согласно которому осмотрены изъяты планшет, 4 сотовых телефона, зарядные устройства в количестве 5 штук, ЮСБи шнуры в количестве 5 штук, автомобильные брелоки в количестве 9 штук, наушники, три фонарика, защитное стекло для планшета, автомобильный ключ, батарея для сотового телефона, карта памяти (л.д. 209-215 т.14); - протоколом осмотра предметов от ДД.ММ.ГГГГ, согласно которому осмотрены: сотовый телефон; ЮСБи – шнур для зарядки сотового телефона, изъятые в ходе личного досмотра у ФИО340; брелок от автомобильной сигнализации, брелок от сигнализации, изъятые в ходе личного досмотра ФИО1.; два сотовых телефона, 8 брелков, 4 шнура для мобильного телефона, ключ от автомобиля, 5 зарядных устройств для компьютера, 3 фонарика, наушники, фрагмент защитного стекла для планшета, батарея для сотового телефона, карта памяти, изъятые у свидетеля ФИО229 Д.И. (л.д. 223-236 т.14); -заключением эксперта № от ДД.ММ.ГГГГ, согласно выводам которого по состоянию на ДД.ММ.ГГГГ стоимость с учетом потери качества вследствие эксплуатации и морального износа сотового телефона составляет 998 рублей; сотового телефона - &lt;***&gt; рублей; зарядного устройства - 138 рублей; зарядного устройства для ноутбука - 276 рублей; зарядного устройства - 276 рублей; зарядного устройства для ноутбука составляет 276 рублей; зарядного устройства - 236 рублей; USB шнура - 64 рубля; USB шнура - 77 рублей; USB шнура - 77 рублей; USB шнура - 117 рублей; брелка от сигнализации - 980 рублей; брелка от сигнализации - 1190 рублей; брелка - 980 рублей; брелка от сигнализации - 560 рублей; брелка от сигнализации - 420 рублей; брелка от сигнализации - 912 рублей; брелка от сигнализации - 752 рубля; брелка от сигнализации - 2012 рублей; брелка от сигнализации - 200 рублей; наушников - 455 рублей; фонарика - 40 рублей; фонарика - 40 рублей; фонарика - 36 рублей; фрагмента от защитного стекла для планшета - 1 рубль; автомобильного ключа (заготовки) - 60 рублей; аккумуляторной батареи - 90 рублей; адаптера для карты памяти - 24 рубля (л.д. 120-128 т.13); - заключением эксперта № от ДД.ММ.ГГГГ, согласно которому по состоянию на ДД.ММ.ГГГГ среднерыночная стоимость бывших в эксплуатации сотового телефона составляет 3 000 рублей; планшетного компьютера, составляет 1 900 рублей; планшетного компьютера - 1 740 рублей; ноутбука - 4 140 рублей; сотового телефона - &lt;***&gt; рублей; сотового телефона - &lt;***&gt; рублей; сотового телефона - &lt;***&gt; рублей; сотового телефона - 1642,50 рубля; сотового телефона - &lt;***&gt; рублей; сотового телефона - 1940,00 рублей; сотового телефона - &lt;***&gt; рублей; планшетного компьютера - 3288,32 рубля; планшетного компьютера - 1 200, 36 рублей; пленки для планшетного компьютера составляет 100 рублей; чехла для планшетного компьютера - 799 рублей; сотового телефона - &lt;***&gt;, 50 рублей (л.д. 146-166 т.13). - протоколом выемки от ДД.ММ.ГГГГ, согласно которому у свидетеля ФИО30 изъята флеш-карта с записью камер видеонаблюдения, установленных на проезжей части &lt;адрес&gt; в &lt;адрес&gt; за ДД.ММ.ГГГГ (л.д. 158- 162 т.14); - протоколом осмотра предметов от ДД.ММ.ГГГГ, согласно которому осмотрена флеш-карта с видеозаписью камер видеонаблюдения установленных на проезжей части &lt;адрес&gt; в &lt;адрес&gt;. На флеш-карте имеется 4 видеофайла, на которых зафиксировано появление в ночное время трех подростков, передвигающихся по тротуару &lt;адрес&gt; в &lt;адрес&gt;, подходящих к киоску, после чего было установлено, что двое подростков стоят около магазина, наблюдают за обстановкой. В руках одного из них имеется фонарик, которым он освещает территорию. После чего молодые люди втроем отбегают от киоска в сторону моста «Некрасовский», в руках одного из молодых людей находились какие-то предметы, он держал руки, прижав к груди. При просмотре второго видеофайла установлено, что два молодых человека снова направляются к торговому киоску, расположенному на &lt;адрес&gt; в &lt;адрес&gt;, останавливаются, наблюдают за обстановкой около обочины дороги (л.д. 163-174 т.14). Виновность ФИО1 в совершении хищения имущества ООО «Компания Метрополис» подтверждается следующими доказательствами: Представитель потерпевшего ФИО81 в ходе предварительного следствия показал, что в ночь на ДД.ММ.ГГГГ в помещении магазина «Метрополис», расположенного по адресу: &lt;адрес&gt;, произошло хищение имущества, принадлежащего ОАО «Компания Метрополис». Из магазина было похищено 6 бутылок пива, стоимостью 106 рублей 29 копеек каждая, колбаса, стоимостью 79 рублей 40 копеек. Общая сумму ущерба составляет 717 рублей 14 копеек (л.д. 236-238 т.12). Свидетель ФИО65 в ходе предварительного расследования показала, что является директором магазина «Метрополис», расположенного по адресу: &lt;адрес&gt;. У магазина заключен договор на охрану с ЧОП «Питон», которые осуществляют охрану в ночное время, имеются датчики движения. ДД.ММ.ГГГГ около 1 часа ей позвонил администратор ЧОП «Питон» и сообщил, что около 0 часов в магазине сработала сигнализация, в магазин направлена группа быстрого реагирования, после чего сотрудниками был задержан молодой человек похитивший упаковку пива и палку колбасы. Приехав в магазин, она увидела, что открыто окно со стороны двора &lt;адрес&gt;. ДД.ММ.ГГГГ перед закрытием магазина окна были закрыты. У магазина находился охранник ЧОП «Питон», который задержал молодого человека, в руках у которого находилась колбаса и пиво. После этого ею была просмотрена видеозапись с камер видеонаблюдения. На видеозаписи она увидела, как задержанный молодой человек проник в магазин через окно, похитил одну упаковку пива, палку колбасы, затем скрылся из магазина через окно. Данная видеозапись не сохранилась. В настоящее время ей известно, что этим молодым человеком является ФИО1. Сумма ущерба, причиненного ООО «Компания Метрополис» составила 717 рублей 14 копеек. (л.д. 6-9 т. 13). Свидетель ФИО66 в ходе предварительного расследования показал, что он работает охранником в ЧОП «Питон». В ночь на ДД.ММ.ГГГГ после 0 часов он со своим напарником ФИО31 получил сообщение о том, что в магазине «Метрополис» по &lt;адрес&gt; сработала сигнализация, они выдвинулись по указанному адресу. Прибыв на место, они обнаружили, что доступ к магазину ограничен забором, тогда он и напарник перелезли через забор и увидели, что одно из окон магазина открыто, на улице около окна магазина лежала упаковка пива. ФИО31 остался у открытого окна, а он на автомобиле ЧОП «Питон» объехал прилегающую к магазину территорию, проезжая около школы № он увидел молодого человека, который показался ему подозрительным, он подъехал к нему и попросил его присесть в автомобиль, так как неподалеку совершена кража имущества и необходимо дождаться сотрудников полиции для выяснения всех обстоятельств. Молодой человек, согласился присесть в автомобиль. Проверив одежду молодого человека, он обнаружил у него под кофтой палку колбасы. Откуда у него колбаса он ничего не пояснил. Затем вместе с молодым человеком он на автомобиле вернулся к магазину и по приезду сотрудников полиции передал им его. В ходе общения полиции с задержанным ему стало известно, что это ФИО1 (л.д. 10-12 т. 13). Вина ФИО1 в совершении указанного преступления также подтверждается письменными материалами уголовного дела: - протоколом осмотра места происшествия от ДД.ММ.ГГГГ, согласно которому осмотрено складское помещение магазина ООО «Компания Метрополис», расположенного по адресу: &lt;адрес&gt;, и прилегающая к нему территория, в ходе осмотра зафиксировано место совершения преступления, место проникновения, изъяты палка колбасы, 6 бутылок пива (л.д. 164-172 т. 12); - протоколом выемки от ДД.ММ.ГГГГ, согласно которому у представителя потерпевшего ФИО81 изъяты: счет-фактура 76019 от ДД.ММ.ГГГГ, накладная от ДД.ММ.ГГГГ (л.д. 241-245 т. 12); - протоколом осмотра документов от ДД.ММ.ГГГГ, согласно которому осмотрены: счет-фактура 76019 от ДД.ММ.ГГГГ, из которой следует, что стоимость бутылки пива составляет 106,29 рублей; товарно-транспортная накладная от ДД.ММ.ГГГГ, из которой следует, что стоимость колбасы составляет 79,40 рублей (л.д. 246-249 т. 12). Вина ФИО1 и ФИО19 в хищении имущества ФИО17 №8 подтверждается следующими доказательствами: Потерпевшая ФИО17 №8 (ФИО112) О.Н. в судебном заседании пояснила, что она проживает с мужем и малолетней дочерью. ДД.ММ.ГГГГ около 18 часов они уехали в деревню, планировали вернуться ДД.ММ.ГГГГ Дверь квартиры она закрыла ключом на замок. Никто из них ключей не терял и никому не передавал, при этом замок в двери установлен простой, к нему просто подобрать подходящий ключ. ДД.ММ.ГГГГ около 17 часов от сотрудников полиции ей стало известно о хищении из квартиры. Приехав в этот же день домой, она открыла дверь своим ключом, замок был без повреждений. В квартире порядок вещей был нарушен, часть вещей отсутствовала на своих местах. При этом была открыта балконная дверь и одна из форточек окна на балконе. После чего в квартиру прибыли сотрудники полиции, которыми был проведен осмотр места происшествия. Ею было установлено, что из квартиры похищено имущество, указанное в обвинении, она согласна с оценкой его стоимости. Считает, что в квартиру могли проникнуть путем подбора ключей к замкам входной двери. На следствии ей вернули часть похищенного, в том числе жесткий диск, компьютерную мышь, наручные часы, гитару, мышь от компьютера, джинсы, рюкзак, две толстовки, трико, кроссовки, телевизор, коробку с машинкой для стрижки волос, куртку, 2 чехла для мобильного телефона, графический планшет, микроволновую печь. Свидетель ФИО240 Д.А. на следствии дал показания о том, что ДД.ММ.ГГГГ около 22 часов во дворе &lt;адрес&gt; в &lt;адрес&gt; он встретился с ФИО1, ФИО20, ФИО254, ФИО274, ФИО6 и ФИО19. Они прошли в один из подъездов данного дома с целью распития спиртного. У ФИО1 в руках находилась связка ключей, которые он с его слов нашел на периллах. В подъезде все кроме ФИО1 и ФИО255 находились на 1 этаже. ФИО1 и ФИО256 поднялись на 2 этаж, после чего вернулся ФИО257 и сказал, что ключи, находящиеся у ФИО1, подошли к одной из квартир. После этого ФИО258 и Андреевских поднялись на 2 этаж. Он с ФИО275, ФИО20 и ФИО6 перешли на лестничную площадку между 1 и 2 этажами. При этом он увидел, что дверь одной из квартир, расположенной слева от входа в подъезд, открыта. В данную квартиру прошли ФИО19, за ней ФИО259 и ФИО1. Он, ФИО276, ФИО20, ФИО6 в квартиру не заходили, а ушли на улицу. Через 10-15 минут из квартиры вышла ФИО19. В руках у нее были чужие вещи: куртка и кроссовки», рюкзак. В их присутствии она переоделась в данные вещи, а свою куртку и кроссовки выбросила в мусорные контейнеры, находящиеся во дворе. Он понял, что данные вещи ФИО19 похитила в квартире. После чего она вновь вернулась в подъезд. Примерно через 10-15 минут из подъезда вышли ФИО1, ФИО260 и ФИО19. У ФИО19 в руках был монитор от компьютера черного цвета, клавиатура черного цвета и компьютерная мышь. ФИО261 нес пакет белого цвета, с находящимися в нем вещами, какими именно он не видел. На ФИО1 была надета спортивная кофта, которой ранее не было. ФИО19, оставив похищенное имущество, вновь вернулась в подъезд, отсутствовала несколько минут, после чего вернулась, в руках у нее был системный блок черного цвета. После этого ФИО19 и ФИО1 обратились к незнакомым мужчине и женщине, попросив их сдать похищенное в комиссионный магазин у ТЦ «Звездный». Данные мужчина и женщина сдали похищенное в указанный магазин за 6000 рублей, при этом 2000 взяли себе, а 4000 передали ФИО19. Затем на автомобилях такси около 3 часов ДД.ММ.ГГГГ они все вместе проехали в СНТ «Мясокомбинат 3», участок №, который принадлежит родителям ФИО19. Сама ФИО19 с ними не поехала. Находясь в дачном доме, он увидел, что ФИО1 и ФИО262 привезли с собой телевизор с плоским экраном, графический планшет, машинку для стрижки волос, два чехла для сотовых телефонов, куртку, жесткий диск, автомобильную магнитолу, бутылку водки. В утреннее время на дачу приехал отчим ФИО19 и вызвал сотрудников полиции, которые по прибытию на место задержали всех и доставили в отдел полиции. На следующий день ФИО1 передал ему компьютерную мышь, наручные часы, чтобы они какое-то время находились у него. Он не знал, что именно эти вещи также были похищены из квартиры по &lt;адрес&gt;, поэтому отнесся к этому безразлично и взял их себе. Данные вещи он потом отдал потерпевшим, которые приехали к нему домой, и попросили вернуть похищенное (л.д. 72-76 т. 11). Свидетель ФИО68 в ходе предварительного расследования показала, что ДД.ММ.ГГГГ около 1 часа на улице встретила ФИО19, ФИО6, ФИО241, ФИО277, ФИО263, ФИО20. С собой у них были планшет, телевизор, еще какие-то вещи, какие именно она не помнит. У ФИО19 был пуховик, кроссовки, ранее этих вещей у нее она не видела. ФИО19 пояснила, что данные вещи ей купила бабушка. Откуда у них остальные вещи она не знает, посчитала, что они принадлежат кому-то из них. Кроме того, при себе у них были деньги, но какая сумма ей не известно. Все вместе, кроме ФИО19, но по ее предложению на автомобиле такси поехали на дачу к ФИО19. Находясь на даче у ФИО19, со слов ребят ей стало известно, что находящиеся у них при себе вещи они похитили из чужой квартиры по &lt;адрес&gt; в &lt;адрес&gt;. Кто именно совершил кражу ей не известно, она не расспрашивала. На даче они распивали спиртное, пили пиво. ДД.ММ.ГГГГ около 6 часов она решила поехать домой, при этом она дошла до остановочного комплекса и вызвала такси. ФИО1, ФИО20, ФИО242, ФИО264, ФИО6, ФИО278 остались на даче (л.д. 190-192 т. 11). Свидетель ФИО279 Д.В. в ходе предварительного расследования показал, что в конце октября 2018 года он гулял с ФИО1, ФИО6, ФИО19, ФИО265, ФИО243, ФИО20, распивали спиртное в подъезде дома по &lt;адрес&gt;. В какой-то момент ФИО1 показал им связку ключей, сказав, что эти ключи он нашел у подъезда. Они все стояли на 1 этаже подъезда дома, сначала на 2 этаж поднялись ФИО1 и ФИО266, потом к ним поднялась ФИО19. ФИО267 спустился к ним, рассказал, что к одной двери в квартире на 2 этаже подошли ключи, которые нашел ФИО1. Он и остальные ребята вышли на улицу во двор дома. Потом к ним вышла из подъезда ФИО19, у нее в руках были вещи, кроссовки и пуховик, рюкзак, которых до этого у нее не было, она переоделась в эти вещи, а свои выбросила в мусорный контейнер возле дома. Она сказала, что эти вещи взяла в квартире, расположенной в подъезде этого дома, он понял, что она говорит про подъезд, где до этого распивали спиртное. После этого ФИО19 снова зашла в подъезд. Потом из подъезда вышли ФИО1, и ФИО268, у ФИО1 была в руках техника - монитор или телевизор, еще какие-то предметы, у ФИО269 в руках были пакеты с вещами и небольшими предметами. Они заходили в подъезд несколько раз. Вечером этого дня они попросили прохожих продать технику в ломбард, продав компьютер и системный блок. Деньги они потратили на алкоголь и продукты питания. Потом все вместе поехали на дачу к ФИО19, где утром их выгнали ее родители, он и ФИО1 убежали. Когда они приехали в город, ФИО1 сказал, что надо еще раз сходить в эту квартиру, так как там осталась еще какая-то техника, они вместе пошли во двор этого дома. Он остался на улице, по пути они встретили ФИО12 и ФИО341, они также остались во дворе, а ФИО1 несколько раз заходил в квартиру, откуда вынес микроволновую печь, гитару, наушники, еще что-то, точно не помнит. ФИО12 взял себе гитару, ФИО342 взял себе наушники и зарядку для телефона. Ему (ФИО280) кто-то из ребят, кто именно, не помнит, после кражи передал жесткий диск, он взял его себе, а позднее отдал его мужчине, который пришел к нему домой, сказал, что его квартиру обокрали. Он и ФИО1 пошли сдавать в ломбард микроволновую печь, по пути их заметили сотрудники полиции, Бутов испугался и бросил микроволновку, а его (ФИО281) задержали. Он в квартиру не заходил, никакие вещи из нее не похищал (л.д. 177-184 т. 7). Свидетель ФИО343 Р.С. в ходе предварительного расследования показал, что ДД.ММ.ГГГГ около 13 часов он встретил своих знакомых ФИО1, ФИО282 и ФИО12. При этом со слов ФИО1 узнал, что накануне вечером они совершили кражу из квартиры, расположенной по адресу: &lt;адрес&gt;. ФИО1 предложил вернуться в данную квартиру и похитить из нее еще что-нибудь. Они отказались совершать преступление, но вместе с ФИО1 пришли во двор этого дома и стали ожидать его. Через некоторое время ФИО1 вышел, в руках у него была микроволновая печь, гитара, наушники желтого цвета, зарядное устройство. Гитару он передал ФИО12. Он взял себе наушники и зарядное устройство. Микроволновую печь ФИО283 и ФИО1 пошли сдавать в комиссионный магазин. Он и ФИО12 с ними не пошли, что произошло с ними ему не известно, предположил, что их задержали сотрудники полиции. Наушники он передал ФИО332, который в свою очередь сдал их в магазин «Тобол». Зарядное устройство он передал мужчине, который приехал к нему домой и сказал, что данное зарядное устройство похищено из его дома (л.д. 248-251 т. 14). Вина ФИО1 и ФИО19 в совершении указанного преступления также подтверждается письменными материалами уголовного дела: - протоколом осмотра места происшествия от ДД.ММ.ГГГГ, согласно которому проведен осмотр квартиры, расположенной по адресу: &lt;адрес&gt;5, зафиксировано место совершения преступления (л.д. 91-97 т.10); - справкой ОО «Союз потребителей &lt;адрес&gt;» о стоимости автомагнитолы, карт памяти (л.д. 199-202 т. 10), - протоколом осмотра места происшествия от ДД.ММ.ГГГГ, согласно которому ДД.ММ.ГГГГ проведен осмотр участка № в СНТ «Мясокомбинат 3» в &lt;адрес&gt;, а также находящегося на участке одноэтажного дачного дома, принадлежащего ФИО9 В ходе осмотра были изъяты: коробка с машинкой для стрижки волос; телевизор; куртка красного цвета, 2 чехла для сотовых телефонов, манипулятор «мышь»; авто мульти медиа центр; графический планшет (л.д. 208-215 т.10); - протоколом выемки от ДД.ММ.ГГГГ, согласно которому у потерпевшей ФИО17 №8 изъяты принадлежащие ей вещи и документы, а именно: товарный чек на компьютер, товарный чек на монитор, инструкция по эксплуатации весов, товарный чек на телевизор, руководство по эксплуатации микроволновой печи, товарный чек на гитару, жесткий диск, компьютерная мышь, часы наручные, гитара (л.д. 20-24 т.11); - протоколом осмотра предметов от ДД.ММ.ГГГГ, согласно которого осмотрены: инструкция весов напольных; товарные чеки; копия приложения к расходной накладной о приобретении телевизора; инструкции по эксплуатации микроволновой печи (л.д. 25-33 т. 11); - протоколом выемки от ДД.ММ.ГГГГ, согласно которому ФИО19 выдала кроссовки (л.д. 16-20 т. 12); - протоколом выемки от ДД.ММ.ГГГГ, согласно которому ФИО1 выдал кофту-толстовку, футболку, трико (л.д. 240-245 т.11); - протоколом выемки от ДД.ММ.ГГГГ, согласно которому у свидетеля Касап толстовка, спортивное трико (л.д. 67-71 т.11); - протоколом осмотра места происшествия от ДД.ММ.ГГГГ, согласно которому у ФИО69 изъята микроволновая печь (л.д. 218-220 т.10); - протоколом выемки от ДД.ММ.ГГГГ, согласно которого свидетелем ФИО69 выдана микроволновая печь марки «Мидеа» AG 720 СЧЕ -8 в корпусе серебристого цвета (л.д. 95-100 т.11); - протоколом выемки от ДД.ММ.ГГГГ, согласно которому ДД.ММ.ГГГГ в помещении ГБУ «КОНД» по адресу: &lt;адрес&gt;, свидетелем ФИО70 выданы рюкзак и джинсы», находящиеся при ФИО5 при помещении в стационарное отделение (л.д. 138-144 т.11); - протоколом выемки от ДД.ММ.ГГГГ, согласно которому в помещении комиссионного магазина, расположенного по адресу: &lt;адрес&gt;А свидетелем ФИО71 выдан системный блок (л.д. 162-166 т.11); - заключением эксперта № от ДД.ММ.ГГГГ, согласно которому по состоянию на ДД.ММ.ГГГГ стоимость бывших в эксплуатации, кроссовок женских составляет 5 592 рубля, женской кофты-толстовки - составляет 3073 рубля, микроволновой печи – 4499 рублей 10 копеек (л.д. 121-125 т.10); - заключением эксперта № от ДД.ММ.ГГГГ, согласно выводам которого по состоянию на ДД.ММ.ГГГГ стоимость толстовки составляет 1040 рублей, трико - 995 рублей, жесткого диска – 855 рублей 14 копеек, компьютерной мыши – 976 рублей 35 копеек, механических мужских наручных часов – 1485 рублей 23 копейки, гитары - 2933 рубля, рюкзака - 600 рублей, джинс - 960 рублей (л.д.139-146 т.10); - заключением эксперта № от ДД.ММ.ГГГГ, согласно которому по состоянию на ДД.ММ.ГГГГ стоимость системного блока с комплектующим составляет 924 рубля 50 копеек, весов – 741 руль 95 копеек, ЖК-телевизора – 7830 рублей, монитора – 562 рубля 70 копеек (л.д. 154-159 т.10). - заключением эксперта № от ДД.ММ.ГГГГ, согласно которому по состоянию на ДД.ММ.ГГГГ стоимость бывших в эксплуатации телевизора марки «LG» составляет 7456 рублей 78 копеек, стоимость машинки для стрижки волос составляет 451,56 рублей, куртки (пуховик) – 3744 рубля, чехлов для сотового телефона - &lt;***&gt; рублей каждый, компьютерной мыши – 505 рублей 74 копейки, графического планшета – 3 510 рублей 10 копеек, автомобильного мультимедийного центра – 3952 рубля 66 копеек, бутылки водки – 383 рубля (л.д. 166-174 т.10). - заключением эксперта № от ДД.ММ.ГГГГ, согласно которому по состоянию на ДД.ММ.ГГГГ стоимость системного блока, эксплуатировавшегося с ДД.ММ.ГГГГ, составляет 924 рубля 50 копеек (л.д. 181-184 т.10); - протоколом осмотра предметов от ДД.ММ.ГГГГ, согласно которому ДД.ММ.ГГГГ осмотрены кроссовки, изъятых в ходе выемки у ФИО19; кофта-толстовка, футболка, спортивное трико, изъятые в ходе выемки у ФИО1; микроволновая печь, изъятая в ходе выемки у свидетеля ФИО32; спортивное трико, спортивная толстовка, изъятые в ходе выемки у свидетеля Касап, рюкзак из кожзаменителя, джинсы, изъятые в ходе выемки у ФИО70; жесткий диск, мышь от компьютера, наручные часы, гитара, изъятые в ходе выемки у потерпевшей ФИО17 №8; ЖК телевизор марки «LG», куртка-пуховик, машинка для стрижки волос, магнитола, 2 чехла от мобильного телефона, бутылка водки, беспроводная мышь от компьютера, графический планшет, изъятые в ходе осмотра места происшествия от ДД.ММ.ГГГГ в помещении дачи по адресу: &lt;адрес&gt;, СНТ «Курганский мясокомбинат 3»; системный блок, изъятый в ходе выемки у ФИО71 (л.д. 224-242 т.10). ФИО3 ФИО12 в покушении на угон автомобиля ФИО150 подтверждается следующими доказательствами: ФИО17 ФИО151 А.А. в судебном заседании пояснил, что в его собственности имеется автомобиль ВАЗ 2103, государственный номер &lt;***&gt;. Автомобиль он паркует ежедневно между домами № и 126 по &lt;адрес&gt; в &lt;адрес&gt;. Автомобиль сигнализацией и центральным замком не оборудован. ДД.ММ.ГГГГ около 18 часов он приехал на автомобиле домой и припарковал его во дворе, закрыв двери на ключ. Около 23 часов он проверял автомобиль, двери были заперты, автомобиль находился на том месте, где он его и оставил. ДД.ММ.ГГГГ около 7 часов, осмотрев свой автомобиль, он увидел, что замок левой передней двери имеет повреждения, а также поврежден замок в двери багажника. Кроме того, замок зажигания также был не исправен. Он понял, что в его автомобиль кто-то проник и пытался его угнать. С места автомобиль сдвинут не был. Свидетель ФИО51 в ходе предварительного следствия показала, что ДД.ММ.ГГГГ около 2 часов 30 минут проснулась от шума на улице, вышла на балкон, увидела во дворе дома у 4 подъезда трех подростков, которые ходили вокруг находящихся во дворе машин. Она видела, как один из молодых людей открыл капот одного из автомобилей, извлек аккумуляторную батарею и поставил на землю у автомобиля. После чего она вернулась в квартиру и с принадлежащего ей телефона обратилась в службу 112. Утром ДД.ММ.ГГГГ она видела во дворе сотрудников полиции (л.д. 104-107 т. 4). Свидетель ФИО52 на следствии пояснил, что работает полицейским ОБППСП, с 7 на ДД.ММ.ГГГГ он находился на дежурстве совместно с ФИО53, около 2 часов 45 минут им поступило сообщение о том, что во дворе &lt;адрес&gt; в &lt;адрес&gt; подростки проникают в автомобили. Они выехали по указанному адресу, где на расстоянии от них примерно в 20 метрах они увидели подростков, которые разбежались. Они обнаружили, что в автомобилях, стоящих во дворе открыты двери, из капота одного автомобиля виднелись провода (л.д. 108-111 т.4). Свидетель ФИО230 Д.И. на следствии дал показания о том, что ДД.ММ.ГГГГ около 2 часов 30 минут он, ФИО12 и ФИО1 находились во дворе &lt;адрес&gt; в &lt;адрес&gt;. Он увидел, что во дворе данного дома стоят три автомобиля, один из которых был автомобиль ВАЗ 2103. Находясь во дворе данного дома, ФИО12, никак не поясняя своих действий, подошел к данному автомобилю и дернул за ручку водительской двери, в результате чего она открылась. ФИО12 сел на место водителя и что-то делал в салоне автомобиля. Он в это время сидел на заборе под одним из балконов &lt;адрес&gt; в &lt;адрес&gt;. Примерно через 1 минуту ФИО12 попросил у ФИО1 отвертку, а тот в свою очередь попросил отвертку у него. Он передал ФИО1 отвертку, которую нашел у магазина «Красное и Белое». ФИО1 передал отвертку ФИО12, который находясь на переднем водительском сиденьи в салоне автомобиля, что–то делал данной отверткой под рулем. После чего с отверткой в руках он вышел и направился к другому автомобилю. Более к этому автомобилю он не подходил. По действиям ФИО12 он понял, что тот пытался угнать автомобиль ВАЗ 2103, но не смог его завести. При этом ФИО12 свои действия никак не комментировал, а он и ФИО1 ничего не спрашивали у него, молча наблюдали за его действиями. (л.д. 208-210 т.4). ФИО3 ФИО12 в совершении указанного преступления также подтверждается письменными материалами уголовного дела: - протоколом осмотра места происшествия от ДД.ММ.ГГГГ, согласно которому осмотрен принадлежащий ФИО152 автомобиль ВАЗ 2103, государственный регистрационный знак &lt;***&gt;, находящийся во дворе &lt;адрес&gt; в &lt;адрес&gt;. В ходе осмотра зафиксированы повреждения замка передней левой двери, замка двери багажника, замка зажигания. В ходе осмотра места происшествия обнаружены и изъяты нож, отвертка и бутылка водки (л.д. 219-234 т. 3); - протоколом осмотра места происшествия от ДД.ММ.ГГГГ, согласно которому осмотрен автомобиль марки ВАЗ 2103, государственный регистрационный знак &lt;***&gt;, принадлежащий ФИО153 А.А. (л.д.22-27 т. 5); - протоколом осмотра предметов от ДД.ММ.ГГГГ, согласно которому осмотрен сотовый телефон, изъятый в ходе осмотра места происшествия ДД.ММ.ГГГГ по адресу: &lt;адрес&gt; (л.д. 44-49 т. 4); - протоколом осмотра предметов от ДД.ММ.ГГГГ, согласно которому осмотрен нож, отвертка, бутылка водки, изъятые в ходе осмотра места происшествия ДД.ММ.ГГГГ по адресу: &lt;адрес&gt; (л.д. 53-59 т. 4). Виновность ФИО12 в покушении на угон автомобиля ФИО17 №23 подтверждается следующими доказательствами: ФИО17 ФИО17 №23 в ходе предварительного расследования показал, что в его собственности с 2014 года имеется автомобиль ВАЗ 21099, государственный регистрационный знак &lt;***&gt; 4. ДД.ММ.ГГГГ он оставил данный автомобиль вблизи &lt;адрес&gt; в &lt;адрес&gt; и не эксплуатировал его. Утром ДД.ММ.ГГГГ от сотрудников полиции узнал, что неизвестное лицо повредило данный автомобиль. Осмотрев его, обнаружил повреждения замков дверей. В автомобиле находился не принадлежащий ему сотовый телефон. Также сотрудники полиции показали ему две отвертки, нож, аккумулятор и бутылку водки, которые ему не принадлежат (л.д.36-39 т. 20). Свидетель ФИО51 в ходе предварительного следствия показала, что ДД.ММ.ГГГГ около 2 часов 30 минут проснулась от шума на улице, вышла на балкон, увидела во дворе дома у 4 подъезда трех подростков, которые ходили вокруг находящихся во дворе машин. Она видела, как один из молодых людей открыл капот одного из автомобилей, извлек аккумуляторную батарею и поставил на землю у автомобиля. После чего она вернулась в квартиру и с принадлежащего ей телефона обратилась в службу 112. Утром ДД.ММ.ГГГГ она видела во дворе сотрудников полиции (л.д. 104-107 т. 4). Свидетель ФИО52 на следствии пояснил, что работает полицейским ОБППСП, с 7 на ДД.ММ.ГГГГ он находился на дежурстве совместно с ФИО53, около 2 часов 45 минут им поступило сообщение о том, что во дворе &lt;адрес&gt; в &lt;адрес&gt; подростки проникают в автомобили. Они выехали по указанному адресу, где на расстоянии от них примерно в 20 метрах они увидели подростков, которые разбежались. Они обнаружили, что в автомобилях, стоящих во дворе открыты двери, из капота одного автомобиля виднелись провода (л.д. 108-111 т.4). Свидетель ФИО231 Д.И. в ходе предварительного расследования показал, что ДД.ММ.ГГГГ около 2 часов 30 минут с ФИО1 и ФИО12 пришли во двор &lt;адрес&gt; в &lt;адрес&gt;. Он увидел, что во дворе данного дома стоят три автомобиля, один из которых был автомобиль ВАЗ 21099. Находясь во дворе данного дома, ФИО12, никак не поясняя своих действий, подошел к данному автомобилю и используя отвертку вставил её в замочную скважину двери и провернул, открыл дверь. Затем он сел на место водителя и пытался включить замок зажигания. Примерно через 5 минут от вышел из автомобиля и направился к другому автомобилю. Угнать автомобиль ВАЗ-21099 у Романова не получилось (л.д. 208-210 т. 4). ФИО3 ФИО12 в совершении указанного преступления также подтверждается письменными материалами уголовного дела: - протоколом осмотра места происшествия от ДД.ММ.ГГГГ, согласно которому с участием потерпевшего ФИО17 №23 осмотрен принадлежащий ему автомобиль ВАЗ 21099, государственный регистрационный знак &lt;***&gt;, находящийся во дворе &lt;адрес&gt; в &lt;адрес&gt;. В ходе осмотра зафиксированы повреждения замков передней левой и правой дверей, замка зажигания. В ходе осмотра места происшествия обнаружен и изъят сотовый телефон, нож, отвертка и бутылка водки (л.д. 219-234 т. 3); - протоколом осмотра предметов от ДД.ММ.ГГГГ, согласно которому осмотрен сотовый телефон, изъятый в ходе осмотра места происшествия ДД.ММ.ГГГГ по адресу: &lt;адрес&gt; (л.д. 44-49 т. 4); - протоколом осмотра предметов от ДД.ММ.ГГГГ, согласно которому осмотрен нож, отвертка, бутылка водки, изъятые в ходе осмотра места происшествия ДД.ММ.ГГГГ по адресу: &lt;адрес&gt; (л.д. 53-59 т 4). ФИО3 ФИО12 в открытом хищении имущества ИП ФИО17 №9 подтверждается следующими доказательствами: ФИО17 ФИО17 №9 в ходе предварительного расследования показал, что является индивидуальным предпринимателем. По адресу: &lt;адрес&gt;, имеется принадлежащий ему торговый павильон «Июнь», где осуществляется торговля продуктами питания. ДД.ММ.ГГГГ в утреннее время со слов продавца магазина «Июнь» ФИО23 ему стало известно, что ДД.ММ.ГГГГ в вечернее время в помещении магазина подросток открыто похитил из прилавка с сигаретами 1 пачку сигарет стоимостью 77 рублей 40 копеек, и попытался выбежать из магазина, но она схватила его за капюшон толстовки и попросила вернуть похищенный товар. Молодой человек сопротивлялся и вырвавшись, убежал из магазина (л.д. 101-103 т. 12). ФИО3 ФИО12 в совершении указанного преступления также подтверждается письменными материалами уголовного дела: - заявлением ФИО40 от ДД.ММ.ГГГГ, согласно которому она просит привлечь к уголовной ответственности неустановленное лицо, которое ДД.ММ.ГГГГ, находясь по адресу: &lt;адрес&gt;, открыто похитило имущество, принадлежащее ИП ФИО17 №9 (л.д. 89 т. 12), - протоколом осмотра места происшествия от ДД.ММ.ГГГГ, согласно которому с участием ФИО23 осмотрено помещение магазина «Июнь», расположенное по адресу: &lt;адрес&gt;, зафиксировано место совершения преступления (л.д.95-97 т. 12); - протоколом осмотра документов ДД.ММ.ГГГГ, согласно которому осмотрена товарная накладная от ДД.ММ.ГГГГ, из которой следует, что стоимость похищенной ФИО12 пачки сигарет составляет 77,40 руб. (л.д. 114-115 т. 12). Оценив исследованные доказательства, суд признает их все допустимыми, поскольку не установлено каких-либо нарушений норм уголовно-процессуального закона при их получении, и в совокупности достаточными для признания доказанной виновности подсудимых в совершении изложенных преступлений. Подсудимые вину признали в полном объеме. Их ФИО3 подтверждается кроме того полностью согласующимися между собой вышеперечисленными доказательствами, в том числе показаниями представителей потерпевших ФИО100, ФИО81, ФИО77, потерпевших ФИО138, ФИО154, ФИО101, ФИО102 (ФИО164), ФИО17 №6, ФИО103, ФИО17 №8 (ФИО113), ФИО17 №9, ФИО17 №10, ФИО17 №11, ФИО17 №12, ФИО383, ФИО17 №14, ФИО17 №15, ФИО17 №16, ФИО17 №17, ФИО17 №18, ФИО12, ФИО17 №20, ФИО17 №21, ФИО17 №22, ФИО17 №23, свидетелей ФИО373, ФИО371, ФИО378, ФИО366, ФИО384, ФИО232, ФИО372, ФИО374, ФИО296, ФИО375, ФИО376 ФИО381 ФИО382, ФИО357, ФИО284, ФИО333, ФИО380, ФИО379, ФИО244, ФИО377, ФИО386, ФИО385, ФИО344, письменными материалами дела, в том числе протоколами осмотра мест происшествий, выемки и осмотра документов, похищенного, видеозаписей с камер наблюдения, справками, бухгалтерскими документами и заключениями экспертов о стоимости и перечне похищенного, протоколами осмотра автомобилей потерпевших, заключениями экспертов о принадлежности отпечатков рук подсудимым, заключением эксперта о наличии телесных повреждений у ФИО102 (ФИО165), протоколом опознания ею ФИО4. Оснований для оговора подсудимых потерпевшими, представителями потерпевших и свидетелями, а равно какой-либо их заинтересованности в неблагоприятном для подсудимых исходе дела, судом не установлено. Обстоятельств, которые бы позволили усомниться в виновности подсудимых, сторонами суду не представлено. Вместе с тем суд исключает из обвинения ФИО1 и ФИО19 по краже имущества (ФИО17 №8) ФИО114 указание на то, что ФИО1 в период с 9 часов 14 минут до 16 часов 20 минут ДД.ММ.ГГГГ действовал группой лиц по предварительному сговору с остальными соучастниками, поскольку в судебном заседании установлено и из показаний допрошенных лиц следует, что ФИО1 с остальными лицами не договаривался о продолжении хищения в указанное время, действовал один и самостоятельно. Об умышленном характере действий подсудимых и наличии корыстной цели при совершении хищений свидетельствует то, что согласно установленным в судебном заседании обстоятельствам дела, подсудимые в ходе совершения краж тайно похитили имущество потерпевших, а при совершении грабежей – открыто, для дальнейшего личного использования этого имущества, с места преступления с похищенным скрылись, распорядились им в дальнейшем по своему усмотрению. Действия ФИО1, ФИО12, Бестаминова при совершении грабежей были очевидны для потерпевшей ФИО166, свидетелей ФИО233, ФИО23, реакцией которых они пренебрегли, не отреагировав на требования прекратить действия, направленные на хищение имущества, и вернуть похищенное. При квалификации действий подсудимых по хищениям имущества АО «Тандер», ФИО101, из магазинов «Чемпион», «Ликвидатор», «Метрополис» суд принимает во внимание, что похищенное находилось в помещениях, предназначенных для временного нахождения людей, размещения материальных ценностей в служебных целях, свободный доступ в который был закрыт. Кроме того суд учитывает, что подсудимые незаконно, помимо воли собственника, проникали в них с целью хищений. С учетом изложенного суд приходит к выводу, что квалифицирующий признак хищения «с незаконным проникновением в помещение» нашел свое подтверждение в этой части обвинения. Квалифицируя действия ФИО1 и ФИО19 по краже имущества ФИО17 №8, суд учитывает, что о незаконном характере проникновения подсудимых в жилище потерпевшей свидетельствует их вторжение помимо ее воли, отсутствие действительного или предполагаемого права на это у ФИО1 и ФИО19, преследуемая цель - хищение имущества, способ – путем подбора ключей к входной двери. О совершении подсудимыми преступлений, помимо хищений имущества из магазина «Метрополис», ИП ФИО17 №9, покушений на угоны автомобилей ФИО155 и ФИО17 №23, группой лиц по предварительному сговору свидетельствуют их согласованные совместные спланированные активные действия, направленные на достижение единой корыстной цели при совершении хищений, и цели неправомерного завладения автомобилем без цели хищения при совершении угонов. Исследованное в судебном заседании материальное положение потерпевших ФИО17 №21 и ФИО17 №8 (ФИО115), имеющих иждивенцев, свидетельствует о причинении им хищением имущества значительного ущерба, поскольку причиненный ФИО17 №21 в результате преступления ущерб составлял почти половину ежемесячного дохода ее семьи, и являлся трудновосполнимым. Потерпевшей ФИО17 №8 (ФИО116) в результате хищения был причинен ущерб, в несколько раз превышающий ежемесячный доход ее семьи, что также указывает на причинение ей кражей значительного ущерба. Давая правовую оценку действиям подсудимых по угонам и покушениям на угоны, суд принимает во внимание, что прав на распоряжение автомобилями потерпевших и их эксплуатацию они не имели, в их собственности транспортные средства не находились, разрешения от законных владельцев автомобилей на управление ими подсудимые не получали. В связи с чем суд приходит к выводу о незаконности завладений транспортными средствами ФИО139, ФИО17 №6 ФИО1 и ФИО12, то есть об их угонах, и о покушении ФИО12 на угоны автомобилей ФИО156 и ФИО17 №23. Указанные преступления не были доведены ФИО12 до конца по независящим от него обстоятельствам. Об умысле подсудимых на угоны транспортного средства свидетельствует то, что, предварительно договорившись, ФИО1 и ФИО12 завладели автомобилями потерпевших ФИО140 и ФИО17 №6, ФИО12 пытался завладеть автомобилями ФИО157 и ФИО17 №23, неправомерно, помимо воли потерпевших, действовали с целью покататься, намерений похитить автомобили не имели. Давая правовую оценку действиям ФИО1 и ФИО4 в отношении потерпевшей ФИО167, суд принимает во внимание, что примененное ФИО4 к потерпевшей насилие не повлекло вреда ее здоровью, целью его применения являлось завладение имуществом потерпевшей, предотвращение ее сопротивления. Суд квалифицирует действия ФИО1 и ФИО12 по факту кражи имущества АО «Тандер» по пп. «а», «б» ч. 2 ст. 158 УК РФ – кража, то есть тайное хищение чужого имущества, совершенная группой лиц по предварительному сговору, с незаконным проникновением в помещение; по факту открытого хищения имущества АО «Тандер» по пп. «а», «в» ч. 2 ст. 161 УК РФ - грабеж, то есть открытое хищение чужого имущества, совершенный группой лиц по предварительному сговору, с незаконным проникновением в помещение; по угону автомобиля ФИО141 по п. «а» ч. 2 ст. 166 УК РФ – неправомерное завладение автомобилем без цели хищения (угон), совершенное группой лиц по предварительному сговору; по факту угона автомобиля, принадлежащего ФИО17 №6, по п. «а» ч. 2 ст. 166 УК РФ – неправомерное завладение автомобилем без цели хищения (угон), совершенное группой лиц по предварительному сговору; по факту кражи в период времени с 20 часов 8 минут ДД.ММ.ГГГГ до 10 часов ДД.ММ.ГГГГ имущества из магазина «Чемпион» по пп. «а», «б» ч. 2 ст. 158 УК РФ – кража, то есть тайное хищение чужого имущества, совершенная группой лиц по предварительному сговору, с незаконным проникновением в помещение. Суд квалифицирует действия ФИО1 и Бестаминова по факту хищения имущества ФИО102 (ФИО168) по пп. «а», «г» ч. 2 ст. 161 УК РФ – грабеж, то есть открытое хищение чужого имущества, совершенный группой лиц по предварительному сговору, с применением насилия, не опасного для жизни и здоровья. Суд квалифицирует действия ФИО1, ФИО4, ФИО13 и ФИО6 по факту хищения имущества ФИО101 по пп. «а», «б» ч. 2 ст. 158 УК РФ – кража, то есть тайное хищение чужого имущества, совершенная группой лиц по предварительному сговору, с незаконным проникновением в помещение. Суд квалифицирует действия ФИО1: по факту хищения ДД.ММ.ГГГГ имущества из магазина «Чемпион» по пп. «а», «б» ч. 2 ст. 158 УК РФ – кража, то есть тайное хищение чужого имущества, совершенная группой лиц по предварительному сговору, с незаконным проникновением в помещение; по краже имущества ФИО103 по п. «а» ч. 2 ст. 158 УК РФ – кража, то есть тайное хищение чужого имущества, совершенная группой лиц по предварительному сговору; по краже имущества из магазина «Ликвидатор» по пп. «а», «б», «в» ч. 2 ст. 158 УК РФ – кража, то есть тайное хищение чужого имущества, совершенная группой лиц по предварительному сговору, с незаконным проникновением в помещение, с причинением значительного ущерба гражданину; по факту хищения имущества ООО «Компания Метрополис» по п. «б» ч. 2 ст. 158 УК РФ – кража, то есть тайное хищение чужого имущества, совершенная с незаконным проникновением в помещение. Суд квалифицирует действия ФИО1 и ФИО19 по краже имущества ФИО17 №8 (ФИО117) по п. «а» ч. 3 ст. 158 УК РФ – кража, то есть тайное хищение чужого имущества, совершенная группой лиц по предварительному сговору, с незаконным проникновением в жилище, с причинением значительного ущерба гражданину. Суд квалифицирует действия ФИО12 по факту покушения на угон автомобиля ФИО158 по ч. 3 ст. , ч. 1 ст. 166 УК РФ – покушение на угон, то есть умышленные действия лица, непосредственно направленные на неправомерное завладение автомобилем без цели хищения (угон), если при этом преступление не было доведено до конца по независящим от этого лица обстоятельствам; по факту покушения на угон автомобиля ФИО17 №23 по ч. 3 ст. , ч. 1 ст. 166 УК РФ – покушение на угон, то есть умышленные действия лица, непосредственно направленные на неправомерное завладение автомобилем без цели хищения (угон), если при этом преступление не было доведено до конца по независящим от этого лица обстоятельствам; по хищению имущества индивидуального предпринимателя ФИО17 №9 по ч. 1 ст. 161 УК РФ – грабеж, то есть открытое хищение чужого имущества. Уголовное преследование ФИО1 по преступлению, предусмотренному ч. 3 ст. , ч. 1 ст. 158 УК РФ (в отношении потерпевшего ФИО142), прекращено с освобождением его от уголовной ответственности за это преступление на основании п. 2 ч. 1 ст. 27 УПК РФ в связи с истечением сроков давности уголовного преследования. При назначении подсудимым наказания суд учитывает обстоятельства дела, характер и степень общественной опасности совершенных преступлений, данные о личностях и состоянии здоровья виновных, которые характеризуются в целом удовлетворительно, а также влияние назначенного наказания на их исправление и на условия жизни их семей. В отношении всех подсудимых, кроме ФИО13, суд при назначении наказания кроме того учитывает условия их жизни и воспитания, уровень психического развития, иные особенности личности, влияние на них старших по возрасту лиц. ФИО13, ФИО19, ФИО12 впервые привлекаются к уголовной ответственности. ФИО6 обсуждалась на Комиссии по делам несовершеннолетних и защите их прав &lt;адрес&gt;, ее семья состоит на социальном обслуживании в ГБУ «Курганский центр социальной помощи семье и детям». ФИО19 не состоит на учете в Управлении образования, обсуждалась на Комиссии по делам несовершеннолетних и защите их прав &lt;адрес&gt;, состоит на учете в ПДН. ФИО4 является воспитанником детского дома, состоит на учете в ПДН, обсуждался на Комиссии по делам несовершеннолетних и защите их прав &lt;адрес&gt;. ФИО12 обсуждался на Комиссии по делам несовершеннолетних и защите их прав &lt;адрес&gt;, состоял на учете в Управлении образования как систематически пропускающий занятия, состоит на учете в ПДН, его семья находится на учете в ГБУ «Курганский центр социальной помощи семье и детям». ФИО1 обсуждался на Комиссии по делам несовершеннолетних и защите их прав &lt;адрес&gt;, состоит на учете в ПДН, его семья находится на социальном обслуживании в ГБУ «Курганский центр социальной помощи семье и детям». Суд не находит оснований сомневаться во вменяемости подсудимых с учетом обстоятельств дела, а также сведений о том, что они не наблюдаются у врача-психиатра. ФИО1 согласно заключению эксперта № от ДД.ММ.ГГГГ является вменяемым. Негативного влияния на ФИО1, ФИО12, ФИО4, ФИО19, ФИО6 старших по возрасту лиц в судебном заседании не установлено. Законные представители подсудимых охарактеризовали их с удовлетворительной стороны, пояснив, что они обеспечены необходимым. ФИО19 пояснила, что дочь находится на домашнем обучении, не вышла из-под контроля. ФИО12 показал, что сын вышел из-под контроля, не допускал пропусков без уважительных причин по последнему месту учебы. ФИО24 пояснила, что ФИО4 не вышел из-под контроля, допускал пропуски по месту учебы без уважительных причин. ФИО33 показал, что ФИО1 частично вышел из-под контроля. Обстоятельством, смягчающим наказание ФИО19, суд признает несовершеннолетие виновной. Кроме того, в соответствии с ч. 2 ст. 61 УК РФ , смягчающим наказание ФИО19 обстоятельством суд признает полное признание ею ФИО3 в судебном заседании. Обстоятельствами, смягчающими наказание ФИО6, суд признает несовершеннолетие виновной, ее активное способствование расследованию преступления, изобличению других соучастников преступления путем дачи последовательных признательных показаний в ходе производства по делу. Кроме того, в соответствии с ч. 2 ст. 61 УК РФ , смягчающим наказание ФИО6 обстоятельством суд признает полное признание ею ФИО3 в судебном заседании. Обстоятельством, смягчающим наказание ФИО13, суд признает его активное способствование расследованию преступления, изобличению других соучастников преступления путем дачи последовательных признательных показаний в ходе производства по делу. Кроме того, в соответствии с ч. 2 ст. 61 УК РФ , смягчающими наказание ФИО13 обстоятельствами суд признает его молодой возраст, полное признание им ФИО3 в судебном заседании. Обстоятельствами, смягчающими наказание ФИО4 за каждое преступление, суд признает несовершеннолетие виновного, его активное способствование расследованию преступления, изобличению других соучастников преступления, путем дачи последовательных признательных показаний в ходе производства по делу. Кроме того, в соответствии с ч. 2 ст. 61 УК РФ , смягчающим наказание ФИО4 обстоятельством за каждое преступление суд признает полное признание им ФИО3 в судебном заседании. Суд относит документ, именуемый протоколом явки с повинной, составленный Бестаминовым по краже, к его активному способствованию расследованию этого преступления путем дачи последовательных признательных показаний, поскольку добровольно с сообщением о преступлении он в правоохранительные органы не являлся, органам предварительного расследования на момент составления указанного документа были известны лица, совершившие указанное преступление. Обстоятельствами, смягчающими наказание ФИО12 за каждое преступление, суд признает несовершеннолетие виновного, его активное способствование расследованию преступления, а по преступлениям, совершенным в группе лиц и изобличению других соучастников преступления, путем дачи последовательных признательных показаний в ходе производства по делу. Кроме того, в соответствии с ч. 2 ст. 61 УК РФ , смягчающим наказание ФИО12 обстоятельством за каждое преступление суд признает полное признание им ФИО3 в судебном заседании. Обстоятельствами, смягчающими наказание ФИО1 за каждое преступление, суд признает несовершеннолетие виновного, его активное способствование расследованию преступления, а по преступлениям, совершенным в группе лиц и изобличению других соучастников преступления, путем дачи последовательных признательных показаний в ходе производства по делу. Кроме того, в соответствии с ч. 2 ст. 61 УК РФ , смягчающим наказание ФИО1 за каждое преступление обстоятельством суд признает полное признание им ФИО3 в судебном заседании. Каких-либо исключительных обстоятельств, существенно снижающих общественную опасность совершенной ФИО19 и ФИО1 кражи имущества ФИО17 №8 (ФИО118) и совершенных ФИО4, ФИО12, ФИО1 грабежей, либо оправдывающих цели и мотивы этих преступлений и позволяющих при назначении за них наказания применить положения ст. 64 УК РФ , не усматривается. Обстоятельств, отягчающих наказание подсудимых, судом не установлено. С учетом обстоятельств дела, суд не усматривает оснований для признания отягчающим наказание подсудимых обстоятельством совершение преступлений в отношении потерпевших ФИО143, ФИО101, ФИО102 (ФИО169), ФИО17 №8 (ФИО119), ФИО159, ФИО17 №23, кражи имущества из магазина «Магнит» в состоянии опьянения, вызванном употреблением алкоголя, поскольку в судебном заседании не установлено, что такое состояние способствовало совершению подсудимыми перечисленных преступлений, формированию преступного умысла, повлияло на их поведение при совершении указанных преступлений. Для изменения в соответствии с ч. 6 ст. 15 УК РФ категории совершенных преступлений суд оснований не усматривает. При этом суд принимает во внимание, что фактические обстоятельства совершенных подсудимыми преступлений, в том числе способ их совершения, степень реализации преступных намерений, роль подсудимых в преступлениях, вид умысла, мотив, цель совершения деяний, характер и размер наступивших последствий в каждом случае не свидетельствуют о меньшей степени их общественной опасности. Учитывая изложенное, а также отсутствие сведений о нетрудоспособности ФИО13, ФИО6 и препятствий, предусмотренных ч. 4 ст. 49 УК РФ , суд приходит к выводу, что наказание в виде обязательных работ сможет обеспечить достижение целей наказания в отношении них, отвечает требованиям справедливости, соответствует характеру и степени общественной опасности совершенного ими преступления, обстоятельствам его совершения, а также данным о личностях виновных. При назначении срока обязательных работ ФИО6 суд руководствуется положениями ч. 3 ст. 88 УК РФ . В связи с достижением ФИО6 возраста совершеннолетия суд не рассматривает вопрос применения в отношении нее положений ст. , 92 УК РФ . Учитывая смягчающие наказание обстоятельства, характер и степень общественной опасности совершенного ФИО19 преступления, обстоятельства дела и данные о личности виновной, влияние назначенного наказания на ее исправление, с целью восстановления социальной справедливости, предупреждения совершения ФИО19 новых преступлений, суд назначает ей наказание в виде лишения свободы с применением ст. 73 УК РФ условно, поскольку никакое иное наказание не сможет повлиять на ее исправление и способствовать достижению целей наказания в отношении виновной. С учетом обстоятельств дела, в целях восстановления социальной справедливости и исправления ФИО4, учитывая данные о его личности, суд полагает, что ему не может быть назначено иное наказание, кроме реального лишения свободы, поскольку никакое другое наказание не может повлиять на его исправление и способствовать достижению целей наказания в отношении него. При назначении ФИО4 наказания за каждое преступление суд руководствуется ограничительными положениями ч. 1 ст. 62 УК РФ . С учетом обстоятельств дела, в целях восстановления социальной справедливости и исправления ФИО1, учитывая данные о его личности, суд полагает необходимым назначить ему за хищения имущества ФИО102 (ФИО170), ФИО17 №8 (ФИО120), из магазина «Магнит» и угоны наказание в виде реального лишения свободы, за остальные преступления в виде обязательных работ и по совокупности преступлений в виде реального лишения свободы, поскольку никакое другое наказание не может повлиять на исправление ФИО1 и способствовать достижению целей наказания в отношении него. При назначении ФИО1 наказания за каждое из указанных преступлений в виде лишения свободы суд руководствуется ограничительными положениями ч. 1 ст. 62 УК РФ , в виде обязательных работ – ч. 3 ст. 88 УК РФ . При назначении ФИО1 наказания за грабежи и угоны суд кроме того учитывает положения ч. 6 ст. 88 УК РФ . С учетом обстоятельств дела, в целях восстановления социальной справедливости и исправления ФИО12, учитывая данные о его личности, суд полагает необходимым назначить ему за кражи и по ч. 1 ст. 161 УК РФ наказание в виде обязательных работ, за покушения на угоны в виде ограничения свободы, за остальные преступления и по совокупности преступлений в виде реального лишения свободы, поскольку никакое другое наказание не может повлиять на исправление ФИО12 и способствовать достижению целей наказания в отношении него. При определении ФИО12 срока наказания в виде лишения свободы за угоны и по пп. «а», «в» ч. 2 ст. 161 УК РФ суд руководствуется правилами ч. 1 ст. , ч. 6 ст. 88 УК РФ . При назначении ФИО12 наказания в виде обязательных работ по ч. 1 ст. 161 УК РФ и за кражи суд принимает во внимание положения ч. 3 ст. 88 УК РФ , а при назначении наказания в виде ограничения свободы за покушения на угоны – ч. 5 ст. 88 УК РФ . Отбывание наказания ФИО1, ФИО12, ФИО4 суд в соответствии с ч. 3 ст. 58 УК РФ назначает в воспитательной колонии. В целях исполнения приговора ранее избранная в отношении Романова мера пресечения подлежит изменению на заключение под стражу. Оснований для применения в отношении ФИО19, ФИО4, ФИО12, ФИО1 положений ст. 92 УК РФ не имеется, поскольку с учетом обстоятельств дела, данных об их личностях, характеризующего материала суд пришел к выводу, что их исправление может быть достигнуто только при отбывании ими уголовного наказания. С учетом материального положения суд считает необходимым освободить подсудимых от взыскания с них процессуальных издержек, связанных с производством по делу. Исковые требования потерпевшей ФИО101 о возмещении материального ущерба, причиненного преступлением, и потерпевшей ФИО17 №8 (ФИО121) о возмещении материального ущерба и морального вреда, суд оставляет без рассмотрения, учитывая при этом необходимость проведения дополнительных расчетов, что повлечет неоправданное затягивание сроков рассмотрения уголовного дела. Необходимость проведения дополнительных расчетов по исковым требованиям ФИО101 связана с оценкой причиненных имуществу повреждений и ее документальным подтверждением. Исковые требования потерпевшей ФИО122 не конкретизированы, поскольку заявленная ею сумма состоит из материального ущерба и морального вреда. Кроме того, суд учитывает, что часть имущества ФИО123 возвращена. Таким образом, решения по указанным гражданским искам требуют дополнительных расчетов. Вместе с тем, потерпевшие имеют право обратиться с исковыми требованиями, уточнив их, в порядке гражданского судопроизводства. На основании изложенного, руководствуясь ст. - , - 309 УПК РФ , суд ПРИГОВОРИЛ: признать ФИО1 виновным в совершении преступлений, предусмотренных пп. «а», «в» ч. 2 ст. , пп. «а», «г» ч. 2 ст. , п. «а» ч. 2 ст. , пп. «а», «б», «в» ч. 2 ст. , п. «б» ч. 2 ст. , п. «а» ч. 3 ст. 158 УК РФ , четырех преступлений, предусмотренных пп. «а», «б» ч. 2 ст. 158 УК РФ , двух преступлений, предусмотренных п. «а» ч. 2 ст. 166 УК РФ , и назначить ему наказание: по пп. «а», «в» ч. 2 ст. 161 УК РФ в виде лишения свободы на срок 1 год 6 месяцев, по пп. «а», «г» ч. 2 ст. 161 УК РФ в виде лишения свободы на срок 1 год 6 месяцев, по п. «а» ч. 2 ст. 158 УК РФ (по факту хищения имущества ФИО17 №7) в виде 80 часов обязательных работ, по пп. «а», «б», «в» ч. 2 ст. 158 УК РФ в виде 120 часов обязательных работ, по п. «б» ч. 2 ст. 158 УК РФ в виде 80 часов обязательных работ, по п. «а» ч. 3 ст. 158 УК РФ в виде лишения свободы на срок 1 год 4 месяца, по пп. «а», «б» ч. 2 ст. 158 УК РФ (по факту хищения из магазина «Магнит») в виде лишения свободы на срок 1 год 2 месяца, за каждое из трех преступлений, предусмотренных пп. «а», «б» ч. 2 ст. 158 УК РФ , (по фактам краж имущества ФИО38, ФИО41) по 100 часов обязательных работ, за каждое из двух преступлений, предусмотренных п. «а» ч. 2 ст. 166 УК РФ , на срок по 1 году 6 месяцев лишения свободы. На основании ч. 3 ст. , п. «г» ч. 1 ст. 71 УК РФ по совокупности преступлений, предусмотренных пп. «а», «в» ч. 2 ст. , пп. «а», «г» ч. 2 ст. , п. «а» ч. 2 ст. , пп. «а», «б», «в» ч. 2 ст. 158 УК РФ , четырех преступлений, предусмотренных пп. «а», «б» ч. 2 ст. 158 УК РФ , двух преступлений, предусмотренных п. «а» ч. 2 ст. 166 УК РФ , путем частичного сложения назначенных за них наказаний, назначить ФИО1 наказание в виде лишения свободы на срок 3 года. В соответствии с ч. 5 ст. , п. «г» ч. 1 ст. 71 УК РФ по совокупности преступлений, путем частичного сложения назначенного наказания с наказанием по приговору Курганского городского суда &lt;адрес&gt; от ДД.ММ.ГГГГ, назначить ФИО1 наказание в виде лишения свободы на срок 3 года 5 дней. На основании ч. 3 ст. , п. «г» ч. 1 ст. 71 УК РФ по совокупности преступлений, предусмотренных п. «б» ч. 2 ст. , п. «а» ч. 3 ст. 158 УК РФ , путем частичного сложения назначенных за них наказаний, назначить ФИО1 наказание в виде лишения свободы на срок 1 год 4 месяца 5 дней. На основании ст. 70 УК РФ к назначенному по правилам ч. 3 ст. 69 УК РФ по совокупности преступлений, предусмотренных п. «б» ч. 2 ст. , п. «а» ч. 3 ст. 158 УК РФ , наказанию частично присоединить неотбытую часть наказания, назначенного по правилам ч. 5 ст. 69 УК РФ , и по совокупности приговоров окончательно назначить ФИО1 наказание в виде лишения свободы на срок 3 года 6 месяцев в воспитательной колонии. Меру пресечения ФИО1 до вступления приговора в законную силу оставить без изменения в виде заключения под стражу. Срок отбывания ФИО1 наказания исчислять со дня вступления настоящего приговора в законную силу. На основании п. «б» ч. 3.1 ст. 72 УК РФ время содержания под стражей ФИО1 в порядке применения к нему меры пресечения в период с ДД.ММ.ГГГГ до дня вступления настоящего приговора в законную силу зачесть в срок лишения свободы из расчета один день за полтора дня отбывания наказания в воспитательной колонии. Признать ФИО12 виновным в совершении преступлений, предусмотренных пп. «а», «в» ч. 2 ст. , ч. 1 ст. 161 УК РФ , двух преступлений, предусмотренных пп. «а», «б» ч. 2 ст. 158 УК РФ , двух преступлений, предусмотренных п. «а» ч. 2 ст. 166 УК РФ , двух преступлений, предусмотренных ч. 3 ст. , ч. 1 ст. 166 УК РФ , и назначить ему наказание: по пп. «а», «в» ч. 2 ст. 161 УК РФ в виде лишения свободы на срок 1 год 3 месяца, по ч. 1 ст. 161 УК РФ в виде 80 часов обязательных работ, за каждое из двух преступлений, предусмотренных пп. «а», «б» ч. 2 ст. 158 УК РФ , в виде обязательных работ на срок по 100 часов, за каждое из двух преступлений, предусмотренных п. «а» ч. 2 ст. 166 УК РФ , в виде лишения свободы на срок по 1 году 3 месяца, за каждое из двух преступлений, предусмотренных ч. 3 ст. , ч. 1 ст. 166 УК РФ , в виде ограничения свободы на срок по 6 месяцев, с установлением ФИО2 в период отбывания наказания ограничений и возложении на него обязанности: не изменять постоянное место жительства (пребывания) и не выезжать за пределы территории соответствующего месту жительства (пребывания) муниципального образования – &lt;адрес&gt; без согласия уголовно-исполнительной инспекции, куда ему следует являться для регистрации один раз в месяц в дни регистрации, определяемые уголовно-исполнительной инспекцией. На основании ч. 3 ст. , пп. «б», «г» ч. 1 ст. 71 УК РФ по совокупности преступлений, путем частичного сложения назначенных наказаний, окончательно назначить ФИО2 наказание в виде лишения свободы на срок 2 года 6 месяцев в воспитательной колонии. Меру пресечения ФИО2 до вступления приговора в законную силу изменить с подписки о невыезде и надлежащем поведении на заключение под стражу, поместить его в ФКУ СИЗО-1 УФСИН России по &lt;адрес&gt;. Срок отбывания наказания ФИО2 исчислять со дня вступления приговора в законную силу. На основании п. «б» ч. 3.1 ст. 72 УК РФ время содержания под стражей ФИО2 в порядке применения к нему меры пресечения в период с ДД.ММ.ГГГГ до дня вступления приговора в законную силу зачесть в срок лишения свободы из расчета один день за полтора дня отбывания наказания в воспитательной колонии. Признать ФИО4 виновным в совершении преступлений, предусмотренных пп. «а», «б» ч. 2 ст. , пп. «а», «г» ч. 2 ст. 161 УК РФ , и назначить ему наказание в виде лишения свободы: по пп. «а», «б» ч. 2 ст. 158 УК РФ на срок 1 год 2 месяца, по пп. «а», «г» ч. 2 ст. 161 УК РФ на срок 1 год 6 месяцев. На основании ч. 3 ст. 69 УК РФ по совокупности преступлений, путем частичного сложения назначенных наказаний, назначить ФИО4 наказание в виде лишения свободы на срок 2 года. В соответствии с ч. 5 ст. 69 УК РФ по совокупности преступлений, путем частичного сложения назначенного по правилам ч. 3 ст. 69 УК РФ наказания с наказанием по приговору Далматовского районного суда &lt;адрес&gt; от ДД.ММ.ГГГГ, окончательно назначить ФИО4 наказание в виде лишения свободы на срок 2 года 6 месяцев в воспитательной колонии. Меру пресечения ФИО4 до вступления приговора в законную силу оставить без изменения в виде заключения под стражу. Срок отбывания ФИО4 наказания исчислять со дня вступления настоящего приговора в законную силу. На основании п. «б» ч. 3.1 ст. 72 УК РФ время содержания под стражей ФИО4 в порядке применения к нему меры пресечения в период с ДД.ММ.ГГГГ до дня вступления настоящего приговора в законную силу зачесть в срок лишения свободы из расчета один день за полтора дня отбывания наказания в воспитательной колонии. Признать ФИО19 виновной в совершении преступления, предусмотренного п. «а» ч. 3 ст. 158 УК РФ , и назначить ей наказание в виде лишения свободы на срок 1 год. На основании ст. 73 УК РФ назначенное ФИО5 наказание считать условным с испытательным сроком 1 год. Возложить на ФИО5 исполнение в период испытательного срока следующих обязанностей: не менять своего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регулярно являться на регистрацию в указанный орган в установленные им дни. Меру пресечения ФИО5 в виде подписки о невыезде и надлежащем поведении до вступления приговора в законную силу оставить без изменения, по вступлении приговора в законную силу - отменить. Признать ФИО6 виновной в совершении преступления, предусмотренного пп. «а», «б» ч. 2 ст. 158 УК РФ , и назначить ей наказание в виде 120 часов обязательных работ. Меру пресечения ФИО6 в виде подписки о невыезде и надлежащем поведении до вступления приговора в законную силу оставить без изменения, по вступлении приговора в законную силу отменить. Признать ФИО13 виновным в совершении преступления, предусмотренного пп. «а», «б» ч. 2 ст. 158 УК РФ , и назначить ему наказание в виде 160 часов обязательных работ. Меру пресечения ФИО7 в виде подписки о невыезде и надлежащем поведении до вступления приговора в законную силу оставить без изменения, по вступлении приговора в законную силу отменить. Освободить ФИО1, ФИО2, ФИО4, ФИО5, ФИО6, ФИО7 от возмещения процессуальных издержек, связанных с производством по уголовному делу. Гражданские иски потерпевших ФИО17 №3 и ФИО17 №8 (ФИО124) О.Н. оставить без рассмотрения, с сохранением за гражданскими истцами ФИО17 №3 и ФИО17 №8 (ФИО125) О.Н. права на предъявление исков в порядке гражданского судопроизводства. Вещественные доказательства по уголовному делу: переданное на хранение потерпевшим имущество считать возвращенным по принадлежности; хранящиеся в материалах уголовного дела бухгалтерские документы, справки об ущербе, инструкции, товарные чеки, диски хранить там же; хранящиеся в камере хранения СУ УМВД России по &lt;адрес&gt; стеклянные осколки, горлышко, пробку от бутылки уничтожить; хранящиеся в камере хранения вещественных доказательств СО по &lt;адрес&gt; СУ СК России по &lt;адрес&gt; нож, отвертку, бутылку водки, фрагменты мобильного телефона, замки, ключ, и хранящиеся в ОП № УМВД России по &lt;адрес&gt; две пластиковые бутылки с пивом уничтожить; сотовый телефон «Нокиа», хранящийся в камере хранения вещественных доказательств СО по &lt;адрес&gt; СУ СК России по &lt;адрес&gt;, передать лицу, уполномоченному на его получение осужденным ФИО2, а в случае его невостребованности в течение 6 месяцев со дня вступления настоящего приговора в законную силу уничтожить. Приговор может быть обжалован в апелляционном порядке в Курганский областной суд в течение 10 суток со дня его постановления путем подачи апелляционных жалобы или представления через Курганский городской суд, а осужденными, содержащимися под стражей, в тот же срок со дня вручения им копии приговора. Осужденные вправе ходатайствовать о своем личном участии при рассмотрении уголовного дела судом апелляционной инстанции. В соответствии с ч. 3 ст. 389.6 УПК РФ желание принять непосредственное участие в рассмотрении дела судом апелляционной инстанции, равно как и отсутствие такового, а также свое отношение к участию защитника либо отказ от защитника при рассмотрении дела судом апелляционной инстанции должны быть выражены в апелляционной жалобе или в отдельном заявлении осужденными ФИО5, ФИО6, ФИО7 в течение 10 суток со дня постановления приговора, осужденными ФИО1, ФИО2, ФИО4 - в тот же срок со дня вручения им копии приговора. Председательствующий Т.С. Юртина Суд: Курганский городской суд (Курганская область) (подробнее) Судьи дела: Юртина Т.С. (судья) (подробнее)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