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ФИО15, ... года рождения, уроженца &lt;адрес&gt;, РСО-Алания, гражданина РФ, состоящего в браке, судимости не имеющего, со средним образованием, не работающего, военнообязанного, проживающего по адресу: РСО-Алания &lt;адрес&gt;, в совершении преступления, предусмотренного п. «г» ч.3 ст. 158 УК РФ</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ФИО5 ФИО16, ... года рождения, уроженца &lt;адрес&gt;, РСО-Алания, гражданина РФ, не состоящего в браке, ранее не судимого, со средним образованием, не работающего, военнообязанного, проживающего по адресу: РСО-Алания &lt;адрес&gt; пехотинцев &lt;адрес&gt; совершении преступления, предусмотренного п. «г» ч.3 ст. 158 УК РФ у с т а н о в и л: Подсудимые ФИО2 и ФИО5 совершили кражу, тайное хищение чужого имущества группой лиц по предварительному сговору с банковского счета при следующих обстоятельствах. ..., примерно в 22 часа 30 минут, ФИО2 находился вместе с ФИО5 который по мобильному интернет приложению «Яндекс. Такси» вызвал такси, чтобы поехать на &lt;адрес&gt;, №, &lt;адрес&gt;, РСО-Алания в район «Ильинской церкви». &lt;адрес&gt; Коста, №, &lt;адрес&gt;, РСО-Алания к ним подъехало такси автомобиль марки «ВАЗ 2110» с государственными регистрационными знаками &lt;***&gt; 07РУС под управлением ФИО4. ФИО2 и ФИО5 сели в указанное такси-автомобиль, при этом ФИО2 сел на переднее пассажирское место рядом с водителем, а ФИО5 сел на заднее пассажирское место. Во время пути к месту назначения, на ул. Дзержинского, г. Владикавказ, РСО-Алания, ФИО5 на заднем пассажирском сидение, обнаружил портмоне черного цвета стоимостью 2643 рублей, которое решил похитить, путем внезапно возникшего у него преступного корыстного умысла, направленного на противоправное безвозмездное изъятие и незаконное обращение в личную собственность чужого имущества, путем тайного хищения, воспользовавшись тем, что его никто не видит и его действия останутся незамеченными для окружающих. Внутри портмоне находились не представляющие никакой материальной ценности для Потерпевший №1: банковская карточка «Сбербанка России» на имя Потерпевший №1, ... г.р., выданная ПАО Сбербанка России № *4276 3800 3854 8447*;банковская карточка «Сбербанка России» на имя Потерпевший №1, ... г.р., выданная ПАО Сбербанка России №№ *4276 6000 3182 8987*;страховой полис ОСАГО «Альфа страхования» выданный на имя Потерпевший №1 на автомобиль марки «BMW 318», государственный регистрационный знак О122СС15РУС; диагностическая карта, выданная на автомобиль марки «BMW 318», государственный регистрационный знак О122СС15РУС. Данное портмоне вместе с указанным содержимым ФИО5 присвоил себе спрятав, на надетой на нем одежде, тем самым похитил. Находясь на ул. Дзержинского, г. Владикавказ, РСО-Алания ФИО5 рассказал ФИО2 о том, что на заднем пассажирском сидение такси, похитил портмоне стоимостью 2 643 рублей, после чего показал ФИО2 содержимое портмоне. Затем ФИО2 и ФИО5 направились в сторону улицы Гагарина, по пр. Доватора, г. Владикавказ, РСО-Алания, где проходя около супермаркета «Забава», расположенного по адресу: &lt;адрес&gt; «а», &lt;адрес&gt;, РСО-Алания, вступили в преступный сговор, направленный на тайное хищение чужого имущества с банковского счета Потерпевший №1, с целью личного обогащения. Действуя умышленно и распределив между собой преступные роли, ФИО2 и ФИО5 достали с похищенного портмоне пластиковую банковскую карточку серого цвета ПАО Сбербанка России № *4276 3800 3854 8447* выпущенной на имя Потерпевший №1, ... года рождения, на которой на лицевой стороне имелся символ значка «Wi-Fi» с технологией беспроводной высокочастотной связи малого радиуса действия, которая дает возможность обмена данными между устройствами - Near field communication «NFC» предположив, что на счету указанной банковской карты имеются денежные средства. Во исполнение своего противоправного корыстного умысла, направленного на тайное хищение денежных средств Потерпевший №1 с банковского счета 40№, через банковскую карту ПАО Сбербанка России № *4276 3800 3854 8447* ФИО2 ..., в 23 часа 13 минут, находясь на кассе супермаркета «Забава», расположенного по адресу: &lt;адрес&gt; «а», &lt;адрес&gt;, РСО-Алания, по средствам технологий беспроводной высокочастотной связи малого радиуса действия, которая дает возможность обмена данными между устройствами - Near field communication «NFC» осуществил оплату за приобретенный продукт в сумме 27 рублей, чтобы на указанной банковской карте удостоверится о наличии денежных средств. Далее, будучи осведомленными, что для оплаты меньше 1000 рублей, пин-код не требуется вводить, продолжая реализовывать свой преступный умысел ФИО2 и ФИО5 ..., в 23 часа 16 минут, находясь на кассе супермаркета «Забава», расположенного по адресу: &lt;адрес&gt; «а», &lt;адрес&gt;, РСО-Алания, по средствам технологий беспроводной высокочастотной связи малого радиуса действия, которая дает возможность обмена данными между устройствами - Near field communication «NFC» осуществили оплату за приобретенные продукты в сумме 998 рублей, чем полностью реализовали свой преступный умысел до конца. Тем самым, своими преступными действиями ФИО2 и ФИО5 причинили Потерпевший №1 материальный ущерб в общем размере 3 668 (три тысячи шестьсот шестьдесят восемь) рублей. В судебном заседании подсудимые ФИО5 и ФИО2 вину в инкриминируемом им преступлении признали частично. Подсудимый ФИО2 показал, что ..., с ФИО5 ФИО17, они были у друга. Примерно в 22 часа 30 минут, по мобильному приложению «Яндекс. Такси», вызвали такси, которое в течение нескольких минут подъехало к дому №, по &lt;адрес&gt;. К ним подъехало такси автомобиль «ВАЗ 2110». Он сел на переднее пассажирское сидение, а ФИО3 сел на заднее пассажирское сидение. Они поехали на &lt;адрес&gt;. Таксистом был мужчина средних лет. Доехав до перекрестка &lt;адрес&gt; и &lt;адрес&gt;, они вышли из автомашины, с водителем которой расплатился. Находясь на указанном месте, ФИО5 рассказал, что нашел в такси портмоне, в котором были банковские карты. Через, некоторое время, они пошли в сторону &lt;адрес&gt;, где проходя мимо супермаркета «Забава», он попросил у ФИО5 банковскую карту «Сбербанка России». После чего, он зашел в указанный магазин, где сперва на кассе взял одну жвачку стоимостью 27 рублей, которую оплатил указанной картой, платеж по которой прошел, после чего, вновь зашел в торговый зал, где стал выбирать продукты питания. ФИО3 зайдя вовнутрь супермаркета стал ожидать его у кассы. Подойдя к кассе, оплатил покупки указанной банковской картой «Сбербанка» на сумму 998 рублей, и они пошли на выход. Признает, что оплатили свои расходы чужой банковской картой. Впоследствии они дали объявление в интернет, что нашли портмоне. Подсудимый ФИО5 показал, что действительно нашел портмоне в такси, заглянул в портмоне, там была банковская карта. Об этом он сказал ФИО2 и дал банковскую карту последнему. Признает, что расплатились чужой банковской картой с ФИО2. Потом дали объявление о находке портмоне. Помимо частичного признания вины, виновность ФИО2 и ФИО5, в совершении преступления приведенного в описательной части приговора, подтверждается следующими доказательствами. Показаниями потерпевшего Потерпевший №1 данными на предварительном следствии и оглашенными в судебном заседании в порядке ст. 281 УПК РФ согласно которым ..., примерно в 11 часов, у своего отца ФИО4, он взял принадлежащий отцу автомобиль «ВАЗ 2110», с регистрационными знаками &lt;***&gt;/07РУС, на котором ездил по своим делам, так как его автомобиль «БМВ 318», с регистрационными знаками &lt;***&gt;/15РУС, находился в ремонте. Поездив по своим делам, примерно в 15 часов, приехал домой и остановил автомобиль «ВАЗ 2110», с регистрационными знаками &lt;***&gt;/07РУС, во дворе своего дома. Примерно, в 21 час его отец ФИО4 уехал на своем автомобиле «ВАЗ 2110, с регистрационными знаками &lt;***&gt;/07РУС, для осуществления частного извоза, которым зарабатывает на жизнь. Находясь дома, в 23 часа 13 минут, к нему на его мобильный телефон пришло смс – сообщение с номера «900» о том, что с его банковской карты «Сбербанка России» осуществлена покупка на сумму в размере 27 рублей, в «SKAZKA 2», прочитав данное смс – сообщение не предал ему значение, так как подумал, что списали деньги за какую-то услуги, так как данные факты иногда имеют место. Однако, в 23 часа 16 минут, к нему вновь на мобильный телефон пришло смс – сообщение с номера «900» о том, что с его банковской карты «Сбербанка России» осуществлена покупка на сумму в размере 998 рублей, в «SKAZKA 2», прочитав данное смс понял, что с его банковской картой кто-то завладел, в связи с чем, начал искать свое портмоне с документами, в котором находилась указанная банковская карта «Сбербанка России», однако, он не нашел дома, и вспомнил, что оставил указанное портмоне в автомобиле «ВАЗ 2110» своего отца. В это же время, в 23 часа 19 минут, к нему вновь на его мобильный телефон пришло смс – сообщение с номера «900» о том, что с его банковской карты «Сбербанка России» пытались совершить покупку на сумму 957 рублей 10 копеек, но не смогли, так как он уже на тот момент успел заблокировать ее. Позвонив на мобильный телефон своему отцу ФИО4 стал спрашивать про свое портмоне, и кого он в это время подвозил, на что он ему сказал, что подвозил двух ранее не известных ему молодых парней, которых высадил по &lt;адрес&gt;, около «Ильинской церкви», а посадил их по &lt;адрес&gt;, №, &lt;адрес&gt;, приняв заказ по мобильному приложению «Яндекс такси», работающим через «интернет». Так же, стал смотреть в мобильном телефоне через интернет название «SKAZKA 2», в близлежайшем районе от места высадки данных пассажиров, и узнал, что «SKAZKA 2» это торговый центр, под названием «Забава», расположенный по адресу: &lt;адрес&gt; «а» &lt;адрес&gt;, где были осуществлены списания денежных средств с его банковской карточки «Сбербанка России». Его похищенное портмоне было кожаное, черного цвета, размером 14х10см, фирму изготовителя не помнит, которое покупал несколько лет назад в городе Москва, стоимость которого оцениваю в 1 000 рублей, внутри которого находился его паспорт гражданина РФ, его водительское удостоверение, свидетельство о регистрации ТС и страховой полис ОСАГО на автомобиль марки «БМВ 318», с регистрационными знаками &lt;***&gt;/15РУС, с двумя банковскими карточками «Сбербанка России». Банковская карточка «Сбербанка России», с которой были похищены денежные средства в общем размере 1025 рублей, была выпущена на его имя, которую получал в отделении «Сбербанка России» в &lt;адрес&gt;, к которой была подключена услуга «Мобильный банк». Таким образом, неизвестным лицом, похитившим его портмоне и обналичившим денежные средства с его карточки «Сбербанка России», ему причинен материальный ущерб в общем размере 2 025 рублей, который для него не значительный. В кабинете следователя он увидел принадлежащее ему портмоне вместе со своими документами, которые сразу же опознал. Данное портмоне действительно принадлежит ему и он не мог ошибиться. (т.1 л.д. 86-89, 115-116) Показаниями свидетеля ФИО4 данными на предварительном следствии и оглашенными в судебном заседании в порядке ст. 281 УПК РФ , согласно которым ... примерно в 11 часов, его сын ФИО6, взял у него его автомобиль «ВАЗ 2110», с регистрационными знаками &lt;***&gt;/07РУС, на котором поехал в автомагазин за запчастями, так как его автомобиль «БМВ 318», с регистрационными знаками &lt;***&gt;/15РУС, находится в ремонте. Примерно в 15 часов, ФИО6, приехал домой и остановил автомобиль «ВАЗ 2110», с регистрационными знаками &lt;***&gt;/07РУС, во дворе их дома. Примерно, в 21 час, он выехал на своем автомобиле «ВАЗ 2110», с регистрационными знаками &lt;***&gt;/07РУС, для осуществления частного извоза по &lt;адрес&gt;, для заработка. По средствам мобильного приложения «Яндекс. Такси», через сеть «интернет», установленную в его мобильном телефоне, стал принимать заказы, при этом первые два заказа были по одному пассажиру которые садились рядом с ним на переднее пассажирское сидение. Примерно в 22 часа 30 минут, он принял заказ по средствам указанного приложения, который был с &lt;адрес&gt;, №, до &lt;адрес&gt;, №, &lt;адрес&gt;. Приехав на &lt;адрес&gt;, №, &lt;адрес&gt;, к нему в его автомобиль сели двое молодых парней, один из которых сел рядом с ним, а другой на заднее пассажирское сидение, за передним пассажиром. По пути на &lt;адрес&gt;, парень сидевший рядом с ним, попросил его остановиться около продуктового магазина, которому остановил автомобиль вблизи с магазином, расположенным на пересечение &lt;адрес&gt;, куда зашел этот парень, чтобы разменять 1 000 рублей, которые разменял. В пути в ходе разговора парень, сидевший сзади, сказал ему, что сам работал в такси, с номером 61-11-11, на автомобиле «Волга», при этом данные парни обращались друг к другу по именам, которые не запомнил. Также, во время пути, данные парни с кем-то созванивались по мобильному телефону. Привезя данных парней на &lt;адрес&gt;, неподалеку от «Ильинской церкви» он высадил их, которые расплатились с ним, после чего, он стал принимать очередные заказы. Примерно, в 23 часа 21 минуту, ему на его мобильный телефон позвонил сын ФИО6, который сообщил ему о том, что забыл свое портмоне на заднем сидение его автомобиля, и с его банковской карточки «Сбербанка России», кто-то совершил покупки в магазине, и спросил его, кого он подвозил в район ТЦ «Забава», на что он ответил, что вышеуказанных двух молодых парней. Данных парней он при встрече опознать уверено сможет, а также посмотрев видеозаписи торгового зала в ТЦ «Забава», опознал парня, который совершал покупки, который сидел рядом с ним, а другой парень который был с ним, сидел на заднем пассажирском сидение.(т.1 л.д. 99-101) Помимо вышеизложенного, виновность ФИО2 и ФИО5 подтверждается исследованными в судебном заседании письменными материалами уголовного дела: -заявлением Потерпевший №1от ... согласно которого он просит привлечь к уголовной ответственности неизвестное лицо, которое ... примерно в 23 часа с салона автомобиля «ВАЗ 2110», регистрационные знаки &lt;***&gt;/07RUS, тайно похитил принадлежащее ему портмоне, черного цвета, стоимостью 1 000 рублей в котором находился его паспорт гражданина РФ, его водительское удостоверение, свидетельство о регистрации ТС, страховой полис ОСАГО, две банковские карты Сбербанка, с одной которых в супермаркете «Забава», расположенном по &lt;адрес&gt; «а», &lt;адрес&gt; были совершены покупки на сумму 1025 рублей, чем ему причинен материальный ущерб на общую сумму 2025 рублей.(т.1 л.д.5). - протоколом осмотра места происшествия и фототаблицей к нему от ... согласно которому было осмотрено помещение супермаркета «Забава», расположенном по &lt;адрес&gt;, № «а», &lt;адрес&gt;, в ходе которого экспертом было изъято 4 следа руки, и видеозапись на DVD – диск. (т.1 л.д. 6-13) - протоколом осмотра места происшествия и фототаблицей к нему от ... с участием заявителя Потерпевший №1 и ФИО4, согласно которому на &lt;адрес&gt;, №, &lt;адрес&gt;, был осмотрен автомобиль марки «ВАЗ 2110», государственные регистрационные знаки &lt;***&gt;/07RUS, в ходе осмотра которого экспертом было изъято 8 следов рук, следы рук Потерпевший №1 на бумажную дактокарту, следы рук ФИО4 на бумажную дактокарту, а также Потерпевший №1 указал на заднее пассажирское сидение, где находилось похищенное портмоне.(т.1 л.д. 14-23) -протоколом осмотра места происшествия и фототаблицей к нему от ... с участием ФИО4, согласно которому были осмотрены участки местности по &lt;адрес&gt;, №, и Дзержинского, №, &lt;адрес&gt;, где были посажены и высажены с автомобиля марки «ВАЗ 2110», государственные регистрационные знаки &lt;***&gt;/07RUS, двое неизвестных парней.(т.1 л.д. 29-36) -протоколом добровольной выдачи и фототаблицей к нему от ... согласно которому ФИО5 ФИО18, ... г.р., сотрудникам ОУР ОП № УМВД России по &lt;адрес&gt; добровольно выдал портмоне фирмы «Dr. Koffer», в котором находились паспорт гражданина РФ на имя Потерпевший №1, водительское удостоверение на имя Потерпевший №1, свидетельство о регистрации ТС, 2 (две) банковские карточки «Сбербанка России» на Потерпевший №1, страховой полис ОСАГО, диагностическую карту.(т.1 л.д. 47-54) -протоколом осмотра предметов и фототаблицей к нему от ... согласно которого в помещение служебного кабинета № ОП № УМВД России по &lt;адрес&gt;, были осмотрены портмоне фирмы «Dr. Koffer», паспорт гражданина РФ на имя Потерпевший №1, водительское удостоверение на имя Потерпевший №1, свидетельство о регистрации ТС, 2 (две) банковские карточки «Сбербанка России» на Потерпевший №1, страховой полис ОСАГО, диагностическая карта.(т.1 л.д. 109-112) -заключением эксперта ЭКО УМВД России по &lt;адрес&gt; РСО-Алания № от ... согласно которого следы рук с конвертов №, № под условными номерами перекопированные на отрезках липкой ленты №, №, №, №, №, №, №, №, №, №, № изъятые, по уголовному делу №, пригодны для идентификации личности. След руки с конвертов №, № под условным номером перекопированный на отрезке липкой ленты № изъятый по материалам уголовного дела №, не пригоден для идентификации личности. След руки, перекопированный на отрезке липкой ленты под условным номером № изъятый, по уголовному делу № оставлен отпечатком безымянного пальца правой руки ФИО5 ФИО19. Следы рук, перекопированные на отрезках липкой ленты под условным №, №, №, №, №, №, №, №, №, № изъятые, по уголовному делу № оставлены не ФИО4, не Потерпевший №1, не ФИО5 ФИО20, не ФИО2 ФИО21, а другим лицом.(т.1 л.д. 148-160) -экспертным заключением №/ЭЗ-179 от ..., ООО «Эксперт Консалт», согласно которого рыночная стоимость по состоянию на ... портмоне фирмы «Dr. Koffer» составляет 2 643 (две тысячи шестьсот сорок три) рубля.(т.1 л.д. 169-202) -протоколом осмотра предметов и фототаблицей к нему от ... согласно которого в помещение служебного кабинета № ОП № УМВД России по &lt;адрес&gt;, РСО-Алания были осмотрены 2 бумажных конверта со следами рук, изъятых ... в ТЦ «Забава», расположенном по &lt;адрес&gt; «а», &lt;адрес&gt;, и автомобиля марки «ВАЗ 2110», ГРЗ – &lt;***&gt;/07РУС, находящейся по &lt;адрес&gt;.(т.1 л.д. 207-212) -протоколом осмотра видеозаписи и фототаблицей от ... согласно которого в помещение служебного кабинета № ОП № УМВД России по &lt;адрес&gt;, РСО-Алания был осмотрен «DVD» диск с видеозаписью, изъятой 08.05.2018г. в ходе осмотра места происшествия в ТЦ «Забава», расположенном по &lt;адрес&gt; «а», &lt;адрес&gt;, РСО-Алания, при просмотре которого ФИО2 опознал себя в момент совершения покупок с похищенной банковской карточки. (т.1 л.д. 225-227) Таким образом, на основании вышеизложенных доказательств исследованных в судебном заседании, суд приходит к выводу о виновности подсудимых ФИО2 и ФИО5 в том, что они ... по предварительному сговору похитили с банковского счета Потерпевший №1 денежные средства в размере 3 668 рублей, чем причинили последнему ущерб на указанную сумму. При таких обстоятельствах суд квалифицирует действия подсудимых ФИО2 и ФИО5 по п. «г» ч. 3 ст. 158 УК РФ - как кража, тайное хищение чужого имущества совершенное группой лиц по предварительному сговору, с банковского счета. При назначении ФИО2 и ФИО5 вида и размера наказания, суд исходит из требований ч.3 ст. 1 УПК РФ , положений Конституции РФ, Европейской Конвенции по правам человека, Конвенции «О защите прав человека и основных свобод», а так же ст.ст. , , 62 УК РФ , принимает во внимание характер и степень общественной опасности совершённого преступления, данные, характеризующие личности виновных, а так же влияние назначаемого наказания на исправление осужденных и условия жизни их семей. В частности, совершенное ФИО2 и ФИО5 преступление по характеру и степени общественной опасности отнесено в соответствии с ч.4 ст. 15 УК РФ к категории тяжких преступлений. Как личность ФИО2 и ФИО5 характеризуются по месту жительства положительно, на учете в РНД не состоят и в РПД не наблюдаются. Обстоятельств, отягчающих наказание ФИО2 и ФИО5 предусмотренных ст. 63 УК РФ , судом не установлено. Смягчающими наказание обстоятельствами подсудимым ФИО2 и ФИО5 на основании ст. 61 УК РФ суд признает и учитывает, частичное признание вины и раскаяние в содеянном. Оснований для изменения категории преступлений, в совершении которого обвиняются ФИО2 и ФИО5, предусмотренного ч.6 ст. 15 УК РФ , не имеется. Оснований для применения ст. 76.2 УК РФ освобождение от уголовной ответственности с назначением судебного штрафа судом так же не установлено. В ходе судебного разбирательства уголовного дела суд наличие исключительных обстоятельств и других обстоятельств, существенно уменьшающих степень общественной опасности совершенного ФИО2 и ФИО5, преступлений в соответствии со ст. 64 УК РФ не находит. С учетом характера и степени общественной опасности преступления, совершенного подсудимыми ФИО2 и ФИО5 и принимая во внимание обстоятельства совершенного преступления, данных о личности подсудимых, суд считает назначить ФИО2 и ФИО5 наказание в виде лишения свободы. В то же время, принимая во внимание положительные данные характеризующие личности ФИО2 и ФИО5, обстоятельства смягчающие наказание, отсутствие отягчающих наказание обстоятельств, возраст подсудимых, признание ими своей вины, суд приходит к выводу о возможности исправления ФИО2 и ФИО5, без реального отбывания наказания и постановляет назначенное ФИО2 и ФИО5, наказание считать условным, применив ст. 73 УК РФ . С учетом тяжести совершенного преступления, обстоятельств совершенного преступления, имущественного положения суд считает не целесообразным назначить ФИО2 и ФИО5 дополнительные наказания в виде штрафа и ограничения свободы. В соответствии со ст. 81 УПК РФ вещественные доказательства : портмоне фирмы «Dr. Koffer», паспорт гражданина РФ на имя Потерпевший №1, водительское удостоверение на имя Потерпевший №1, свидетельство о регистрации ТС, 2 (две) банковские карточки «Сбербанка России» на Потерпевший №1, страховой полис ОСАГО, диагностическая карта, подлежит оставлению в распоряжении Потерпевший №1, «DVD» диск с видеозаписью с видеорегистратора изъятой ТЦ «Забава», расположенном по &lt;адрес&gt; «а», &lt;адрес&gt;, РСО-Алания подлежит хранению при уголовном деле., 2 бумажных конверта со следами рук, подлежат хранению при уголовном деле по вступлению приговора в законную силу. На основании изложенного и руководствуясь ст.ст. - 309 УПК РФ , суд п р и г о в о р и л: ФИО2 ФИО22 признать виновным в совершении преступления предусмотренного п. «г» ч.3 ст. 158 УК РФ и назначить ему наказание в виде лишения свободы сроком на 1 (один) год 6 (шесть) месяцев. На основании ст. 73 УК РФ назначенное ФИО2 ФИО23 наказание в виде лишения свободы считать условным с испытательным сроком в 1 (один) год 6 (шесть) месяцев. ФИО5 ФИО24 признать виновным в совершении преступления предусмотренного п. «г» ч.3 ст. 158 УК РФ и назначить ему наказание в виде лишения свободы сроком на 1 (один) год 6 (шесть) месяцев. На основании ст. 73 УК РФ назначенное ФИО5 ФИО25 наказание в виде лишения свободы считать условным с испытательным сроком в 1 (один) год 6 (шесть) месяцев. Обязать ФИО2 и ФИО5 не изменять места своего жительства без уведомления специализированного государственного органа, осуществляющего контроль за поведением условно осужденного. Испытательный срок ФИО2 и ФИО5 исчислять с момента вступления приговора в законную силу, и в испытательный срок зачесть время, прошедшее со дня провозглашения приговора. Меру пресечения в отношении ФИО2 и ФИО5 в виде подписке о невыезде и надлежащем поведении отменить по вступлению приговора в законную силу. Вещественные доказательства: портмоне фирмы «Dr. Koffer», паспорт гражданина РФ на имя Потерпевший №1, водительское удостоверение на имя Потерпевший №1, свидетельство о регистрации ТС, 2 (две) банковские карточки «Сбербанка России» на Потерпевший №1, страховой полис ОСАГО, диагностическая карта, оставить в распоряжении Потерпевший №1,«DVD» диск с видеозаписью с видеорегистратора изъятой ТЦ «Забава», расположенном по &lt;адрес&gt; «а», &lt;адрес&gt;, РСО-Алания хранить при уголовном деле., 2 бумажных конверта со следами рук, хранить при уголовном деле по вступлению приговора в законную силу. Приговор может быть обжалован в апелляционном порядке в Верховный суд РСО- Алания в течение 10 суток со дня провозглашения. В случае подачи апелляционной жалобы осужденный вправе ходатайствовать о своём участии в рассмотрении уголовного дела судом апелляционной инстанции. Председательствующий Г.А.Плиев Суд: Советский районный суд г. Владикавказа (Республика Северная Осетия-Алания) (подробнее) Судьи дела: Плиев Герман Анатольевич (судья) (подробнее) Последние документы по делу: Приговор от 27 мая 2020 г. по делу № 1-28/2020 Приговор от 13 мая 2020 г. по делу № 1-28/2020 Приговор от 10 февраля 2020 г. по делу № 1-28/2020 Приговор от 26 января 2020 г. по делу № 1-28/2020 Приговор от 22 января 2020 г. по делу № 1-28/2020 Приговор от 15 января 2020 г. по делу № 1-28/2020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