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30.05.2017 мировым судьей судебного участка №1, и.о. мирового судьи судебного участка № 2 по Кукморскому судебному району Республики Татарстан по ст. 264.1 Уголовного кодекса Российской Федерации к 200 часам обязательных работ с лишением права заниматься деятельностью по управлению транспортными средствами сроком на 2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03.07.2018 мировым судьей судебного участка №2 по Кукморскому судебному району Республики Татарстан по ст. 264.1 Уголовного кодекса Российской Федерации, на основании ст. Уголовного кодекса Российской Федерации к 3 месяцам лишения свободы с лишением права заниматься деятельностью по управлению транспортными средствами сроком на 2 года. Освобожден 02.10.2018 по отбытию наказания. Дополнительное наказание в виде лишением права заниматься деятельностью, связанной с управлением транспортными средствами сроком 2 года, не отбыто, в совершении преступления, предусмотренного ст. 264.1 Уголовного кодекса Российской Федерации, УСТАНОВИЛ ФИО1 совершил управление автомобилем лицом, находящимся в состоянии опьянения, имеющим судимость за совершение в состоянии опьянения преступления, предусмотренного статьей 264.1 Уголовного кодекса Российской Федерации, при следующих обстоятельствах: 30.05.2017 мировым судьей судебного участка №1 по Кукморскому судебному району Республики Татарстан, исполняющим обязанности мирового судьи судебного участка №2 по Кукморскому судебному району Республики Татарстан, ФИО1 признан виновным в совершении преступления, предусмотренного ст. 264.1 УК РФ и ему назначено наказание в виде обязательных работ сроком на 200 часов с лишением права заниматься деятельностью, связанной с управлением транспортными средствами сроком на 2 года. 10.06.2017 данный приговор вступил в законную силу. 03.07.2018 мировым судьей судебного участка №2 по Кукморскому судебному району Республики Татарстан ФИО1 признан виновным в совершении преступления, предусмотренного ст. 264.1 УК РФ , и ему назначено наказание в виде лишения свободы сроком на 3 месяца с лишением права заниматься деятельностью, связанной с управлением транспортными средствами сроком на 1 год 6 месяцев. На основании ст. 70 УК РФ , по совокупности приговоров, путем частичного присоединения неотбытой части дополнительного наказания назначенного по приговору мирового судьи судебного участка №1 по Кукморскому судебному району Республики Татарстан от 30.05.2017 к наказанию, назначенному по данному приговору, окончательно назначено наказание в виде лишения свободы сроком 3 месяца с отбыванием наказания в колонии общего режима с лишением права заниматься деятельностью связанной с управлением транспортными средствами сроком на 2 года. 14.07.2018 указанный приговор вступил в законную силу. 02.10.2018 ФИО1 освобожден из ФКУ ИК-3 УФСИН РФ по Республике Татарстан по отбытию срока наказания. Дополнительный вид наказания в виде лишения права заниматься деятельностью, связанной с управлением транспортными средствами не отбыто. 28.11.2019 в период времени с 21 часа 00 минут до 23 часов 00 минут, ФИО1, имеющий судимости за совершение преступлений, предусмотренных статьями 264.1 УК РФ , будучи в состоянии опьянения, управляя автомобилем ВАЗ-21060, государственный регистрационный знак &lt;данные изъяты&gt; регион, двигался по ул. Мира г. Вятские Поляны Кировской области. Данный факт был установлен сотрудниками ДПС ГИБДД МО МВД России «Вятскополянский», которые остановили автомобиль под управлением ФИО1 у дома №46 «А» по ул. Мира г.Вятские Поляны Кировской области. После отстранения его от управления транспортным средством сотрудниками ДПС ГИБДД, у которых имелись достаточные основания полагать, что ФИО1 управляет автомобилем в состоянии опьянения, он был направлен на медицинское освидетельствование на состояние опьянения в медицинское учреждение - наркологическое отделение КОГБУЗ «Вятскополянская ЦРБ», расположенное по адресу &lt;...&gt; где в период времени с 23 часов 00 минут 28.11.2019 до 00 часов 28 минут 29.11.2019, в нарушение п.2.3.2 Правил дорожного движения Российской Федерации, утвержденных Постановлением Совета Министров Правительства РФ от 23.10.1993 г. № 1090, ФИО1 отказался выполнить законное требование уполномоченного должностного лица о прохождении медицинского освидетельствования на состояние опьянения в порядке и на основаниях, предусмотренных законодательством Российской Федерации, что в соответствии с примечанием к ст. 264 УК РФ , для целей ст. 264.1 УК РФ , признается лицом, находящимся в состоянии опьянения. Подсудимый ФИО1 согласен с предъявленным обвинением, квалификацией своих действий, вину в совершенном преступлении признаёт полностью, раскаивается, просит рассмотреть уголовное дело в отношении его в особом порядке принятия судебного решения. Адвокат и прокурор согласны на рассмотрение дела в отношении ФИО1 в особом порядке принятия судебного решения. Учитывая, что подсудимый ФИО1 понимает существо обвинения и согласен с ним в полном объеме; ходатайство о рассмотрении дела в особом порядке принятия судебного решения заявлено подсудимым своевременно, добровольно, после проведения консультаций с адвокатом, он осознаёт характер и последствия заявленного им ходатайства о постановлении приговора без проведения судебного разбирательства; ходатайство о производстве дознания в сокращенной форме заявлял добровольно; принимая во внимание отсутствие возражений у государственного обвинителя против рассмотрения уголовного дела в особом порядке; ФИО1 обвиняется в совершении преступления, наказание за которое не превышает 10 лет лишения свободы, суд считает возможным постановить приговор в отношении ФИО1 без проведения судебного разбирательства, в порядке ст. 316 Уголовно-процессуального кодекса Российской Федерации. В соответствии с ч. 1 ст. 226.9 Уголовно-процессуального кодекса Российской Федерации по уголовному делу, дознание по которому производилось в сокращенной форме, судебное производство осуществляется в порядке, установленном ст.ст. 316 и 317 Уголовно-процессуального кодекса Российской Федерации. При этом согласно ч. 2 ст. 226.9 Уголовно-процессуального кодекса Российской Федерации приговор по делу постановляется на основании исследования и оценки доказательств, которые указаны в обвинительном постановлении, а также дополнительных данных о личности подсудимого, представленных и приобщенных к уголовному делу по ходатайству стороны защиты. В судебном заседании судом исследованы доказательства, изложенные в обвинительном постановлении, а именно: рапорт об обнаружении признаков преступления от 29.11.2019 (л.д.9); протокол об отстранении от управления транспортным средством № 43 ОТ 917083 от 28.11.2019 (л.д.10), которым ФИО1 отстранен от управления автомобилем в связи с наличием признаков опьянения; протокол 43 МО 703201 от 28.11.2019 о направлении на медицинское освидетельствование на состояние опьянения (л.д. 12), которым ФИО1 был направлен для прохождения медицинского освидетельствования на состояние опьянения в связи с наличием признаков опьянения – запаха алкоголя изо рта, нарушения речи и отказом от прохождения медицинского освидетельствования на состояние алкогольного опьянения; акт медицинского освидетельствования на состояние алкогольного опьянения № 1026 от 28.11.2019 (л.д.13), согласно которого ФИО1, находясь в наркологическом отделении КОГБУЗ «Вятскополянская ЦРБ» от медицинского освидетельствования отказался; протокол об административном правонарушении 43СН № 502864 от 29.11.2019, составленного в отношении ФИО1 по ч. 2 ст. 12.26 Кодекса Российской Федерации об административных правонарушениях (л.д.15); протокол 43 АК 853021 от 29.11.2019 о задержании транспортного средства (л.д. 16), согласно которому автомобиль ВАЗ-21060 государственный регистрационный знак &lt;данные изъяты&gt;, 1998 года выпуска, на котором следовал ФИО1 задержан и направлен на специализированную стоянку; постановление по делу об административном правонарушении № 18810043170002178362 от 07.12.2019, которым прекращено производство по делу в отношении ФИО1 в связи с наличием в действиях ФИО1 признаков уголовного деяния (л.д.18); протоколы допросов свидетелей ФИО2 (л.д. 43-46) и ФИО3 (л.д. 47-50), которые показали о порядке остановки автомобиля, под управлением ФИО1, отстранения его от управления транспортным средством, доставления в МО МВД России «Вятскополянский» для установления данных водителя, задержании транспортного средства, которым управлял ФИО1, проведения в отношении ФИО1 медицинского освидетельствования на состояние опьянения; протокол допроса подозреваемого ФИО1 (л.д. 60-65), который вину в совершенном преступлении признал полностью; копия приговора мирового судьи судебного участка №1, и.о. мирового судьи судебного участка № 2 по Кукморскому судебному району Республики Татарстан от 30.05.2017 (л.д. 83-84) и копия приговора мирового судьи судебного участка № 2 по Кукморскому судебному району Республики Татарстан от 03.07.2018 (л.д. 85-86), которыми ФИО1 был признан виновным и осужден по ст. 264.1 Уголовного кодекса Российской Федерации; копия распоряжения МО МВД России «Вятскополянский» от 07.11.2019 № 60 «О проведении специального профилактического мероприятия» (л.д. 20-21), справка Елабужского межмуниципального филиала ФКУ УИИ УФСИН России по Республике Татарстан (дислокация в Мамадышском муниципальном районе Республики Татарстан) от 04.12.2019 (л.д.94), согласно которой ФИО1 состоит на учёте с 08.11.2018, с 02.10.2018 отбывает дополнительный вид наказания в виде лишения права управления транспортными средствами сроком на 2 года, окончание срока отбывания наказания - 01.10.2020; протокол выемки видеозаписи от 04.12.2019 и фототаблицы к нему (л.д.31-33), протокол осмотра видеозаписи от 04.12.2019 и фототаблицы к нему (л.д.34-40), протокол выемки автомобиля, которым управлял ФИО1 от 09.12.2019 и фототаблицы к нему (л.д. 100-102), протокол осмотра автомобиля от 09.12.2019 и фототаблицы к нему (л.д.103-106). Данные доказательства судом признаны относимыми, допустимыми и в совокупности достаточными доказательствами, подтверждающими виновность подсудимого в совершенном преступлении и правильность квалификации органами дознания действий подсудимого ФИО1 Принимая во внимание, что обвинение, с которым согласился подсудимый, обосновано, подтверждается доказательствами, собранными по уголовному делу, изложенными в обвинительном постановлении и исследованными в судебном заседании, которым судом дана оценка в соответствии с требованиями Уголовно-процессуального кодекса Российской Федерации, суд соглашается с квалификацией действий подсудимого ФИО1, данной органами предварительного следствия, и постановляет по делу обвинительный приговор, квалифицируя действия ФИО1 по ст. 264.1 Уголовного кодекса Российской Федерации, как управление автомобилем лицом, находящимся в состоянии опьянения имеющим судимость за совершение в состоянии опьянения преступления, предусмотренного статьей 264.1 Уголовного кодекса Российской Федерации. При назначении подсудимому ФИО1 вида и размера наказания, суд руководствуется требованиями ст.ст. , и Уголовного кодекса Российской Федерации, а также принципами законности, справедливости и соразмерности наказания содеянному, учитывает при этом конкретные обстоятельства дела, характер и степень общественной опасности совершенного преступления, которое относится к категории умышленных преступлений небольшой тяжести; данные о личности подсудимого ФИО1, который по месту жительства, согласно характеристике руководителя исполнительного комитета Нижнетаканышского сельского поселения (л.д. 90) характеризуется удовлетворительно, проживает один в собственном доме; по месту отбывания наказания, согласно характеристике начальника ФКУ ИК-3 УФСИН России по Республике Татарстан характеризуется отрицательно (л.д. 96 оборот. стор.); неоднократно привлекался к административной ответственности по гл. 12 КоАП РФ, за правонарушения в области безопасности дорожного движения, согласно справке старшего инспектора ИАЗ ОГИБДД МО МВД России «Вятскополянский» (л.д. 25). Суд в действиях ФИО1 находит смягчающие наказание обстоятельства, предусмотренные ч.2 ст. Уголовного кодекса Российской Федерации, чистосердечное признание вины, раскаяние в совершенном преступлении, и преклонный возраст подсудимого. Суд не находит основания для признания в действиях подсудимого ФИО1 смягчающим наказание обстоятельством –активное способствование раскрытию и расследованию преступления, поскольку ФИО1 был застигнут правоохранительными органами на месте преступления и каких-либо иных сведений, неизвестных органам следствия об обстоятельствах совершенного преступления и лице, его совершившем, ФИО1 представлено не было. Отягчающих наказание обстоятельств, предусмотренных ст. Уголовного кодекса Российской Федерации, суд в действиях ФИО1 не находит. Оснований для применения при назначении наказания ФИО1 положений ст. и ст. Уголовного кодекса Российской Федерации, суд не усматривает, поскольку каких-либо исключительных обстоятельств, связанных с целью и мотивами преступления, поведением подсудимого во время или после совершения преступления, существенно уменьшающих его степень общественной опасности, из материалов дела не усматривается. Принимая во внимание, что уголовное дело в отношении ФИО1 рассмотрено в особом порядке принятия судебного решения, поскольку дознание проведено в сокращенной форме, суд находит необходимым при определении размера наказания применить положения ч. 5 ст. Уголовного кодекса Российской Федерации и ч.6 ст. 226.9 Уголовно-процессуального кодекса Российской Федерации. С учётом характера и степени общественной опасности содеянного, наличия в действиях ФИО1 смягчающих и отсутствие отягчающих наказание обстоятельств, а так же данных о личности виновного, который преступление совершил через непродолжительное время после отбытия основного наказания, в период отбытия дополнительного наказания, что свидетельствует о не желании подсудимого вставать на путь исправления, суд приходит к выводу о необходимости назначения ФИО1 наказания в виде реального лишения свободы, поскольку только наказание, связанное с лишением свободы подсудимого в пределах санкции статьи, по которой квалифицированы его действия, будет являться соответствующим характеру и степени общественной опасности содеянного подсудимым, данным о личности, а также задачам охраны прав, свобод человека и гражданина, будет служить целям восстановления социальной справедливости, исправлению виновного и предупреждению совершения им новых преступлений. Принимая во внимание, что санкцией ст. 264.1 Уголовного кодекса Российской Федерации предусматривается в качестве обязательного дополнительное наказание в виде лишения права занимать определенные должности или заниматься определенной деятельностью, с учетом обстоятельств дела, данных о личности подсудимого, суд находит необходимым при назначении наказания ФИО1 назначить дополнительное наказание в виде лишения права заниматься определенной деятельностью, связанной с управлением транспортными средствами. Поскольку ФИО1 настоящее преступление совершил в период отбывания дополнительного наказания в виде лишением права заниматься деятельностью, связанной с управлением транспортными средствами по приговорам от 30.05.2017 и 03.07.2018, суд находит достаточно оснований для применения правил ст. Уголовного кодекса Российской Федерации при назначении наказания подсудимому. Согласно ч.5 ст. Уголовного кодекса Российской Федерации присоединение дополнительных видов наказаний при назначении наказания по совокупности приговоров производится по правилам, предусмотренным ч.4 ст. Уголовного кодекса Российской Федерации. Принимая во внимание личность подсудимого ФИО1, который осуждается за совершение умышленного преступления небольшой тяжести, ранее отбывал наказание в виде лишения свободы, суд назначает подсудимому к отбытию наказание в исправительной колонии общего режима, в соответствии с п.«а» ч. 1 ст. Уголовного кодекса Российской Федерации. Учитывая обстоятельства совершенного преступления, его тяжесть и личность подсудимого, который склонен к совершению правонарушений и преступлений, постоянного места жительства и устойчивых социальных связей на территории Кировской области не имеет суд, в целях обеспечения исполнения приговора, находит достаточно оснований для избрания подсудимому ФИО1 меры пресечения на период апелляционного обжалования в виде заключения под стражу. На основании п. «б» ч. 3.1. ст. Уголовного кодекса Российской Федерации суд полагает необходимым зачесть в срок отбывания наказания осужденному ФИО1 время содержания его под стражей в период с 28 января 2020 года до дня вступления настоящего приговора в законную силу из расчёта 1 день содержания под стражей за полтора дня отбывания наказания в исправительной колонии общего режима. Вещественное доказательство, согласно ст.81 Уголовно-процессуального кодекса Российской Федерации, диск с видеозаписью, суд полагает необходимым хранить при уголовном деле; автомобиль «ВАЗ-21060», государственный регистрационный знак С390МХ 16 регион - суд полагает оставить в распоряжении ФИО1 От уплаты процессуальных издержек, согласно ч. 10 ст. 316 Уголовно-процессуального кодекса Российской Федерации, ФИО1 суд полагает необходимым освободить. Руководствуясь ст.ст.307-309, ч.7 ст. 316, ч.6 ст. 226.9 Уголовно-процессуального кодекса Российской Федерации, суд ПРИГОВОРИЛ ФИО1 признать виновным в совершении преступления, предусмотренного ст. 264.1 Уголовного кодекса Российской Федерации, и назначить наказание в виде лишения свободы сроком на 6 месяцев с лишением права заниматься определенной деятельностью, связанной с управлением транспортными средствами, на срок 2 года. На основании ч. 5 ст. , ч. 4 ст. Уголовного кодекса Российской Федерации по совокупности приговоров, путем частичного присоединения к назначенному наказанию по настоящему приговору не отбытой части дополнительного наказания по предыдущему приговору мирового судьи судебного участка №2 по Кукморскому судебному району Республики Татарстан от 03.07.2018, окончательно назначить ФИО1 наказание в виде 6 месяцев лишения свободы с отбыванием наказания в исправительной колонии общего режима с лишением права заниматься деятельностью, связанной с управлением транспортными средствами сроком на 2 года 06 месяцев. Меру пресечения на период вступления приговора в законную силу ФИО1 изменить с подписки о невыезде на заключение под стражу. Взять ФИО1 под стражу в зале суда. На основании п. «б» ч. 3.1. ст. Уголовного кодекса Российской Федерации зачесть в срок отбывания наказания осужденному ФИО1 время содержания его под стражей в период с 28 января 2020 года до дня вступления настоящего приговора в законную силу из расчёта 1 день содержания под стражей за полтора дня отбывания наказания в исправительной колонии общего режима. Срок отбывания наказания осужденному ФИО1 исчислять со дня вступления приговора в законную силу. Вещественное доказательство: диск с видеозаписью, хранить в материалах уголовного дела; автомобиль «ВАЗ-21060», государственный регистрационный знак С390МХ 16 регион - оставить в распоряжении ФИО1 От уплаты процессуальных издержек, согласно ч. 10 ст. 316 Уголовно-процессуального кодекса Российской Федерации, ФИО1 освободить. Приговор может быть обжалован в Кировский областной суд в течение 10 суток со дня провозглашения, а осужденным, содержащимся под стражей,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и поручать осуществление своей защиты избранному им защитнику либо ходатайствовать перед судом о назначении защитника. В случае заявления ходатайства об участии в рассмотрении дела судом апелляционной инстанции выразить своё желание в своей жалобе. Приговор, постановленный в соответствии со ст. 316 Уголовно-процессуального кодекса Российской Федерации, не может быть обжалован в апелляционном порядке по основанию, предусмотренному п.1 ст. 389.15 Уголовно-процессуального кодекса Российской Федерации. Председательствующий О.А.Смертина Суд: Вятскополянский районный суд (Кировская область) (подробнее) Судьи дела: Смертина Оксана Анатольевна (судья) (подробнее) Последние документы по делу: Апелляционное постановление от 3 июня 2020 г. по делу № 1-19/2020 Приговор от 17 мая 2020 г. по делу № 1-19/2020 Постановление от 7 мая 2020 г. по делу № 1-19/2020 Приговор от 19 апреля 2020 г. по делу № 1-19/2020 Приговор от 16 апреля 2020 г. по делу № 1-19/2020 Приговор от 13 апреля 2020 г. по делу № 1-19/2020 Апелляционное постановление от 19 марта 2020 г. по делу № 1-19/2020 Приговор от 16 февраля 2020 г. по делу № 1-19/2020 Приговор от 9 февраля 2020 г. по делу № 1-19/2020 Постановление от 29 января 2020 г. по делу № 1-19/2020 Постановление от 29 января 2020 г. по делу № 1-19/2020 Приговор от 28 января 2020 г. по делу № 1-19/2020 Приговор от 20 января 2020 г. по делу № 1-19/2020 Приговор от 25 декабря 2019 г. по делу № 1-19/2020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