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ФИО1</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Хищение имущества Администрации городского округа [ Адрес ]. Подсудимые ФИО7, ФИО3, ФИО2 и ФИО4 руководствуясь корыстными побуждениями вступив между собой в предварительный сговор, направленный на тайное хищение чужого имущества В период до 9 часов [ ДД.ММ.ГГГГ ], приехали на территорию [ ... ] расположенного по адресу: [ Адрес ], где, воспользовавшись тем, что за их действиями никто не наблюдает и не может препятствовать совершению преступления, действуя умышленно группой лиц по предварительному сговору, тайно похитили ограждение в виде чугунных литых секций в количестве 15 штук, весом 150 кг каждая, общим весом 2250 кг, стоимостью по 13 рублей 50 копеек за 1 кг металлического лома, а всего общей стоимостью 30375 рублей, принадлежащие Администрации городского округа [ Адрес ], которые погрузили на автомобиль [марка] государственный регистрационный знак [ Номер ] регион, под управлением подсудимого ФИО4 и с места совершения преступления скрылись, причинив Администрации городского округа [ Адрес ] материальный ущерб на общую сумму 30375 рублей. В дальнейшем подсудимые ФИО3, ФИО7, ФИО2 и ФИО4, распорядились похищенным имуществом по своему усмотрению. Допрошенный в судебном заседании подсудимый ФИО3 вину признал и пояснил, что в [ ДД.ММ.ГГГГ ] вместе с ФИО7 и ФИО4 поехали в [ Адрес ]. Проезжая вдоль парка, с левой стороны на участке обрыва увидел наполовину разрушенный металлический забор. Обратил внимание ФИО4 и ФИО7 на забор, который был ржавый и обрушенный, посмотрели забор поближе и решили сдать забор в металлолом. Когда приехали в [ Адрес ], встретились с ФИО2, который подъехал на [марка] и рассказали, про старый забор, который надо разобрать и сдать в металлолом. Ночью на [марка] ФИО2 приехали с ФИО7, ФИО4 в [ Адрес ] С собой было два лома. Демонтировали забор, погрузили 19 секций в [марка], но машина не могла ехать из-за перегруза, после чего выложили 4 секции забора. Поехали в [ Адрес ] и сдали забор в металлолом на сумму 8000 рублей. Деньги поделили по 2000 рублей. Допрошенный в судебном заседании подсудимый ФИО4 вину признал и пояснил, что в [ ДД.ММ.ГГГГ ] его сводный брат ФИО3 [ ФИО 6] житель [ Адрес ] позвонил ему на мобильный телефон и предложил поехать в [ Адрес ], для того чтобы похитить металл в [ ... ]. В поселке [ Адрес ] ранее он был, так как обучается в техникуме. Так же с ними поехали его знакомые ФИО2 [ ФИО 7 ] и ФИО7 [ ФИО 8]. Из них двое- ФИО3 [ ФИО 6] и ФИО2 [ ФИО 7 ] жители [ Адрес ], а ФИО7 [ ФИО 8] учится вместе с ним в [ Адрес ] техникуме. У ФИО7 была машина [ марка ] зеленого цвета. На такси доехал до дома ФИО3 [ ФИО 6] там уже находились ФИО2 [ ФИО 7 ] и ФИО7 [ ФИО 8]. После чего он с ФИО3 [ ФИО 6] поехал на автомобиле [марка], а ФИО7 и ФИО2 поехали впереди них на автомобиле [ марка ], поехали в [ Адрес ]. Автомобиль [марка] оставили у лавочек в [ ... ], ФИО3 показал на забор, который был выполнен из металла и представлял собой литую металлическую плиту и пояснил, что они его похитят, и сдадут в пункт приема лома металла, а вырученные деньги поделят между собой, они согласились. С собой у них были металлические ломы в количестве 2 штуки, ими стали отламывать ограждения и перетаскивать их в одно место, где у них стоял автомобиль [марка]. Ломами работали по очереди и всего отломили 18 секций, и вручную перетаскивали их к месту, где стояла [марка]. ФИО2 [ ФИО 7 ] во время пока отламывали металлические секции ограждения, находился в автомашине [марка], т.к. у него проблемы со спиной. Затем, сложили все 18 секций ограждения в одно место, втроем он, ФИО3 и Сироткин стали грузить их в автомашину [марка], после погрузки всех 18 штук ограждений, сели в автомашины, он сел в автомашину [марка], с ним в [марка] сел ФИО3 [ ФИО 6], ФИО7 и ФИО2 сели в автомашину [ марка ], но уехать у них не получилось, т.к. [марка] не могла съехать с места из-за тяжести секций ограждения. После этого ФИО7 [ ФИО 8] попытался сдвинуть [марка] своим автомобилем, но веревка, которой дергали [марка] не выдержала и лопнула, тогда скинули с автомашины [марка] 4 секции ограждения, и только после этого выехали из [ Адрес ] в [ Адрес ]. После этого похищенные секции ограждения из [ ... ] [ ... ] в [ Адрес ] разбили кувалдами, и спустя несколько дней отвез похищенный металл на автомобиле марки [марка], принадлежащий ФИО2 [ ФИО 7 ] на пункт приема лома металла в [ Адрес ]. От продажи похищенных секций ограждения они получили по 2000 рублей. В содеянном раскаивается. Допрошенный в судебном заседании подсудимый ФИО7 пояснил, что вину признает полностью. В середине [ ДД.ММ.ГГГГ ] на своей машине вместе с ФИО3 и ФИО4 поехали в техникум в [ Адрес ], после чего поехали в [ ... ], где увидели разваленный забор. ФИО3 предложил похить забор и сдать на металлом. После чего поехали по домам в [ Адрес ]. Ночью с [ ДД.ММ.ГГГГ ] на [ ДД.ММ.ГГГГ ] совместно с ФИО3, ФИО2 и ФИО4 приехали на территорию [ ... ] на автомобиле [марка] который принадлежит ФИО2, под управлением ФИО4. С помощью ломов, привезенных с собой демонтировали ограждение в виде чугунных литых секций в количестве 19 штук. В демонтаже забора ФИО2 участие не принимал. Демонтированные секции погрузили в [марка] но [марка] не смогла сдвинуться с места, в связи с чем, 4 секции вытащили из автомобиля и оставили на месте. После чего ограждение сдали в пункт приема металла, вырученные деньги распределили на всех. В настоящее время ущерб, причиненный Администрации городского округа [ Адрес ], возмещен в полном объеме. Допрошенный в судебном заседании подсудимый ФИО2 вину признал частично и пояснил, что в [ ДД.ММ.ГГГГ ] вечером ему позвонил ФИО3 и попросил воспользоваться автомобилем [марка] который принадлежит его отцу, для того чтобы что-то перевезти. Что конкретно перевозить не спрашивал. Сказал, что автомобиль может доверить ФИО4, при этом пояснив, что поедет вместе с ними, на случай если вдруг что-то произойдет с автомобилем. ФИО3 с ФИО4 поехали на [марка], а он с С-ны на автомобиле [ марка ] Поехали в [ Адрес ]. ФИО2 пояснил, что имеет заболевание позвоночника, а поэтому когда приехали на место, то прилег в [марка] отдохнуть. Через некоторое время проснулся от того, что автомобиль [марка] дергалась. Вышел на улицу, увидел,что ФИО3, ФИО4 и ФИО7 грузят какой-то металл. После того, как [марка] загрузили, она с первого раза не смогла сдвинуться с места. Он (ФИО2) сел в машину к ФИО7, после чего поехали в [ Адрес ] домой. Подсудимый ФИО2 пояснил, что в предварительный сговор на совершение хищения не вступал, направляясь в [ Адрес ] не знал, что будет совершаться хищение. ФИО2 указал, что признает участие в совершении кражи, поскольку в процессе изъятия секций забора ФИО4, ФИО3 и ФИО7, понял, что их действия являются противоправными, но их не остановил, а предоставил автомобиль для перевозки похищенного. В судебном заседании были исследованы следующие доказательства. Допрошенный в судебном заседании представитель потерпевшего [ ФИО 1]. пояснил, что в должности начальника [ ... ] городского округа [ Адрес ] работает с [ ДД.ММ.ГГГГ ] В его должностные обязанности входит: руководство управлением имущественных и земельных отношений. Кроме того, согласно доверенности уполномочен представлять интересы Администрации городского округа [ Адрес ] в отношениях с правоохранительными органами, по уголовным делам на стадии предварительного следствия и всех стадиях судебного производства. [ ДД.ММ.ГГГГ ] с 08 часов до 17 часов находился на своем рабочем месте в [ ... ] г.о. [ Адрес ] В этот день поступил звонок от директора МП [ ... ] Свидетель № 2, которая сообщила, что отсутствуют секции ограждения, расположенные на территории [ ... ] в количестве 15 штук. После разговора с Свидетель № 2 выехал на место, откуда были похищены чугунные ограждения. По приезду, увидел, что на месте происшествия находятся сотрудники полиции. Был произведен осмотр места происшествия с его участием, в ходе которого стало известно, что было похищено 15 секций чугунных ограждений. Четыре секции были отсоединены от столбов и лежали на земле, поваленные в кучу. Похищенные чугунные секции в количестве 15 штук, которые были расположены на территории [ ... ] расположенного по адресу: [ Адрес ], служили ограждением от береги реки [ ... ], являлись составной частью территории [ ... ] Данные секции чугунного ограждения состоят в реестре муниципального имущества городского округа [ Адрес ]. Для установления стоимости одной похищенной секции чугунного ограждения директором водоканала «Свидетель № 2 было произведено взвешивание на территории бывшего предприятия [ ... ] на пункте приема металлолома. По результатам взвешивания было установлено, что вес одной секции составляет 150 кг, общий вес похищенных 15 секций составляет 2250 кг. Сумма причиненного ущерба от данного хищения составила 13 рублей 50 копеек за 1 кг по цене лома металлолома. Общая сумма причиненного ущерба составляет 30375 рублей. В настоящее время причиненный ФИО7, ФИО3, ФИО2 и ФИО4 ущерб полностью возмещен, а поэтому администрация их простила и не желает привлекать к уголовной ответственности. Не имеют претензий материального характера к указанным лицам, просил прекратить уголовное преследование. В соответствии со ст. ч.1 УПК РФ в связи с неявкой в судебное заседание по ходатайству государственного обвинителя, с согласия подсудимых и защитников исследованы показания не явившихся свидетелей Свидетель № 1, Свидетель № 2, которые получены в ходе предварительного следствия с соблюдением требований процессуального закона. Согласно показаниям свидетеля Свидетель № 1 [ ... ] [ ДД.ММ.ГГГГ ] около 09 часов на мобильный телефон позвонила [ ФИО 3 ] –жительница [ Адрес ] и сообщила, что на территории [ ... ] расположенного на [ Адрес ] неизвестные лица похитили металлические секции –ограждение реки [ Адрес ] Она сказала [ ФИО 3 ], что о данном факте сообщит директору МП [ ... ] Свидетель № 2 Она сама лично на указанное место не выезжала и что похитили, ей неизвестно. Кто мог совершить хищение металлических секций, ей неизвестно. Лично она видела металлические секции в [ ... ] в последний раз в [ ДД.ММ.ГГГГ ] Согласно показаниям свидетеля Свидетель № 2 [ ... ] является директором МП [ ... ] в ее должностные обязанности входит руководство МП [ ... ] благоустройство территории [ Адрес ], в том числе и территории [ ... ] [ Адрес ]. [ ДД.ММ.ГГГГ ] около 09 часов в ходе телефонного разговора, гр. Свидетель № 1, которая ранее работала в МП [ ... ] инженером по благоустройству, сообщила ей, о том, что на территории [ ... ] расположенного по адресу: [ Адрес ], похищены чугунные секции в количестве 15 штук, которые служили ограждением от берега реки [ ... ]. В этот же день, после телефонного разговора с Свидетель № 1, выехала на место, откуда были похищены чугунные ограждения. По приезду в [ ... ] увидела, что демонтированы 19 секций чугунных ограждений, четыре секции из которых были отсоединены от столбов и лежали на земле, поваленные в кучу, остальные 15 секций отсутствовали, были похищены. При этом на снегу вдоль береговой линии, откуда были демонтированы секции, имелись свежие следы обуви человека и протекторы шин автомобиля - по внешнему виду не легкового, похожие на следы [марка]. О данном факте сообщила в полицию. В какой период времени были сняты и похищены данные секции, ей неизвестно. Когда эти секции видела в последний раз, она не помнит. Данные секции чугунного ограждения состоят в реестре муниципального имущества городского округа [ Адрес ] а МП [ ... ] их только обслуживает. Для установления стоимости одной похищенной секции чугунного ограждения ею в присутствии [ ФИО 1]-начальника [ ... ] городского округа [ Адрес ], было произведено взвешивание чугунных секций ограждения на территории бывшего предприятия [ ... ] на пункте приема металлолома. По результатам взвешивания было установлено, что вес одной секции составляет 150 кг, общий вес похищенных 15 секций составляет 2250 кг. Сумма причиненного ущерба от данного хищения составила 13 рублей 50 копеек за 1 кг по цене лома металлолома. Общая сумма причиненного ущерба составляет 30375 рублей. Согласно рапорту зарегистрированному в КУСП [ Номер ] от [ ДД.ММ.ГГГГ ] ОП (дислокация [ Адрес ]) МО МВД России [ Адрес ][ ... ] заявитель -директор [ ... ] Свидетель № 2 сообщила о краже по адресу: [ Адрес ], а именно, о том, что [ ДД.ММ.ГГГГ ] в 09 часов обнаружено хищение металлических ограждений в [ ... ] со стороны [ Адрес ]. Согласно заявлению начальника [ ... ] г.о.[ Адрес ] [ ФИО 1] от [ ДД.ММ.ГГГГ ] [ ... ]) просит провести проверку по факту хищения неизвестными лицами чугунного литого ограждения в [ ... ] р.[ Адрес ] в количестве 15 пролетов, которое входит в состав комплекса [ ... ], находящегося в муниципальной собственности г.о. [ Адрес ]. В результате чего муниципальному образованию нанесен ущерб в размере – 30375 рублей. Согласно протоколу осмотра места происшествия от [ ДД.ММ.ГГГГ ] [ ... ]) осмотрена территория [ ... ], расположенная на [ Адрес ]. Парк не огорожден забором, доступ на его территории свободный. Парк имеет прямоугольную форму. С восточной стороны территория парка граничит с автодорогой. С западной стороны граничит с берегом [ Адрес ] водохранилища. Вдоль берега расположено ограждение в виде чугунных литых секций 148х80 см, толщиной 3 см. Секции имеют узоры в виде завитков. Поверхность секций окрашена красителем черного цвета. Стойки ограждения в виде металлических труб, окрашенных снаружи красителем синего цвета. Осмотром обнаружено отсутствие 15 секций в ограждении (в средней части) и 4 секции в ограждении с крайней левой стороны. Секции извлечены путем отжатия креплений. На расстоянии 8м от забора расположена пешеходная дорожка, на которой имеется накатанная колея колесами транспортных средств. От ограждения, где отсутствуют секции к пешеходной дорожке имеются следы потаска, а также следы обуви. Следы обуви просматриваются нечетко ввиду наличия рыхлого снега. На поверхности снега на пешеходной дорожке обнаружены фрагменты следов транспортного средства: два разных протектора шин, которые изъяты методом фотофиксации на фотоаппарат. Также на снегу по краям пешеходной дорожки обнаружены две разных фрагмента следов обуви, которые изъяты методом фотофиксации на фотоаппарат. На снегу по краям пешеходной дорожки обнаружены 4 секции от ограждения, которые изъяты, к поверхности каждой секции прикреплены пояснительные бирки с оттиском печати [ Номер ] ГУВД по [ Адрес ]. При дальнейшем осмотре территории [ ... ] на пешеходной дорожке обнаружено два окурка сигарет [ ... ] и [ ... ] Каждый окурок изъят и упакован в отдельные бумажные упаковки, которые опечатаны фрагментом бумаги с оттиском печати [ Номер ] ГУВД по [ Адрес ]. Также обнаружено на снегу еще два окурка сигарет марки [ ... ] около ограждения с левой стороны. Окурки сигарет изъяты и упакованы. На пешеходной дорожке обнаружен фрагмент веревки витой желтого цвета общей длинной 75 см. С одной стороны веревки имеется петля, с другой стороны веревка имеет следы обрыва. Фрагмент веревки изъят и упакован в полиэтиленовый пакет, который опечатан фрагментов бумаги с оттиском печати [ Номер ] ГУВД по [ Адрес ]. Согласно заключению эксперта [ Номер ] от [ ДД.ММ.ГГГГ ] [ ...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 окурке сигареты № 1 (обозначенный экспертом) (объект №1) обнаружена слюна человека мужского генетического пола с генотипом: [ ... ] На окурке сигареты № 2 (обозначенный экспертом) (объект №2 ) обнаружена слюна человека мужского генетического пола с генотипом: [ ... ] Согласно заключению эксперта [ Номер ] от [ ДД.ММ.ГГГГ ] [ ...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 окурке сигареты обнаружена слюна человека мужского генетического пола с генотипом: [ ... ] Согласно заключению эксперта [ Номер ] от [ ДД.ММ.ГГГГ ] [ ...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Слюна, обнаруженная на окурке сигареты № 1 (закл. эксп. [ Номер ] от [ ДД.ММ.ГГГГ ]), произошла от ФИО3 (заключение эксп. [ Номер ] от [ ДД.ММ.ГГГГ ]) и не происходит от ФИО2, ФИО7, ФИО4, ФИО5(закл.эксп. [ Номер ] от [ ДД.ММ.ГГГГ ]) и иных лиц.</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Слюна, обнаруженная на окурке сигареты № 2 (закл. эксп. [ Номер ] от [ ДД.ММ.ГГГГ ]), произошла от ФИО2 (заключение эксп. [ Номер ] от [ ДД.ММ.ГГГГ ]) и не происходит от ФИО3, ФИО7, ФИО4, ФИО5 (закл.эксп. [ Номер ] от [ ДД.ММ.ГГГГ ]) и иных лиц.</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Слюна, обнаруженная на окурке сигареты № 1 (закл. эксп. [ Номер ] от [ ДД.ММ.ГГГГ ]), не происходит от ФИО2, ФИО7, ФИО4, ФИО5, ФИО3 (закл.эксп. [ Номер ] от [ ДД.ММ.ГГГГ ]). Согласно протоколу осмотра документов [ ... ] осмотрен фрагмент веревки, который на момент осмотра упакован в пакет из полимерного материала, опечатанный при помощи прозрачной липкой ленты «скотч» фрагментами бумаги с оттиском печати «[ Номер ] ГУВД по [ Адрес ]», пояснительной надписью, подписями дознавателя, понятых. Перед началом производства осмотра указанная веревка была извлечена из упаковки. Веревка витая желтого цвета, общей длинной 75 см. С одной стороны веревки имеется петля, с другой стороны веревка имеет следы обрыва. По окончании осмотра фрагмент витой веревки опечатан при помощи прозрачной липкой ленты «скотч» фрагментами бумаги с пояснительной надписью, оттиском печати «[ Номер ] ГУВД по [ Адрес ]», подписями дознавателя и понятых. Согласно справки о размере ущерба из Управления имущественных и земельных отношений городского округа [ Адрес ] [ ... ] в ночь с [ ДД.ММ.ГГГГ ] на [ ДД.ММ.ГГГГ ] произошло хищение ограждения р.[ ... ], входящих в состав мемориального комплекса [ ... ] в количестве 15 штук. По стоимости металлического лома ущерб составил 30375 рублей (тридцать тысяч триста семьдесят пять) рублей: Стоимость 1 кг. металлолома на день хищения составляет 13 рублей 50 коп.. Вес одной секции- 150 кг. 150*13,5*15=30375 рублей. Согласно протоколу выемки [ ... ]) у [ ФИО 1] изъяты четыре секции ограждения. Согласно протоколу осмотра предметов [ ... ] осмотрены четыре секции ограждения. На момент осмотра четыре секции ограждения находятся в опечатанном виде. Перед началом осмотра печати и бирки с четырех секций ограждения были удалены. При помощи рулетки данные четыре секции были измерены. Общая длина 1 секции составляет 148 см х 80 см, толщиной 3 см. Четыре секции ограждения окрашены красителем черного цвета. Местами краситель отслоился, имеются следы коррозии металла. Секции имеют узор в виде завитков. После осмотра четыре секции ограждения опечатаны при помощи прозрачной липкой ленты типа «скотч» фрагментами бумаги с пояснительной надписью, оттиском печати « [ Номер ] ГУ МВД России по [ Адрес ]», подписями дознавателя и понятых. Согласно протоколу явки с повинной от [ ДД.ММ.ГГГГ ] [ ... ] ФИО3 сообщил о том, что в один из дней в середине [ ДД.ММ.ГГГГ ] совместно с ФИО2, ФИО7 и ФИО4, жителями [ Адрес ], совершили хищение металлических секций ограждения на берегу реки [ ... ] в районе [ ... ] [ Адрес ], похищенные металлические ограждения, вывезли и сдали в пункт приема металлолома в [ Адрес ]. Согласно протоколу явки с повинной от [ ДД.ММ.ГГГГ ] [ ... ]) ФИО4 сообщил о совершенном преступлении, а именно: что ночью с [ ДД.ММ.ГГГГ ] по [ ДД.ММ.ГГГГ ] совместно с ФИО3 [ ФИО 6], ФИО2 [ ФИО 7 ] и ФИО7 [ ФИО 8] приехали в [ Адрес ] в [ ... ], откуда похитили металлические секции забора в [ ... ] Похищенные секции на автомобиле ФИО2 увезли в [ Адрес ], где сломали их и сдали в качестве лома в пункт приема металлолома в [ Адрес ]. Согласно протоколу явки с повинной от [ ДД.ММ.ГГГГ ] [ ... ]) ФИО7 сообщил о совершенном преступлении, а именно: что в ночь с [ ДД.ММ.ГГГГ ] на [ ДД.ММ.ГГГГ ] о совместно с ФИО3, ФИО4, ФИО2 приехали из [ Адрес ] в [ Адрес ] и похитили из [ ... ] [ Адрес ] 14 металлических секций ограждения, который сдали в качестве лома металла. Оценив собранные по делу доказательства, суд считает вину подсудимых ФИО7, ФИО2, ФИО3, ФИО4 в совершении хищения секций ограждения, принадлежащих администрации городского округа Сокольский доказанной. Подсудимый ФИО2 не отрицая, что принимал участие в хищении ограждения, утверждает, что не вступал в предварительный сговор с ФИО7, ФИО3, и ФИО4 на совершение хищения ограждения и согласившись предоставить свой автомобиль, чтобы перевезти какое-то имущество, не предполагал, что будет совершаться кража. Однако, показания подсудимого ФИО2 опровергаются исследованными доказательствами. Так, подсудимые ФИО7, ФИО3, ФИО4 последовательно указывают, что решили похитить ограждение и сдать его в металлолом, о чем сообщили подсудимому ФИО2, который согласился предоставить для перевозки свой автомобиль и непосредственно присутствовал при изъятии секций забора. Показания подсудимых об обстоятельствах совершения тайного изъятия секций ограждения на территории [ ... ] в [ Адрес ] полностью согласуются с показаниями свидетелей Свидетель № 2, Свидетель № 1, представителя [ ФИО 2], протоколом осмотра места происшествия, заключениями экспертиз, свидетельствующими о том, что окурки сигарет, обнаруженные на месте совершения хищения были оставлены подсудимыми ФИО2 и ФИО3. Таким образом, исследованные доказательства подтверждают, что подсудимые ФИО7, ФИО3, ФИО4 и ФИО2 заранее договорившись о совершении хищения ограждения в парке, осознавая, что указанное ограждение, установленное в общественном месте городского округа [ Адрес ], имеет экономическую и хозяйственную ценность, в силу чего не является бесхозным, действуя совместно и согласованно между собой незаконно изымают 15 штук чугунных литых секций забора, общей стоимостью 30375 рублей, увозят на автомобиле, предоставленном подсудимым ФИО2, и распоряжаются по своему усмотрению, сдав в металлолом, поделив полученные денежные средства. Считая вину подсудимых ФИО7, ФИО3, ФИО4 и ФИО2 доказанной суд квалифицирует их действия по ст. ч.2 п. «а» УК РФ кража, то есть тайное хищение чужого имущества, совершенная группой лиц по предварительному сговору.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Разбойное нападение на Потерпевший № 1 [ ДД.ММ.ГГГГ ] в вечернее время подсудимые ФИО7, ФИО3, ФИО4, ФИО2 и ФИО5, руководствуясь корыстными побуждениями, с целью совершения хищения чужого имущества, путем разбойного нападения, вступили между собой в предварительный сговор, разработав схему совершения преступления и распределили при этом роли каждого. Согласно совместно разработанной схеме совершения преступления, не позднее 01 часа 11 минут [ ДД.ММ.ГГГГ ], подсудимые ФИО7, ФИО3, ФИО4, ФИО2 и ФИО5, заранее приискав орудия, для совершения преступления в виде пневматических пистолетов, ракетниц [ ... ] бейсбольных бит и масок с прорезями для глаз, на автомобиле [ марка ] государственный регистрационный знак [ Номер ] регион, находившемся в пользовании ФИО7, приехали в ГСК [ Номер ], расположенный по [ Адрес ], где, увидев автомобиль [ марка ] государственный регистрационный знак [ Номер ] регион, принадлежащий Потерпевший № 1, припаркованный на территории ГСК [ Номер ], стали дожидаться удобного для совершения преступления момента, а именно, когда Потерпевший № 1 вернется к своему автомобилю. Реализуя совместный преступный умысел, подсудимые ФИО7, ФИО3, ФИО4, ФИО2 и ФИО5, в период времени с 01 часа 24 минут до 02 часов 13 минут [ ДД.ММ.ГГГГ ], находясь на территории ГСК [ Номер ], действуя умышленно, из корыстных побуждений, совместно и согласованно, группой лиц по предварительному сговору, дождались, когда Потерпевший № 1 вернулся в свой автомобиль и, приведя в движение двигатель автомобиля, начал движение. В этот момент, подсудимый ФИО2, действуя по предварительному сговору с подсудимыми ФИО3, ФИО4, ФИО7 и ФИО5, управляя автомобилем [ марка ], с целью подавления воли потерпевшего к сопротивлению, создал аварийную ситуацию, ударив правой частью бампера своего автомобиля, о бампер автомобиля [ марка ] вынудив, таким образом, Потерпевший № 1, управляющего указанным автомобилем, остановиться. Потерпевший № 1., остановил свой автомобиль. После чего, подсудимые ФИО7, ФИО3, ФИО4, ФИО2 и ФИО5, продолжая умышленные, совместные преступные действия, напали на Потерпевший № 1 с целью хищения его имущества. При этом, подсудимые ФИО7, ФИО3, ФИО4, ФИО2 и ФИО5, с целью подавления воли потерпевшего к сопротивлению, угрожая применением насилия опасного для жизни, демонстрировали пневматические пистолеты, бейсбольные биты и требовали у Потерпевший № 1, разблокировать замки дверей автомобиля и открыть дверь. Подсудимый ФИО7, с целью подавления воли потерпевшего к сопротивлению, продолжая умышленные, совместные преступные действия с подсудимыми ФИО3, ФИО4, ФИО2 и ФИО5, стал наносить удары прикладом пневматического пистолета по стеклу водительской двери, требуя при этом выйти из автомобиля, а подсудимый ФИО2, действуя согласно отведенной ему роли при совершении преступления, применяя бейсбольную биту, замахивался ею, угрожая Потерпевший № 1 применением насилия. Подсудимый ФИО4, действуя согласно отведенной ему роли при совершении преступления, совместно и согласованно группой лиц по предварительному сговору с подсудимыми ФИО7, ФИО3, ФИО2 и ФИО5, угрожая Потерпевший № 1 применением насилия, опасного для жизни, направил на Потерпевший № 1 пневматический пистолет, требуя при этом открыть двери автомобиля. Потерпевший № 1, учитывая сложившиеся обстоятельства, безлюдное место, позднее время суток, количество нападавших на него, наличие у них предметов, которые демонстрировались, опасаясь за свою жизнь и здоровье, вынужден был выполнить требования нападавших, и опустил стекло водительской двери. После чего, подсудимые ФИО7, ФИО3, ФИО4, ФИО2 и ФИО5, с целью завладения имуществом и подавления воли потерпевшего к сопротивлению, продолжая умышленные, совместные преступные действия, потребовали у Потерпевший № 1 передать сотовый телефон, денежные средства, а также требовали передать ключи от автомобиля, чтобы Потерпевший № 1 не мог уехать на автомобиле, при этом подсудимый ФИО7, угрожая применением насилия, опасного для жизни, демонстрировал Потерпевший № 1 пневматический пистолет, приставив его к [ ... ] потерпевшего, требуя сотовый телефон и денежные средства. Потерпевший Потерпевший № 1, учитывая сложившиеся обстоятельства, безлюдное место, позднее время суток, количество нападавших на него, опасаясь за свою жизнь и здоровье, разблокировал замки на дверях автомобиля. Воспользовавшись данным обстоятельством, подсудимый ФИО7, продолжая свои умышленные, совместные с подсудимыми ФИО3, ФИО4, ФИО2 и ФИО5, преступные действия направил пневматический пистолет, на [ ... ] потерпевшего, угрожая тем самым применением насилия, опасного для жизни, а именно, прострелить [ ... ] Потерпевший № 1 вновь ответил отказом выйти из автомобиля. Тогда подсудимый ФИО7, применяя насилие, не опасное для здоровья, нанес Потерпевший № 1 не менее трех ударов кулаком [ ... ], требуя передать имущество. А подсудимые ФИО3, ФИО4, ФИО2 и ФИО5, действуя умышленно совместно и согласованно группой лиц по предварительному сговору с ФИО7, с целью подавления воли потерпевшего к сопротивлению, применяя насилие, нанесли не менее 2-х ударов торцевой частью бейсбольной биты по [ ... ] и по [ ... ] и кулаками, в общей сложности, нанеся не менее 8 ударов по [ ... ]. Подавляя, таким образом, волю потерпевшего к сопротивлению, подсудимые ФИО7, ФИО3, ФИО4, ФИО2 и ФИО5, продолжая свои совместные умышленные, преступные действия, направленные на завладение имуществом, применяя насилие, вытащили Потерпевший № 1 из автомобиля [ марка ] При этом подсудимый ФИО5, согласно отведенной ему роли при совершении преступления, с целью подавления воли потерпевшего к сопротивлению, применяя ракетницу [ ... ] произвел выстрел в сторону гаражей. Потерпевший № 1, оказывая сопротивление, вырвался из рук напавших на него подсудимых ФИО7, ФИО3, ФИО4, ФИО2 и ФИО5 и попытался убежать, но подсудимые ФИО7, ФИО3, ФИО4, ФИО2 и ФИО5, с целью подавления воли потерпевшего к сопротивлению, продолжая свои умышленные, преступные действия, действуя совместно и согласованно группой лиц по предварительному сговору, догнали Потерпевший № 1 и, применяя насилие, нанесли не менее 8-ми ударов руками и бейсбольными битами по [ ... ] потерпевшего. Однако, Потерпевший № 1 удалось вырваться от нападавших и убежать, заблокировав при этом с помощью сигнализации замки на дверях на своем автомобиле. После чего, подсудимые ФИО7, ФИО3, ФИО4, ФИО2 и ФИО5, полагая, что могут быть задержаны сотрудниками полиции, скрылись с места совершения преступления. Таким образом, подсудимые ФИО7, ФИО3, ФИО4, ФИО2 и ФИО5, действуя совместно группой лиц по предварительному сговору, угрожая применением насилия, опасного для жизни, совершили разбойное нападение на Потерпевший № 1 с целью хищения его имущества. Допрошенный в судебном заседании подсудимый ФИО7 вину признал частично и пояснил, что [ ДД.ММ.ГГГГ ] с ФИО3, ФИО4 и ФИО5 находился в гостях у ФИО2. В ходе общения стали разговаривать, про лиц употребляющих наркотики, думали, что с этим делать. Решили, поймать и наказать человека, который делает закладки с наркотиками. Через интернет нашли информацию, что в [ Адрес ] [ Адрес ] в ГСК делают закладки. После разговора решили ехать в ГСК [ Адрес ] на его (ФИО7) автомобиле. В машине у него был пневматический пистолет, бита. Кто-то еще взял с собой сломанный пневматический пистолет, в машине еще лежали 2 маски. В [ Адрес ] ехали по навигатору, приехали около 01 часа [ ДД.ММ.ГГГГ ]. Когда приехали в ГСК увидели машину [ марка ], владельца машины не видели, доехали до конца гаражей, недалеко стояли еще 4 машины, вышли из машины с ФИО4, ФИО5 и ФИО3 и пошли вдоль лесополосы. Увидел, что в лесопосадке кто-то бегает с фонарем, позднее выяснилось, что это был потерпевший Потерпевший № 1. Потерпевший № 1 приседал на минуту, потом передвигался на 10-15 метров и снова приседал. Потерпевший № 1 их заметил и пошел быстрым шагом, пошли за ним. Потерпевший № 1 побежал, ФИО4, ФИО3 и ФИО5 побежали за ним. А он (ФИО7) побежал к машине. Сказал ФИО2 поехали, ФИО2 сел за руль, поехали, чтобы перегородить дорогу Потерпевший № 1. Когда стали подъезжать, Потерпевший № 1 сам остановился. Машины остановились, одел маску и вышел из машины. Подошел к машине Потерпевший № 1 и стал стучать в окно, чтобы он открыл его. Потерпевший № 1 открыл окно, задал Потерпевший № 1 вопрос «где наркотики?», спросил закладчик ли он. Потерпевший № 1 сказал, что он не закладчик, что у него ничего нет. После чего сказал Потерпевший № 1, чтобы он открыл дверь и показал телефон. В это время у него (ФИО7) в руках был пистолет, пистолет незаряжен. Потерпевший № 1 сказал, что не даст телефон. Потерпевший № 1 говорил – «я не закладчик». После чего Потерпевший № 1 открыл дверь, он (ФИО7) взял его за руку и сказал «вылезай из машины», Потерпевший № 1 не выходил из машины, он (ФИО7) нанес ему 2-3 удара ладонью [ ... ]. Потерпевший № 1 вышел из машины, в это время уже подбежали ФИО4, ФИО3 и ФИО5. Когда Потерпевший № 1 вышел из машины, он (ФИО7) поскользнулся и упал. Когда вставал, увидел, что Потерпевший № 1 побежал. Подсудимый ФИО7 пояснил, что никаких требований передачи имущества не высказывал, попросил только телефон, чтобы убедиться, что в нем нет фоток с местами закладок, денег не требовал, цели завладения имуществом потерпевшего не было, хотели только наказать Потерпевший № 1, поскольку тот занимался распространением наркотиков и передать полиции. В судебном заседании в связи с существенными противоречиями исследовались показания ФИО7 в ходе предварительного расследования [ ... ]), допрос проводился с участием защитника, ФИО7 разъяснялось право не свидетельствовать против себя, а также предупреждался, что его показания могут быть использованы в качестве доказательства и в случае последующего отказа от них. При допросе ФИО7 пояснял, что с друзьями ФИО2, ФИО4, ФИО3, ФИО5 [ ДД.ММ.ГГГГ ] около 20 часов встретились возле его дома. В ходе беседы кто-то из его друзей сказал, что слышали, что местные ребята покупают наркотические средства в ГСК [ Адрес ]. Кто-то предложил наказать людей, которые продают наркотические средства, а точнее того, кто им попадется. Они договорились, что поедут на его автомобиле, возьмут оружие и предметы, которые можно использовать как оружие и маски, у кого какие есть, также [ ДД.ММ.ГГГГ ] пошли в охотничий магазин, где купили «ракетницы», деньги на покупку были общие (складывались), у него был пневматический пистолет, пистолет ему давно кто-то подарил, кто именно, не помнит. У ребят также дома имелись пневматические пистолеты, не рабочие, биты, у него также была маска, где ребята взяли маски, не знает. Также купил газовый баллончик. Они договорились поехать в ГСК ночью с [ ДД.ММ.ГГГГ ] на [ ДД.ММ.ГГГГ ]. Сели в его автомобиль, оружие загрузили в багажник и под сиденье. Поехали впятером, за рулем автомобиля был он. Кто именно показывал дорогу, не помнит. Приехали в гаражный массив на [ Адрес ], заехали в ГСК, проехали к гаражам, где стоял автомобиль [ марка ] номеров не помнит, черного цвета, в автомобиле никого не было. Поставил автомобиль чуть дальше, надели маски и ждали, когда кто-то подойдет. Не знали, кого ждут, но не думали, что владельцем был случайный человек. Увидели в темноте в зоне лесополосы свет от фонарика. Времени было около 01 часа [ ДД.ММ.ГГГГ ]. Когда мужчина, подошел, они пошли ему навстречу, на них были маски, в руках пистолеты, мужчина побежал к своему автомобилю. Впоследствии стало известно, что это был потерпевший Потерпевший № 1. Потерпевший № 1 с автозапуска завел свой автомобиль, сел в автомобиль. Он (ФИО7) сел в свой автомобиль и хотел преградить ему путь. Потерпевший № 1 поехал на него, а он – на Потерпевший № 1. Потерпевший Потерпевший № 1 управляя [ марка ]» немного задел его автомобиль [ марка ] бампером, остановился, они вышли из своего автомобиля, пошли к нему, попытались вытащить Потерпевший № 1 из автомобиля, однако он закрылся в машине. Стал бить по стеклу водительской двери прикладом пневматического пистолета, который был у него в руках. Потерпевший № 1 опустил стекло и он сказал, чтобы тот отдал телефон, спрашивал, где наркотики. Потерпевший № 1 говорил, что никаких наркотиков у него нет. Он (ФИО7)попросил у него телефон, чтобы посмотреть контакты, Потерпевший № 1 отказался, также требования отдать телефон и деньги выдвигали и остальные ребята, кто именно, не помнит. В момент высказывания требований, держал на уровне лица Потерпевший № 1 кулак, пистолетом Потерпевший № 1 не угрожал, хотя пистолет в течении всего времени демонстрировал. Кулаком правой руки ударил Потерпевший № 1 в [ ... ] около двух раз, Потерпевший № 1 вышел из автомобиля, так как кто-то из его друзей словесно начал ему угрожать. Кто-то из ребят его ударил, кто именно, не видел, так как они были в масках, он упал и в этот момент поднимался. Пока поднимался, увидел, что Потерпевший № 1 побежал. За ним никто не бежал, он не видел, кто в него стрелял, но видел, как мимо него пролетела сигнальная ракета. С кем-то из ребят, пытался разбить стекло его автомобиля, бил прикладом пистолета. Разбить стекло не получилось, все его друзья побежали, он один сел в свой автомобиль и поехал в сторону [ Адрес ]. С друзьями договорились связаться по телефону. Положил в автомобиль свой пистолет, запчастей от пистолета не терял, а также маску. Куда остальные ребята дели оружие, не знает, возможно, выбросили по дороге, так как пистолеты у остальных были не рабочие. Когда выезжал из гаража, его остановили сотрудники полиции, проверили документы, потом отпустили, и он поехал к остальным, они его ждали на одной из улиц, название не помнит, нашел данную улицу по навигатору. Допрошенный в судебном заседании подсудимый ФИО2 вину не признал и пояснил, что [ ДД.ММ.ГГГГ ] вечером встретился с друзьями ФИО7, ФИО4, Ф-выми и ФИО3. В ходе общения зашел разговор о лицах употребляющих наркотические средства. Решили поймать человека, который занимается распространение наркотических средств и сдать полиции. В интернете имеются группы, где рассказывают, как делают закладки. В одной из групп увидели, что чаще всего закладки делают на [ Адрес ], указано место в каком радиусе все происходит. Решили поехать в [ Адрес ] на автомобиле под управлением ФИО7. По навигатору приехали в [ Адрес ] в гаражный кооператив. На въезде висят три камеры видеонаблюдения. По навигатору поехали налево, доехали до конца гаражного кооператива, навигатор уводил в лесополосу. ФИО5, ФИО7, ФИО3 и ФИО4 вышли на улицу осмотреть территорию, минут через 10 вернулись и сказали, что увидели человека, который перемещается с фонариком с места на место в 10-15 метрах от них, он периодически производил вспышку от фотокамеры телефона. Они ушли в лесополосу, чтобы задержать данного человека. Спустя 5-7 минут прибежал ФИО7 и сказал ехать прямо. Он (ФИО2) в это время сидел за рулем, Сироткин сел в машину и сказал ехать прямо. Подъехали к фонарю, там стояла черная [ марка ] ФИО8 завелась, и через 10 секунд подбежал человек, Сироткин сказал, что это он и он (ФИО2) перекрыл ему путь. ФИО7 вышел из машины, подошел к черной [ марка ], в этот момент подбежали ФИО3, ФИО4 и ФИО5. Он (ФИО2) тоже вышел из машины. Сироткин сказал Потерпевший № 1 выходи из машины и показывай, где наркотики. ФИО4 сказал, что пока бежали за Потерпевший № 1 у того руке был сверток. Потерпевший № 1 сказал, что ничего не поднял и у него нет никаких наркотиков. Он (ФИО2) сказал Потерпевший № 1, чтобы тот выходил из машины и показал телефон, есть ли там фото с координатами закладок. Сбоку подошел ФИО4 и сказал, что пакет, который видел у Потерпевший № 1 в руках лежит между сидений. Потерпевший № 1 сказал, что у него ничего нет. Сироткин сказал Потерпевший № 1, чтобы тот положил ключи на панель. У Потерпевший № 1 была возможность уехать, но Потерпевший № 1 сказал, давайте пообщаемся. Потерпевший № 1 открыл дверь, в этот момент у него (ФИО2) в руках была бита, он замахивался, но не смог бы ударить, так как там была дверь. Потерпевший № 1 вышел из машины, сказал, что у него ничего нет. Ребята стали придерживать Потерпевший № 1 за руки, но Потерпевший № 1 вырвался, в этот момент поскользнулся ФИО7 и упал, ребята догнали Потерпевший № 1. Он (ФИО2) попросил Потерпевший № 1 показать телефон. Потерпевший № 1 вырвался и убежал. У ФИО5 была с собой ракетница, он (ФИО2) взял ракетницу и произвел выстрел в небо, чтобы посмотреть, куда побежал Потерпевший № 1, но его уже не было видно. После чего подошли к машине ФИО7, у него (ФИО2) в руках была ракетница, он поскользнулся и когда начал падать, то случайно произвел удар по лобовому стеклу автомобиля Потерпевший № 1. После чего он (ФИО2), ФИО9, ФИО4 и ФИО5 пошли пешком, а ФИО7 поехал на машине. Биту, которая находилась у него (ФИО2) в руке, выкинул. Подсудимый ФИО2 пояснил, что умысла на хищение имущества потерпевшего не было, хотели только задержать Потерпевший № 1, который занимался раскладками наркотических средств. В судебном заседании в связи с существенными противоречиями в соответствии со ст. ч.1 п.1 УПК РФ исследовались показания ФИО2 в ходе предварительного расследования при допросе в качестве подозреваемого. Допрос проводился в присутствии защитника, ему разъяснялось право не свидетельствовать против самого себя, а также предупреждался, что его показания могут быть использованы в качестве доказательства по уголовному делу и в случае последующего отказа от них. При допросе в качестве подозреваемого от [ ДД.ММ.ГГГГ ] [ ... ] ФИО2 пояснял, что [ ДД.ММ.ГГГГ ] он и его друзья ФИО7, ФИО4, ФИО9 [ ФИО 14 ], и [ ФИО 6], решили поехать в [ Адрес ], для того, чтобы найти людей, которые распространяют и употребляют наркотические средства с целью увидеть их, задержать и потребовать с них деньги, для их личного обогащения, после чего передать данных граждан сотрудникам полиции. [ ДД.ММ.ГГГГ ] выехали из [ Адрес ]. [ ДД.ММ.ГГГГ ] около 01 часа 30 минут проезжали мимо гаражей на территории [ Адрес ], точный адрес сказать не может, но сможет показать. Увидели, что в гаражный комплекс проезжает много машин, решили, что там осуществляется сбыт наркотических средств. Он и его друзья на автомобиле [ марка ], под управлением ФИО7 заехали в гаражный массив, развернули автомобиль на выезд. Когда развернулись, то видели с левой стороны тропинку, ведущую к железнодорожным путям, за которыми начинается лесополоса. Он пересел за руль автомобиля, а ребята пошли к железнодорожным путям, посмотреть, что происходит в лесополосе. Что там происходило, сам не видел. Через некоторое время, из лесополосы выбежал ФИО7, сел в автомобиль, сказал, чтобы проехали прямо, до первого выезда из гаражного кооператива. Там находился автомобиль черного цвета. Подъехав к автомобилю, увидел, что в него садится человек, он находился за рулем автомобиля [ марка ], перекрыл автомобилем выезд другому автомобилю, ФИО7 сразу побежал к водительской двери. Пока они ехали до первого выезда, ФИО7 рассказал ему, что видел в лесополосе мужчину, который копал снег, он и его друзья решили, что данный мужчина забирает «закладку», то есть наркотическое средство. ФИО4, ФИО9 и [ ФИО 6], бежали к данной машине с другой стороны гаражей, когда ФИО7 подбежал к водительской двери, в это время подбежали другие ребята, он стал выходить из машины. ФИО7 спросил у мужчины, что он делал в лесополосе и сказал ему выходить из машины. Мужчина не соглашался выходить из машины, тогда ФИО7 вытащил его из автомобиля. Он стал спрашивать у мужчины, где у него наркотики. Мужчина сказал, что ничего не нашел, тогда он стал спрашивать у мужчины его сотовый телефон, чтоб просмотреть координаты. Мужчина сказал, что ничего не отдаст, начал вырываться, убегать, убегая, закрыл двери своей машины. Когда мужчина убегал, он кинул ему в след деревянную биту, которую привез с собой, но в мужчину не попал. Деревянную биту взял у [ ФИО 6], с ней пошел в лесополосу. За мужчиной ни он, ни его друзья не побежали. В этот момент у него был «сигнал охотника», из которого выстрелил вверх, для того, чтоб напугать мужчину. В момент нападения на мужчину, в руках у ФИО7 был пневматический пистолет, но выстрелов из него не производил, у кого- то из ребят еще был пневматический пистолет, но никто не стрелял. Один из пневматических пистолетов черного цвета, на котором сверху имеется кусочек золотистого скотча, отсутствует обойма для шариков, отсутствует газовый баллон, то есть производить выстрелы из его пневматического пистолета нельзя, принадлежит ему, у кого именно был его пистолет, не знает. Кроме того, в момент нападения все ребята, кроме него были в масках черного цвета, сделанных шапок, в которых были прорези для глаз. Данный случай является единичным. Кто из ребят предложил, таким образом, заработать, он сказать не может, появилась спонтанная идея, которую все поддержали, каждый добавил что-то свое. Они определились, что каждый из них должен был как-то себя обезопасить, и взять средства защиты, каждый из них взял то, что у него было. Свою вину в совершении данного преступления признает полностью, в содеянном раскаивается. У мужчины он и его друзья ничего не брали. При допросе в качестве подозреваемого от [ ДД.ММ.ГГГГ ] [ ... ] ФИО2 пояснял, что следователем для обозрения был предоставлена видеозапись, осмотрев которую, пояснял, что когда подъехали к автомобилю [ марка ] за рулем их автомобиля находился он. На переднем пассажирском сиденье находился ФИО7. ФИО5, ФИО4 и ФИО3 подошли к ним пешком. Когда подъехал к автомобилю [ марка ] остановился, при этом, когда останавливался, водитель [ марка ] ударил передней левой частью своего бампера в заднее правое крыло автомобиля за рулем которого сидел он. Он остановился. ФИО7 вышел из передней пассажирской двери и направился в сторону автомобиля [ марка ] подойдя к водительской двери, пытался открыть водительскую дверь автомобиля [ марка ]. В этот время ФИО5, ФИО4 и ФИО3 подошли к ним пешком, они обошли ГСК, Сироткин стал требовать, чтобы водитель открыл дверь. Водитель открыл дверь. ФИО7 и ФИО4 начали вытаскивать его из машины. Они не смогли его вытащить из автомобиля. В этот момент он подошел к ним, взял у ФИО3 биту и подошел к водительской двери. Он замахнулся и пригрозил водителю, что если он не выйдет, то его ударит. Он произвел движение битой сверху вниз, однако удара не нанес. ФИО5 обошел автомобиль и подошел к пассажирской двери. Он открыл дверь, и направил пистолет, который был у него в руке в сторону водителя. Они стали требовать, чтобы он отдал им наркотики, которые, как они считали, он нашел в виде закладок. Они думали, что у него имеются наркотики, так как они видели, что он находился лесополосе. Водитель сказал, что ничего не нашел. Он потребовал, чтобы водитель передал ему свой сотовый телефон, для того, чтобы почитать смс сообщения, в которых может быть информация о закладках. Водитель ему ничего не предавал. Иного имущества у водителя не требовали. Телефон, принадлежащий водителю, он позже планировал отдать ему. Они вытащили водителя из автомобиля, он видимо нажал кнопку брелка сигнализации, и дверь закрылась. ФИО7 оттащил водителя от автомобиля. После этого получилось так, что они оказались позади автомобиля. Он снова сделал замах по водителю, но в этот момент ФИО7 оттащил водителя и он не попал по водителю. Затем они перешли на другую сторону дороги, где водитель вырвался и убежал. Он выстрелил в воздух из сигнала охотника. Куда упал заряд, не видел. Сам сигнал он выбросил, на улице в тот момент, когда выехали из гаражного массива. Где именно, не помнит. После того как мужчина убежал, он подошел к автомобилю и ударил рукояткой пистолета об окно передней пассажирской двери. Стекло не разбилось. После этого ФИО7 уехал на автомобиле, а они вчетвером пошли пешком. На выходе из гаражного кооператива сели в автомобиль и уехали домой. Кроме того, хочет уточнить, что конкретной цели получения денежных средств от потерпевшего у них не было, при допросе в качестве подозреваемого от [ ДД.ММ.ГГГГ ], он имел ввиду, что в случае, если бы они нашли наркотики у данного гражданина и от него последовало предложение о том, чтобы решить данный вопрос за вознаграждение, и не передавать это сотрудникам полиции, то вероятнее всего, на указанное предложение они бы согласились, однако потом, они бы все равно сообщили полиции о том, что водитель автомобиля [ марка ] осуществляет незаконный сбыт наркотиков. Конкретного разговора между ним и его товарищами о получении с водителя денежных средств не было. В содеянном раскаивается, о том, что совершал противоправное действие, понимал. Допрошенный подсудимый ФИО5 вину не признал и пояснил, что [ ДД.ММ.ГГГГ ] во второй половине дня встретился со своими друзьями ФИО4 [ ФИО 10], ФИО7 [ ФИО 8], ФИО3 [ ФИО 9 ], дома у ФИО2 [ ФИО 7 ]. ФИО2 предложил съездить и поймать наркоманов, для того, чтобы наказать и сдать в полицию. Они начали обсуждать и согласились. В этот же день приготовили маски, вырезали их из своих шапок, собрали все оружие, которое у них было, а именно у ФИО7 в автомобиле [ марка ] лежало 2 биты, он и ФИО4 принесли из дома сломанные старые пневматические пистолеты, ФИО7 взял свой пневматический пистолет, сложились денежными средствами на бензин и на покупку ракетниц, купили 5 ракетниц, их покупали ФИО7 и ФИО2, покупали ли еще что-то, не знает. Все загрузили в автомобиль к ФИО7, сели в машину и поехали в [ Адрес ]. Приехали в один из ГСК, расположенный в [ Адрес ], проехали по ГСК и увидели стоящий автомобиль, проехали мимо него. Поставили машину, надели маски, взяли оружие, биты и пошли в лес. Подходя, увидели мужчину, который выходил из леса, стояли и смотрели на него, он несколько раз обернулся, а потом побежал. Он, ФИО3 и ФИО4 побежали за ним, а ФИО2 и ФИО7 пошли в автомобиль. Мужчина, которым впоследствии оказался Потерпевший № 1, подбежал к своей машине, сел в нее, закрылся, ФИО2 и ФИО7 перегородили ему проезд, они втроем бежали к нему. Когда подбежали, ФИО7 пытался вытащить Потерпевший № 1 из автомобиля, он стучал ему в окно пистолетом, требовал выйти, когда они подбежали, ФИО4 направил пистолет на мужчину, он открыл дверь автомобиля, но не выходил, ФИО2 потребовал отдать то, что мужчина «поднял», на это мужчина ответил, что он ничего не нашел. ФИО2 потребовал отдать ему телефон, так как хотел посмотреть в нем координаты, речь шла о «закладках», мужчина отказал. ФИО7 начал его вытаскивать из автомобиля за плечо, ударив его кулаком, куда, не видел, но мужчина все равно не выходил. После этого, ФИО3 битой ударил мужчину по [ ... ], после этого ФИО7 и ФИО2 вытащили его из автомобиля. Он в это время, для большей убедительности, выстрелил из ракетницы в сторону гаражей. ФИО7, ФИО2 и ФИО3 потащили мужчину к соседнему гаражу, тот вырвался, пытался убежать, но ФИО3 его поймал, ФИО3 пытался повалить мужчину на снег, но он вырвался. Он не видел, чтобы мужчине кто-либо наносил удары. Мужчина побежал, ФИО2 взял ракетницу и выстрелил ему в след, но не попал. Они подошли к автомобилю мужчины [ марка ] темного цвета, начали дергать за ручки двери, но они не открылись. ФИО2 попытался разбить заднее стекло битой, но стекло не разбилось, ФИО4 ударил лобовое стекло пистолетом, но безуспешно, Сироткин сел в свою машину, ФИО2 сказал, что их нужно подождать на одной из улиц [ Адрес ], они пошли пешком, а ФИО7 поехал на автомобиле. Пистолеты, его и ФИО4, биты выбросили по дороге в гаражах, ракетницы выбросили в реку по дороге, маски выбросили в мусорные баки в городе. Куда делся пистолет ФИО7, не видел. После этого пошли к дому девушки ФИО2, адреса не знает, показать не сможет, так как не ориентируется в [ Адрес ]. Нашли ФИО7, сели к нему в автомобиль и поехали в [ Адрес ], остались ночевать у ФИО2 Хотели заснять все происходящее на камеру, чтобы предоставить в полицию, но не снимали, так как растерялись. В содеянном раскаивается. Подсудимый ФИО5 пояснил, что цели похить имущество потерпевшего не было, требования к потерпевшему никаких не высказывал. Допрошенный в судебном заседании ФИО4 вину не признал и пояснил, что [ ДД.ММ.ГГГГ ] находился в гостях у ФИО2 вместе с ФИО7, ФИО3 и ФИО5. В ходе общения зашел разговор о лицах употребляющих наркотические средства. В интернете нашли информацию, что компании молодых людей отлавливают закладчиков и сдают полиции. Решили тоже поймать закладчика наркотических средств и сдать полиции. С ФИО7, ФИО2, ФИО3 и ФИО5 поехали в [ Адрес ], знали, что там есть закладчики наркотических средств. Поехали на автомобиле ФИО7. Он (ФИО4) взял у ФИО2 сломанный травматический пистолет, для самообороны от лиц распространяющих наркотические средства. Приехали в ГСК в [ Адрес ]. В конце гаражей остановились. Он (ФИО4), ФИО3, ФИО5 и ФИО7 вышли из машины, и пошли в сторону лесополосы. Увидели, что человек с фонариком передвигается с места на место, подумали, что это закладчик. Когда потерпевший Потерпевший № 1 вышел из леса, в руке у него был пакет, он их увидел, убрал пакет в карман, сказали ему «стой». Потерпевший № 1 побежал. Он (ФИО4), ФИО5 и ФИО3 побежали за ним, ФИО7 пошел к машине. Потерпевший № 1 повернул за угол, где стояла его машина, Потерпевший № 1 сел в машину. Подъехал ФИО2 с ФИО7. Он (ФИО4), ФИО5 и ФИО3 подбежали к машине, он (ФИО4) направил на Потерпевший № 1 пистолет, чтобы Потерпевший № 1 вышел из машины. ФИО5 стоял около машины и слушал. Он (ФИО4) обошел машину Потерпевший № 1, чтобы посмотреть, что Потерпевший № 1 пытается спрятать. После чего ФИО7 вытащил Потерпевший № 1 из машины, он (ФИО4) закрыл дверь в машину, спросили у Потерпевший № 1, где наркотики, Потерпевший № 1 сказал, что у него нет наркотиков, никаких требований не высказывали. Попросили Потерпевший № 1 показать свой телефон, чтобы посмотреть места закладок для полиции. Потерпевший № 1 оттолкнул ФИО7. ФИО7 поскользнулся и упал, Потерпевший № 1 побежал, его догнал ФИО3, ФИО10 сделал подножку, отчего ФИО3 упал, после чего Потерпевший № 1 убежал. ФИО5 произвел выстрел из ракетницы, для чего ему неизвестно. Подсудимый ФИО4 пояснил, что не видел, чтобы кто-то наносил удары потерпевшему Потерпевший № 1. Умысла на хищение имущества потерпевшего не было. Допрошенный в судебном заседании ФИО3 вину не признал, пояснил, что [ ДД.ММ.ГГГГ ] он, ФИО5, ФИО4, ФИО3 находились в гостях у ФИО2. В ходе общения зашел разговор о наркотиках, что полиция бездействует, не справляется, отношение к наркотикам негативное. Решили поймать сбытчика наркотических средств и сдать в полицию. В интернете на сайте увидели, что распространяют наркотики в [ Адрес ] в гаражном кооперативе, решили туда поехать. Решили взять с собой, что-то для самообороны. У него (ФИО3) была балаклава, которую носит зимой, был пистолет без обоймы, у ФИО4 был детский пластмассовый пистолет. В машине у ФИО7 лежала дубинка деревянная, ФИО9 взял ракетницу. Приехали в гаражный массив в [ Адрес ], увидели автомобиль [ марка ] Доехали до конца гаражей. Он (ФИО3), ФИО4, ФИО7 и ФИО5 вышли из машины и пошли в сторону лесополосы. ФИО2 остался в машине. В стороне лесополосы увидели фонарик от телефона и силуэт человека, это был Потерпевший № 1, он ходил с места на место, он садился, останавливался, видели вспышку от телефона, подумали, что это распространитель наркотических средств. Потерпевший № 1 их заметил и стал выходить из леса в левую сторону. У Потерпевший № 1 в правой руке был черный пакет. ФИО4 крикнул «стой», после чего Потерпевший № 1 побежал, и они побежали за ним. Потерпевший № 1 побежал в сторону машины [ марка ]. Когда добежали до машины [ марка ], Потерпевший № 1 сидел в машине, а ФИО7 и ФИО2 уже стояли около машины Потерпевший № 1. Перед водительской дверью Потерпевший № 1 стоял ФИО7. Справа от Сироткина стоял ФИО2. Он (ФИО3) встал за ФИО7. ФИО4 встал рядом, и направит пистолет на Потерпевший № 1. Сироткин стал говорить Потерпевший № 1, чтобы вытащил ключи из зажигания, Потерпевший № 1 все стали говорить, чтобы он выходил из машины, чтобы показал наркотики и телефон с координатами, чтобы не успел удалить. Потерпевший № 1 открыл дверь, но не вышел из машины, ФИО7 нанес Потерпевший № 1 2-3 удара кулаком [ ... ], Потерпевший № 1 говорили, чтобы он вышел из машины и показал телефон. В этот момент ФИО5 выстрелил из ракетницы в сторону гаражей, после чего Потерпевший № 1 вышел из машины. Он (ФИО3) попытался схватить Потерпевший № 1 за руку, но Потерпевший № 1 отбросил его руку, с другой стороны его схватил ФИО7. После чего Потерпевший № 1 повалил ФИО7 и побежал. Он (ФИО3) попытался опять схватить Потерпевший № 1, но его повалил, он (ФИО3) упал, а Потерпевший № 1 убежал, в этот момент увидел, как вверх летела ракетница. После чего ФИО7 поехал на машине, а они пошли пешком. Подсудимый ФИО3 пояснил, что требований Потерпевший № 1 о передаче машины, ключей, телефона и денег не высказывал, ударов не наносил, умысла на хищение имущества Потерпевший № 1 не было, а преследовал благородную цель борьбы с распространением наркотиков. В судебном заседании были исследованы следующие доказательства. Допрошенный в судебном заседании потерпевший Потерпевший № 1 пояснил, что [ ДД.ММ.ГГГГ ] в ночное время заехал в гаражный кооператив, так как захотел в туалет. Вышел из автомобиля, отошел от машины, сходил в туалет, после чего увидел недалеко от себя группу людей, которые направлялись в его сторону. Побежал в свой автомобиль, сел, начал движение, увидел, что ему наперерез мчится автомобиль, который немного задел своим бампером и остановился. Из машины вышли два человека, они были в масках, одновременно подошли еще три человека. Подошедшие стали стучать по водительскому стеклу каким предметом, одновременно через лобовое стекло увидел, что на него направлен пистолет. Люди требовали, чтобы открыл автомобиль. Был вынужден открыть дверь, после чего сразу получил удар по [ ... ], человек, который стоял ближе требовал заглушить автомобиль и отдать ключи от автомобиля. Ответил, что ключи не отдаст, после чего ему сказали, что он делает «закладки», спросил какие «закладки» и опять получил удар по [ ... ]. Находясь в автомобиле, ему еще нанесли множественные удары по [ ... ]. Кто конкретно наносил удары пояснить не может, поскольку укрывался от ударов, удар наносили и битой по [ ... ], спрашивали про наркотики и требовали ключи от автомобиля. Затем вышел из автомобиля, ему в этот момент наносили удары, он заглушил автомобиль и выйдя из автомобиля успел закрыть дверь. У нападавших в руках видел биты, пистолеты. Когда вышел из автомобиля, то поскользнулся и упал, ему еще наносили удары по [ ... ]. А затем смог вырваться и убежать, когда убегал, то мимо плеча пролетела сигнальная вспышка. Потерпевший Потерпевший № 1 пояснил, что машину успел закрыть на сигнализацию. Через некоторое время вызвал скорую и полицию. Потерпевший Потерпевший № 1 указал, что никакого отношения к распространению наркотиков не имеет. Пояснил, что подсудимые полностью загладили причиненный ему моральный и материальный ущерб, возместив 55000 рублей, просил не наказывать строго подсудимых. Потерпевший Потерпевший № 1 указал, что автомобиль [ марка ] покупал в [ ДД.ММ.ГГГГ ] за 550000 рублей, но с учетом того, что приобретал для автомобиля новые детали, мотор, то оценивает его в 800000 рублей. В судебном заседании в связи с существенными противоречиями исследовались показания потерпевшего Потерпевший № 1 в ходе предварительного расследования, ([ ... ]), пояснявшего в ходе допроса что с [ ДД.ММ.ГГГГ ] по [ ДД.ММ.ГГГГ ] совместно с гражданской женой находился в [ Адрес ]. В деревню поехал на своем автомобиле [ марка ] [ ДД.ММ.ГГГГ ] около 19 часов 30 минут выехал из деревни и поехал в город [ Адрес ]. Его жена осталась в деревне. В город въехал около 20 часов 30 минут. Он покатался по городу по своим делам, ездил в магазин. Так как у него имелась еще одна [ Адрес ], расположенная в [ Адрес ], отвез продукты питания именно туда. После этого решил поехать на [ Адрес ] по своим делам. Иногда на своем автомобиле занимается частным извозом, в этот раз, он развез нескольких клиентов на автозаводе, и находился недалеко от ГСК [ Номер ] по адресу [ Адрес ]. Учитывая, что ему надо было в туалет, решил заехать в [ ... ], так как там малолюдное место, после чего собирался ехать домой. Оставил свой автомобиль около въезда в гаражи. Поставив автомобиль на сигнализацию, пошел за гаражи, в туалет. За гаражами освещения нет, поэтому воспользовался функцией фонарика, который установлен на его сотовом телефоне [ ... ] Когда пошел обратно заметил вдалеке группу лиц. Их было около 3-4 человек. Они ничего не кричали и шли быстрой походкой в его сторону, находились на расстоянии около 300-400 метров. Ему показалось это странным, и он ускорился в сторону своего автомобиля. С помощью автозапуска завел двигатель автомобиля, затем сел в свой автомобиль и заблокировал все двери. Отъехал на полметра, и в это время увидел, как с левой стороны, в его сторону едет какой-то автомобиль. Данный автомобиль ударил своим бампером о его бампер. Он не понял, что произошло. В этот момент автомобиль, который врезался в него, остановился перед ним, и увидел, что это автомобиль [ марка ] в кузове темного цвета. Задние стекла автомобиля были тонированы. Номеров автомобиля не видел. Двери автомобиля, открылись и из автомобиля начали выбегать люди, на голове у людей были натянуты маски балаклавы черного цвета с вырезами под глаза и под рот. У них в руках были: у двоих были биты, у троих пистолеты. Пистолеты были либо травматические, либо пневматические. В оружии он разбирается, поскольку служил по контракту в ВС Р.Ф. У двоих в руках были пневматические пистолеты, с барабанной обоймой. Они подбежали к нему и несколько человек требовали открыть дверь. Учитывая, что все стекла на его автомобиле тонированы, ему трудно было различать действия каждого из напавших, но может утверждать, что один из них, в руках которого был пистолет (какой именно, он определить на тот момент не мог, но они бывают как боевые, так и пневматические, газовые и травматические), начал кричать ему и сказал, что если он не выйдет из машины, то он порежет ему шины. Он был одет в жилетку светлого цвета, спортивные брюки темного цвета. Они все требовали у него разблокировать замки дверей автомобиля и открыть дверь, при этом угрожая повреждением автомобиля. После чего, напавшие на него стали угрожать ему применением насилия, и наносить удары прикладом пневматического пистолета по стеклу водительской двери, вынуждая выйти и продолжая требовать при этом выйти из автомобиля, кто-то из напавших замахивался битой, но ударов не наносил. Напавшие направляли на него пневматические пистолеты, требуя при этом открыть двери автомобиля. Он вынужден был, учитывая сложившиеся обстоятельства, безлюдное место, позднее время суток, количество нападавших, наличие у них оружия, опасаясь за свою жизнь и здоровье, немного приоткрыть стекло водительской двери, чтобы выяснить, что им надо от него. После чего, на его вопрос, «что вам надо от меня, что случилось», они опять потребовали открыть дверь. Он вынужден был открыть дверь, и после чего сразу получил удары кулаком по [ ... ], нанесли ему не менее 3-х ударов, после чего напавшие потребовали у него передать им ключи от автомобиля, сотовый телефон, имеющиеся при нем деньги, кричали и требовали все, но так как все были в масках, трудно было определить, кто именно говорит и требует. Кто-то из напавших, который стоял прямо рядом у его двери, демонстрировал пневматический пистолет, приставив пистолет к его голове, и вновь потребовал передать ему ключи от машины сотовый телефон и денежные средства. Он отказался выполнить требование нападавших. В ответ на что, один из напавших, который стоял прямо рядом у его двери, направил пневмонический пистолет, на его левую ногу, угрожая при этом прострелить ее. Они требовали, чтобы он вышел из автомобиля, и наносили ему удары и кулаками [ ... ] и торцевой частью бит [ ... ], напавшие пытались вытащить его из автомобиля, кто-то нанес удар битой по его [ ... ] и по [ ... ], в общей сложности, пока он еще находился в своем автомобиле, ему было нанесено не менее 8 ударов. Стрелял ли кто из напавших в это время из ракетницы, не помнит. Когда им удалось вытащить его из автомобиля, он пытался оказывать сопротивления и пытался вырваться. При этом, напавшие нанесли ему, в общей сложности, еще не менее 7-8 ударов руками и битами. Потом, ему удалось вырваться от нападавших и убежать, он при этом успел закрыть водительскую дверь, заблокировать при помощи сигнализации замки на дверях на своем автомобиле, и когда он убегал, кто-то из них произвел выстрел сигнальной ракетой в его сторону, но не попал, она пролетела мимо над [ ... ]. После этого побежал в сады и спрятался там. На его брелок приходили сигналы «Удар». Он понимал, что кто-то наносит удары по автомобилю. Так как его сотовый телефон находился при нем, он стал вызвать полицию. При нем на тот момент времени, наличных денежных средств не было, деньги, которые были заплачены клиентами, которых он ранее развозил, были сразу переведены на карту. Сотовый телефон [ ... ] в корпусе черного цвета стоимостью 60 000 рублей. Угрозы напавших на него, он воспринимал реально и действительно опасался за свою жизнь и здоровье, полагает, что если бы ему не удалось заблокировать автомобиль, его бы похитили, так как сами по себе ключи от автомобиля ценности не представляют. От нанесенных ему напавшими на него лицами ударов, у него образовались телесные повреждения в виде [ ... ], так как он закрывался [ ... ] от ударов, наносимых ему битой, также были [ ... ]. Кроме того, в ходе следствия ему была предъявлена видеозапись события от [ ДД.ММ.ГГГГ ], сохраненная на CD-R диске, пояснил, что запись прерывистая, то есть выпадают некоторые кадры, то есть отсутствует кадр, когда происходит непосредственно столкновение автомобилей, когда наносят удары по машине и другие эпизоды. Он позвонил в службу 112 в 02 часа 13 минут [ ДД.ММ.ГГГГ ], нападение при этом произошло в период времени с 01 часа 30 минут до 02 часов 13 минут [ ДД.ММ.ГГГГ ]. Через некоторое время подъехали сотрудники полиции, которым пояснил сложившуюся ситуацию. Когда, подошел к автомобилю, увидел, что автомобиль имеет повреждения, в виде царапин от ударов. Разбить стекла, не смогли, потому что на стеклах установлена полиуретановая бронепленка. Кроме того, на лобовом стекле были следы от ударов битой, на стекле образовались трещины. По какой причине данные люди напали на него, он не знает и не подозревает. ФИО11 у него нет. Кредитных обязательств не имеет, наркотики не употребляет и не распространяет. В итоге имущество у него похищено не было По факту получения им телесных повреждений, он обращался, только в скорую помощь, более по факту нанесения ему телесных повреждений, он никуда не обращался. Если бы напавшим удалось похитить принадлежащее ему имущество, то у него были бы похищены: автомобиль [ марка ] [ ДД.ММ.ГГГГ ], гос.рег. знак [ Номер ] регион, [ Номер ] поколения, темно-коричневого цвета, стоимостью 900 000 рублей, в комплекте с ключами, отдельно не представляющими материальной ценности, брелоком сигнализации [ ... ] стоимостью 17 000 рублей, сотовый телефон [ ... ], в корпусе черного цвета стоимостью 60 000 рублей, в корпусе которого находилась сим-карта [ ... ] [ Номер ] на счету который денежных средств не было, которая материальной ценности не представляет, на общую сумму 977000 рублей, что является крупным размером. В автомобиле ценного имущества не было. Потерпевший Потерпевший № 1 показания в ходе предварительного расследования подтвердил, указывая, что в судебном заседании умышленно не говорил о том, что подсудимые требовали денежные средства, поскольку не желает, чтобы подсудимые были строго наказаны. Допрошенный в судебном заседании свидетель Свидетель № 5 пояснил, что является председателем в гаражно-строительном кооперативе [ Номер ] с [ ДД.ММ.ГГГГ ], кооператив расположен он по адресу: [ Адрес ] «кольцо трамваев [ Номер ]». В его обязанности входит обеспечение финансово-хозяйственной деятельности данного ГСК [ Номер ], на территории ГСК [ Номер ] имеются камеры видеонаблюдения, в ходе просмотра записей видел, что [ ДД.ММ.ГГГГ ] в 01 час 11 минут в ГСК заезжает автомобиль [ марка ] водитель данного автомобиля идет в сторону железнодорожных путей, ни в какой гараж не заходит, в 01 час 24 минуты в гск [ Номер ] заезжает автомобиль [ марка ], поворачивает в центральный проезд. В 01 час 29 минут водитель автомобиля [ марка ] бегом подбегает к автомобилю, в это время автомобиль [ марка ] движется ему наперерез, пытаясь заблокировать ему выезд, происходит дорожно-транспортное происшествие. Из автомобиля [ марка ] выходят пятеро молодых людей и начинают избивать водителя автомобиля [ марка ] последний от них убегает, далее молодые люди садятся в автомобиль и уезжают Согласно рапорту, зарегистрированному в КУСП [ Номер ] от [ ДД.ММ.ГГГГ ] ([ ... ] в 02 ч.13м. в ДЧ ОП [ Номер ] УМВД России по [ Адрес ] по каналу связи «02» поступило сообщение о том, что заявителя Потерпевший № 1 на автомобиле [ марка ] рег.знак [ Номер ] регион избили 8 человек, где-то в садах. Согласно рапорту, зарегистрированному в КУСП [ Номер ] от [ ДД.ММ.ГГГГ ] [ ... ]) в 02 ч.15м. в ДЧ ОП [ Номер ] УМВД России по [ Адрес ] по каналу связи «02» поступило сообщение: [ Адрес ], [ Адрес ] избили мужчину, охранник [ ФИО 11 ] [ Номер ] Согласно заявлению Потерпевший № 1 ([ ... ]) в просит привлечь к уголовной ответственности неизвестных лиц, которые [ ДД.ММ.ГГГГ ], находясь в ГСК [ Номер ] избили его и пытались похитить у него ценные вещи машину, деньги, сотовый телефон. Согласно рапорту сотрудника полиции [ ФИО 4 ] ([ ... ] [ ДД.ММ.ГГГГ ] в 02 ч.50 м. была получена заявка по [ Адрес ]. Прибыв по указанному адресу, к нему обратился гр.Потерпевший № 1, [ ДД.ММ.ГГГГ ]., [ Адрес ] который пояснил, что [ ДД.ММ.ГГГГ ] около 01 часа 20 минут, находясь в ГСК [ Номер ], двигаясь к гаражу [ Номер ], на автомобиле [ марка ] рег.номер [ Номер ] регион, в него врезался автомобиль [ марка ], из него вышли около 8 человек, по словам потерпевшего данные граждане были вооружены пистолетами и битами. Они стали ему угрожать, избивать и требовать деньги, телефон и ключи от машины. Но Потерпевший № 1 во время потасовки смог вырваться, закрыть машину и убежать. Согласно протоколу осмотра места происшествия от [ ДД.ММ.ГГГГ ] [ ... ]) осмотрен автомобиль [ марка ] гос.номер [ Номер ] регион, припаркованный в ГСК [ Номер ], расположенном по адресу [ Адрес ]. Автомобиль в кузове темно коричневого цвета. На автомобиле имеются повреждения в виде царапин на передних стеклах дверей, на лобовом стекле –«паутина», на переднем бампере со стороны водительской двери имеются повреждения от столкновения. В двух метрах от задней части автомобиля обнаружена и изъята часть приклада, также обнаружены и изъяты следы копоти. В осматриваемом месте имеется камера видеонаблюдения. Согласно протоколу осмотра места происшествия [ ... ]) осмотрен автомобиль [ марка ] государственный регистрационный знак [ Номер ] регион. На момент осмотра автомобиль находился на стоянке служебного пользования, расположенной во дворе отдела полиции [ Адрес ]. На момент осмотра автомобиль находится на 4 колесах, без повреждений, расположен на асфальтированном дорожном покрытии. Автомобиль не имеет внешних видимых повреждений по кузову. На момент осмотра двери автомобиля закрыты. Кузов автомобиля припорошен слоем снега. Кузов автомобиля черного цвета, однако, правое переднее крыло окрашено в краску красного цвета. При осмотре салона автомобиля, под правым передним сиденьем, обнаружен пистолет, из бардачка изъят канцелярский нож, за водительским сиденьем находится газовый баллончик. При осмотре багажного отсека, обнаружена маска с лицом и черными волосами. Обнаруженные предметы изъяты и упакованы в пакет, который опечатан и снабжен подписями участвующих лиц. Согласно заключению эксперта [ Номер ] от [ ДД.ММ.ГГГГ ] [ ... ] 1. Представленный на экспертизу пистолет к категории огнестрельного оружия не относится. Данный пистолет является пневматическим оружием, а именно 4,5мм газобаллонным пневматическим пистолетом модели [ ... ] [ Номер ] иностранного промышленного производства.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Полимерная деталь, представленная на экспертизу и обозначенная в постановлении, как «фрагмент приклада», является штатной сдвижной рукояткой к пневматическому пистолету модели [ ... ] иностранного промышленного производства. Данная рукоятка могла быть как составной частью пистолета модели [ ... ] [ Номер ] представленного на экспертизу, так и составной частью другого пистолета модели [ ... ] 3-4. На «фрагменте приклада» обнаружен клеточный биологический материал двух и более лиц, который не происходит от ФИО2, ФИО7, ФИО4, ФИО5, ФИО3 На маске обнаружен клеточный биологический материал человека, который произошел от смешения биологического материала большого количества лиц, что приводит к невозможности интерпретации полученных результатов в виду низкой идентификационной значимости. На баллоне и канцелярском ноже обнаружен клеточный биологический материал человека, установить генетические признаки которого не представилось возможным, вероятно, в связи с недостаточным количеством ДНК. Согласно информации ГБУЗ НО [ ... ] [ ... ] [ ДД.ММ.ГГГГ ] в архиве имеются данные о вызове к [ ФИО 15] по адресу [ Адрес ]. Отказался от госпитализации. Диагноз – [ ... ] Согласно заключению эксперта [ Номер ] [ ... ] каких-либо повреждений у Потерпевший № 1 в представленной медицинской документации не зарегистрировано. Диагноз [ ... ] - не подтвержден объективными данными в представленной медицинской документации и поэтому судебно-медицинской оценке не подлежит. Согласно протоколу выемки [ ... ] у оперуполномоченного [ ФИО 16 ] изъят компакт диск с записью с камер видеонаблюдения, установленных в ГСК [ Номер ] по [ Адрес ] от [ ДД.ММ.ГГГГ ]. Согласно протоколу осмотра [ ... ]) осмотрен бумажный конверт, в котором находится компакт диск. В ходе осмотра диска установлено, что на диске имеется видеофайл. При воспроизведении, видно, что видеозапись ведется с камеры видеонаблюдения расположенной на высоте 4-5 метров от земли. Видеозапись черно-белая. Время на экране не указано. При просмотре установлено, что камера направлена на проезд расположенный в гаражном массиве. В левой части экрана расположен автомобиль [ марка ] темного цвета. От данного автомобиля в левую сторону расположен ряд гаражей. Примерно в 20 гаражах от автомобиля [ марка ] припаркован автомобиль с включенными фарами. Видеозапись начинается с 00 секунд 00 минут. На 01 минуте 38 секунде автомобиль, припаркованный в правой части экрана начинает движение по направлению от автомобиля [ марка ] однако остается в зоне видимости камеры. В 03 минуты 04 секунды фары автомобиля гаснут, в 06 минут 03 секунды фары автомобиля включаются. В 06 минут 34 секунды фары автомобиля [ марка ] включаются и выключаются. В 06 минут 45 секунд в зоне обзора камеры видеонаблюдения появляется мужчина, который направляется в сторону автомобиля [ марка ] и садится в автомобиль за водительское сиденье. В этот же момент автомобиль, который был припаркован в конце гаражей, ускоряется по направлению движения в сторону автомобиля [ марка ] Автомобиль [ марка ] начинает движение. Проехав 1 метр, автомобиль [ марка ] останавливается. В этот момент к автомобилю подъезжает автомобиль [ марка ] и останавливается, рядом с автомобилем [ марка ] на расстоянии 1 метра. Из передней пассажирской двери выходит молодой человек, одетый в темную крутку. И направляется в сторону автомобиля [ марка ] подойдя к водительской двери, пытается открыть водительскую дверь автомобиля [ марка ] В это момент из автомобиля [ марка ] выходит другой молодой человек, также подходит к автомобилю [ марка ] вслед за ним к автомобилю подходят еще двое молодых людей. У молодого человека, который идет самым последним в руках, расположен предмет, которым он направляет в сторону водителя автомобиля [ марка ] Дверь автомобиля [ марка ] открывается. В это время со стороны автомобиля [ марка ] к автомобилю [ марка ] подходит молодой человек, в руках которого также находится предмет, похожий на пистолет, который направляет в сторону водителя. Находясь около автомобиля [ марка ] один из молодых людей пытается вытащить водителя автомобиля [ марка ] Молодой человек стоящий рядом с автомобилем в это время направляет пистолет на водителя [ марка ] В это время один из молодых людей поднимает дубинку и замахивается ею по водителю [ марка ] Далее в течение одной минуты между водителем автомобиля [ марка ] и молодыми людьми происходит общение. В 09 минут 17 секунд, один из молодых людей наносит удар рукой по лицу водителя [ марка ] В этот момент молодой человек, находящийся с пистолетом в руках обходит автомобиль [ марка ] и открывает переднюю пассажирскую дверь автомобиля [ марка ] и направляет пистолет в сторону водителя автомобиля [ марка ] Водитель автомобиля [ марка ] выходит из автомобиля и отходит на три метра от своего автомобиля. Один из молодых людей тянет его за рукав и наносит ему удары. После этого они направляются в зону, не просматриваемую камерой видеонаблюдения. Затем они подходят к воротам, которые расположены позади автомобиля [ марка ] после этого они подходят к автомобилю [ марка ] и пытаются его открыть, один из молодых людей наносит удар по переднему пассажирскому стеклу. После этого молодые люди уходят. При воспроизведении в судебном заседании вещественного доказательства компакт-диска с видеозаписью установлено, что на нем имеется видеофайл с видеозаписью зафиксировавшей события, происходившие на территории гаражного кооператива с участием подсудимых ФИО7, ФИО2, ФИО3,ФИО4, ФИО5 и потерпевшего Потерпевший № 1, описание в протоколе осмотра по последовательности и характеру действий участников события полностью соответствует воспроизведенной в суде. Согласно протоколу проверки показаний на месте [ ... ]) ФИО7 находясь на территории ГСК, показал, что в ночь с [ ДД.ММ.ГГГГ ] на [ ДД.ММ.ГГГГ ] совместно со своими друзьями ФИО2, ФИО4, ФИО3, ФИО5 Приехали в данный ГСК с целью поймать наркоманов и сдать их полиции. В ГСК они увидели автомобиль [ марка ] и проехали мимо него в конец гаражей. Выйдя из автомобиля [ марка ], который принадлежит ему, все отправились в лесополосу. ФИО2 остался в автомобиле и пересел за руль. ФИО7 пояснил, что в лесополосе увидел мужчину, который что-то искал в снегу с помощью фонарика. Данный мужчина побежал в ту сторону, где был припаркован автомобиль [ марка ] ФИО7 пояснил, что побежал в сторону своего автомобиля, а ФИО5, ФИО3 побежали за мужчиной. Сироткин сел в свой автомобиль и поехал в ту сторону, где был припаркован автомобиль [ марка ]. Подъехав к автомобилю [ марка ] водитель автомобиля [ марка ] ударил автомобиль передней частью бампера в заднее крыло. ФИО7 пояснил, что вышел из автомобиля и подошел к водителю автомобиля [ марка ] стал требовать, чтобы тот открыл дверь. В руках у ФИО7 находился пневматический пистолет неработающий. В это время подошли ФИО5, ФИО3, ФИО4, которые стояли рядом, когда водитель открыл дверь. Сироткин стал вытаскивать его из автомобиля, водитель сидел за рулем. ФИО7 пояснил, что нанес водителю два удара в область плеча и стал спрашивать у мужчины, где наркотики. Мужчина сказал, что ничего не нашел. После этого, кто-то, кто именно, не помнит, стал требовать, чтобы водитель отдал сотовый телефон, для того чтобы посмотреть смс сообщения, для того, чтобы точно быть уверенным, что мужчина занимается наркотиками. ФИО7 пояснил, что цели забирать его имущество, у них не было. После этого мужчина вышел из автомобиля и убежал. ФИО7 пояснил, что умысла на похищение имущества, принадлежащего водителю, у него не было. Согласно протоколу проверки показаний на месте [ ... ]) ФИО2, находясь в ГСК [ Номер ] по [ Адрес ] г.Н.Новгорода, пояснил, что [ ДД.ММ.ГГГГ ] совместно со своими знакомыми ФИО3, ФИО7,, ФИО12 и ФИО5 приехали в данный ГСК с целью обнаружить лиц, делающих закладки. ФИО2 пояснил, что в данный ГСК приехали на автомобиле ФИО7. Заехав в ГСК, остался в автомобиле, а ФИО7, ФИО3, ФИО5 и ФИО4 ушли. Они заметили мужчину и посчитали, что данный мужчина занимается наркотиками. ФИО2 и ФИО7 увидели, как данный мужчина сел в автомобиль и подъехав к данному автомобилю, они перекрыли ему движение. Из автомобиля вышел ФИО7 и подошел к автомобилю [ марка ] в котором сидел мужчина. Сироткин стал требовать, чтобы мужчина вышел из автомобиля, но мужчина не открывал дверь. ФИО5, ФИО4 и ФИО3 подошли к автомобилю пешком. Водитель открыл дверь, они вытащили его из автомобиля. Мужчина начал сопротивляться. ФИО7 ударил его, а затем мужчина вырвался и убежал. ФИО2 пояснил, что выстрелил в сторону выезда, в которую побежал мужчина. Куда упал заряд, не видел. После этого подошел к автомобилю, ударил по стеклу. Сироткин сел в автомобиль и уехал, а он, ФИО5, ФИО4 и ФИО3 пошли пешком, и сели в автомобиль на выезде из гаражей. Согласно протоколу проверки показаний на месте ([ ... ] ФИО5, находясь в ГСК, показал, что в ночь с [ ДД.ММ.ГГГГ ] на [ ДД.ММ.ГГГГ ] он вместе со своими друзьями ФИО12, ФИО7, ФИО3 и ФИО2 приехали в данный ГСК на автомобиле, принадлежащем ФИО7, с целью поймать наркоманов, а затем сдать их в полицию. Приехав в ГСК, они увидели автомобиль [ марка ] который стоял около выезда, водителя не было. Доехав до конца ряда ФИО2 сел за руль, а он, ФИО3, ФИО4 и ФИО7 вышли из автомобиля и пошли в лесополосу, где увидели мужчину, который что-то делал с фонариком. Предположив, что мужчина ищет наркотики, он, ФИО3, ФИО4 побежали за ним, а ФИО7 побежал к автомобилю. ФИО5 пояснил, что когда ФИО3 и ФИО4 побежали к автомобилю, Сироткин стал около водительской двери и требовал, чтобы водитель открыл дверь. В руках у ФИО7 находился пистолет. ФИО5 пояснил, что в руках у него была ракетница, и в тот момент, когда ФИО7 пытался вытащить водителя из автомобиля, он встал около капота автомобиля [ марка ] Когда водитель открыл дверь, ФИО2 стал требовать, чтобы водитель отдал им наркотики. Но водитель сказал, что ничего не нашел. ФИО2 начал требовать, чтобы водитель показал телефон, чтобы удостовериться в том, что данный водитель искал наркотики. Водитель сказал, что ничего не даст. ФИО7 и ФИО2 вытащили водителя из автомобиля, водитель вырвался и убежал. ФИО2 сделал выстрел вверх из ракетницы. Куда упал заряд, не видел. Умысла на хищение имущества водителя, у них не было. ФИО5 пояснил, что проверив телефон, они планировали вернуть его сотрудникам полиции, в случае, если бы в телефоне была информация о наркотиках. Согласно протоколу проверки показаний на месте ([ ... ] ФИО4 находясь в ГСК [ Номер ], расположенном по адресу: [ Адрес ], показал, что в ночь с [ ДД.ММ.ГГГГ ] на [ ДД.ММ.ГГГГ ] он вместе со своими друзьями ФИО2, ФИО7, ФИО3 и ФИО5 приехали в данный ГСК на автомобиле, принадлежащем ФИО7, с целью найти закладчиков наркотиков, а затем сдать их в полицию. Проезжая по гаражному кооперативу, они увидели автомобиль черного цвета и проехали в глубь гаражей. Доехав до конца гаражей, автомобиль развернулся, ФИО2 сел за руль, а остальные вышли из автомобиля. Сироткин сообщил, что увидел мужчину, у которого был фонарик. Предположив, что мужчина ищет наркотики, ФИО7 побежал к автомобилю [ марка ] Сироткин стоял около водительской двери и требовал, чтобы водитель открыл дверь. В этот момент водитель открыл дверь. Бил ли водителя ФИО7, он не видел. ФИО4 пояснил, что в его руке был пистолет, в руках у ФИО7 был пистолет, который он отдал ФИО2. У ФИО3 была бита, которую потом забрал ФИО2. ФИО4 пояснил, что они начали требовать с водителя, чтобы тот отдал им наркотики, с целью последующей их передачи сотрудникам полиции. Водитель сказал, что у него ничего нет. После этого кто-то из ребят потребовал у водителя сотовый телефон, для того, чтобы проверить телефон, есть ли в нем сообщения, связанные с наркотиками. Мужчина не отдал телефон. После этого мужчина вышел из автомобиля, затем он вырвался и убежал. ФИО4 пояснил, что умысла на хищение имущества, принадлежащего водителю, у них не было. Иного имущества, кроме наркотиков и сотового телефона, принадлежащего водителю, они не требовали. Сотовый телефон и наркотики они планировали передать в полицию. Согласно протоколу проверки показаний на месте ([ ... ]) ФИО3 находясь в ГСК [ Номер ], показал, что в ночь с [ ДД.ММ.ГГГГ ] на [ ДД.ММ.ГГГГ ] находился в данном ГСК вместе со своими знакомыми ФИО2, ФИО7, и ФИО5 и ФИО4, решили поймать наркодиллера, которого потом планировали сдать в полицию. Они впятером приехали на автомобиле [ марка ] принадлежащем ФИО7 в ГСК. ФИО2 остался за рулем, все остальные вышли из автомобиля, и пошли в лесополосу. В лесополосе ФИО7 увидел мужчину, который светил фонариком. Предположив, что мужчина закапывает или выкапывает наркотики, Сироткин сказал, что увидел у мужчины в руках пакет. ФИО7 побежал к автомобилю, а он, ФИО5 и ФИО4 побежали за мужчиной. Он пояснил, что мужчина побежал к своему автомобилю. Когда он, ФИО5 и ФИО4 подбежали к автомобилю, водительская дверь была открыта, мужчина сидел в автомобиле, а ФИО7 пытался вытащить его из автомобиля. В руках у ФИО7 был пистолет. Мужчина не выходил из автомобиля, а ФИО7 пару раз ударил его по [ ... ]. После чего ФИО2 вытащил из его рук дубинку и пытался ударить мужчину, но не ударил. ФИО3 пояснил, что в это время он стоял рядом с автомобилем и никакие действия в отношении водителя не предпринимал. После этого водителя вытащили из автомобиля, водитель вырвался и убежал. Его попытались схватить ФИО7 и ФИО2, но ФИО7 упал, а мужчина вырвался и убежал. ФИО2 выстрелил из ракетницы, но куда упал заряд, он не видел. ФИО3 пояснил, что умысла на хищение имущества водителя у них не было. Имущество, принадлежащее водителю, они в свое пользование не требовали. Только просили сотовый телефон, для того, чтобы проверить сообщения, чтобы изобличить мужчину в том, что он занимается продажей наркотиков. Оценив собранные по делу доказательства суд считает вину подсудимых ФИО7, ФИО2, ФИО3,ФИО4, ФИО5 в совершении разбойного нападения на потерпевшего Потерпевший № 1 доказанной. Подсудимые утверждают, что умысла на завладение имуществом потерпевшего Потерпевший № 1 не имели и в сговор с этой целью не вступали, встретили и подошли в гаражном массиве к последнему, поскольку тот занимался распространением наркотических средств, а они имели намерение его задержать и передать сотрудникам полиции. Суд считает данные показания подсудимых недостоверными, данными с целью смягчить ответственность за содеянное, поскольку их версия опровергается собранными по делу доказательствами, а именно показаниями потерпевшего Потерпевший № 1 Так, судом из показаний потерпевшего Потерпевший № 1 установлено, что он в ночное время находился в гаражном массиве, куда заехал, чтобы в безлюдном месте сходить в туалет. Потерпевший Потерпевший № 1 указывает, что направляясь в свой автомобиль, увидел группу людей, которые направлялись в его сторону, а затем его автомобилю перекрыл дорогу другой автомобиль, после чего подошли всего пять человек. Потерпевший Потерпевший № 1 последовательно указывает, что подошедшие были в масках, при этом в руках были биты, пистолеты, которые направляли на него, высказывали требования передачи имущества, в том числе денежных средств. Потерпевший Потерпевший № 1 рассказывает, что ему наносили удары как в момент, когда он был в автомобиле, так и после того как его вытащили из машины. Потерпевший Потерпевший № 1 уверенно указывает, что у нападавших имелось в руках оружие, а именно пистолеты, которыми ему угрожали, в том числе приставляя непосредственно к голове и высказывая требование передачи денежных средств, и данные угрозы он воспринимал реально. Потерпевший Потерпевший № 1 дает последовательные показания об обстоятельствах встречи с подсудимыми, их нападения и требования имущества, поясняя, что подсудимые требовали денежные средства, сотовый телефон, указывая, что никаких противоправных действий не совершал. Показания потерпевшего Потерпевший № 1 о том, что подсудимые требовали денежные средства, согласуются и с показаниями подсудимых ФИО7 и ФИО2, которые в ходе предварительного расследования при первоначальных допросах указывали о том, что договорившись найти человека, занимающегося распространением наркотических средств преследовали корыстную цель получения денежных средств, при этом ФИО7 прямо указывал, что требовали денежные средства. Суд убежден, что впоследствии подсудимые ФИО7 и ФИО2 изменили свои показания, утверждая, что не преследовали корыстного мотива, с целью избежать ответственности за совершение тяжкого корыстного преступления. У суда не имеется оснований сомневаться в правдивости показаний потерпевшего Потерпевший № 1, который ранее с подсудимыми знаком не был и не имеет поводов оговаривать их. При этом, суд обращает внимание, что потерпевший Потерпевший № 1 подтвердив после оглашения показания в ходе предварительного расследования, откровенно заявил, что в ходе судебного заседания рассказывая о произошедших событиях умышленно умолчал о том, что подсудимые требовали у него денежные средства, поскольку не желает, чтобы их строго наказывали, что лишь еще раз подтверждает, что показания потерпевшего Потерпевший № 1 являются достоверными и он не искажает произошедшие события. Кроме того, судом установлено, что потерпевший Потерпевший № 1 в ходе предварительного следствия при первоначальном допросе указывал иную причину, по которой он заехал в гаражный массив, однако данные неточности в показаниях потерпевшего, а именно цель нахождения в гаражном массиве, не ставит под сомнение показания потерпевшего Потерпевший № 1 в целом, поскольку показания последнего по обстоятельствам непосредственно связанным с нападением на него подсудимыми, их действиям, угрозам, требованиям имущества, применения насилия являются последовательными. Потерпевший Потерпевший № 1 подробно описывая обстоятельства нападения на него подсудимых, указывает, что последние угрожали ему пневматическим пистолетом, приставляли к [ ... ], направляли на [ ... ] с угрозами прострелить, потерпевший воспринимал угрозы реальные, наличие пистолета испугало его. Из показаний потерпевшего следует, что подсудимые угрожая применением насилия опасного для жизни, одновременно требовали немедленной передачи имущества, и для него было очевидно, что это было обусловлено желанием завладения имуществом. Таким образом, установленные фактические обстоятельства дела, когда подсудимые ФИО7, ФИО2, ФИО3, ФИО4, ФИО5 перегородив дорогу для выезда автомобиля потерпевшего Потерпевший № 1, совместно подходят к автомобилю, начинают согласованно требовать, чтобы тот вышел из автомобиля, при этом направляют на него пистолеты, приставляя непосредственно к [ ... ], требуют немедленной передачи денежных средств, наносят множественные удары, достоверно свидетельствуют о достигнутой заранее между подсудимыми договоренности о нападении с целью завладения имуществом. Угрозы применения насилия опасного для жизни безусловно применялись ФИО7, ФИО2, ФИО3, ФИО4, ФИО5 как средство завладения имуществом, подавления воли и решимости потерпевшего к сопротивлению. Подсудимые ФИО7, ФИО2, ФИО3, ФИО4, ФИО5 напав на Потерпевший № 1. однако, не завладели имуществом последнего, что было обусловлено тем, что последний смог вырваться и убежать. Однако, данное обстоятельство не влияет на квалификацию содеянного подсудимыми как разбойного нападения, преступление ими доведено до конца, поскольку действия по непосредственному нападению с целью завладения имуществом, соединенному с угрозой применения насилия опасного для жизни подсудимыми были совершены. Органами предварительного следствия подсудимые ФИО7, ФИО2, ФИО5, ФИО3 и ФИО4 обвинялись в разбойном нападении как с угрозой применения насилия опасного для жизни и здоровья, так и непосредственно с применением такого насилия. Данное обвинение поддержано в судебном заседании и государственным обвинителем. Суд не может согласиться с доводами обвинения, что нападение с целью завладения имуществом подсудимыми было совершено с применением насилия, опасного для жизни и здоровья потерпевшего Потерпевший № 1 по следующим основаниям. Согласно предъявленному обвинению, подсудимые с целью завладения имуществом применяли насилие опасное для жизни, что выражалось в нанесении неоднократных ударов кулаком по [ ... ] бейсбольной битой по [ ... ], при этом, имевшиеся у Потерпевший № 1 повреждения в виде [ ... ] не причинили вреда здоровью. Судом установлено, что подсудимые с целью подавления воли потерпевшего к сопротивлению и завладения имуществом, действительно наносили вышеуказанные удары потерпевшему, в том числе и бейсбольной битой, что, однако, не повлекло никакого вреда или расстройства здоровья. Сам по себе факт использования бейсбольной биты, без учета совокупности иных обстоятельств, связанных с насилием, не может бесспорно свидетельствовать, что её применение создавало реальную опасность для жизни потерпевшего. Судом установлено, что потерпевший не терял сознания, он указывает, что по поводу полученных повреждений никакого лечения не проходил. Таким образом, совокупность собранных доказательств и фактических обстоятельств дела позволяет суду прийти к выводу, что примененное подсудимыми насилие не создавало реальной опасности для жизни потерпевшего. Действия подсудимых ФИО7, ФИО2, ФИО3, ФИО4, ФИО5 органами предварительного расследования квалифицировались только по признаку применения предметов, используемых в качестве оружия. При этом, из описания предъявленного обвинения следует, что только бейсбольная бита, которой наносились удары потерпевшему вменялась как предмет используемый в качестве оружия. Поскольку суд пришел к выводу, что применение бейсбольной биты не создавало реальную опасность для жизни и здоровья потерпевшего, она не может быть признана предметом, использовавшимся в качестве оружия, а поэтому данный квалифицирующий признак подлежит исключению из обвинения как не нашедший своего. Как указывалось выше исследованные доказательства подтверждают, что подсудимые в процессе нападения требуя имущество, демонстрировали пистолеты, непосредственно приставляя пистолет к [ ... ], высказывали угрозы прострелить [ ... ], то есть, имея намерение завладеть имуществом угрожали потерпевшему Потерпевший № 1 применением насилия опасного для жизни. Вместе с тем, исследованные доказательства с достоверностью не подтверждают, что подсудимые в процессе нападения на потерпевшего Потерпевший № 1 угрожали заряженным оружием, показания подсудимых о том, что пистолеты били не заряжены, то есть не намеревались использовать их для причинения вреда, опасного для жизни или здоровья, не опровергнуты, а поэтому органами предварительного расследования обоснованно не квалифицировались действия подсудимых по признаку применения оружия. Органами предварительного расследования действия подсудимых ФИО7, ФИО2, ФИО3, ФИО4, ФИО5 квалифицированы по признаку совершения разбойного нападения в крупном размере. Согласно предъявленному обвинению подсудимые совершили разбойное нападение на Потерпевший № 1 с целью хищения его автомобиля стоимостью 900000 рублей, брелка автосигнализации, сотового телефона. Суд не может согласиться с доводами обвинения, что подсудимые договорившись совершить разбойное нападение имели умысел направленный на завладение имуществом в крупном размере, а именно напав на потерпевшего Потерпевший № 1 желали завладеть автомобилем и являющимся неотъемлемой частью автомобиля -брелком автосигнализации. Подсудимые ФИО7, ФИО2,ФИО3, ФИО4, ФИО5 последовательно указывают, что не намеревались похищать автомобиль, исследованные доказательства, в том числе показания потерпевшего, исследованная видеозапись с достоверностью не опровергают показания подсудимых, которые указывают, что требовали передачи ключей от автомобиля у потерпевшего, но не с целью его завладения, а чтобы потерпевший не смог уехать и скрыться от них, а поэтому признак совершения разбойного нападения в крупном размере подлежит исключению из обвинения как не нашедший своего подтверждения. Совокупность исследованных доказательств позволяет суду прийти к твердому убеждению, что подсудимые ФИО7, ФИО2, ФИО3, ФИО4, ФИО5 совершили разбойное нападение на потерпевшего Потерпевший № 1 не имея конкретизированного умысла относительно размера имущества последнего, требуя денежные средства. В судебном заседании исследована аудиозапись, представленная подсудимыми, утверждающими, что записан разговор с потерпевшим, признавшимся, что находился в гаражном массиве с целью распространения наркотиков. Исследованная аудиозапись позволяет определить, что на ней зафиксирован разговор мужчин, при этом содержание разговора прослушивается плохо, и данная аудиозапись не позволяет определить относимость зафиксированных разговоров к событиям данного уголовного, а также конкретных участников. Указанная аудиозапись не опровергает и не ставит под сомнение показания потерпевшего Потерпевший № 1 об обстоятельствах совершения на него разбойного нападения. Считая вину доказанной суд квалифицирует действия подсудимых ФИО7, ФИО2, ФИО3, ФИО4, ФИО5 по ст. ч.2 УК РФ разбой, то есть нападение в целях хищения чужого имущества, совершенный с угрозой применения насилия, опасного для жизни, группой лиц по предварительному сговору. Хищение имущества Потерпевший №2 [ ДД.ММ.ГГГГ ] подсудимые ФИО7 и ФИО6 руководствуясь корыстными побуждениями вступили между собой в предварительный сговор с целью совершения хищения чужого имущества. Реализуя преступный умысел, подсудимые ФИО7 и ФИО6, действуя умышленно, совместно и согласованно группой лиц по предварительному сговору, [ ДД.ММ.ГГГГ ] в период времени с 08 часов до 11 часов 44 минут, приехали к земельному участку, прилегающему к [ Адрес ], где, воспользовавшись тем, что за их действиями никто не наблюдает и не может препятствовать совершению преступления, тайно похитили принадлежащие Потерпевший №2 металлическую конструкцию в виде треугольника с металлическими вилами общим весом 130 кг, стоимостью 13 рублей за 1 кг металлического лома, общей стоимостью 1690 рублей и металлический диск от автомашины [ марка ] стоимостью 5000 рублей, которые погрузили в автомобиль [ марка ] государственный регистрационный знак [ Номер ] регион, под управлением подсудимого ФИО7, и с места совершения преступления скрылись, причинив Потерпевший №2 материальный ущерб на общую сумму 6690 рублей. После чего, подсудимые ФИО7 и ФИО6 распорядились похищенным имуществом по своему усмотрению, Допрошенный в судебном заседании ФИО7 вину признал полностью и пояснил, что [ ДД.ММ.ГГГГ ] ездил в [ Адрес ], и там приметил изделие из металла похожее на ковш, которое лежало недалеко от деревянного сарая. Сарай был расположен в ряду других сараев и был крайним сараем ближе к проселочной дороге недалеко от двухэтажного дома. На следующий день [ ДД.ММ.ГГГГ ] около 10-11 часов приехал к ФИО6 [ ФИО 12] и предложил ему совершить хищение металлического изделия в [ Адрес ]. Хищение решил совершить, поскольку нужны были денежные средства. ФИО6 согласился. ФИО6 сел к нему в автомобиль, приехали в деревню около 12 часов, подъехали к сараю, возле которого лежало металлическое изделие в виде ковша, осмотрелись по сторонам, убедились, что их никто не видит. После этого с ФИО6 вдвоем подняли металлическое изделие, а также диск от [ марка ] и погрузили в багажник автомобиля. После чего, сели в автомобиль и уехали с места кражи металла. По дороге с ФИО6 решили сдать в пункт приема металла в [ Адрес ]. Приехали в пункт приема металла, где заехали на весы. После этого к ним подошел приемщик металла и взвесил металлическое изделие. Общий вес изделия составил 130 кг. Им заплатили за металл 1200 рублей, и они уехали. Денежные средства с ФИО6 поделили поровну. Деньги потратил на бензин и другие нужды. Диск забрал ФИО6. Допрошенный в судебном заседании подсудимый ФИО6 вину признал и пояснил, что [ ДД.ММ.ГГГГ ] приехал ФИО7, вместе решили поездить и поискать имущество, которое можно будет сдать. На автомобиле ФИО7 поехали в [ Адрес ], около сарая увидели металлический диск от [ марка ] и самодельную металлическую конструкцию – трулевку, данное имущество погрузили в машину. Трулевку, весом 130 кг сдали в пункт приема металла, за что им заплати 1300 рублей, вырученные деньги поделили и потратили на личные нужды. Диск от Камаза забрал себе. В судебном заседании в соответствии со ст. ч.6 УПК РФ в связи с неявкой в судебное заседание были исследованы показания потерпевшего Потерпевший №2 и свидетелей Свидетель № 4, Свидетель № 3, которые получены в ходе предварительного следствия с соблюдением требований процессуального закона, признаны судом допустимым доказательством. Согласно показаниям потерпевшего Потерпевший №2 [ ... ]) является индивидуальным предпринимателем с [ ДД.ММ.ГГГГ ], родом деятельности является лесозаготовка. В связи с этим у него имеется разрешение и спецтехника (трактора, грузовые машины). В виду того, что специального места хранения -гаража нет, то вся спецтехника хранится неподалеку от места его проживания. В виду служебной необходимости совместно с его отцом [ ФИО 13 ] было сделано устройство для трелевки леса, собственными силами, оно представляет собой металлическую конструкцию из железа в виде треугольника с металлическими вилами. Конструкция размером от 1,5 метров снизу, и в высоту не более 1,20, и весом 130 кг. Данная конструкция хранилась возле входа в помещение сарая, за домом [ Адрес ]. Данная конструкция была в зоне видимости из помещения его квартиры, т.е. из окна квартиры ее можно было увидеть. Хранилась там, около 1 месяца. Примерно [ ДД.ММ.ГГГГ ] обратил внимание, что «трелёвка» лежит на боку, т.е. её место положение было изменено, но этому значения не придал. С утра [ ДД.ММ.ГГГГ ], уезжал на работу около 08 часов,видел, что «трелёвка» была на месте. В тот же день, в районе 13 часов приехал домой на обед, и увидел, что трелевка отсутствует, подумал, что отец забрал ее на ремонт т.к. там было необходимо заменить одну деталь. Вечером, приехал отец и в ходе беседы, сказал ему «как ты один такую тяжесть увез». На что отец сказал, что трелевку не трогал. И они тут же пошли смотреть место ее хранение. Когда пришли к сараю, то увидели глубокие следы шин на снегу (следы буксовки машины) при этом, осмотрев, территорию хранения «трелевки» возле сарая обнаружили отсутствие еще и одного диска от автомашины [ марка ] радиус 21, диск в хорошем состоянии, без повреждений, стоимость диска 5 000 рублей, приобретал с рук [ ДД.ММ.ГГГГ ]. Оценивает в эту же стоимость. В сарай дверь не сломана, замок не поврежден. Помимо этого, накануне хищения точное время он не помнит, но видел автомашину [ марка ] черного цвета, данный автомобиль был подозрителен, водитель данной автомашины ездил и что-то высматривал т.к. деревня у них не большая и всех жители друг друга знают, поэтому это вызвало подозрение. На следующий день [ ДД.ММ.ГГГГ ] решил прокатиться по приемным пунктам [ Адрес ], т.к. «трелёвка» совсем не маленькая вещь и очень заметная. В пункте приёма металла [ Адрес ], увидел, на территории в куче металлолома свою «трелевку». После этого, сразу поехал домой, позвонил в полицию и сделал заявление по факту хищения трелевки. В настоящее время трелевка ему возвращена, в том же состоянии, как и до хищения. С оценкой стоимости трелевочного устройства согласен. Доход на семью составляет 50 000 рублей. Следователем ему был предъявлен ранее похищенный у него металлический диск от автомашины [ марка ] Данный диск является его, и ранее был похищен у него от сарая вместе с трелёвочным устройством. Данный диск имеет небольшие следы коррозии от неправильного хранения, под открытым небом. Вес металла (железа) диска составляет 50 кг. Оценивает металлический диск, как изделие, т.к. может применить для автомобиля. Приобретал его в [ ДД.ММ.ГГГГ ]. б/у с рук на разборке за 5000 рублей. Все ранее похищенное у него имущество возвращено в полном объеме, претензий материального характера не имеет, исковые требования заявлять не желает. Согласно показаниям свидетеля Свидетель № 3 [ ... ] у нее в собственности был автомобиль [ марка ] гос. № [ Номер ] зеленого цвета с красным крылом, автомобиль [ ДД.ММ.ГГГГ ] выпуска. Данный автомобиль был подарен ее бывшим мужем [ ФИО 5 ] Автомобиль был оформлен в ее собственность, пользовалась в течение нескольких месяцев, а потом просто стоял возле ее дома. ФИО7 знает около 2 лет, друг ее бывшего мужа. Лично с ФИО7 не общалась, дружеских отношений не было, иногда пересекались в общей компании. Около месяца назад она и бывший супруг предложили ФИО7 купить автомобиль [ марка ], Сироткин согласился. Продала автомобиль за 20000 рублей. ФИО7 заплатил наличными денежными средствами. При оформлении сделки был составлен договор купли-продажи в двух экземплярах, ее экземпляр у нее не сохранился. В настоящее время стало известно, что автомобиль до настоящего времени не переоформлен на ФИО7. Почему ФИО7 этого не сделал, ей неизвестно. Она с ним после продажи автомобиля не разговаривала. Сегодня ей позвонил ФИО7 и попросил приехать в полицию. В полиции стало известно, что автомобиль [ марка ]. № [ Номер ] был изъят сотрудниками полиции. Причина изъятия автомобиля неизвестна. Автомобиль принадлежит ФИО7, договор купли-продажи был заключен в [ ДД.ММ.ГГГГ ], когда именно был заключен договор, не помнит. По обстоятельствам хищения лома черного металла ей ничего неизвестно. Согласно показаниям свидетеля Свидетель № 4 [ ... ]) в должности металлоприемщика в ООО [ ... ] работает 4 года. В его обязанности входит принятие металла и его оценка. Имеется журнал учета приема лома, там же и указываются его характеристики. Принимают только черный лом, цветной металл не принимают. При приеме металла проверяет документы человека, принесшего металл, интересуются, является ли металл личным. На территории пункта приёма имеется несколько камер видеонаблюдения. Вход на территорию пункта приёма металла огорожен забором. Рабочий день на приемном пункте с 08 утра до 17 вечера. [ ДД.ММ.ГГГГ ] находился на своём рабочем месте, в районе 13 часов на территорию пункта приёма заехала автомашина марки [ марка ] темного цвета с окрашенным в красный цвет крылом (переднее). Видно было, что машина груженая, т.к. низкая посадка. В тот момент, когда данная машина въехала на территорию, находился в офисном помещении, данную машину увидел из окна офиса. Потом из автомобиля вышли два молодых человека, один остался около машины, а второй пришёл к ним в офис. Молодой человек никак не представился, документы по какой-то причине у него не проверил, но молодой человек вызвал у него доверие, поскольку лицо ему было очень знакомо, значит, данный молодой человек неоднократно ранее приезжал, и сдавал металл, и нареканий по поводу него не было. Он попросил взвесить металл, который был в его автомашине. Вышел из офиса, и сказал молодому человеку, чтобы ехал на автомобильные весы, взвесился, после чего показал место на территории пункта приёма, куда нужно выгружать привезенный им лом чёрного металла. После чего, два молодых человека из автомашины [ марка ] стали выгружать конструкцию, сваренную из швеллеров. Данная конструкция была вся в коррозии. Сначала даже не понял, что это целая прицепная конструкция для трактора. Видно, что самодельная. После этого, пустая машина вновь заехала на автомобильные весы, ее взвесили. Потом пошли в офис с одним из молодых людей, где посчитали вес конструкции, путём вычитания веса из гружёной машины-вес пустой, и у них получилось, что вес лома черного металла (конструкции) составил 130 кг., исходя из того, что сумма на [ ДД.ММ.ГГГГ ]. за 1кг. лома составляла 13 рублей, на общую сумму 1690 рублей. После этого, на руки отдал молодому человеку наличные деньги в сумме 1 690 рублей. Молодые люди уехали. Нареканий по поводу стоимости металла не было, т.к. стоимость металла за 1 кг. устанавливает рынок и по [ Адрес ] примерно одинаково. В тот, же день или на следующий, приехали сотрудники полиции и, как оказалось, владелец данной конструкции, который сообщил, что ее ранее украли. Соответственно данную конструкцию сотрудники полиции изъяли и выдали законному владельцу. Данных молодых людей на пункте приема металла, больше не видел. Согласно рапорту, зарегистрированному в КУСП [ Номер ] от [ ДД.ММ.ГГГГ ] МО МВД России [ Адрес ] [ ... ] заявитель – Потерпевший №2, заявил о том, что в ночь на [ ДД.ММ.ГГГГ ] неизвестные лица от гаража заявителя, расположенного [ Адрес ] похитили металл. Согласно заявлению Потерпевший №2 [ ... ] просит принять меры к розыску лиц, которые в период времени с 10 часов до 17 часов [ ДД.ММ.ГГГГ ] от принадлежащего ему сарая, расположенного возле [ Адрес ] похитили колесный диск от автомобиля [ марка ] и самодельное приспособление для трелевки леса. Согласно протоколу осмотра места происшествия от [ ДД.ММ.ГГГГ ] [ ... ]) осмотрен участок местности, расположенный за домом [ Адрес ]. На расстоянии 40 метров от дома находится ряд сараев. Потерпевший №2 указал на принадлежащий ему сарай. Сарай представляет собой деревянное строение размер 6м х 6м. Входная дверь без повреждений. Сбоку сарая имеется пристрой с навесом. Вдоль стены сарая спереди и сбоку сарая, а также у дровяника на снегу находится различный металл. Потерпевший №2 указал на место, где находился диск от а/м [ марка ]. На момент осмотра диск отсутствовал. Каких-либо следов на месте не обнаружено, припорошено снегом. Потерпевший №2 указал место, где находилось приспособление для трелевки леса. На момент осмотра данное приспособление отсутствует. Осмотренные места находятся на углу сарая у дровяника. Рядом с дровяником на снегу обнаружены следы от транспортного средства, припорошенные снегом. Ширина 1м х 70 см, ширина следа протектора шин 200 мм. Данные следы ведут от дровяника на общую дорогу, которая проходит вдоль сараев. Следы фиксируются при помощи масштабной фотосъемки. На расстоянии 7 метров от угла дровяника на дороге обнаружен след транспортного средства, первый след в виде «елочки», второй след в виде трех вертикальных линий. Данный след фиксируется в виде масштабной фотосъемки. Согласно заключению эксперта [ Номер ] от [ ДД.ММ.ГГГГ ] [ ... ].Следы протекторов шин на изображениях №1 и № 2, зафиксированные в ходе ОМП по уголовному делу [ Номер ], пригодны для идентификационных исследований. 2.Следы протекторов шин на изображениях №1 оставлен не шиной автомобиля [ марка ] гос.номер [ Номер ], след протектора шины на изображении №2 мог быть оставлен шиной автомобиля [ марка ] гос.номер [ Номер ], а равно и другой шиной имеющей аналогичный рисунок протектора беговой дорожки. Согласно протоколу осмотра места происшествия, от [ ДД.ММ.ГГГГ ]. [ ... ] осмотрен участок местности, расположенный по адресу: [ Адрес ]. По данному адресу находится пункт приема металла ООО «[ ... ]». На момент осмотра вход на территорию открыт. Территория огорожена по периметру: частично бетонным забором, частично забором из железных листов. Справой стороны находится кирпичное здание. Прямо от здания на территории находится: автомобильные весы, за ними различный лом железа. Участвующий в осмотре Потерпевший №2 осмотрев лом железа, указал на самодельное приспособление для трелевки леса, пояснив, что данное приспособление принадлежит ему и было похищено от сарая в [ Адрес ]. Данное приспособление самодельное в виде трех сваренных между собой двухтавровых швеллеров. Спереди имеется приваренный вал. Длина первого швеллера 150 см, длина второго швеллера 97,5 см, длина третьего швеллера 65,5 см. Данные швеллеры приварены друг к другу. С внутренней стороны на первом швеллере имеется отверстие в количестве 5 штук. Со слов Потерпевший №2 данные отверстия принадлежат для болтов. На поверхности приспособления видны следы коррозии, ржавчины. Производится взвешивание самодельного приспособления при помощи автомобильных весов. Вес составил 130 кг. Данное приспособление Потерпевший №2 опознал по внешнему виду, поскольку сам его изготавливал. Приспособление с места происшествия изымается, снабжается биркой, выдается под расписку Потерпевший №2 Согласно протоколу осмотра места происшествия [ ... ] осмотрен участок местности, расположенный у здания отдела полиции по адресу: [ Адрес ]. На момент осмотра на обочине автодороги находится автомобиль [ марка ] темно-зеленого цвета г.р.з. [ Номер ]. ФИО8 имеет 4 двери. В багажнике автомобиля находится: перфоратор, грязная куртка, пустые пластиковые бутылки, пластиковая канистра, щетка автомобильная. На панели прибора автомобиля находится панель автомагнитолы, на переднем пассажирском сиденье упаковка влажных салфеток. В салоне автомобиля грязно. В ходе осмотра изымается автомобиль. Дверки автомобиля и багажник опечатываются. Также изымаются ключи от автомобиля, которые упаковываются в полиэтиленовый пакет, скрепляется пояснительной биркой с надписью, опечатывается. Согласно справке ООО [ ... ] от [ ДД.ММ.ГГГГ ] [ ... ]) на [ ДД.ММ.ГГГГ ] стоимость 1 кг лома черного металла категории 3А составляет 13 рублей. Согласно протоколу выемки [ ... ] в помещении бытовки ООО [ ... ] расположенной по адресу: [ Адрес ], изъята видеозапись за [ ДД.ММ.ГГГГ ], путем записи на CD-R диск. Согласно протоколу осмотра предметов [ ... ] осмотрен CD-R диск с видеозаписью, изъятой из бытовки ООО [ ... ] расположенной по адресу: [ Адрес ], изъята видеозапись за [ ДД.ММ.ГГГГ ]. При помощи компьютера и установленной программы воспроизведения, был воспроизведен файл, записанный на осматриваемом CD-R диск. На видеозаписи 1го файла видно, как [ ДД.ММ.ГГГГ ]. в 11 часов 39мин. 59 сек. На территорию пункта приема лома въезжает груженная автомашина [ марка ]. Молодой человек худощавого телосложения, в темной куртке, в серых спортивных штанах, кроссовках, помогает, толкая автомобиль, разговаривает по сотовому телефону, машина разворачивается, и едет «задним» ходом, машина темного цвета, переднее правое крыло красного цвета. Длительность видеозаписи 54 секунды. При открытии второго видеофайла, видно, что машина [ марка ] уже разгружена в 11 часов 44 минуты машина въезжает на весы, после чего разворачивается и направляется к выезду территории. Молодой человек в спортивных серых штанах ходит по территории. Видеофайл длится 35 секунд. После осмотра CD-R диск упакован в конверт, опечатан. При воспроизведении в судебном заседании вещественного доказательства компакт-диска с видеозаписью установлено, что на нем имеются видеофайлы с видеозаписью зафиксировавшей события, происходившие на территории пункта приема лома с участием подсудимых ФИО6 и ФИО7, описание в протоколе осмотра по последовательности и характеру действий участников события полностью соответствует воспроизведенной в суде. Согласно протоколу выемки [ ... ] у ФИО6 изъят металлический диск от автомашины [ марка ] с придомовой территории [ Адрес ]. Согласно протоколу осмотра предметов [ ... ] осмотрен металлический диск от автомашины [ марка ] Металлический диск имеет следы коррозии металла по всей площади металлического диска. Повреждений в виде вмятин не имеет. Целостность корпуса не нарушена. Вес металлического диска составил 50 кг. Согласно протоколу явки с повинной от [ ДД.ММ.ГГГГ ] [ ... ] ФИО7 сообщил что [ ДД.ММ.ГГГГ ] около 11 часов он и его друг ФИО6 находились в [ Адрес ], совершили хищение металлической конструкции, похожей на ковш трактора, который потом сдали в приемный пункт Свидетель № 4 на сумму 1550 рублей, деньги потратили в личных целях. В содеянном раскаивается. Согласно протоколу явки с повинной от [ ДД.ММ.ГГГГ ] [ ... ]) ФИО6 сообщил, что [ ДД.ММ.ГГГГ ] около 11 часов он и его друг ФИО7 находились в [ Адрес ], совершили хищение металлической конструкции, похожей на ковш трактора, который потом сдали в приемный пункт Свидетель № 4 на сумму 1550 рублей, деньги потратили в личных целях. В содеянном раскаивается. Оценив собранные доказательства, суд считает их достоверными допустимыми, а в совокупности достаточными. Вина подсудимых ФИО7 и ФИО6 в совершении хищения имущества потерпевшего Потерпевший №2 нашла подтверждение. Подсудимые ФИО7 и ФИО6 последовательно указывают, что договорились между собой о совершении хищения чужого металлического изделия в [ Адрес ], для чего приехали в указанную деревню на автомобиле, незаконно изъяли с места хранения потерпевшим Потерпевший №2 металлическую конструкцию и автомобильный диск, погрузив в автомобиль, после чего уехали с места преступления и распорядились чужим имуществом по своему усмотрению. Показания подсудимых ФИО7 и ФИО6 о совершении хищения согласуются и подтверждаются совокупностью исследованных в судебном заседании доказательств, а именно: показаниями потерпевшего, который рассказывал об обстоятельствах исчезновения автомобильного диска и металлической конструкции «трелёвки», хранившихся на улице, в непосредственной близости от сарая в [ Адрес ], что совпадает с показаниями подсудимых; свидетеля Свидетель № 4, который указывает о том, что металлическая конструкция «трелёвка» была сдана двумя молодыми людьми; непосредственно просмотренной видеозаписью изъятой в помещении бытовки ООО [ ... ] где зафиксированы действия подсудимых ФИО7 и ФИО6 в процессе сдачи похищенной конструкции в пункт приема лома металла. Исследованные по делу доказательства, свидетельствующие о совместном и согласованном характере действий подсудимых ФИО6 и ФИО7, в процессе незаконно безвозмездного изъятия имущества потерпевшего Потерпевший №2 позволяют суду прийти к твердому убеждению, что между ними состоялся предварительный сговор на совершение хищения. Органами предварительного расследования действия подсудимых ФИО7 и ФИО6 квалифицировались по признаку причинения значительного ущерба потерпевшему Потерпевший №2, данное обвинение поддержано в судебном заседании и государственным обвинителем. Потерпевший Потерпевший №2 будучи своевременно извещенным, в судебное заседание не явился и не пожелал воспользоваться правом лично участвовать в судебном заседании. В суде в соответствии со ст. ч.1 УПК РФ по ходатайству государственного обвинителя с согласия стороны защиты исследовались показания Потерпевший №2 в ходе предварительного следствия, где последний указывал, что ущерб в размере 6690 рублей является для него значительным. Однако, исследованные показания потерпевшего Потерпевший №2, свидетельствуют о том, что действительное материальное положение его семьи не выяснялось, поскольку согласно показаниям, он проживает с женой, при этом вопрос о доходах жены не выяснялся, при том, что сам Потерпевший №2 указывал о доходе в размере 50000 рублей. С учетом изложенного, доводы потерпевшего Потерпевший №2, о том, что в результате действий подсудимых причинен значительный ущерб вызывают сомнение. В соответствии с конституционным положением, все сомнения трактуются в пользу обвиняемого, а поэтому суд приходит к выводу, что признак причинения значительного ущерба потерпевшему Потерпевший №2 не нашел своего подтверждения и подлежит исключению из обвинения. Считая вину подсудимых ФИО7 и ФИО6 доказанной, суд квалифицирует их действия: - по ст. ч.2 п. «а» УК РФ кража, то есть тайное хищение чужого имущества, совершенная группой лиц по предварительному сговору. Согласно заключению [ ... ] экспертизы [ Номер ] от [ ДД.ММ.ГГГГ ] [ ... ] ФИО7 каким-либо психическим расстройством не страдает в настоящее время, и не страдал им в период, относящийся к инкриминируемому ему деянию. Может в настоящее время, а также может к моменту производства по делу осознавать фактический характер и общественную опасность своих действий и руководить ими. В момент инкриминируемых ему деяний в каком-либо временном расстройстве психической деятельности он не находился, и мог осознавать фактический характер и общественную опасность своих действий и руководить ими, что подтверждается целенаправленным характером совершаемых им действий. В его поведении отсутствовали признаки расстроенного сознания, обманов восприятия, бредовых переживаний. Он сохранил в памяти четкие воспоминания о противоправном деянии, правильно проецирует их в месте, времени и пространстве. По своему психическому состоянию в настоящее время ФИО7 принимать участие в судебно-следственном процессе может, может правильно воспринимать обстоятельства, имеющие значение для дела и давать о них показания. В применении принудительных мер медицинского характера не нуждается. Согласно заключению эксперта [ Номер ] от [ ДД.ММ.ГГГГ ] [ ... ]) ФИО2, [ ДД.ММ.ГГГГ ]. не страдает каким-либо психическим расстройством и может осознавать фактический характер и общественную опасность своих действий и руководить ими. [ ... ] ФИО2 в период совершения инкриминируемого ему деяния в каком-либо временном расстройстве психической деятельности не находился, и мог осознавать фактический характер и общественную опасность своих действий и руководить ими. По своему психическому состоянию в настоящее время ФИО2 может правильно осознавать фактический характер и общественную опасность своих действий и руководить ими, правильно воспринимать обстоятельства, имеющие значение для дела, и давать о них показания, принимать участие в следствии и в суде. Психическое состояние ФИО2 не связано с опасностью для него или других лиц либо возможности причинения им иного существенного вреда. ФИО2 в применении к нему принудительных мер медицинского характера не нуждается. Согласно заключению эксперта [ Номер ] от [ ДД.ММ.ГГГГ ] [ ... ] ФИО4, [ ДД.ММ.ГГГГ ]. обнаруживает [ ... ] Степень [ ... ] не столь выражена, чтобы лишать подэкспертного способности осознавать фактический характер и общественную опасность своих действий и руководить ими. В момент инкриминируемых ему деяния в каком-либо временном расстройстве психической деятельности он не находился, и мог осознавать фактический характер и общественную опасность своих действий и руководить ими. По своему психическому состоянию в настоящее время ФИО4 может правильно воспринимать обстоятельства, имеющие значение для дела, и давать о них показания. В применении принудительных мер медицинского характера не нуждается. В проведении стационарной [ ... ] экспертизы, не нуждается. Согласно заключению эксперта [ Номер ] от [ ДД.ММ.ГГГГ ] [ ... ] ФИО5, [ ДД.ММ.ГГГГ ]. обнаруживает [ ... ] Степень [ ... ] не столь выражена, чтобы лишать подэкспертного способности осознавать фактический характер и общественную опасность своих действий и руководить ими. В момент инкриминируемых ему деяния в каком-либо временном расстройстве психической деятельности не находился, и мог осознавать фактический характер и общественную опасность своих действий и руководить ими, что подтверждается целенаправленным характером совершаемых им действий. По своему психическому состоянию в настоящее время ФИО5 принимать участие в судебно-следственном процессе может, может правильно воспринимать обстоятельства, имеющие значение для дела, и давать о них показания. В применении принудительных мер медицинского характера не нуждается. Выводы экспертов о вменяемости подсудимых ФИО7, ФИО2, ФИО4 и ФИО5 не вызывают у суда никаких сомнений. Экспертиза проведена комиссией экспертов, все выводы последовательны и мотивированы, сами подсудимые не высказывают жалоб на психическое состояние. Назначая наказание, суд руководствуется статьями , 60 УК РФ , учитывая принцип справедливости, характер и степень общественной опасности совершенного преступления, личность подсудимых, влияние назначенного наказания на исправление осужденных и на условия жизни их семьи. Подсудимый ФИО7 не судим, на учете у психиатра и нарколога не состоит, по месту жительства характеризуется положительно, жалоб от соседей не поступало, по месту учебы характеризуется положительно. Определяя наказание подсудимому ФИО7, суд принимает во внимание состояние здоровья ФИО7 и его близких родственников, а также явки с повинной, в которых последний сообщал о совершенных преступлениях, месте сбыта похищенного имущества, активно способствовал раскрытию преступления, приняты меры к полному возмещению ущерба, и данные обстоятельства признаются судом, смягчающими наказание. Обстоятельства, отягчающие наказание ФИО7 отсутствуют. Подсудимый ФИО2 не судим, на учете у психиатра и нарколога не состоит, по месту жительства характеризуется положительно, жалоб от соседей не поступало, по месту учебы характеризуется положительно, является [ ... ], проходил службу в армии, находится в зарегистрированном браке. Определяя наказание, суд принимает во внимание, что подсудимый ФИО2 написал явки с повинной, в которых сообщал о совершенных преступлениях, месте сбыта похищенного имущества, активно способствовал раскрытию преступлений, им приняты к добровольному возмещению ущерба по преступлениям, что наряду с его состоянием здоровья, состоянием здоровья его близких, наличием на иждивении [ ... ] признается обстоятельствами смягчающими наказание. Обстоятельства, отягчающие наказание ФИО2 отсутствуют Подсудимый ФИО4 не судим, на учете у нарколога не состоит, состоял на консультативном наблюдении у врача психиатра, по месту жительства характеризуется положительно, жалоб от соседей не поступало, по месту учебы характеризуется положительно, проходил службу в армии, где характеризовался положительно. Определяя наказание подсудимому ФИО4, суд принимает во внимание его состояние здоровья и состояние здоровья его близких родственников, наличие явок с повинной, в которых сообщал о месте сбыта похищенного имущества, активно способствовал раскрытию преступлений, он добровольно возместил ущерб по преступлениям, имеет награды [ ... ] и медаль [ ... ]» и данные обстоятельства признаются судом, смягчающими наказание. Обстоятельства, отягчающие наказание ФИО4 отсутствуют. Подсудимый ФИО3 не судим, на учете у психиатра и нарколога не состоит, по месту жительства характеризуется положительно, жалоб от соседей не поступало, проходил службу в армии, где характеризовался положительно, по месту работы характеризуется положительно. Определяя наказание, суд принимает во внимание состояние здоровья ФИО3 и его близких родственников, наличие явок с повинной в которых сообщал о совершенных преступлениях, месте сбыта похищенного имущества, активно способствовал раскрытию преступлений, добровольно возместил ущерб, и данные обстоятельства признаются судом, смягчающими наказание. Обстоятельства, отягчающие наказание ФИО3 отсутствуют. Подсудимые ФИО2, ФИО3, ФИО4 совершили два корыстных преступления, одно из которых тяжкое, а второе средней тяжести. Подсудимый ФИО7 совершил три корыстных преступления, одно тяжкое и два средней тяжести. Преступления подсудимыми ФИО2, ФИО3, ФИО4, ФИО7 совершены через незначительный промежуток времени и данные обстоятельства свидетельствуют о стойкости противоправного поведения, суд не находит оснований полагать, что подсудимые ФИО2, ФИО3, ФИО4, ФИО7 могут быть освобождены от уголовной ответственности за совершение кражи за примирением с потерпевшим. Суд приходит к выводу, что исправление подсудимых ФИО7, ФИО2, ФИО3, ФИО4 возможно лишь в условиях назначения наказания за каждое преступление в виде реального лишения свободы, оснований для применения ст. 73 УК РФ суд не находит. Имеющиеся смягчающие наказание обстоятельства, суд не может признать исключительными, существенно снижающими степень общественной опасности совершенного ФИО7, ФИО2, ФИО3, ФИО4 преступления, и достаточными для применения положений ст. 64 УК РФ . Обстоятельства, отягчающие наказание подсудимых ФИО7, ФИО2, ФИО3, ФИО4 отсутствуют, установлены смягчающие обстоятельства, предусмотренные п.«и,к» ч.1 ст. 61 УК РФ , при назначении наказания суд руководствуется ст. ч.1 УК РФ. Учитывая, что подсудимые ФИО2, ФИО3, ФИО4, ФИО7 ранее не судимы, ими приняты меры к заглаживанию причиненного вреда, принимая во внимание данные о личности подсудимых, то суд приходит к выводу, что наказание в виде лишения свободы следует назначить ближе к минимальному. Подсудимый ФИО5 не судим, на учете у нарколога не состоит, состоял под наблюдением у [ ... ], по месту жительства характеризуется положительно, жалоб от соседей не поступало, является учащимся техникума, характеризуется положительно, вступил в зарегистрированный брак. Определяя наказание, суд принимает во внимание состояние здоровья ФИО5, который является [ ... ], состояние здоровья его близких родственников, наличие явки с повинной, в которой последний сообщил о совершенном преступлении, активно способствовал раскрытию преступления, добровольно возместил ущерб, и данные обстоятельства признаются судом, смягчающими наказание. Обстоятельства, отягчающие наказание ФИО5 отсутствуют. Имеющиеся смягчающие обстоятельства, суд не может признать исключительными и достаточными для назначения ФИО5 наказания с применением статьи 64 УК РФ , то есть наказание ему следует назначить в виде лишения свободы, и при определении срока суд руководствуется правилами ст. ч.1 УК РФ поскольку отягчающие обстоятельства отсутствуют, установлены смягчающие обстоятельства, предусмотренные п.«и,к» ч.1 ст. 61 УК РФ . Вместе с тем, суд, принимая во внимание данные о личности подсудимого ФИО5, который впервые совершил преступление, положительно характеризуется, является инвалидом с детства, по делу имеются смягчающие наказание обстоятельства, отягчающие отсутствуют, приходит к выводу, что он может быть исправлен без реального отбывания наказания, с применением ст. 73 УК РФ . Дополнительное наказание в виде штрафа и ограничения свободы суд полагает возможным не назначать подсудимым ФИО7, ФИО2, ФИО3, ФИО4 и ФИО5, принимая во внимание наличие по делу смягчающих обстоятельств, ими приняты меры к полному заглаживанию причиненного вреда потерпевшему. Подсудимый ФИО6 не судим, на учете у психиатра и нарколога не состоит, по месту жительства характеризуется положительно, жалоб от соседей не поступало. Определяя наказание подсудимому ФИО6, суд принимает во внимание состояние здоровья ФИО6 и его близких родственников, а также явку с повинной, в которой последний сообщил о месте сбыта похищенного имущества и данные обстоятельства признаются судом, смягчающими наказание. Обстоятельства, отягчающие наказание ФИО6 отсутствуют. Суд приходит к выводу, что с учетом данных о личности подсудимого ФИО6, впервые привлекаемого к уголовной ответственности за совершение преступления средней тяжести, наказание ему следует назначить в виде исправительных работ. Вместе с тем, оснований для применения ст. 73 УК РФ суд не находит. Учитывая фактические обстоятельства совершенных ФИО7 преступлений средней тяжести и тяжкого; ФИО2, ФИО3, ФИО4 – одного тяжкого и одного преступления средней тяжести, ФИО5 одного тяжкого, ФИО6 средней тяжести, преступления подсудимыми совершались по предварительному сговору, суд не находит оснований для изменения категории преступлений на менее тяжкую, то есть для применения правил ст. ч.6 УК РФ. Вопрос о вещественных доказательствах суд разрешает в соответствии со ст. 81 УПК РФ . На основании изложенного, руководствуясь ст. - 309 УПК РФ , суд ПРИГОВОРИЛ: Признать ФИО7 виновным в совершении преступлений, предусмотренных ст. ч. 2 п. «а», ст. ч.2, ст. ч.2 п. «а»УК РФ и назначить ему наказание в виде лишения свободы: -по ст. ч. 2 п. «а» УК РФ сроком на ПЯТЬ месяцев; -по ст. ч.2 УК РФ- сроком на ОДИН год ДЕСЯТЬ месяцев; - по ст. ч.2 п. «а» УК РФ (преступление от [ ДД.ММ.ГГГГ ]) на ТРИ месяца. На основании ст. ч.3 УК РФ путем частичного сложения назначенных наказаний определить ФИО7 наказание в виде лишения свободы сроком на ДВА года, с отбыванием наказания в исправительной колонии общего режима. Меру пресечения ФИО7 изменить, взять под стражу в зале суда. Срок наказания исчислять с момента вступления приговора в законную силу. Зачесть в срок наказания время задержание в качестве подозреваемого с [ ДД.ММ.ГГГГ ] по [ ДД.ММ.ГГГГ ]. Зачесть в срок наказания время содержания под стражей с [ ДД.ММ.ГГГГ ] по день вступления приговора в законную силу из расчета один день за полтора дня отбывания наказания в исправительной колонии общего режима. Признать ФИО2 виновным в совершении преступлений, предусмотренных ст. ч.2 п. «а», ст. ч.2 УК РФ и назначить ему наказание в виде лишения свободы: -по ст. ч. 2 п. «а » УК РФ- сроком на ЧЕТЫРЕ месяцев -по ст. ч.2 УК РФ- сроком на ОДИН год ДЕВЯТЬ месяцев. На основании ст. ч.3 УК РФ путем частичного сложения назначенных наказаний определить ФИО2 наказание в виде лишения свободы сроком на ОДИН год ДЕСЯТЬ месяцев, с отбыванием наказания в исправительной колонии общего режима. Меру пресечения ФИО2 изменить, взять под стражу в зале суда. Срок наказания исчислять с момента вступления приговора в законную силу. Зачесть в срок наказания время задержание в качестве подозреваемого с [ ДД.ММ.ГГГГ ] по [ ДД.ММ.ГГГГ ]. Зачесть в срок наказания время содержания под стражей с [ ДД.ММ.ГГГГ ] по день вступления приговора в законную силу, из расчета один день за полтора дня отбывания наказания в исправительной колонии общего режима. Признать ФИО4 виновным в совершении преступлений, предусмотренных ст. ч. 2 п. «а», ст. ч.2 УК РФ и назначить ему наказание в виде лишения свободы : -по ст. ч. 2 п. «а » УК РФ- сроком на ЧЕТЫРЕ месяца; -по ст. ч.2 УК РФ- сроком на ОДИН год ДЕВЯТЬ месяцев. На основании ст. ч.3 УК РФ путем частичного сложения назначенных наказаний определить ФИО4 наказание в виде лишения свободы сроком на ОДИН год ДЕСЯТЬ месяцев, с отбыванием наказания в исправительной колонии общего режима. Меру пресечения ФИО4 изменить, взять под стражу в зале суда. Срок наказания исчислять с момента вступления приговора в законную силу. Зачесть в срок наказания время задержание в качестве подозреваемого с [ ДД.ММ.ГГГГ ] по [ ДД.ММ.ГГГГ ]. Зачесть в срок наказания время содержания под стражей с [ ДД.ММ.ГГГГ ] по день вступления приговора в законную силу, из расчета один день за полтора дня отбывания наказания в исправительной колонии общего режима. Признать ФИО3 виновным в совершении преступлений, предусмотренных ст. ч. 2 п. «а», ст. ч.2 УК РФ и назначить ему наказание в виде лишения свободы: -по ст. ч. 2 п. «а » УК РФ- сроком на ЧЕТЫРЕ месяца; -по ст. ч.2 УК РФ- сроком на ОДИН год ДЕВЯТЬ месяцев. На основании ст. ч.3 УК РФ путем частичного сложения назначенных наказаний определить ФИО3 наказание в виде лишения свободы сроком на ОДИН год ДЕВЯТЬ месяцев, с отбыванием наказания в исправительной колонии общего режима. Меру пресечения ФИО3 изменить, взять под стражу в зале суда. Срок наказания исчислять с момента вступления приговора в законную силу. Зачесть в срок наказания время задержание в качестве подозреваемого с [ ДД.ММ.ГГГГ ] по [ ДД.ММ.ГГГГ ]. Зачесть в срок наказания время содержания под стражей с [ ДД.ММ.ГГГГ ] по день вступления приговора в законную силу, из расчета один день за полтора дня отбывания наказания в исправительной колонии общего режима. Признать ФИО5 виновным в совершении преступления, предусмотренного ст. ч.2 УК РФ и назначить ему наказание в виде лишения свободы сроком на ОДИН год ДЕВЯТЬ месяцев. В соответствии со ст. 73 УК РФ назначенное ФИО5 наказание считать условным с испытательным сроком ТРИ года ШЕСТЬ месяцев. Обязать ФИО5 периодически являться на регистрацию в государственный орган, осуществляющий контроль за осужденным, извещать этот орган об изменении места жительства. Меру пресечения ФИО5 до вступления приговора в законную силу оставить подписку о невыезде и надлежащем поведении. Зачесть в срок наказания время задержание в качестве подозреваемого с [ ДД.ММ.ГГГГ ] по [ ДД.ММ.ГГГГ ]. Признать ФИО6 А,М. виновным в совершении преступления, предусмотренного ст. ч.2 п.«а»УК РФ и назначить ему наказание в виде исправительных работ сроком на ШЕСТЬ месяцев, с удержанием ежемесячно из заработной платы в доход государства 5%. Меру пресечения ФИО6 – подписку о невыезде и надлежащем поведении оставить до вступления приговора в законную силу. Вещественные доказательства: - фрагмент витой веревки, хранящийся в камере вещественных доказательств оп (дислокация [ Адрес ]) МО МВД России [ Адрес ] фрагмент приклада, пистолет [ ... ] маска с лицом и черными волосами, канцелярский нож красного цвета, газовый баллончик - уничтожить; - компакт диск с видеозаписью от [ ДД.ММ.ГГГГ ] (ГСК [ Номер ] - хранить в материалах уголовного дела, - диск от а/м [ марка ] трелевочное устройство вернуть по принадлежности Потерпевший №2 Приговор может быть обжалован в апелляционном порядке в течение 10 суток в Нижегородский областной суд через Автозаводский районный суд г.Н.Новгорода, а осужденными содержащимися под стражей в тот же срок со дня вручения копии приговора. В случае подачи апелляционной жалобы, осужденные вправе заявить ходатайство об участии в рассмотрении дела судом апелляционной инстанции, о чем следует указать в апелляционной жалобе или в возражениях на жалобы, представления, принесенные другими участниками. : Судья: Назарова Н.Г. Суд: Автозаводский районный суд г. Нижний Новгород (Нижегородская область) (подробнее) Судьи дела: Назарова Наталья Георгиевна (судья) (подробнее) Последние документы по делу: Приговор от 18 ноября 2020 г. по делу № 1-25/2020 Постановление от 12 ноября 2020 г. по делу № 1-25/2020 Приговор от 17 сентября 2020 г. по делу № 1-25/2020 Постановление от 14 сентября 2020 г. по делу № 1-25/2020 Приговор от 9 сентября 2020 г. по делу № 1-25/2020 Приговор от 9 июля 2020 г. по делу № 1-25/2020 Приговор от 28 мая 2020 г. по делу № 1-25/2020 Приговор от 21 мая 2020 г. по делу № 1-25/2020 Приговор от 12 мая 2020 г. по делу № 1-25/2020 Приговор от 19 апреля 2020 г. по делу № 1-25/2020 Постановление от 2 апреля 2020 г. по делу № 1-25/2020 Приговор от 19 февраля 2020 г. по делу № 1-25/2020 Постановление от 16 февраля 2020 г. по делу № 1-25/2020 Приговор от 16 февраля 2020 г. по делу № 1-25/2020 Приговор от 3 февраля 2020 г. по делу № 1-25/2020 Приговор от 2 февраля 2020 г. по делу № 1-25/2020 Приговор от 22 января 2020 г. по делу № 1-25/2020 Показать все документы по этому делу Судебная практика по: По кражам Судебная практика по применению нормы ст. 158 УК РФ Разбой Судебная практика по применению нормы ст. 162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