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совершил присвоение, то есть хищение чужого имущества, вверенного виновному, с причинением значительного ущерба гражданину. Указанное преступление совершено им при следующих обстоятельствах. ФИО1 на основании договора поручения на внесение денежных средств от &lt;дата&gt;, заключенного с индивидуальным предпринимателем ФИО., осуществлял сбор денежных средств с торговых точек клиентов индивидуального предпринимателя ФИО за отгруженный им товар и передавал собранные денежные средства в кассу индивидуального предпринимателя ФИО., расположенную в офисе, находящемся по адресу: &lt;адрес&gt;». ФИО1, как представитель индивидуального предпринимателя ФИО по договору поручения, посещал клиентов, которым ранее индивидуальным предпринимателем ФИО был поставлен товар, и получал от последних денежные средства в счет погашения стоимости поступившего товара. Таким образом, индивидуальный предприниматель ФИО вверил ФИО1 принадлежащие ему денежные средства. После получения денежных средств от клиентов ФИО1 предоставлял клиенту, производившему оплату товара, квитанцию к приходному кассовому ордеру, в котором указывалась сумма поступивших денежных средств и дата их получения им от клиента. После получения денежных средств от клиента ФИО1 производил их сдачу в кассу индивидуального предпринимателя ФИО., расположенную в его офисе по адресу: &lt;адрес&gt;, в день их сбора. Примерно в &lt;дата&gt; в связи с возникшими материальными затруднениями ФИО1, находясь в &lt;адрес&gt;, решил, что зарабатываемых им денежных средств не хватает на жизнь, и следуя внезапно возникшему умыслу, направленному на присвоение вверенных ему денежных средств, умышленно, осознавая общественную опасность своих действий, предвидя неизбежность наступления общественно опасных последствий в виде причинения материального вреда собственнику и желая этого, незаконно, как представитель индивидуального предпринимателя ФИО по договору поручения, имея доступ к денежным средствам, поступившим от клиентов в счет оплаты поступившего товара от индивидуального предпринимателя ФИО., с целью хищения указанных денежных средств путем присвоения - обращения их в свою пользу и распоряжения ими как своим собственным, решил завладеть денежными средствами индивидуального предпринимателя ФИО., намереваясь в дальнейшем потратить их на собственные нужды. Следуя своему единому преступному умыслу, направленному на хищение денежных средств, принадлежащих индивидуальному предпринимателю ФИО., ФИО1 совершал преступление при следующих обстоятельствах.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&lt;данные изъяты&gt; принадлежащий индивидуальному предпринимателю Е**.,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&lt;данные изъяты&gt; от полученной суммы оприходовал в кассу индивидуального предпринимателя ФИО., расположенную в офисе по адресу: &lt;адрес&gt;, а оставшиеся &lt;данные изъяты&gt; рублей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 около 18 часов &lt;дата&gt;, находясь вблизи здания указанного офиса,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А.А.Р..,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Л**., где представитель магазина в счет оплаты за поставленный товар по товарной накладной № от &lt;дата&gt; передал ФИО1 денежные средства в сумме &lt;данные изъяты&gt; рублей.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Л**,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пересечение улиц &lt;адрес&gt;, принадлежащий индивидуальному предпринимателю Ж**,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&lt;данные изъяты&gt; рублей от полученной суммы оприходовал в кассу индивидуального предпринимателя ФИО, расположенную в офисе по адресу: &lt;адрес&gt;, а оставшиеся &lt;данные изъяты&gt;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 около 18 часов &lt;дата&gt;, находясь вблизи здания указанного офиса,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Д**,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Д**,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А**,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Е** (Й**),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Г.С.А.,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Б**(В**),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Г**,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З**,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И**,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&lt;данные изъяты&gt; рублей от полученной суммы оприходовал в кассу индивидуального предпринимателя ФИО, расположенную в офисе по адресу: &lt;адрес&gt;«г», а оставшиеся &lt;данные изъяты&gt;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К**,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Ч.Н.С.,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А**,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пересечение улиц &lt;адрес&gt;, принадлежащий индивидуальному предпринимателю М.И.О.,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Л**,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М**, где представитель магазина в счет оплаты за поставленный товар по товарной накладной № от &lt;дата&gt; передал ФИО1 денежные средства в сумме &lt;данные изъяты&gt; рублей.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Б**(В**),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Л.Н.В.,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К**,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К**, где представитель магазина в счет оплаты за доставленный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М**, где представитель магазина в счет оплаты за поставленный товар по товарной накладной &lt;данные изъяты&gt; от &lt;дата&gt; передал ФИО1 денежные средства в сумме &lt;данные изъяты&gt; рублей.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Ч.Н.С.,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похищеньями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пересечение улиц &lt;адрес&gt;, принадлежащий индивидуальному предпринимателю М.И.О.,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Н**,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А**,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О**, где представитель магазина в счет оплаты за поставленный товар по товарной накладной № от &lt;дата&gt;, передал ФИО1 денежные средства в сумме &lt;данные изъяты&gt; рублей.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прибыли магазин «&lt;данные изъяты&gt;», расположенный по адресу: &lt;адрес&gt;, принадлежащий индивидуальному предпринимателю М**, где представитель магазина в счет оплаты за поставленный товар по товарной накладной № от &lt;дата&gt; передал ФИО1 денежные средства в сумме &lt;данные изъяты&gt; рублей.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Е** (Й**),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М**,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М**,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П**,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Л.Н.В.,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Б.А.Б.;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пересечение улиц &lt;адрес&gt;, принадлежащий индивидуальному предпринимателю М.И.О.,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Р**,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С**, где представитель магазина в счет оплаты за поставленный товар по товарной накладной № от &lt;дата&gt; передал ФИО1 денежные средства н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К**,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Ч.Н.С.,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Т**,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К**.,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А**,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Н**, где представитель магазина в счет оплаты за поставленный товар по товарной накладной № от &lt;дата&gt; передал ФИО1 денежные средства в сумме &lt;данные изъяты&gt; рублей.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пересечение улиц &lt;адрес&gt;, принадлежащий индивидуальному предпринимателю М.И.О.,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пересечение улицы &lt;адрес&gt; – переулок &lt;адрес&gt;, принадлежащий индивидуальному предпринимателю У**,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Ф**, которая в счет оплаты за поставленный товар по товарной накладной № от &lt;дата&gt; передал ФИО1 денежные средства в сумме &lt;данные изъяты&gt; рублей.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Х**, где представитель магазина в счет оплаты за поставленный товар по товарной накладной № от &lt;дата&gt;, передал ФИО1 денежные средства в сумме &lt;данные изъяты&gt; рублей.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Г.В.В.,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Б**(В**),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пересечение улиц &lt;адрес&gt;, принадлежащий индивидуальному предпринимателю М.И.О.,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Р**,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Л.Н.В.,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Ц**, где представитель магазина в счет оплаты за поставленный товар по товарной накладггой № от &lt;дата&gt; передал ФИО1 денежные средства в сумме &lt;данные изъяты&gt; рублей. После этого ФИО1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ФИО1 прибыл в магазин «&lt;данные изъяты&gt;», расположенный по адресу: &lt;адрес&gt;, принадлежащий индивидуальному предпринимателю З**, где представитель магазина в счет оплаты за поставленный товар по товарной накладной № от &lt;дата&gt; передал ФИО1 денежные средства в сумме &lt;данные изъяты&gt;. После этого ФИО1 &lt;данные изъяты&gt; от полученной суммы оприходовал в кассу индивидуального предпринимателя ФИО, расположенную в офисе по адресу: &lt;адрес&gt;», а оставшиеся &lt;данные изъяты&gt; в нарушение договора поручения на внесение денежных средств от &lt;дата&gt;, согласно которому он обязан был передавать доверителю без промедления (день в день) в кассу индивидуального предпринимателя ФИО, расположенную в офисе по адресу: &lt;адрес&gt;«г», около 18 часов &lt;дата&gt;, находясь вблизи здания указанного офиса, похитил путём присвоения, распорядившись в дальнейшем похищенными денежными средствами по своему усмотрению. Таким образом, ФИО1, действуя единым преступным умыслом, в период времени с &lt;дата&gt; по &lt;дата&gt;, из корыстной заинтересованности, нуждаясь в денежных средствах, с целью решения своих финансовых затруднений, безвозмездно, противоправно обратил вверенные ему клиентами индивидуального предпринимателя ФИО для внесения в его кассу денежные средства в общей сумме &lt;данные изъяты&gt; в свою пользу против воли собственников, тем самым, не исполнив взятое на себя обязательство о внесении указанных денежных средств в кассу индивидуального предпринимателя ФИО, расположенную в офисе по адресу: &lt;адрес&gt;«г», в качестве оплаты клиентами поставленного товара, тем самым, причинив индивидуальному предпринимателю ФИО значительный материальный ущерб.</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 совершил присвоение, то есть хищение чужого имущества, вверенного виновному. Указанное преступление совершено им при следующих обстоятельствах. ФИО1, на основании приказа (распоряжения) о приеме работника на работу № от &lt;дата&gt;, работая в должности торгового представителя в &lt;данные изъяты&gt; (далее по тексту &lt;данные изъяты&gt;»), действующего на основании устава &lt;данные изъяты&gt;», на основании трудового договора с торговым представителем от &lt;дата&gt; и являясь материально-ответственным лицом, согласно договору о полной индивидуальной материальной ответственности от &lt;дата&gt;, заключенного между ФИО1 и &lt;данные изъяты&gt;», осуществлял свои обязанности, закрепленные в трудовом договоре с торговым представителем от &lt;дата&gt;, заключавшиеся в следующем: ФИО1, являясь торговым представителем, организовывал доставку купленной продукции, контролировал оплату покупателями счетов за предоставленную продукции, для чего регулярно посещал клиентов, с которыми у &lt;данные изъяты&gt;» были заключены договора на поставку продукции, составлял заявки, с указанием ассортимента и количества товара необходимого для поставки клиенту, исходя из пожеланий последнего. При получении заявки ФИО1, как торговый представитель, передавал ее в филиал &lt;данные изъяты&gt;», где формировался заказ, после чего со складов &lt;данные изъяты&gt;» необходимый товар экспедитором поставлялся согласно заявке клиенту, что отражалось в счет-фактурах. Впоследствии, в установленный срок после поставки товара, определенный для оплаты поступившего товара, ФИО1 как торговый представитель посещал клиентов, которым был поставлен товар и получал от последних денежные средства в счет погашения стоимости поступившего товара, контролируя все оплаты клиентов, закрепленных за ним. Таким образом, &lt;данные изъяты&gt;» вверило ФИО1 указанные денежные средства. При получении денежных средств от клиентов ФИО1 как торговый представитель предоставлял клиенту, производившему оплату товара, квитанцию к приходному кассовому ордеру, в котором указывалась сумма поступивших денежных средств и дата их получения им от клиента. После получения денежных средств от клиента ФИО1 производил их сдачу в кассу &lt;данные изъяты&gt;», расположенную в его офисе по адресу: &lt;адрес&gt;«г», в день их сбора. Примерно в &lt;дата&gt; в связи с возникшими материальными затруднениями ФИО1, находясь в &lt;адрес&gt;, в связи с возникшими материальными затруднениями решил, что зарабатываемых им денежных средств не хватает на жизнь, следуя внезапно возникшему умыслу, направленному на присвоение вверенных ему денежных средств, умышленно, осознавая общественную опасность своих действий, предвидя неизбежность наступления общественно опасных последствий в виде причинения материального вреда собственнику и желая этого, незаконно как торговый представитель &lt;данные изъяты&gt;», имея доступ к денежным средствам, с целью хищения денежных средств, выплачиваемых клиентами в счет оплаты поступившего товара от &lt;данные изъяты&gt;», путём присвоения - обращения их в свою пользу и распоряжения ими как своими собственными, решил завладеть денежными средствами &lt;данные изъяты&gt;», намереваясь в дальнейшем потратить их на собственные нужды. Следуя своему единому, преступному умыслу, направленному на хищение денежных средств, ФИО1 совершал преступление при следующих обстоятельствах. &lt;дата&gt; в период с 9 часов до 18 часов, точное время в ходе предварительного следствия не установлено, торговый представитель ФИО1 прибыл в магазин, расположенный по адресу: &lt;адрес&gt;, принадлежащий индивидуальному предпринимателю Ч**, где представитель магазина в счет оплаты за поставленный товар по счет-фактуре № от &lt;дата&gt;, передал торговому представителю ФИО1 денежные средства в сумме &lt;данные изъяты&gt;. После этого торговый представитель ФИО1 в нарушение «Договора с работником о полной индивидуальной ответственности», заключенного между &lt;данные изъяты&gt;» и торговым представителем ФИО1 &lt;дата&gt;, согласно которому он обязан бережно относиться к переданным ему денежным средствам, строго соблюдать установленные правила совершения операций с ценностями и их хранения, не обеспечил хранение вверенных ему денежных средств, не оприходовал их &lt;дата&gt; в кассу &lt;данные изъяты&gt;», расположенную по адресу: &lt;адрес&gt;. 31«г»,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торговый представитель ФИО1 прибыл в магазин «&lt;данные изъяты&gt;», расположенный по адресу: &lt;адрес&gt;, принадлежащий индивидуальному предпринимателю К**, где представитель магазина в счет оплаты за поставленный товар по счет-фактуре № от &lt;дата&gt; года, передал торговому представителю ФИО1 денежные средства в сумме &lt;данные изъяты&gt;. После этого торговый представитель ФИО1 в нарушение «Договора с работником о полной индивидуальной ответственности», заключенного между &lt;данные изъяты&gt;» и торговым-представителем ФИО1 &lt;дата&gt;, согласно которому он обязан бережно относиться к переданным ему денежным средствам, строго соблюдать установленные правила совершения операций с ценностями и их хранения, не обеспечил хранение вверенных ему денежных средств, не оприходовал их &lt;дата&gt; года в кассу &lt;данные изъяты&gt;», расположенную по адресу: &lt;данные изъяты&gt;«г», около 18 часов &lt;дата&gt; года,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торговый представитель ФИО1 прибыл в магазин «&lt;данные изъяты&gt;», расположенный по адресу: &lt;адрес&gt;, принадлежащий индивидуальному предпринимателю Ю**, где представитель магазина в счет оплаты за поставленный товар по счет-фактуре № от &lt;дата&gt;, передал торговому представителю ФИО1 денежные средства в сумме &lt;данные изъяты&gt;. После этого торговый представитель ФИО1 в нарушение «Договора с работником о полной индивидуальной ответственности», заключенного между &lt;данные изъяты&gt;» и торговым представителем ФИО1 &lt;дата&gt;, согласно которому он обязан бережно относиться к переданным ему денежным средствам, строго соблюдать установленные правила совершения операций с ценностями и их хранения, не обеспечил хранение вверенных ему денежных средств, не оприходовал их &lt;дата&gt; года в кассу &lt;данные изъяты&gt;», расположенную по адресу: &lt;адрес&gt;«г», около 18 часов &lt;дата&gt; года,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торговый представитель ФИО1 прибыл в магазин «&lt;данные изъяты&gt;», расположенный по адресу: &lt;адрес&gt;, принадлежащий индивидуальному предпринимателю Щ**, где представитель магазина в счет оплаты за поставленный товар по счет-фактуре № от &lt;дата&gt;, передал торговому представителю ФИО1 денежные средства в сумме &lt;данные изъяты&gt;. После этого торговый представитель ФИО1 в нарушение «Договора с работником о полной индивидуальной ответственности», заключенного между &lt;данные изъяты&gt;» и торговым представителем ФИО1 &lt;дата&gt;, согласно которому он обязан бережно относиться к переданным ему денежным средствам, строго соблюдать установленные правила совершения операций с ценностями и их хранения, не обеспечил хранение вверенных ему денежных средств, не оприходовал их &lt;дата&gt; года в кассу &lt;данные изъяты&gt;», расположенную по адресу: &lt;адрес&gt;«г», около 18 часов &lt;дата&gt; года,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торговый представитель ФИО1 прибыл в магазин «&lt;данные изъяты&gt;», расположенный по адресу: &lt;адрес&gt;, пересечение улиц &lt;адрес&gt;, принадлежащий индивидуальному предпринимателю Щ**, где представитель магазина в счет оплаты за поставленный товар по счет-фактуре № от &lt;дата&gt;, передал торговому представителю ФИО1 денежные средства в сумме &lt;данные изъяты&gt;. После этого торговый представитель ФИО1 в нарушение «Договора с работником о полной индивидуальной ответственности», заключенного между &lt;данные изъяты&gt;» и торговым представителем ФИО1 &lt;дата&gt;, согласно которому он обязан бережно относиться к переданным ему денежным средствам, строго соблюдать установленные правила совершения операций с ценностями и их хранения, не обеспечил хранение вверенных ему денежных средств, не оприходовал их &lt;дата&gt; года в кассу &lt;данные изъяты&gt;», расположенную по адресу: &lt;адрес&gt;«г», около 18 часов &lt;дата&gt; года,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торговый представитель ФИО1 прибыл в магазин «&lt;данные изъяты&gt;», расположенный по адресу: &lt;адрес&gt;, принадлежащий индивидуальному предпринимателю З**, где представитель магазина в счет оплаты за поставленный товар по счет-фактуре № от &lt;дата&gt;, передал торговому представителю ФИО1 денежные средства в сумме &lt;данные изъяты&gt;. После этого торговый представитель ФИО1 в нарушение «Договора с работником о полной индивидуальной ответственности», заключенного между &lt;данные изъяты&gt;» и торговым представителем ФИО1 &lt;дата&gt;, согласно которому он обязан бережно относиться к переданным ему денежным средствам, строго соблюдать установленные правила совершения операций с ценностями и их хранения, не обеспечил хранение вверенных ему денежных средств, не оприходовал их &lt;дата&gt; в кассу &lt;данные изъяты&gt;», расположенную по адресу: &lt;адрес&gt;»,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торговый представитель ФИО1 прибыл в магазин «&lt;данные изъяты&gt;», расположенный по адресу: &lt;адрес&gt;, принадлежащий индивидуальному предпринимателю П.Н.В., где представитель магазина в счет оплаты за поставленный товар по счет-фактуре № от &lt;дата&gt;, передал торговому представителю ФИО1 денежные средства в сумме &lt;данные изъяты&gt;. После этого торговый представитель ФИО1 в нарушение «Договора с работником о полной индивидуanьной ответственности», заключенного между &lt;данные изъяты&gt;» и торговым представителем ФИО1 &lt;дата&gt;, согласно которому он обязан бережно относиться к переданным ему денежным средствам, строго соблюдать установленные правила совершения операций с ценностями и их хранения, не обеспечил хранение вверенных ему денежных средств, не оприходовал их &lt;дата&gt; года в кассу &lt;данные изъяты&gt;», расположенную по адресу: &lt;адрес&gt;«г», около 18 часов &lt;дата&gt; года,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&lt;дата&gt; в период с 9 часов до 18 часов, точное время в ходе предварительного следствия не установлено, торговый представитель ФИО1 прибыл в магазин «&lt;данные изъяты&gt;», расположенный по адресу: &lt;адрес&gt;, принадлежащий индивидуальному предпринимателю З**, где представитель магазина в счет оплаты за поставленный товар по счет-фактуре № от &lt;дата&gt;, передал торговому представителю ФИО1 денежные средства в сумме &lt;данные изъяты&gt;. После этого торговый представитель ФИО1 в нарушение «Договора с работником о полной индивидуальной ответственности», заключенного между &lt;данные изъяты&gt;» и торговым представителем ФИО1 &lt;дата&gt;, согласно которому он обязан бережно относиться к переданным ему денежным средствам, строго соблюдать установленные правила совершения операций с ценностями и их хранения, не обеспечил хранение вверенньх ему денежных средств, не оприходовал их &lt;дата&gt; года в кассу &lt;данные изъяты&gt;», расположенную по адресу: &lt;адрес&gt;«г», около 18 часов &lt;дата&gt;, находясь вблизи здания указанного офиса, указанные денежные средства похитил путём присвоения, распорядившись в дальнейшем похищенными денежными средствами по своему усмотрению. Таким образом, ФИО1, действуя единым преступным умыслом, в период времени с &lt;дата&gt; по &lt;дата&gt;, из корыстной заинтересованности, нуждаясь в денежных средствах, с целью решения своих финансовых затруднений, безвозмездно, противоправно обратил вверенные ему клиентами &lt;данные изъяты&gt;» для внесения в кассу денежные средства в общей сумме &lt;данные изъяты&gt; в свою пользу против воли собственника, тем самым, не исполнив взятое на себя обязательство о внесении указанных денежных средств в кассу &lt;данные изъяты&gt;», расположенную по адресу: &lt;адрес&gt; «г», в качестве оплаты клиентами &lt;данные изъяты&gt;» поставленного товара, тем самым, причинив &lt;данные изъяты&gt;» в лице законного представителя - исполнительного директора &lt;данные изъяты&gt;» ФИО2 материальный ущерб. Подсудимый ФИО1 в судебном заседании свою вину в совершении преступлений, предусмотренных ч.2 ст. 160 УК РФ и ч.1 ст. 160 УК РФ , признал полностью. При ознакомлении с материалами уголовного дела в порядке ст. 217 УПК РФ от ФИО1 поступило ходатайство о постановлении приговора без проведения судебного разбирательства. В судебном заседании ФИО1 поддержал заявленное ходатайство о применении особого порядка судебного разбирательства, указав, что с предъявленным им обвинением он согласен в полном объёме, ходатайство о постановлении приговора без проведения судебного разбирательства заявлено им добровольно, после консультации с защитником. Характер и последствия постановления приговора без проведения судебного разбирательства ему разъяснены и понятны. Защитник подсудимого – адвокат Дряхлова Л.М. в судебном заседании поддержала заявленное ходатайство своего подзащитного о постановлении приговора без проведения судебного разбирательства. Потерпевший ФИО., представитель потерпевшего &lt;данные изъяты&gt; ФИО2 в судебное заседание не явился, извещены о месте и времени рассмотрения дела, ходатайствовали о рассмотрении дела в их отсутствие, против рассмотрения дела в особом порядке не возражали. Государственный обвинитель Комаров М.Ю. с учетом мнения сторон и материалов уголовного дела согласен с рассмотрением уголовного дела в особом порядке. В соответствии со ст. 314 УПК РФ обвиняемый вправе при наличии согласия государственного обвинителя ходатайствовать о постановлении приговора без проведения судебного разбирательства по уголовным делам, наказание за которое не превышает 10 лет лишения свободы. Санкция ч.2 ст. 160 УК РФ предусматривает наказание в виде лишения свободы на срок до 5 лет, санкция ч.1 ст. 160 УК РФ предусматривает наказание в виде лишения свободы на срок до 2 лет. Обвинение, с которым полностью согласился ФИО1, обоснованно и подтверждается доказательствами, собранными по уголовному делу в ходе производства предварительного расследования. При таких обстоятельствах, учитывая, что условия, предусмотренные ч.2 ст. 314 УПК РФ соблюдены, суд считает возможным постановление в отношении подсудимого ФИО1 приговора в особом порядке судебного разбирательства. Исходя из обстоятельств совершения преступления, обвинения, с которым подсудимый согласился и которое подтверждается материалами уголовного дела, суд квалифицирует действия ФИО1: - по ч.2 ст. 160 УК РФ , как присвоение, то есть хищение чужого имущества, вверенного виновному, совершённое с причинением значительного ущерба гражданину (по факту хищения денежных средств, принадлежащих потерпевшему ФИО). Квалифицирующий признак «с причинением значительного ущерба гражданину» находит своё подтверждение с учетом имущественного положения потерпевшего ФИО и суммы причинённого ему материального ущерба. - по ч.1 ст. 160 УК РФ , как присвоение, то есть хищение чужого имущества, вверенного виновному (по факту хищения денежных средств, принадлежащих &lt;данные изъяты&gt;»). При решении вопроса о назначении наказания подсудимому ФИО1 суд учитывает характер и степень общественной опасности совершенного им преступления, которые в силу ст. 15 УК РФ относится к категории небольшой и средней тяжести, данные о личности подсудимого, в том числе обстоятельства, смягчающие наказание, отсутствие обстоятельств, отягчающих наказание, влияние назначаемого наказания на его исправление, а также на условия жизни его семьи. Исследовав сведения, характеризующие личность подсудимого, суд установил, что ФИО1 судимости не имеет (т.3 л.д.113-114), на учёте у врачей психиатра и нарколога не состоит (т.3 л.д.111-112), по месту работы в &lt;данные изъяты&gt;» характеризуется положительно (т.3 л.д.117), по прежнему месту работы в &lt;данные изъяты&gt; характеризуется удовлетворительно (т.3 л.д.118), по месту жительства участковым уполномоченным полиций характеризуется удовлетворительно (т.3 л.д.119). Изучив характеризующий материал в отношении подсудимого ФИО1, суд пришёл к выводу, что оснований ставить под сомнение представленные характеристики и полученные в судебном заседании фактические сведения о подсудимом, не имеется, данные о личности ФИО1 оцениваются судом в совокупности. В силу ст. 61 УК РФ обстоятельствами, смягчающими наказание ФИО1, суд признаёт по обоим фактам преступлений: явку с повинной, поскольку он до возбуждения уголовного дела в объяснениях сотрудникам правоохранительного органа сообщил о своей причастности и обстоятельствах совершённых им преступлений (т.1 л.д.10-12, 227-228), активное способствование раскрытию и расследованию преступления, так как в ходе предварительного расследования подсудимый занял позицию полного признания вины, давал подробные признательные показания об обстоятельствах совершенного им преступления, а также наличие малолетних детей у виновного, полное признание вины, раскаяние в содеянном. В силу ст. 63 УК РФ обстоятельств, отягчающих наказание ФИО1, судом не установлено. Принимая во внимание характер и степень общественной опасности совершенных ФИО1 преступлений, данные о личности подсудимого, обстоятельства уголовного дела, учитывая наличие смягчающих и отсутствие отягчающих наказание обстоятельств, с целью восстановления социальной справедливости, исправления ФИО1 и предупреждения совершения им новых преступлений, суд приходит к выводу о необходимости назначения ФИО1 по ч. 2 ст. 160 УК РФ наказания в виде лишения свободы, по ч.1 ст. 160 УК РФ – в виде исправительных работ. При этом суд полагает возможным не применять к ФИО1 дополнительное наказание в виде ограничения свободы, предусмотренное ч.2 ст. 160 УК РФ . Оснований для применения альтернативных видов наказаний, предусмотренных ч.2 ст. 160 УК РФ , судом не установлено, так как более мягкий вид наказания, окажется недостаточным для его воспитательного воздействия и восстановления социальной справедливости. Каких-либо исключительных обстоятельств, дающих основания для применения положений ст. 64 УК РФ , не имеется. При определении срока наказания, назначаемого ФИО1 судом учитываются требования ч.5 ст. 62 УК РФ , предусматривающие пределы назначения наказания при постановлении приговора в особом порядке, а также правила ч.1 ст. 62 УК РФ , поскольку в действиях подсудимого имеются смягчающие наказание обстоятельства, предусмотренные п.«и» ч.1 ст. 61 УК РФ при отсутствии отягчающих обстоятельств. С учетом фактических обстоятельств преступления, преступления, предусмотренного ч.2 ст. 160 УК РФ , и степени его общественной опасности, суд не находит оснований для изменения категории совершенного преступления, на менее тяжкую в соответствии с ч.6 ст. 15 УК РФ . Окончательное наказание ФИО1 следует назначать по правилам ч.2 ст. 69 УК РФ путём частичного сложения назначенных наказаний, при этом суд не находит оснований для назначения наказания путём поглощения менее строгого наказания более строгим видом наказания. Также при назначении наказания подлежат применению правила ст. 71 УК РФ . С учётом личности подсудимого, обстоятельств совершения преступлений, наличия совокупности смягчающих наказание обстоятельств, суд приходит к выводу о возможности назначения ФИО1 окончательного наказания с применением ст. 73 УК РФ , то есть условно, с возложением обязанностей, которые будут способствовать его исправлению. Потерпевшим ФИО заявлены исковые требования о взыскании ущерба, причиненного преступлением, в сумме &lt;данные изъяты&gt; (т.1 л.д.116, т.2 л.д.85-90). Представителем потерпевшего &lt;данные изъяты&gt;» ФИО2 заявлены исковые требования о взыскании ущерба, причиненного преступлением, в сумме &lt;данные изъяты&gt;. Гражданский ответчик ФИО1 заявленные исковые требования признал в полном объеме. В соответствии со ст. 1064 ГК РФ вред, причинённый личности или имуществу гражданина, а также вред, причинённый имуществу юридического лица, подлежит возмещению в полном объёме лицом, причинившим вред. Оценивая в совокупности, имеющиеся в деле доказательства, суд приходит к выводу о доказанности размера ущерба, причиненного преступлениями, в связи, с чем взыскивает с ФИО1 в пользу ФИО, причиненный действиями ответчика ущерб в размере &lt;данные изъяты&gt;, в пользу &lt;данные изъяты&gt;», причиненный действиями ответчика ущерб в размере &lt;данные изъяты&gt;. В соответствии с ч.3 ст. 144 ГПК РФ арест, наложенный на автомобиль марки «&lt;данные изъяты&gt;», кузов №, &lt;дата&gt; года выпуска, государственный регистрационный знак №, принадлежащий ФИО1, сохранить до исполнения решения суда в части гражданского иска. Вопрос о вещественных доказательствах подлежит разрешению в порядке, установленном ст.ст. - 82 УПК РФ . Руководствуясь ст. ст. - , , - , - 317 УПК РФ , суд, П Р И Г О В О Р И Л: Признать ФИО1 виновным в совершении преступлений, предусмотренных ч.2 ст. , ч.1 ст. 160 УК РФ и назначить ему наказание: - по ч.2 ст. 160 УК РФ в виде лишения свободы на срок 2 (два) года; - по ч.1 ст. 160 УК РФ в виде исправительных работ на срок 4 (четыре) месяца с удержанием 10% заработка в доход государства. В соответствии с ч. 2 ст. 69 УК РФ по совокупности преступлений, путём частичного сложения назначенных наказаний, с применением правил ст. 71 УК РФ , окончательно назначить ФИО1 наказание в виде лишения свободы сроком 2 (года) год 1 (один) месяц. В силу ст. 73 УК РФ назначенное судом наказание в виде лишения свободы считать условным с испытательным сроком 3 (три) года. Возложить на осужденного ФИО1 исполнение следующих обязанностей: - не менять места жительства без уведомления уголовно-исполнительной инспекции; - являться на регистрацию в уголовно-исполнительную инспекцию согласно установленному графику; - не совершать административных правонарушений. Контроль, за поведением осуждённого ФИО1 возложить на уголовно-исполнительную инспекцию УФСИН РФ по месту его жительства. Меру пресечения ФИО1 в виде подписки о невыезде и надлежащем поведении, отменить по вступлению приговора в законную силу. Взыскать с ФИО1 в пользу &lt;данные изъяты&gt; в счет возмещения причиненного преступлением ущерба 17542 (семнадцать тысяч пятьсот сорок два) рубля 20 копеек. Взыскать с ФИО1 в пользу ФИО в счет возмещения причиненного преступлением ущерба 195341 (сто девяносто пять тысяч триста сорок один) рубль 58 копеек. Арест, наложенный на автомобиль марки «&lt;данные изъяты&gt;», кузов №, &lt;дата&gt; выпуска, государственный регистрационный знак №, принадлежащий ФИО1, сохранить до исполнения решения суда в части гражданского иска. Вещественные доказательства: - копия документа «Договор поручения на внесение денежных средств» от &lt;дата&gt;; копия документа «Акт сверки взаимных расчетов по состоянию на &lt;дата&gt; года за период с &lt;дата&gt; по &lt;дата&gt; между ИП ФИО и ИП Д** по договору с магазином «&lt;данные изъяты&gt;» расположенным по адресу &lt;адрес&gt;»; копия квитанции к приходному кассовому ордеру от &lt;дата&gt;, согласно которой Д** оплатила товарную накладную № от &lt;дата&gt; в сумме &lt;данные изъяты&gt;; копия квитанции к приходному кассовому ордеру от &lt;дата&gt; согласно которой Д** оплатила товарную накладную № от &lt;дата&gt; в сумме &lt;данные изъяты&gt;; копия документа «Акт сверки взаимных расчетов по состоянию на &lt;дата&gt; за период с &lt;дата&gt; по &lt;дата&gt;» между ИП ФИО и ИП Е** по договору с магазином «&lt;данные изъяты&gt;» расположенным по адресу &lt;адрес&gt;»; копия квитанции к приходному кассовому ордеру от &lt;дата&gt;, согласно которого Е** оплатил товарную накладную № от &lt;дата&gt; в сумме &lt;данные изъяты&gt;; копия документа «Акт сверки взаимных расчетов по состоянию на &lt;дата&gt; за период с &lt;дата&gt; по &lt;дата&gt;» между ИП ФИО и ИП Э** (согласно материалам уголовного дела - ИП А.А.Р..) по договору с магазином «&lt;данные изъяты&gt;» расположенным по адресу &lt;адрес&gt;»; копия квитанции к приходному кассовому ордеру от &lt;дата&gt;, согласно которой Э** (А.А.Р.) оплатил товарную накладную № от &lt;дата&gt; в сумме &lt;данные изъяты&gt;; копия документа «Акт сверки взаимных расчетов по состоянию на &lt;дата&gt; за период с &lt;дата&gt; по &lt;дата&gt;» между ИП ФИО и ИП Ж** по договору с магазином «&lt;данные изъяты&gt;»; копия квитанции к приходному кассовому ордеру от &lt;дата&gt;, согласно которой Ж** оплатила товарную накладную № от &lt;дата&gt; в сумме &lt;данные изъяты&gt;; копия документа «Акт сверки взаимных расчетов по состоягшцю на &lt;дата&gt; за период с &lt;дата&gt; по &lt;дата&gt;» между ИП ФИО и ИП Ю** по договору с магазином «&lt;данные изъяты&gt;» расположенным по адресу &lt;адрес&gt;»; копия квитанции к приходному кассовому ордеру от &lt;дата&gt;, согласно которой Ю** оплатила товарную накладную № от &lt;дата&gt; в сумме &lt;данные изъяты&gt;; копия документа «Акт сверки взаимных расчетов по состоянию на &lt;дата&gt; за период с &lt;дата&gt; по &lt;дата&gt;» между ИП ФИО и ИП Я** по договору с магазином «&lt;данные изъяты&gt;» расположенным по адресу &lt;адрес&gt;»; копия квитанции к приходному кассовому ордеру от &lt;дата&gt;, согласно которой Я** оплатила товарную накладную № от &lt;дата&gt; в сумме &lt;данные изъяты&gt;; копия документа «Акт сверки взаимных расчетов по состоянию на &lt;дата&gt; за период с &lt;дата&gt; по &lt;дата&gt;» между ИП ФИО и ИП Б.Т.П. по договору с магазином «&lt;данные изъяты&gt;» расположенным по адресу &lt;адрес&gt;»; копия квитанции к приходному кассовому ордеру от &lt;дата&gt;, согласно которой Б.Т.П. оплатила товарную накладную № от &lt;дата&gt; в сумме &lt;данные изъяты&gt; рублей; копия документа «Акт сверки взаимных расчетов по состоянию на &lt;дата&gt; за период с &lt;дата&gt; по &lt;дата&gt;» между ИП ФИО и ИП Г.Я.Г. (по материалам уголовного дела - ИП Е**) по договору с магазином « &lt;данные изъяты&gt;» расположенным по адресу &lt;адрес&gt;»; копия квитанции к приходному кассовому ордеру от &lt;дата&gt; согласно которой Г.Я.Г. (Е**) оплатил товарную накладную № от &lt;дата&gt; в сумме &lt;данные изъяты&gt;; копия квитанции к приходному кассовому ордеру от &lt;дата&gt;, согласно которой Г.Я.Г. (Е**) оплатил товарную накладную № от &lt;дата&gt; в сумме &lt;данные изъяты&gt;; копия документа «Акт сверки взаимных расчетов по состоянию на &lt;дата&gt; за период с &lt;дата&gt; по &lt;дата&gt;» между ИП ФИО и ИП А.Т.В. по договору с магазином «&lt;данные изъяты&gt;» расположенным по адресу &lt;адрес&gt;»; копия квитанции к приходному кассовому ордеру от &lt;дата&gt; согласно которой А.Т.В. оплатила товарную накладную № от &lt;дата&gt; в сумме &lt;данные изъяты&gt;; копия документа «Акт сверки взаимных расчетов по состоянию на &lt;дата&gt; за период с &lt;дата&gt; по &lt;дата&gt;» между ИП ФИО и ИП Б.А.Б. по договору с магазином «&lt;данные изъяты&gt;» расположенным по адресу &lt;адрес&gt;»; копия квитанции к приходному кассовому ордеру от &lt;дата&gt;, согласно которой Б.А.Б. оплатила товарную накладную № от &lt;дата&gt; в сумме &lt;данные изъяты&gt;; копия документа «Акт сверки взаимных расчетов по состоянию на &lt;дата&gt; за период с &lt;дата&gt; по &lt;дата&gt;» между ИП ФИО и ИП У** по договору с магазином «&lt;данные изъяты&gt;» расположенным по адресу &lt;адрес&gt; пересечение улицы &lt;адрес&gt; - пер. &lt;адрес&gt;»; копия квитанции к приходному кассовому ордеру от &lt;дата&gt;, согласно которой У** оплатила товарную накладную № от &lt;дата&gt; в сумме &lt;данные изъяты&gt;; копия документа «Акт сверки взаимны расчетов по состоянию на &lt;дата&gt; за период с &lt;дата&gt; по &lt;дата&gt;» между ИП ФИО и ИП Х** по договору с магазином «&lt;данные изъяты&gt;» расположенным по адресу &lt;адрес&gt;»; копия квитанции к приходному кассовому ордеру от &lt;дата&gt;, согласно которой Х** оплатила товарную накладную № от &lt;дата&gt; в сумме &lt;данные изъяты&gt; рублей; копия документа «Акт сверки взаимных расчетов по состоянию на &lt;дата&gt; за период с &lt;дата&gt; по &lt;дата&gt;» между ИП ФИО и ИП Г.В.В. по договору с магазином «&lt;данные изъяты&gt;» расположенным по адресу &lt;адрес&gt;»; копия квитанции к приходному кассовому ордеру от &lt;дата&gt;, согласно которой Г.В.В. оплатил товарную накладную № от &lt;дата&gt; в сумме &lt;данные изъяты&gt;; копия документа «Акт сверки взаимных расчетов по состоянию на &lt;дата&gt; за период с &lt;дата&gt; по &lt;дата&gt;» между ИП ФИО и ИП М.И.О. по договору с магазином «&lt;данные изъяты&gt;» расположенным по адресу &lt;адрес&gt; пересечение улиц &lt;адрес&gt;; копия квитанции к приходному кассовому ордеру от &lt;дата&gt; согласно которой М.И.О. оплатиуа товарную накладную № от &lt;дата&gt; в сумме &lt;данные изъяты&gt;; копия квитанции к приходному кассовому ордеру от &lt;дата&gt;, согласно которой М.И.О. оплатила товарную накладную № от &lt;дата&gt; в сумме &lt;данные изъяты&gt;; копия квитанции к приходному кассовому ордеру от &lt;дата&gt;, согласно которой М.И.О. оплатила товарную накладную № от &lt;дата&gt; в сумме &lt;данные изъяты&gt;; копия документа «Акт сверки взаимных расчетов по состоянию на &lt;дата&gt; за период с &lt;дата&gt; по.&lt;дата&gt;» между ИП ФИО и ИП М.И.О. по договору с магазином «&lt;данные изъяты&gt;» расположенным по адресу &lt;адрес&gt; пересечение улиц &lt;адрес&gt;»; копия квитанции к приходному кассовому ордеру от &lt;дата&gt;, согласно которой М.И.О. оплатила товарную накладную № от &lt;дата&gt; в сумме &lt;данные изъяты&gt;; копия квитанции к приходному кассовому ордеру от &lt;дата&gt;, согласно которой М.И.О. оплатила товарную накладную № от &lt;дата&gt; в сумме &lt;данные изъяты&gt;; копия документа «Акт сверки взаимных расчетов по состоянию на &lt;дата&gt; за период с &lt;дата&gt; по &lt;дата&gt;» между ИП ФИО и ИП Л.Н.В. по договору с магазином «&lt;данные изъяты&gt;» расположенным по адресу &lt;адрес&gt;»; копия квитанции к приходному кассовому ордеру от &lt;дата&gt;, согласно которой Л.Н.В. оплатила товарную накладную № от &lt;дата&gt; в сумме &lt;данные изъяты&gt;; копия квитанции к приходному кассовому ордеру от &lt;дата&gt;, согласно которой Л.Н.В. оплатила товарную накладную № от &lt;дата&gt; в сумме &lt;данные изъяты&gt;; копия квитанции к приходному кассовому ордеру от &lt;дата&gt;, согласно которой Л.Н.В. оплатила товарную накладную № от &lt;дата&gt; в сумме &lt;данные изъяты&gt;; копия документа «Акт сверки взаимных расчетов по состоянию на &lt;дата&gt; за период с &lt;дата&gt; по &lt;дата&gt;» между ИП ФИО и ИП В** (по материалам уголовного дела ИП Б**) по договору с магазином «&lt;данные изъяты&gt;» расположенным по адресу &lt;адрес&gt;»; копия квитанции к приходному кассовому ордеру от &lt;дата&gt;, согласно которой В** (Б**) оплатила товарную накладную № от &lt;дата&gt; в сумме &lt;данные изъяты&gt;; копия квитанции к приходному кассовому ордеру от &lt;дата&gt;, согласно которой В** (Б**) оплатила товарную накладную № от &lt;дата&gt; в сумме &lt;данные изъяты&gt;; копия квитанции к приходному кассовому ордеру от &lt;дата&gt;, согласно которой В** (Б**) оплатила товарную накладную № от &lt;дата&gt; в сумме &lt;данные изъяты&gt;; копия документа «Акт сверки взаимных расчетов по состоянию на &lt;дата&gt; за период с &lt;дата&gt; по &lt;дата&gt;» между ИП ФИО и ИП А** по договору с магазином «&lt;данные изъяты&gt;» расположенным по адресу &lt;адрес&gt;»; копия квитанции к приходному кассовому ордеру от &lt;дата&gt;, согласно которой А** оплатила товарную накладную № от &lt;дата&gt; в сумме &lt;данные изъяты&gt;; копия квитанции к приходному кассовому ордеру от &lt;дата&gt;, согласно которой А** оплатила товарную накладную № от &lt;дата&gt; в сумме &lt;данные изъяты&gt;; копия квитанции к приходному кассовому ордеру от &lt;дата&gt;, согласно которой А** оплатила товарную накладную № от &lt;дата&gt; в сумме &lt;данные изъяты&gt;; копия квитанции к приходному кассовому ордеру от &lt;дата&gt;. согласно которой А** оплатила товарную накладную № от &lt;дата&gt; в сумме &lt;данные изъяты&gt;; копия документа «Акт сверки взаимных расчетов по состоянию на &lt;дата&gt; за период с &lt;дата&gt; по &lt;дата&gt;» между ИП ФИО и ИП К** по договору с магазином «&lt;данные изъяты&gt;» расположенным по адресу &lt;адрес&gt;»; копия квитанции к приходному кассовому ордеру от &lt;дата&gt;, согласно которой К** оплатила товарную накладную № от &lt;дата&gt; в сумме &lt;данные изъяты&gt;; копия квитанции к приходному кассовому ордеру от &lt;дата&gt;, согласно которой К** оплатила товарную накладную № от &lt;дата&gt; в сумме &lt;данные изъяты&gt;; копия квитанции к приходному кассовому ордеру от &lt;дата&gt;, согласно которой К** оплатила товарную накладную № от &lt;дата&gt; в сумме &lt;данные изъяты&gt;; копия документа «Акт сверки взаимных расчетов по состоянию на &lt;дата&gt; гора за период с &lt;дата&gt; по &lt;дата&gt;» между ИП ФИО и ИП К** по договору с магазином «&lt;данные изъяты&gt;» расположенным по адресу &lt;адрес&gt;»; копия квитанции к приходному кассовому ордеру от &lt;дата&gt;, согласно которой К** оплатила товарную накладную № от &lt;дата&gt; в сумме &lt;данные изъяты&gt;; копия квитанции к приходному кассовому ордеру от &lt;дата&gt;, согласно которой К** оплатила товарную накладную № от &lt;дата&gt; в сумме &lt;данные изъяты&gt;; копия квитанции к приходному кассовому ордеру от &lt;дата&gt;, согласно которой К** оплатила товарную накладную № от &lt;дата&gt; в сумме &lt;данные изъяты&gt;; копия документа «Акт сверки взаимных расчетов по состоянию на &lt;дата&gt; за период с &lt;дата&gt; по &lt;дата&gt;» между ИП ФИО и ИП Ч.Н.С. по договору с магазином «&lt;данные изъяты&gt;» расположенным по адресу &lt;адрес&gt;»; копия квитанции к приходному кассовому ордеру от &lt;дата&gt;, согласно которой Ч.Н.С. оплатила товарную накладную № от &lt;дата&gt; в сумме &lt;данные изъяты&gt;; копия квитанции к приходному кассовому ордеру от &lt;дата&gt;, согласно которой Ч.Н.С. оплатила товарную накладную № от &lt;дата&gt; в сумме &lt;данные изъяты&gt;; копия квитанции к приходному кассовому ордеру от &lt;дата&gt;, согласно которой Ч.Н.С. оплатила товарную накладную № от &lt;дата&gt; в сумме &lt;данные изъяты&gt;; копия документа «Акт сверки взаимны расчетов по состоянию на &lt;дата&gt; за период с &lt;дата&gt; по &lt;дата&gt;» между ИП ФИО и ИП Д.В.Н. по договору с магазином «&lt;данные изъяты&gt;» расположенным по адресу &lt;адрес&gt;»; копия квитанции к приходному кассовому ордеру от &lt;дата&gt;, согласно которой Д.В.Н. оплатил товарную накладную № от &lt;дата&gt; в сумме &lt;данные изъяты&gt;; копия квитанции к приходному кассовому ордеру от &lt;дата&gt;, согласно которой Д.В.Н. оплатил товарную накладную № от &lt;дата&gt; в сумме &lt;данные изъяты&gt;; копия документа «Акт сверки взаимных расчетов по состоянию на &lt;дата&gt; за период с &lt;дата&gt; по &lt;дата&gt;» между ИП ФИО и ИП М** по договору с магазином «&lt;данные изъяты&gt;» расположенным по адресу &lt;адрес&gt;; копия квитанции к приходному кассовому ордеру от &lt;дата&gt;, согласно которой М** оплатил товарную накладную № от &lt;дата&gt; в сумме &lt;данные изъяты&gt;; копия квитанции к приходному кассовому ордеру от &lt;дата&gt;, согласно которой М** оплатил товарную накладную № от &lt;дата&gt; в сумме &lt;данные изъяты&gt;; копия квитанции к приходному кассовому ордеру от &lt;дата&gt;, согласно которой М** оплатил товарную накладную № от &lt;дата&gt; в сумме &lt;данные изъяты&gt; рублей; копия квитанции к приходному кассовому ордеру от &lt;дата&gt; согласно которой М** оплатил товарную накладную № от &lt;дата&gt; в сумме &lt;данные изъяты&gt; рублей; копия квитанции к приходному кассовому ордеру от &lt;дата&gt;, согласно которой М** оплатил товарную накладную № от &lt;дата&gt; в сумме &lt;данные изъяты&gt; рублей; копия документа «Акт сверки взаимных расчетов по состоянию на &lt;дата&gt; за период с &lt;дата&gt; по &lt;дата&gt;» между ИП ФИО и ИП Г.С.А. по договору с магазином «&lt;данные изъяты&gt;» расположенным по адресу &lt;адрес&gt;»; копия квитанции к приходному кассовому ордеру от &lt;дата&gt;, согласно которой Г.С.А. оплатила товарную накладную № от &lt;дата&gt; в сумме &lt;данные изъяты&gt;; копия квитанции к приходному кассовому ордеру от &lt;дата&gt;, согласно которой Г.С.А. оплатила товарную накладную № от &lt;дата&gt; в сумме &lt;данные изъяты&gt;; копия квитанции к приходному кассовому ордеру от &lt;дата&gt;, согласно которой Г.С.А. оплатила товарную накладную № от &lt;дата&gt; в сумме &lt;данные изъяты&gt;; копия квитанции к приходному кассовому ордеру от &lt;дата&gt;, согласно которой Г.С.А. оплатила товарную накладную № от &lt;дата&gt; в сумме &lt;данные изъяты&gt; рублей; копия документа «Акт сверки взаимных расчетов по состоянию на &lt;дата&gt; за период с &lt;дата&gt; по &lt;дата&gt;» между ИП ФИО и ИП З** по договору с магазином «&lt;данные изъяты&gt;» расположенным по адресу &lt;адрес&gt; »; копия квитанции к приходному кассовому ордеру от &lt;дата&gt;, согласно которого З** оплатила товарную накладную № от &lt;дата&gt; в сумме &lt;данные изъяты&gt;; копия квитанции к приходному кассовому ордеру от &lt;дата&gt;, согласно которой З** оплатила товарную накладную № от &lt;дата&gt; в сумме &lt;данные изъяты&gt;; копия документа «Акт сверки взаимных расчетов по состоянию на &lt;дата&gt; за период с &lt;дата&gt; по &lt;дата&gt;» между ИП ФИО и ИП Ц** по договору с магазином «&lt;данные изъяты&gt;» расположенным по адресу &lt;адрес&gt;; копия квитанции к приходному кассовому ордеру от &lt;дата&gt;, согласно которой Ц** оплатил товарную накладную № от &lt;дата&gt; в сумме &lt;данные изъяты&gt; рублей; копия документа «Акт сверки взаимных расчетов по состоянию на &lt;дата&gt; за период с. &lt;дата&gt; по &lt;дата&gt;» между ИП ФИО и ИП Н** по договору с магазином «&lt;данные изъяты&gt;» расположенным по адресу &lt;адрес&gt;; копия квитанции к приходному кассовому ордеру от &lt;дата&gt;, согласно которой Н** оплатила товарную накладную № от &lt;дата&gt; в сумме &lt;данные изъяты&gt;; копия квитанции к приходному кассовому ордеру от &lt;дата&gt;, согласно которой Н** оплатила товарную накладную № от &lt;дата&gt; в сумме &lt;данные изъяты&gt; рублей; копия документа «Акт сверки взаимных расчетов по состоянию на &lt;дата&gt; за период с &lt;дата&gt; по &lt;дата&gt;» между ИП ФИО и ИП С** по договору с магазином «&lt;данные изъяты&gt;» расположенным по адресу &lt;адрес&gt;; копия квитанции к приходному кассовому ордеру от &lt;дата&gt;, согласно которой С** оплатил товарную накладную № от &lt;дата&gt; в сумме &lt;данные изъяты&gt;; копия документа «Акт сверки взаимных расчетов по состоянию на &lt;дата&gt; за период с &lt;дата&gt; по &lt;дата&gt;» между ИП ФИО и ИП Ф** по договору с магазином «&lt;данные изъяты&gt;» расположенным по адресу &lt;адрес&gt;»; квитанция к. приходному кассовому ордеру от &lt;дата&gt;, согласно которой Д** оплатила товарную накладную № от &lt;дата&gt; в сумме &lt;данные изъяты&gt;; квитанция к приходному кассовому ордеру от &lt;дата&gt;, согласно которой Д** оплатила товарную накладную № от &lt;дата&gt; в сумме &lt;данные изъяты&gt;; квитанция к приходному кассовому ордеру от &lt;дата&gt;, согласно которой Е** оплатил товарную накладную № от &lt;дата&gt; в сумме &lt;данные изъяты&gt;; квитанция к приходному кассовому ордеру от &lt;дата&gt;, согласно которой Э** (А.А.Р.) оплатил товарную накладную № от &lt;дата&gt; в сумме &lt;данные изъяты&gt;; квитанция к приходному кассовому ордеру от &lt;дата&gt;, согласно которой Ж** оплатила товарную накладную № от &lt;дата&gt; в сумме &lt;данные изъяты&gt;; квитанция к приходному кассовому ордеру от &lt;дата&gt;, согласно которой Ю** оплатила товарную накладную № от &lt;дата&gt; в сумме &lt;данные изъяты&gt;; квитанция к приходному кассовому ордеру от &lt;дата&gt;, согласно которой Я** оплатила товарную накладную № от &lt;дата&gt; в сумме &lt;данные изъяты&gt;; квитанция к приходному кассовому ордеру от &lt;дата&gt;, согласно которой Г.Я.Г. (Е**) оплатил товарную накладную № от &lt;дата&gt; в сумме &lt;данные изъяты&gt;; квитанция к приходному кассовому ордеру от &lt;дата&gt;, согласно которой Г.Я.Г. (Е**) оплатил товарную накладную № от &lt;дата&gt; в сумме &lt;данные изъяты&gt;; квитанция к приходному кассовому ордеру от &lt;дата&gt;, согласно которой А.Т.В. оплатила товарную накладную № от &lt;дата&gt; в сумме &lt;данные изъяты&gt;; квитанция к приходному кассовому ордеру от &lt;дата&gt;, согласно которой Б.А.Б. оплатила товарную накладную № от &lt;дата&gt; в сумме &lt;данные изъяты&gt;; квитанция к приходному кассовому ордеру от &lt;дата&gt;, согласно которой Г.В.В. оплатил товарную накладную № от &lt;дата&gt; в сумме &lt;данные изъяты&gt;; квитанция к приходному кассовому ордеру от &lt;дата&gt;, согласно которой М.И.О. оплатила товарную накладную № от &lt;дата&gt; в сумме &lt;данные изъяты&gt;; квитанция к приходному кассовому ордеру от &lt;дата&gt;, согласно которой М.И.О. оплатилтговарную накладную № от &lt;дата&gt; в сумме &lt;данные изъяты&gt;; квитанция к приходному кассовому ордеру от &lt;дата&gt;, согласно которой М.И.О. оплатила товарную накладную № от &lt;дата&gt; в сумме &lt;данные изъяты&gt;; квитанция к приходному кассовому ордеру от &lt;дата&gt;, согласно которой М.И.О. оплатила товарную накладную № от &lt;дата&gt; в сумме &lt;данные изъяты&gt;; квитанция к приходному кассовому ордеру от &lt;дата&gt;, согласно 1 которой М.И.О. оплатила товарную накладную № от &lt;дата&gt; в сумме &lt;данные изъяты&gt;; квитанция к приходному кассовому ордеру от &lt;дата&gt;, согласно которой Л.Н.В. оплатила товарную накладную № от &lt;дата&gt; в сумме &lt;данные изъяты&gt;; квитанция к приходному кассовому ордеру от &lt;дата&gt;, согласно которой Л.Н.В. оплатила товарную накладную № от &lt;дата&gt; в сумме &lt;данные изъяты&gt;; квитанция к приходному кассовому ордеру от &lt;дата&gt;, согласно которой Л.Н.В. оплатила товарную накладную № от &lt;дата&gt; в сумме &lt;данные изъяты&gt;; квитанция к приходному кассовому ордеру от &lt;дата&gt;, согласно которой В** (Б**) оплатила товарную накладную № от &lt;дата&gt; в сумме &lt;данные изъяты&gt;; квитанция к приходному кассовому ордеру от &lt;дата&gt;, согласно которой В** (Б**) оплатила товарную накладную № от &lt;дата&gt; в сумме &lt;данные изъяты&gt;; квитанция к приходному кассовому ордеру от &lt;дата&gt;, согласно которой К** оплатила товарную накладную № от &lt;дата&gt; в сумме &lt;данные изъяты&gt;; квитанция к приходному кассовому ордеру от &lt;дата&gt;, согласно которой К** оплатила товарную накладную № от &lt;дата&gt; в сумме &lt;данные изъяты&gt;; квитанция к приходному кассовому ордеру от &lt;дата&gt;, согласно которой К** оплатила товарную накладную № от &lt;дата&gt; в сумме &lt;данные изъяты&gt;; квитанция к приходному кассовому ордеру от &lt;дата&gt;, согласно которой К** оплатила товарную накладную № от &lt;дата&gt; в сумме &lt;данные изъяты&gt;; квитанция к приходному кассовому ордеру от &lt;дата&gt;, согласно которой К** оплатила товарную накладную № от &lt;дата&gt; в сумме &lt;данные изъяты&gt;; квитанция к приходному кассовому ордеру от &lt;дата&gt;, согласно которой К** оплатила товарную накладную № от &lt;дата&gt; в сумме &lt;данные изъяты&gt;; квитанция к приходному кассовому ордеру от &lt;дата&gt;, согласно которой Ч.Н.С. оплатила товарную накладную № от &lt;дата&gt; в сумме &lt;данные изъяты&gt;; квитанция к приходному кассовому ордеру от &lt;дата&gt;, согласно которой Ч.Н.С. оплатила товарную накладную № от &lt;дата&gt; в сумме &lt;данные изъяты&gt;; квитанция к приходному кассовому ордеру от &lt;дата&gt;, согласно которой Ч.Н.С. оплатила товарную накладную № от &lt;дата&gt; в сумме &lt;данные изъяты&gt;; квитанция к приходному кассовому ордеру от &lt;дата&gt;, согласно которой Д.В.Н. оплатил товарную накладную № от &lt;дата&gt; в сумме &lt;данные изъяты&gt;; квитанция к приходному кассовому ордеру от &lt;дата&gt;, согласно которой Д.В.Н. оплатил товарную накладную № от &lt;дата&gt; в сумме &lt;дата&gt;; квитанция к приходному кассовому ордеру от &lt;дата&gt;, согласно которой М** оплатил товарную накладную № от &lt;дата&gt; в сумме &lt;данные изъяты&gt;; квитанция к приходному кассовому ордеру от &lt;дата&gt;, согласно которой М** оплатил товарную накладную № от &lt;дата&gt; в сумме &lt;данные изъяты&gt;; квитанция к приходному кассовому ордеру от &lt;дата&gt;, согласно которой М** оплатил товарную накладную № от &lt;дата&gt; в сумме &lt;данные изъяты&gt; рублей; квитанция к приходному кассовому ордеру от &lt;дата&gt;, согласно которой М** оплатил товарную накладную № от &lt;дата&gt; в сумме &lt;данные изъяты&gt; рублей; квитанция к приходному кассовому ордеру от &lt;дата&gt;, согласно которой М** оплатил товарную накладную № от &lt;дата&gt; в сумме &lt;данные изъяты&gt; рублей; квитанция к приходному кассовому ордеру от &lt;дата&gt;, согласно которой Г.С.А. оплатила товарную накладную № от &lt;дата&gt; в сумме &lt;данные изъяты&gt;; квитанция к приходному кассовому ордеру от &lt;дата&gt;, согласно которой Г.С.А. оплатила товарную накладную № от &lt;дата&gt; в сумме &lt;данные изъяты&gt;; квитанция к приходному кассовому ордеру от &lt;дата&gt;, согласно которой Г.С.А. оплатила товарную накладную № от &lt;дата&gt; в сумме &lt;данные изъяты&gt;; квитанция к приходному кассовому ордеру от &lt;дата&gt;, согласно которой Г.С.А. оплатила товарную накладную № от &lt;дата&gt; в сумме &lt;данные изъяты&gt; рублей; квитанция к приходному кассовому ордеру от &lt;дата&gt;, согласно которой З** оплатила товарную накладную № от &lt;дата&gt; в сумме &lt;данные изъяты&gt;; квитанция к приходному кассовому ордеру от &lt;дата&gt;, согласно которой З** оплатила товарную накладную № от &lt;дата&gt; в сумме &lt;данные изъяты&gt;; квитанция к приходному кассовому ордеру от &lt;дата&gt;, согласно которой Ц** оплатил товарную накладную № от &lt;дата&gt; в сумме &lt;данные изъяты&gt; рублей; квитанция к приходному кассовому ордеру от &lt;дата&gt;, согласно которой С** оплатил товарную накладную № от &lt;дата&gt; в сумме &lt;данные изъяты&gt;; сведения из Единого государственного реестра юридических лиц (ЕГРЮЛ) от &lt;дата&gt;; копия свидетельства о постановке на учет Российской организации в налоговом органе по месту её нахождения серии 28 №; копия свидетельства о государственной регистрации юридического лица, согласно которому &lt;дата&gt; в ЕГРЮЛ внесена запись о создании юридического лица - &lt;данные изъяты&gt;»; копия устава &lt;данные изъяты&gt;»; копия трудового договора от &lt;дата&gt;, заключенного между &lt;данные изъяты&gt;» в лице генерального директора С.М.П., и ФИО1; копия договора о полной индивидуальной материальной ответственности от &lt;дата&gt;, заключенный между Работодателем - &lt;данные изъяты&gt;» в лице генерального директора С.М.П., и Работником - ФИО1; копия дополнительного соглашения к трудовому договору от &lt;дата&gt; без номера от &lt;дата&gt;, копия акта об отсутствии работника на рабочем месте от &lt;дата&gt;; копия приказа (распоряжения) о прекращении (расторжения) трудового договора с работником (увольнении) № от &lt;дата&gt;; копия документа «Акт сверки взаимных расчетов по состоянию на &lt;дата&gt; за период с &lt;дата&gt; по &lt;дата&gt;» между &lt;данные изъяты&gt;» и ИП Ф.Д.В. по договору с магазином «&lt;данные изъяты&gt;» расположенным по адресу &lt;адрес&gt;»; копия квитанции к приходному кассовому ордеру от &lt;дата&gt;, согласно которой Ф.Д.В. оплатила счет фактуру № от &lt;дата&gt; в сумме &lt;данные изъяты&gt;; копия документа «Акт сверки взаимны расчетов по состоянию на &lt;дата&gt; за период с &lt;дата&gt; по &lt;дата&gt;» между &lt;данные изъяты&gt;» и ИП Ф.Д.В. по договору с магазином «&lt;данные изъяты&gt;» расположенным по адресу &lt;адрес&gt; пересечение улиц &lt;адрес&gt;»; копия документа «Акт сверки взаимных расчетов по состоянию на &lt;дата&gt; за период с &lt;дата&gt; по &lt;дата&gt;» между &lt;данные изъяты&gt;» и &lt;данные изъяты&gt;» (магазин &lt;данные изъяты&gt; ИП К**) по договору с магазином «&lt;данные изъяты&gt;» расположенным по адресу &lt;адрес&gt;»; копия квитанции к приходному кассовому ордеру от &lt;дата&gt;. согласно которой Ф.Д.В. оплатила счет фактуру № от &lt;дата&gt; в сумме &lt;данные изъяты&gt;; копия документа «Акт сверки взаимных расчетов по состоянию на &lt;дата&gt; за период с &lt;дата&gt; по &lt;дата&gt;» между &lt;данные изъяты&gt;» и ИП Ч** по договору с магазином расположенным по адресу &lt;адрес&gt;»; копия квитанции к приходному кассовому ордеру от &lt;дата&gt;, согласно которой ИП Ч** оплатила счет фактуру № от &lt;дата&gt; в сумме &lt;данные изъяты&gt;; копия документа «Акт сверки взаимных расчетов по состоянию на &lt;дата&gt; за период с &lt;дата&gt; по &lt;дата&gt;» между &lt;данные изъяты&gt;» и ИП Ю** по договору с магазином «&lt;данные изъяты&gt;» расположенным по адресу &lt;адрес&gt;; копия квитанции к приходному кассовому ордеру от &lt;дата&gt;, согласно которой Ю** оплатила счет фактуру № от &lt;дата&gt; в сумме &lt;данные изъяты&gt;; копия документа «Акт сверки взаимных расчетом по состоянию на &lt;дата&gt; за период с &lt;дата&gt; по &lt;дата&gt;» между &lt;данные изъяты&gt;» и ИП П.Н.В. по договору с магазином «&lt;данные изъяты&gt;» расположенным по адресу &lt;адрес&gt;; копия квитанции к приходному кассовому ордеру от &lt;дата&gt;, согласно которой П.Н.В. оплатила счет фактуру № от &lt;дата&gt; в сумме &lt;данные изъяты&gt;; копия документа «Акт сверки взаимных расчетов по состоянию на &lt;дата&gt; за период с &lt;дата&gt; по &lt;дата&gt;» между &lt;данные изъяты&gt;» и ИП З** по договору с магазином «&lt;данные изъяты&gt;» расположенным по адресу &lt;адрес&gt;»; копия квитанции к приходному кассовому ордеру от &lt;дата&gt;, согласно которой З** оплатила счет фактуру № от &lt;дата&gt; в сумме &lt;данные изъяты&gt;; копия квитанции к приходному кассовому ордеру от &lt;дата&gt;, согласно которой З** оплатила счет фактуру № от &lt;дата&gt; в сумме &lt;данные изъяты&gt;; квитанция к приходному кассовому ордеру от &lt;дата&gt;, согласно которой Ф.Д.В. оплатила счет фактуру № от &lt;дата&gt; в сумме &lt;данные изъяты&gt;; квитанция к приходному кассовому ордеру от &lt;дата&gt;, согласно которой Ф.Д.В. оплатила счет фактуру № от &lt;дата&gt; в сумме &lt;данные изъяты&gt;; квитанция к приходному кассовому ордеру от &lt;дата&gt;, согласно которой Ю** оплатила счет фактуру № от &lt;дата&gt; в сумме &lt;данные изъяты&gt;; квитанция к приходному кассовому ордеру от &lt;дата&gt;, согласно которой П.Н.В. оплатила счет фактуру № от &lt;дата&gt; в сумме &lt;данные изъяты&gt;; квитанция к приходному кассовому ордеру от &lt;дата&gt;, согласно которой З** оплатила счет фактуру № от &lt;дата&gt; в сумме &lt;данные изъяты&gt;; квитанция к приходному кассовому ордеру от &lt;дата&gt;, согласно которой З** оплатила счет фактуру № от &lt;дата&gt; в сумме &lt;данные изъяты&gt;; ведомость по кассе &lt;данные изъяты&gt; и СО диск с ведомостью по кассе ИП ФИО - хранящиеся в материалах уголовного дела, хранить в материалах уголовного дела. Приговор может быть обжалован в апелляционном порядке в Амурский областной суд через Белогорский городской суд в течение десяти суток со дня постановления с соблюдением требований ст. 317 УПК РФ . Приговор не может быть обжалован в апелляционном порядке по основанию, предусмотренному п. 1 ч. 1 ст. 389.15 УПК РФ . Осуждённый вправе в течение десяти суток со дня вручения ему копии приговора ходатайствовать об участии в рассмотрении уголовного дела судом апелляционной инстанции, о чём он должен указать в своей апелляционной жалобе. Также осуждённый вправе ходатайствовать об участии в суде апелляционной инстанции в случае принесения апелляционных жалобы, представления, затрагивающих его интересы, ходатайство должно быть подано в письменном виде в течение десяти суток после получения копии апелляционных жалобы, представления. Председательствующий Аноцкая Н.В. Суд: Белогорский городской суд (Амурская область) (подробнее) Судьи дела: Аноцкая Н.В. (судья) (подробнее) Последние документы по делу: Постановление от 25 октября 2020 г. по делу № 1-149/2020 Приговор от 21 октября 2020 г. по делу № 1-149/2020 Приговор от 10 сентября 2020 г. по делу № 1-149/2020 Приговор от 27 июля 2020 г. по делу № 1-149/2020 Постановление от 22 июля 2020 г. по делу № 1-149/2020 Приговор от 21 июля 2020 г. по делу № 1-149/2020 Приговор от 28 апреля 2020 г. по делу № 1-149/2020 Приговор от 11 февраля 2020 г. по делу № 1-149/2020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Присвоение и растрата Судебная практика по применению нормы ст. 160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