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помещении комнаты, совмещенной с кухней, в шкафу, в левом переднем кармане спортивной куртки белого цвета, принадлежащей ФИО2 обнаружен и изъят сверток, в котором находилось вещество, содержащее в своем составе метил 3,3-диметил-2-[1-(4-фторбутил)-Н-индазол-3-карбоксамидо]бутаноат (синоним: MDMB(N)-073F), являющийся производным наркотического средства 2-(1-бутил-1H-индазол-3-карбоксамидо) уксусной кислоты, и метил 2-[1-(5-фторпентил)-1Н-индазол-3-карбоксамидо]-3,3-диметилбутаноат (синоним: MDMB(N)-2201), являющийся производным наркотического средства метиловый эфир 3-метил-2-(1-пентил-1Н-индазол-3-карбоксамидо) бутановой кислоты общей массой 203,668 грамм, и вещество, содержащее в своем составе PVP (синонимы: a-пирролидиновалерофенон; 1-фенил-2-(пирролидин-1-ил) пентан-1-он), являющийся производным наркотического средства N-метилэфедрона общей массой 19,552 грамм;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помещении ванной комнаты, с правой стороны на полотенцесушителе обнаружен и изъят полимерный пакет с находящимся внутри темным веществом неправильной формы содержащим в своем составе метил 3,3-диметил-2-[1-(4-фторбутил)-Н-индазол-3-карбоксамидо]бутаноат (синоним: MDMB(N)-073F), являющийся производным наркотического средства 2-(1-бутил-1H-индазол-3-карбоксамидо) уксусной кислоты, и метил 2-[1-(5-фторпентил)-1Н-индазол-3-карбоксамидо]-3,3-диметилбутаноат (синоним: MDMB(N)-2201), являющийся производным наркотического средства метиловый эфир 3-метил-2-(1-пентил-1Н-индазол-3-карбоксамидо) бутановой кислоты общей массой 297,800 грамм;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помещении кухни из кухонного шкафа, расположенного над микроволновой печью, изъято вещество темного цвета неправильной формы, содержащее в своем составе метил 3,3-диметил-2-[1-(4-фторбутил)-Н-индазол-3-карбоксамидо]бутаноат (синоним: MDMB(N)-073F), являющийся производным наркотического средства 2-(1-бутил-1H-индазол-3-карбоксамидо) уксусной кислоты, и метил 2-[1-(5-фторпентил)-1Н-индазол-3-карбоксамидо]-3,3-диметилбутаноат (синоним: MDMB(N)-2201), являющийся производным наркотического средства метиловый эфир 3-метил-2-(1-пентил-1Н-индазол-3-карбоксамидо) бутановой кислоты общей массой 14,072 грамм;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помещении кухни, с поверхности кухонного стола изъят сверток обмотанный липкой лентой темного цвета, с находящимся в нем веществом, содержащим в своем составе PVP (синонимы: a-пирролидиновалерофенон; 1-фенил-2-(пирролидин-1-ил) пентан-1-он), являющийся производным наркотического средства N-метилэфедрона, метил 3,3-диметил-2-[1-(4-фторбутил)-Н-индазол-3-карбоксамидо]бутаноат (синоним: MDMB(N)-073F), являющийся производным наркотического средства 2-(1-бутил-1H-индазол-3-карбоксамидо) уксусной кислоты, и метил 2-[1-(5-фторпентил)-1Н-индазол-3-карбоксамидо]-3,3-диметилбутаноат (синоним: MDMB(N)-2201), являющийся производным наркотического средства метиловый эфир 3-метил-2-(1-пентил-1Н-индазол-3-карбоксамидо) бутановой кислоты общей массой 4,960 грамм;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помещении ванной комнаты с левой стороны на полотенцесушителе обнаружен и изъят полимерный пакет типа «зиплок», с находящимся внутри полимерным пакетом с измельченной растительной массой различного цвета, содержащей в своем составе метил 3,3-диметил-2-[1-(4-фторбутил)-Н-индазол-3-карбоксамидо]бутаноат (синоним: MDMB(N)-073F), являющийся производным наркотического средства 2-(1-бутил-1H-индазол-3-карбоксамидо) уксусной кислоты, и метил 2-[1-(5-фторпентил)-1Н-индазол-3-карбоксамидо]-3,3-диметилбутаноат (синоним: MDMB(N)-2201), являющийся производным наркотического средства метиловый эфир 3-метил-2-(1-пентил-1Н-индазол-3-карбоксамидо) бутановой кислоты общей массой 7,599 грамм;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 полу в комнате, совмещенной с кухней, из сумки из-под ноутбука изъят полимерный пакет типа «зиплок» содержащий внутри два полимерных пакета типа «зиплок» с измельченными растительными массами различного цвета, содержащими в своем составе метил 3,3-диметил-2-[1-(4-фторбутил)-Н-индазол-3-карбоксамидо]бутаноат (синоним: MDMB(N)-073F), являющийся производным наркотического средства 2-(1-бутил-1H-индазол-3-карбоксамидо) уксусной кислоты, и метил 2-[1-(5-фторпентил)-1Н-индазол-3-карбоксамидо]-3,3-диметилбутаноат (синоним: MDMB(N)-2201), являющийся производным наркотического средства метиловый эфир 3-метил-2-(1-пентил-1Н-индазол-3-карбоксамидо) бутановой кислоты общей массой 3,145 грамм;</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 вешалке, расположенной слева от входа в квартиру, во внутреннем кармане темно синей куртки, принадлежащей ФИО1, обнаружено и изъято вещество темного цвета, содержащее в своем составе метил 3,3-диметил-2-[1-(4-фторбутил)-Н-индазол-3-карбоксамидо]бутаноат (синоним: MDMB(N)-073F), являющийся производным наркотического средства 2-(1-бутил-1H-индазол-3-карбоксамидо) уксусной кислоты, и метил 2-[1-(5-фторпентил)-1Н-индазол-3-карбоксамидо]-3,3-диметилбутаноат (синоним: MDMB(N)-2201), являющийся производным наркотического средства метиловый эфир 3-метил-2-(1-пентил-1Н-индазол-3-карбоксамидо) бутановой кислоты общей массой 1,878 грамм. Учитывая, что преступные действия ФИО1 и ФИО2, направленные на незаконный сбыт наркотических средств, пресечены сотрудниками УФСБ России по Красноярскому краю, указанное преступление не доведено до конца по независящим от них обстоятельствам. Вышеперечисленные изъятые у ФИО1 и ФИО2 наркотические средства включены в Список 1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РФ от 30 июня 1998 года № 681 и отнесены к наркотическим средствам, оборот которых в РФ запрещен в соответствии с законодательством РФ и международными договорами РФ. Общее количество изъятых у ФИО1 и ФИО2 в ходе проведения оперативно-розыскных мероприятий веществ темно-коричневого и коричневого цветов, содержащих в своем составе: - метил 3,3-диметил-2-[1-(4-фторбутил)-Н-индазол-3-карбоксамидо]бутаноат (синоним: MDMB(N)-073F), который является производным наркотического средства 2-(1-бутил-1H-индазол-3-карбоксамидо) уксусной кислоты;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 PVP (синонимы: ?-пирролидиновалерофенон; 1-фенил-2-(пирролидин-1-1ил)пентан-1-он), являющегося производным наркотического средства N-метилэфедрон, составляет 4,960 грамм, что в соответствии с постановлением Правительства РФ от 01 октября 2012 года № 1002 образует крупный размер. Общее количество изъятого у ФИО1 и ФИО2 в ходе проведения оперативно-розыскных мероприятий вещества, содержащего в своем составе PVP (синонимы: ?-пирролидиновалерофенон; 1-фенил-2-(пирролидин-1-1ил)пентан-1-он), являющегося производным наркотического средства N-метилэфедрон, составляет 19,552 грамм, что в соответствии с постановлением Правительства РФ от 01.10.2012 № 1002 образует крупный размер. Общее количество изъятых у ФИО1 и ФИО2 в ходе проведения оперативно-розыскных мероприятий веществ темно-коричневого и коричневого цветов, содержащих в своем составе: - метил 3,3-диметил-2-[1-(4-фторбутил)-Н-индазол-3-карбоксамидо]бутаноат (синоним: MDMB(N)-073F), который является производным наркотического средства 2-(1-бутил-1H-индазол-3-карбоксамидо) уксусной кислоты;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составляет 647,044 грамм, что в соответствии с постановлением Правительства РФ от 01.10.2012 № 1002 образует особо крупный размер. Подсудимые ФИО1 и ФИО2 полностью признали свою вину в инкриминируемом каждому из них преступлении, раскаялись в содеянном. Согласно показаний ФИО1 в судебном заседании, а также оглашенным показаниям в качестве подозреваемого и обвиняемого в соответствии с требованиями ст. 276 УПК РФ (т. 2 л.д. 10-13, 20-25, 56-61, 71-73), следует, что в мае 2018г. познакомился с ФИО16 и его женой Людмилой, с Михаилом употребляли наркотики, после смерти Михаила продолжил общение с Людмилой, зная ее трудную жизненную ситуацию, помогал ей, а затием стал с ней жить. Так как на содержание семьи денег не хватало, решил устроится курьером в Интернет магазин по продаже наркотиков. На сайте «28ps.biz» прочитал о том, что можно устроиться «закладчиком» наркотических средств и что при этом нужно делать. После, написал оператору интернет магазина «28 Плюх спустя», получил ответ, в котором были правила работы. Затем, он (ФИО1) со своего «QIWI-кошелька», отправил данному оператору залог в размере 10000 рублей. У него (ФИО1) в пользовании имеется 2 «QIWI-кошелька», зарегистрированные на абонентские номера: 8&lt;данные изъяты&gt; (номер оператора «Билайн», зарегистрирован на его паспортные данные), &lt;данные изъяты&gt; (номер оператора «МТС», на кого зарегистрирован не знает). «QIWI-кошелек» с номером 8&lt;данные изъяты&gt; он зарегистрировал на паспортные данные ФИО4 в марте 2018 года, данного человека он не знает. «QIWI-кошелек» с номером &lt;данные изъяты&gt; он зарегистрировал на паспортные данные ФИО5 в августе 2018 года, данные паспорта он нашел в сети «Интернет». Указанные «QIWI-кошельки» авторизованы им в приложении «QIWI», установленном на его мобильном телефоне марки «Honor» через Интернет-обменник «ww-pay.ru» После того, как он скинул оператору денежную сумму в размере 10 000 рублей, по указанию оператора установил на свой телефон «Honor 10 Lite» приложение «VIPole». Затем, создал в нем свой аккаунт, при регистрации он указал «ник» – «Kilomon2332». Сразу после этого к нему в контакты приложения «VIPole» добавилось 3 контакта с псевдонимами «Прайм 2», «Игорь28» и «Василиса28». С сентября 2018 года ему от оператора «Прайм 2» начали приходить сообщения с описанием тайников и приложением к ним фотографий. Наркотики он извлекал из тайников, расположенных в Березовском районе, после чего расфасовывал их по zip-пакетам, после чего расфасованный наркотик помещал в тайники на территории Красноярского края, описание которых с приложением фотографий отправлял оператору «Прайм 2». В период с начала сентября 2018 года по декабрь 2018 года ему приходили сообщения от оператора «Прайм 2» с указанием тайников с наркотическими средствами и задания на их фасовку, которые он расфасовывал и раскладывал по закладкам. Его доход составлял около 70 000 – 100 000 рублей в неделю. Оператор «Прайм 2» перечислял ему (ФИО1) биткоины на «QIWI-кошельки», затем он (ФИО1) переводил через обменники на киви, а потом на рубли и переводил их на карту«Сбербанк» Людмилы. После, деньги снимал в банкоматах. Сначала о его деятель ности он не ставил Людмилу в известность, но затем она узнала о его работе, но в данной деятельности участия не принимала. Примерно в середине декабря 2018 года по просьбе Людмилы с целью контроля за ним, он установил на ее мобильный телефон марки «Sony XPeria» приложение «VIPole», в котором при авторизации указал свой аккаунт – «Kilomon2332». С весны 2019г. Людмила стала вместе с ним ездить и следить за установкой им (ФИО1) закладок, так как он (ФИО1) стал употрблять наркотики, а Людмила была против и пыталась его контролировать и не дать возможность употреблять, то есть, чтобы все наркотичиские средства были размещены по закладкам. Также, Людмила стала помогать ему в расфасовке наркотиков. Он на автомобиле Нива, гос. номер &lt;данные изъяты&gt;» ездил по местам, указанным оператором, извлекал наркотические средства из тайников, после этого, извлеченное наркотическое средство, он перевозил либо в квартиру по адресу: &lt;...&gt;&lt;данные изъяты&gt;, либо на дачный участок по адресу: Красноярский край, Березовский район, СНТ «Маяк», 3 улица. При помощи электронных весов он и ФИО2 расфасовывали наркотики, оборачивали наркотик изолентой, затем расфасованные наркотики раскладывали по закладкам в тайниках на территории г. Красноярск, г. Сосновоборск, г. Дивногорск, пгт. Березовка, после, местонахождение тайников фотографировали на телефоны и он (ФИО1) оправлял эти сведения оператору «Прайм 2» через приложение «VIPole». В период с 01 по 14 мая 2019 года он по заданию оператора «Прайм 2», извлекал из тайников, наркотики «Шоколад» и «Соль», которые, он и ФИО2 фасовали как у себя дома по адресу: &lt;...&gt;&lt;данные изъяты&gt; так и на дачном участке, принадлежащем его теще. После фасовки наркотических средств и разложенных в тайниках, у них оставалось более 500 грамм наркотических средств, которые были изъяты сотрудниками ФСБ. Согласно показаний ФИО2, в судебном заседании, а также оглашенным показаниям в качестве подозреваемой и обвиняемой в соответствии с требованиями ст. 276 УПК РФ (т. 1 л.д. 134-137, 144-148, 171-175, 185-187), следует, что весной 2018 года она познакомилась с ФИО6, который помогал материально ей и детям. Затем стали проживать вместе, после она вышла за него замуж, он взял ее фамилию - Сима. Осенью 2018 года ей стало известно, что ФИО1 трудоустроился курьером по продаже наркотических средств в интернет-магазин «28 Плюх спустя». За свое трудоустройство он заплатил оператору 10 000 рублей в качестве залога. Приложение «QIWI-кошелек» было установлено на его мобильном телефоне, которым пользовался лично он. В последующем для работы закладчиком ФИО1 на свой мобильный телефон установил приложение «VIPole», создал в нем свой аккаунт с «ником» «Kilomon2332». После создания аккаунта в контакты к ФИО1 добавилось три контакта: «Прайм 2», «Игорь28» и «Василиса28», с которыми они работали по сбыту наркотических средств. В период с сентября по декабрь 2018 года ФИО1 самостоятельно осуществлял сбыт наркотических средств на территории Красноярского края, в том числе в г. Красноярске и г. Сосновоборске. Приблизительно в декабре 2018 года ФИО1 по ее просьбе установил на ее мобильный телефон марки «Sony XPeria» приложение «VIPole», в котором ввел свой ник – «Kilomon2332». Приложение ФИО1 установил с той целью, чтобы она могла видеть, чем занимается ФИО1 В период с декабря по 14 мая 2019 года она оказывала помощь ФИО1 в фасовке и сбыте наркотических средств на территории Красноярского края. С весны 2019г. она ездила с ФИО1 по местам закладок с целью контроля ФИО1 Их работа заключалась в следующем: оператор «Prime-2» осуществлял координацию их деятельности по распространению наркотических средств, передавал им координаты тайников с наркотиками «Шоколад» и «Соль». Также оператор «Prime-2» давал им указания, в каких районах г. Красноярска, г. Сосновоборска, г. Дивногорска и пгт. Березовка, осуществлять закладку наркотических средств. В основном за наркотическими средствами из тайников ездил Александр на автомобиле Нива с г/н «М 522 ЕН 124». После того, как наркотические средства были извлечены из тайников, ФИО1 (лично или с ней) привозил их в квартиру по адресу: &lt;...&gt;&lt;данные изъяты&gt; либо на дачу, принадлежащую ее матери по адресу: Красноярский край, Березовский район, п. Тартат, &lt;данные изъяты&gt; Затем они занимались их расфасовкой, выбирали время, чтобы дети спали или отсутствовали дома. Наркотики расфасовывали по отдельным «чекам» по 3, 5, 10, 20 граммов наркотического средства «Шоколад» и 0,3, 0,5 или 1 грамм наркотического средства «Соль». После фасовки они помещали указанные наркотические средства в пакеты, после чего обматывали их изолентой для последующих закладок на территории Красноярского края в таких населенных пунктах как г. Красноярск, г. Сосновоборск, г. Дивногорск, пгт. Березовка (более точные адреса она не пояснила, так как не помнит). Взвешивание наркотиков они осуществляли на электронных весах, которые были изъяты по адресу их проживания. После расфасовки она и ФИО1 делили обмотанные в изоленту наркотические средства между собой и осуществляли приблизительно 30 тайниковых закладок. Затем, через приложение «Telegram» она скидывала ФИО1 координаты с местами размещения ее закладок. ФИО1, вместе с тем, осуществлял закладки наркотических средств и отмечал их координаты. Далее, после того, как она скидывала ФИО1 свои координаты, последний прикладывал их к своим и через приложение «VIPole» направлял оператору «Prime-2». С целью контроля рабочей деятельности, ими ежедневно оператору «Prime-2» необходимо было выдать готовые адреса закладок до 15 часов. В случае непредставления сведений о местах с тайниками наркотических средств, их штрафовали. Вся отчетность отправлялась с помощью приложения «VIPole» оператору «Prime-2» ФИО1 с его мобильного устройства «Honor 10 Lite». За неделю работы на «QIWI-кошельки» ФИО1, которые были привязаны к его номерам телефона, поступало, в среднем, по 70 тысяч рублей. Полученные денежные средства через платежную систему «QIWI», ФИО1 переводил на счет ее банковской карты. Заработанные деньги за счет продажи наркотических средств, она тратила на своих детей, платила за тренировки, покупала одежду детям, покупала продукты, помогала своим родителям. В период с 01 по 14 мая 2019 года, ФИО1, по заданию оператора «Prime-2», извлекал из тайников наркотические средства («Шоколад» и «Соль»), после чего, привозил указанные наркотические средства в квартиру по адресу: &lt;...&gt;&lt;данные изъяты&gt;, а также на дачный участок ее мамы, где они (ФИО1 и ФИО2) осуществляли их фасовку. В период &lt;данные изъяты&gt;, после фасовки наркотических средств, извлеченных из тайников, расположенных на территории Красноярского края, с больших партий на маленькие партии у них оставалось более 500 грамм наркотических средств. 14 мая 2019 года, на телефон ФИО1 от оператора Prime-2 пришло сообщение, содержащее координаты с расположением наркотических средств «Соль» массой около 20 грамм и «Шоколад» массой около 205 грамм, находящееся на территории Березовского района Красноярского края. После получения сообщения ФИО1 совместно с ней на автомобиле Нива поехал забирать данные наркотические средства. После извлечения из тайника наркотических средств, они отвезли их по адресу: &lt;...&gt;&lt;данные изъяты&gt; ФИО1 поместил в ее спортивную куртку белого цвета, которую повесил в шкаф, расположенный в комнате, совмещенной с кухней. 15 мая 2019 года указанные наркотические средства также были изъяты. Изъятые по вышеуказанным адресам (квартира по адресу: &lt;...&gt;, и дачный участок по адресу: Красноярский край, Березовский район, п. &lt;данные изъяты&gt; улица СНТ «Маяк) наркотические средства «Соль» и «Шоколад», предназначались для сбыта на территории Красноярского края. Проведя проверку представленных доказательств, а также оценив их в совокупности, суд находит доказательства допустимыми, соответствующими уголовно-процессуальному законодательству, а также достаточными для разрешения уголовного дела и подтверждающими вину ФИО1 и ФИО2 в инкриминируемом им преступлении. Доказательствами, подтверждающими вину ФИО1 и ФИО2 в покушении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особо крупном размере, кроме признательных показаний самих подсудимых, являются следующие доказательства: - показания свидетеля ФИО3 данные ею в судебном заседании, из которых следует, что свидетель приходится матерью ФИО2 Весной 2018 года ФИО2 познакомилась с ФИО6, за которого в последующем она (ФИО2) вышла замуж. Семья дочери проживала отдельно в квартире по адресу: &lt;...&gt; д&lt;данные изъяты&gt; Дочь жила самостоятельно, имела свои доходы, содержала детей, а также помогала ей (ФИО3). У нее (ФИО3) имеется дачный участок в пос. Тартат, дачой пользовалась также и ФИО2 О том, что ФИО2 и ФИО1 причастны к незаконному обороту наркотических средств ей стало известно после их задержания сотрудниками ФСБ. - показания свидетеля ФИО7 данные им в судебном заседании, из которых следует, что свидетель приходится отцом ФИО2 Его дочь состоит в браке с ФИО1, у дочери 3 малолетних детей. Дочь с семьей проживала отдельно в квартире по адресу: &lt;...&gt; д. &lt;данные изъяты&gt;. На имя его жены (ФИО3) оформлена дача в СНТ «Маяк», дачей пользовалась ФИО2 Ему известно, что сотрудники ФСБ провели обыск на даче и в металлическом ящике нашли наркотик. - показания свидетеля ФИО8, данные ею в судебном заседании, из которых следует, что свидетель приходится матерью ФИО1 О том, что сына привлекают за сбыт наркотиков она узнала от следователя. Ранее, ее сын употрбелял наркотики, привлекался к уголовной ответственности. После знакомства с ФИО2 она считала, что сын исправился, ФИО2 хорошо влияла на него. Он говорил, что работатет автослесарем. Он содержал семью, заботился о детях ФИО2 как о своих. - показания свидетеля ФИО9, исследованные в судебном заседании в соответствии с правилами ч. 1 ст. 281 УПК РФ , (т. 2 л.д. 186-188), из которых следует, что ФИО9 состоит в должности оперативного работника. В его обязанности входит проведение оперативно – розыскных мероприятий, направленных на выявление, предупреждение, пресечение и раскрытие преступлений, отнесенных к подследственности органов федеральной службы безопасности в соответствии со ст. 151 УПК РФ . В ноябре 2018 года в ходе осуществления оперативно – розыскной деятельности получена информация, согласно которой ФИО2 и ФИО10 (в последующем Сима) А.А. причастны к организации крупных каналов поставки и сбыта наркотических средств на территории Красноярского края. 28 ноября 2018 года получена санкция на проведение оперативно-розыскных мероприятий по документированию преступной деятельности ФИО11 и ФИО2 14 мая 2019 года получена информация, согласно которой 15 мая 2019 года ФИО2 планировала сбыть наркотическое средство неустановленному лицу. С этой целью 15 мая 2019 года организовано проведение ОРМ «Наблюдение» за жилым домом, расположенным по адресу: &lt;...&gt;&lt;данные изъяты&gt; В указанном доме в квартире №28 проживали ФИО2 и ФИО1 Около 10 часов 25 минут указанных суток из подъезда №&lt;данные изъяты&gt; вышла ФИО2 и направилась к парковке возле магазина «Командор» расположенного по адресу: &lt;...&gt; д&lt;данные изъяты&gt; На указанной парковке возле входа в магазин «Командор» ФИО2 была остановлена и приглашена для участия в проведение оперативно-розыскного мероприятия «Обследование помещений, зданий, сооружений, участков местности и транспортных средств» по адресу: &lt;...&gt;&lt;данные изъяты&gt; Далее в этот же день в период с 10:35 до 13:50 им проведено ОРМ «Обследование помещений, зданий, сооружений, участков местности и транспортных средств» по адресу проживания ФИО1 и ФИО2, в ходе которого, в присутствии понятых, ФИО1 и ФИО2, из шкафа, ванной комнаты, коридора и кухни изъяты наркотические средства, и предметы, имеющие отношение к причастности вышеуказанных лиц к незаконному обороту наркотических средств. Кроме того, в указанные сутки оперуполномоченным УФСБ России по Красноярскому краю ФИО12 проводилось ОРМ «Обследование…» на дачном участке по адресу: &lt;...&gt; «Маяк», в ходе которого в металлическом сейфе, расположенном в доме, изъято вещество, как в последующем стало известно, являющееся наркотическим средством. - показания обвиняемого ФИО1, оглашенные в соответствии с требованиями ст. 276 УПК РФ (т. 3 л.д. 100-104), из которых следует, что после предъявления ФИО1 протокола осмотра предметов от 08 июня 2019 года, ФИО1 показал, что в протоколе указаны предметы, изъятые оперативными сотрудниками 15 мая 2019 года в квартире по адресу: &lt;...&gt; д&lt;данные изъяты&gt; а также на дачном участке, по адресу: &lt;...&gt; СНТ «Маяк», а именно: - пакет с наркотическими средствами «Соль» общей массой 19,532 грамм и «Шоколад» массой 203,628 грамм, которые были извлечены им 14 мая 2019 года из тайника, расположенного в Березовском районе Красноярского края, после чего перевезены по адресу: &lt;...&gt;&lt;данные изъяты&gt; и помещены в спортивную куртку белого цвета, принадлежащую ФИО2, которую он повесил в шкаф, расположенный в комнате, совмещенной с кухней по вышеуказанному адресу. Указанные наркотические средства он совместно с ФИО2 планировали сбыть на территории Красноярского края; - пакет с наркотическим средством «Шоколад» массой 1,858 грамм, которое хранилось во внутреннем кармане его куртки темно-синего цвета, висящей на вешалке, расположенной слева от входа в квартиру по адресу: &lt;...&gt;&lt;данные изъяты&gt; Указанное наркотическое средство было извлечено им или ФИО2 в период с 01 по 13 мая 2019 года в одном из тайников, расположенных на территории Красноярского края. Данное наркотическое средство осталось после фасовки наркотических средств в указанный период времени (с 01 по 13 мая 2019 года) и предназначалось для сбыта на территории Красноярского края; - пакет с наркотическим средством «Шоколад» массой 118,862 грамм, которое хранилось в металлическом сейфе, расположенном в дачном доме по адресу: &lt;...&gt; «Маяк». Указанное наркотическое средство было извлечено им или ФИО2 в период с 01 по 13 мая 2019 года в одном из тайников, расположенных на территории Красноярского края. Данное наркотическое средство осталось после фасовки наркотических средств в указанный период времени (с 01 по 13 мая 2019 года) и предназначалось для сбыта на территории Красноярского края; - пакет с наркотическими средствами «Шоколад», общей массой 311,832 грамм и «Соль», массой 4,940 грамм, которые хранились в квартире по адресу: &lt;...&gt;, а именно: около 300 грамм наркотического средства «Шоколад» хранилось в ванной комнате с правой стороны на полотенцесушителе; приблизительно 15 грамм наркотического средства «Шоколад» хранилось в кухонном шкафу, расположенном над микроволновой печью; наркотическое средство «Соль», массой 4,940 хранилось на кухонном столе (столешница). Указанные наркотические средства были извлечены им или ФИО2 в период с 01 по 13 мая 2019 года в тайниках, расположенных на территории Красноярского края. Данные наркотические средства остались после фасовки наркотических средств в указанный период времени (с 01 по 13 мая 2019 года) и предназначались для сбыта на территории Красноярского края; - пакет с наркотическими средствами «Шоколад», общей массой 10,714 грамм, которые хранились в квартире по адресу: &lt;...&gt;&lt;данные изъяты&gt; а именно: около 7 грамм хранилось в ванной комнате с левой стороны на полотенцесушителе; около 3 грамм хранилось в сумке из-под ноутбука в двух полимерных пакетах, которая лежала на полу. Указанные наркотические средства были извлечены им или ФИО2 в период с 01 по 13 мая 2019 года в тайниках, расположенных на территории Красноярского края. Данные наркотические средства остались после фасовки наркотических средств в указанный период времени (с 01 по 13 мая 2019 года) и предназначались для сбыта на территории Красноярского края; - весы (2 шт.), на которых он совместно с ФИО2 взвешивали наркотические средства Соль» и «Шоколад», для их последующей продажи на территории Красноярского края; - ложка из металла серого цвета, которую он и ФИО2 использовали для пересыпания наркотического средства «Соль» из большого пакета в маленькие, с целью последующей продажи на территории Красноярского края; - показания обвиняемой ФИО2, оглашенные в соответствии с требованиями ст. 276 УПК РФ (т. 3 л.д. 105-109), из которых следует, что в нем указаны предметы, изъятые сотрудниками УФСБ 15 мая 2019 года в ходе проведения оперативно-розыскного мероприятия в квартире ее проживания по адресу: &lt;...&gt;&lt;данные изъяты&gt;, а также на дачном участке, по адресу: &lt;...&gt; СНТ «Маяк», а именно: - пакет с наркотическими средствами «Соль» общей массой 19,532 грамм и «Шоколад» общей массой 203,628 грамм, которые были извлечены ФИО1 14 мая 2019 года из тайника, расположенного в Березовском районе Красноярского края. После того, как ФИО1 извлек из тайника указанные наркотические средства (14 мая 2019 года), он привез их в квартиру по адресу: &lt;...&gt; д&lt;данные изъяты&gt; поместил их в ее спортивную куртку белого цвета, после чего повесил ее (куртку) в шкаф, который расположен в комнате, совмещенной с кухней по вышеуказанному адресу. Данные наркотические средства она совместно с ФИО1 планировали сбыть на территории Красноярского края; - пакет с наркотическим средством «Шоколад» массой 1,858 грамм, которое хранилось во внутреннем кармане темно-синей куртки, принадлежащей ФИО1 на вешалке, расположенной слева от входа в квартиру по адресу: &lt;...&gt;&lt;данные изъяты&gt; Данное наркотическое средство осталось после фасовки наркотических средств в указанный период времени (с 01 по 13 мая 2019 года) и предназначалось для сбыта на территории Красноярского края; - пакет с наркотическим средством «Шоколад» массой 118,862 грамм, которое хранилось в металлическом сейфе, расположенном в дачном доме по адресу: &lt;...&gt; «Маяк». Данное наркотическое средство осталось после фасовки наркотических средств в указанный период времени (с 01 по 13 мая 2019 года) и предназначалось для сбыта на территории Красноярского края; - пакет с наркотическими средствами «Шоколад», общей массой 311,832 грамм и «Соль», массой 4,940 грамм, которые хранились в квартире по адресу: &lt;...&gt; д. &lt;данные изъяты&gt; а именно: приблизительно 300 грамм наркотического средства «Шоколад» хранилось в ванной комнате с правой стороны на полотенцесушителе; приблизительно 15 грамм наркотического средства «Шоколад» хранилось в кухонном шкафу, расположенном над микроволновой печью; наркотическое средство «Соль», массой 4,940 хранилось на кухонном столе (столешница). Данное наркотическое средство осталось после фасовки наркотических средств в указанный период времени (с 01 по 13 мая 2019 года) и предназначалось для сбыта на территории Красноярского края; - пакет с наркотическим средством «Шоколад», общей массой 10,714 грамм, которое хранились в квартире по адресу: &lt;...&gt;&lt;данные изъяты&gt; а именно: приблизительно 7 грамм хранилось в ванной комнате с левой стороны на полотенцесушителе; приблизительно 3 грамма хранилось в сумке из-под ноутбука в двух полимерных пакетах, указанная сумка лежала на полу в зале. Данное наркотическое средство осталось после фасовки наркотических средств в указанный период времени (с 01 по 13 мая 2019 года) и предназначалось для сбыта на территории Красноярского края; - весы (2 шт.), на которых она совместно с ФИО1 взвешивали наркотические средства Соль» и «Шоколад», для их последующей продажи на территории Красноярского края; - ложка из металла серого цвета, которую она и ФИО1 использовали для пересыпания наркотического средства «Соль» из большого пакета в маленькие, с целью последующей продажи на территории Красноярского края; - показания обвиняемого ФИО1, оглашенные в соответствии с требованиями ст. 276 УПК РФ (т. 3 л.д. 249-255), из которых следует, что ознакомившись с вещественными доказательствами, а также протоколами осмотра предметов от 21, 22 и 29 мая 2019 года, ФИО1 показал следующее: 1) банковская карта Сбербанк № 5469 &lt;данные изъяты&gt;, принадлежит его супруге ФИО2, они пользовались ей для покупки продуктов питания; 2) мобильный телефон марки «honor» (&lt;данные изъяты&gt;&lt;данные изъяты&gt; с находящимися в нем sim-картами белого цвета со следующими номерами: &lt;данные изъяты&gt; «Билайн» и &lt;данные изъяты&gt; «МТС» принадлежит ему. На указанном мобильном телефоне было установлено приложение «VIPole», в котором он осуществлял переписку со следующими контактами «Prime2», «Игорь28» и «Василиса28». Также на его телефоне было установлено приложение «Telegram», в котором он в период с 01 по 14 мая 2019 года осуществлял переписку с ФИО2 относительно ведения деятельности по сбыту наркотических средств на территории Красноярского края по заданию пользователя приложения «VIPole» - «Prime2». 3) мобильный телефон марки «SONY» в корпусе черного цвета &lt;данные изъяты&gt;), с находящимися в нем 2 sim-картами «МТС» белого цвета со следующими номерами: &lt;данные изъяты&gt; 3 принадлежит ФИО2 В середине декабря 2018 года по просьбе ФИО2, он установил на ее мобильный телефон марки «Sony» приложение «VIPole», в котором при авторизации указал свой аккаунт – «Kilomon2332», после чего она имела доступ к переписке с абонентами «Prime2», «Игорь28» и «Василиса28». После чего, в период с 01 по 14 мая 2019 года ФИО2 также осуществляла переписку с вышеуказанными абонентами и выполняла их задания совместно с ним. 4) полимерный контейнер черного цвета фирмы «Сибртех», мотки с изолентами различных цветов, а также упаковки с полимерными пакетами ZIP-LOCK BAG фирмы «Extra» принадлежат ему и его супруге ФИО2 В полимерном контейнере хранились мотки с изолентами, а также полимерные пакеты типа ZIP-LOCK, которые предназначались для упаковки наркотических средств «Соль» и «Шоколад» с больших партий на более мелкие. - показания обвиняемой ФИО2, оглашенные в соответствии с требованиями ст. 276 УПК РФ (т. 3 л.д. 256-262), из которых следует, что ФИО2 ознакомившись с вещественными доказательствами, а также протоколами осмотра предметов от 21, 22 и 29 мая 2019 года, показала следующее: 1) банковская карта Сбербанк № &lt;данные изъяты&gt; принадлежит ей и является кредитной картой, которой она и ФИО1 пользовались для покупки продуктов питания; 2) мобильный телефон марки «honor» (&lt;данные изъяты&gt;), с находящимися в нем sim-картами белого цвета со следующими номерами: &lt;данные изъяты&gt; «Билайн» и &lt;данные изъяты&gt; 0 «МТС» принадлежит ФИО1 3) мобильный телефон марки «SONY» в корпусе черного цвета (&lt;данные изъяты&gt; и &lt;данные изъяты&gt; с находящимися в нем 2 sim-картами «МТС» белого цвета со следующими номерами: &lt;данные изъяты&gt; 3 принадлежит ей. Приблизительно в декабре 2018 года по ее просьбе ФИО1 установил на ее сотовый телефон приложение «VIPole», в котором при авторизации указал свой аккаунт – «Kilomon2332». После установки указанного приложения она имела доступ к переписке с абонентами «Prime2», «Игорь28» и «Василиса28». После чего, в период с 01 по 14 мая 2019 года она со своего телефона, а ФИО1 со своего осуществляли переписку с вышеуказанными абонентами и выполняли их задания по сбыту наркотических средств на территории Красноярского края. 4) полимерный контейнер черного цвета фирмы «Сибртех», мотки с изолентами различных цветов, а также упаковки с полимерными пакетами ZIP-LOCK BAG фирмы «Extra» принадлежат ей и ФИО1 В полимерном контейнере хранились мотки с изолентами, а также полимерные пакеты типа ZIP-LOCK, которые предназначались для упаковки наркотических средств «Соль» и «Шоколад» с больших партий на более мелкие. В период с 01 по 13 мая 2019 года она совместно с ФИО1 упаковывали в полимерные пакеты, находящиеся в полимерном контейнере, наркотические средства «Соль» и «Шоколад», после чего обклеивали изолентами различных цветов. После чего, указанные наркотические средства сбывали, путем размещения в тайниках, распложенных на территории Красноярского края, координаты которых сообщали пользователю мобильного приложения «VIPole» с псевдонимом «Prime2», за сбыт наркотических средств они получали денежное вознаграждение. - показания обвиняемой ФИО2, оглашенные в соответствии с требованиями ст. 276 УПК РФ (т. 4 л.д. 14-23), из которых следует, что ФИО2 после предъявления протокола осмотра предметов от 30 июля 2019 года и воспроизведения аудиозаписей телефонных переговоров, записанных на оптический компакт-диск &lt;данные изъяты&gt;, подтвердила факт переговоров с ФИО1, а также принадлежность голоса последнего и принадлежность своего голоса. При прослушивании аудиозаписей «94002230», &lt;данные изъяты&gt;» она пояснила, что указанные разговоры состоялись в период с 06 по 13 мая 2019 года между ней и ФИО1 В ходе указанных разговоров она и ФИО1 обсуждают вопросы, связанные с ведением деятельности по сбыту наркотических средств на территории Красноярского края. - показания обвиняемого ФИО1, оглашенные в соответствии с требованиями ст. 276 УПК РФ (т. 4 л.д. 24-33), из которых следует, что ФИО1 после предъявления протокола осмотра предметов от 30 июля 2019 года и воспроизведения аудиозаписей телефонных переговоров, записанных на оптический компакт-диск &lt;данные изъяты&gt;, подтвердил факт переговоров с ФИО2, а также принадлежность голоса последней и принадлежность своего голоса. При прослушивании аудиозаписей «&lt;данные изъяты&gt; «&lt;данные изъяты&gt;» он пояснил, что указанные разговоры состоялись в период с 06 по 13 мая 2019 года между ним и ФИО2 В ходе указанных разговоров он и ФИО2 обсуждают вопросы, связанные с ведением деятельности по сбыту наркотических средств на территории Красноярского края. - показания обвиняемого ФИО1, оглашенные в соответствии с требованиями ст. 276 УПК РФ (т. 4 л.д. 121-124), из которых следует, что ФИО1, ознакомившись с вещественными доказательствами, а также протоколами осмотра предметов от 17, 19 и 24 июля 2019 года, показал, что банковская карта ПАО «Сбербанк» № &lt;данные изъяты&gt; оформлена на него и принадлежит ему, вместе с тем, указанная карта находится в пользовании его матери – ФИО8; банковские карты: № &lt;данные изъяты&gt;&lt;данные изъяты&gt; принадлежат его супруге – ФИО2 Банковские карты № &lt;данные изъяты&gt; являются кредитными картами. Изначально у ФИО2 была карта № &lt;данные изъяты&gt; но в связи с тем, что у нее (карты) закончился срок действия, в декабре 2018 года ФИО2 написала заявление на получение новой карты. После чего, ФИО2 получила карту № &lt;данные изъяты&gt; которая 15 мая 2019 года была изъята сотрудниками УФСБ. Банковская карта № &lt;данные изъяты&gt; использовалась им и ФИО2 для выведения заработанных ими денежных средств за сбыт наркотических средств путем осуществления переводов со счетов, &lt;данные изъяты&gt;. Денежные средства за сбыт наркотических средств на указанную карту они получали в период с декабря 2018 года по май 2019 года. Кроме того, номер банковской карты (№ 4276310040797385) был указан в кафе ФИО2 – «FreeStyle», по адресу: &lt;...&gt;, на счет которой поступали денежные средства за осуществление продаж алкогольной продукции.Qiwi-кошелек «&lt;данные изъяты&gt; он создал в марте 2018 года. При регистрации он указал свой абонентский номер &lt;***&gt;, а паспортные данные указал ФИО4 Данным Qiwi-кошельком &lt;данные изъяты&gt; он и ФИО2 пользовались в период с декабря 2018 года по май 2019 года, при получении денежных средств от незаконного сбыта наркотических средств на территории Красноярского края. С указанного Qiwi-кошелька, с целью обналичивания денежных средств он переводил их на банковскую карту № &lt;данные изъяты&gt; оформленную на ФИО2 Также с указанного кошелька он переводил денежные средства на свой телефон &lt;***&gt;, для покупок в приложении Google Play. Qiwi-кошелек &lt;данные изъяты&gt;», он создал в августе 2018 года. При регистрации он указал абонентский номер &lt;данные изъяты&gt;, который приобрел в одном из магазинов г. Красноярска. Паспортные данные указал ФИО5, которые нашел в сети «Интернет». Qiwi-кошельком &lt;данные изъяты&gt; он и ФИО2 пользовались в период с декабря 2018 года по май 2019 года, при получении денежных средств от незаконного сбыта наркотических средств на территории Красноярского края. С указанного Qiwi-кошелька, с целью обналичивания денежных средств он переводил их на банковскую карту № 4276310040797385, оформленную на ФИО2 Также с указанного кошелька он переводил денежные средства на свой телефон &lt;***&gt;, для покупок в приложении Google Play. - показания обвиняемой ФИО2, оглашенные в соответствии с требованиями ст. 276 УПК РФ (т. 4 л.д. 125-128), из которых следует, что ФИО2, ознакомившись с &lt;данные изъяты&gt; и № &lt;данные изъяты&gt; принадлежат ей. Банковские карты № &lt;данные изъяты&gt; № &lt;данные изъяты&gt; являются кредитными картами. Банковская карта № 4276310040797385 использовалась ею и ФИО1 для выведения заработанных ими денежных средств за сбыт наркотических средств путем осуществления денежных переводов со счетов, зарегистрированных ФИО1 в QIWI Wallet. Выводом денежных средств занимался ФИО1, так как он хорошо в этом разбирается. На кого зарегистрированы счета в системе QIWI Wallet она не знает. Денежные средства за сбыт наркотических средств на указанную карту она и ФИО1 получали в период с декабря 2018 года по май 2019 года. Точную сумму полученных ими денежных средств она не пояснила, так как никогда не занималась ее подсчетом. Также она пояснила, что данная карта была указана в ее кафе – FreeStyle, где она зарегистрирована в качестве индивидуального предпринимателя, по адресу: &lt;...&gt;. На счет данной банковской карты поступали денежные средства за осуществление продажи алкогольной продукции и продуктов питания. Qiwi-кошельками «&lt;данные изъяты&gt;» пользовался ФИО1 Когда конкретно им были оформлены данные Qiwi-кошельки ей неизвестно, они никогда это не обсуждали. Доступ к указанным Qiwi-кошелькам имел только ФИО1 со своего сотового телефона. Также пояснила, что со слов ФИО1 знает, что на указанные Qiwi-кошельки поступали денежные средства, полученные от осуществления ею и ФИО1 незаконного оборота наркотических средств. Кроме того, вина ФИО1 и ФИО2 подтверждается следующими письменными материалами дела: - протоколом проверки показаний обвиняемого ФИО1, согласно которому он пояснил, что на территории дачного участка, расположенного по адресу: &lt;...&gt; «Маяк» (географические координаты: 56.1601742, 93.3665374) в мае 2019 года он совместно с ФИО2 в металлическом сейфе, расположенном в доме хранил наркотическое средство «Шоколад». Указанное наркотическое средство было извлечено им или ФИО2 в период с 01 по 13 мая 2019 года в одном из тайников, расположенных на территории Красноярского края, более точное место, время, а также кто его извлекал, он не пояснил, так как не помнит. Также он пояснил, что указанное наркотическое средство осталось после фасовки наркотических средств в период с 01 по 13 мая 2019 года, и предназначалось для сбыта на территории Красноярского края. Кроме того, в ходе проверки показаний он указал на стол, расположенный в доме, на котором он совместно с ФИО2 осуществляли фасовку наркотических средств (т. 2 л.д. 26-35); - протоколом проверки показаний обвиняемой ФИО2, согласно которому она подтвердила показания, данные обвиняемым ФИО1 в ходе проверки его показаний (т. 1 л.д. 149-158); - протоколом проверки показаний обвиняемого ФИО1, согласно которому он показал, что в квартире, расположенной по адресу: &lt;...&gt;, где он проживал совместно с ФИО2, он и ФИО2 хранили и осуществляли фасовку наркотических средств «Соль» и «Шоколад», предназначенных для сбыта на территории Красноярского края. Также он указал на места, где были обнаружены, а в последующем изъяты наркотические средства, а именно: - шкаф, расположенный в комнате, совмещенной с кухней, в котором находился один сверток с наркотическим средством «Шоколад» массой около 200 грамм, а также один сверток с наркотическим средством «Соль», массой около 20 грамм; - помещение ванной комнаты (туалет), в котором на полотенцесушителе, с правой стороны находилось наркотическое средство «Шоколад» массой около 300 грамм, а с левой стороны находилось наркотическое средство «Шоколад» массой около 7 грамм; - кухонный стол (столешница), на котором находилось наркотическое средство «Соль» массой около 5 грамм; - кухонный шкаф, расположенный над микроволновой печью, в котором находилось наркотическое средство «Шоколад» массой около 15 грамм; - сумка из-под ноутбука, лежащая на полу в комнате, совмещенной с кухней, в которой, в двух полимерных пакетах, находилось наркотическое средство «Шоколад», общей массой около 3 грамм; - на вешалке, расположенной слева от входа в квартиру, во внутреннем кармане темно-синей куртки, принадлежащей ему (ФИО1), находилось наркотическое средство «Шоколад» массой около 2 грамм. Кроме того, в ходе проверки показаний он указал на кухонный стол и пояснил, что на данном столе он совместно с ФИО2 осуществляли фасовку наркотических средств «Соль» и «Шоколад» для их последующего сбыта на территории Красноярского края (т. 2 л.д. 36-47); - протоколом проверки показаний обвиняемой ФИО2, согласно которому она подтвердила показания данные обвиняемым ФИО1 в ходе проверки его показаний (т. 1 л.д. 159-170); - протоколом проверки показаний обвиняемого ФИО1 (проведенной на участке местности, пасположенном в Березовском районе Красноярского края, 6-й км трассы Красноярск-Сосновоборск), согласно которому он показал, что маршрут, по которому он добрался до тайника, из которого он 14 мая 2019 года извлек сверток с наркотическими средствами «Соль» и «Шоколад». На расстоянии 10-15 метров от съезда в лесополосу, он указал на дерево (географические координаты: &lt;данные изъяты&gt;), у которого был прикопан сверток с наркотическими средствами «Шоколад» и «Соль». Указанный сверток он поместил в автомобиль и привез к себе домой по адресу: &lt;...&gt;&lt;данные изъяты&gt; В последующем извлеченный наркотик он совместно с ФИО2 должны были расфасовать по пакетам и сбыть, путем размещения в тайниках, распложенных на территории Красноярского края, координаты которых сообщить пользователю мобильного приложения «VIPole» с псевдонимом «Prime2», за что получить от последнего денежное вознаграждение (т. 2 л.д. 48-55); - протоколом проведения обследования помещения по адресу: &lt;...&gt;&lt;данные изъяты&gt; 15 мая 2019 года, согласно которому сотрудниками УФСБ России по Красноярскому краю обнаружены и изъяты следующие предметы и вещества: - два свертка, обмотанные бумажным скотчем белого цвета (пакет №1); - полимерный пакет, содержащий темное вещество; сверток, обмотанный изолентой темного цвета; темное вещество неправильной формы (пакет №2); - полимерный пакет типа «Зип-Лок», содержащий еще один пакет «Зип-Лок» с веществом растительного происхождения; полимерный пакет типа «Зип-Лок», содержащий внутри два полимерных пакета типа «Зип-Лок», с веществом растительного происхождения внутри (Пакет №3); - вещество темного цвета шарообразной формы (пакет №4); - мобильный телефон «SONY XPERIA», в корпусе темного цвета; - мобильный телефон «Honor», в корпусе темного цвета; - полимерный контейнер «Сибртех», содержащий внутри мотки с изолентами, пакеты типа «Зип-Лок», двое электронных весов, столовую ложку из металла серебристого цвета (т. 1 л.д. 37-41); - протоколом о проведении оперативно-розыскного мероприятия «Обследование помещений, зданий, сооружений, участков местности и транспортных средств» дачного участка расположенного по адресу: &lt;...&gt; «Маяк» с географическими координатами &lt;данные изъяты&gt; от 15 мая 2019 года, согласно которому на территории обследуемого дачного участка, используемого ФИО1 и ФИО2, расположен дом, в котором находился металлический сейф серого цвета, внутри которого обнаружено и изъято твердое вещество темного цвета цилиндрической формы (т. 1 л.д. 43-46); - протоколом осмотра предметов от 29 мая 2019 года, согласно которому осмотрен полимерный контейнер черного цвета фирмы «Сибртех», с застежками зеленого цвета и наклейкой с надписью: «Сибртех … ящик для инструмента с органайзерами …», находящийся в неупакованном виде и содержащий, кроме прочего, следующие предметы: - мотки с изолентами различных цветов (красная, желтая, синяя, черная, зеленая, желто-зеленая) в количестве 25 штук. 10 мотков изоленты находятся в упакованном виде, а 15 мотков изоленты находятся без упаковки (использованные);- 6 упаковок с полимерными пакетами ZIP-LOCK BAG фирмы «Extra» размерами 50*70 мм по 100 штук в каждой упаковке. 1 упаковку с полимерными пакетами ZIP-LOCK BAG фирмы «Extra» размерами 100*180 мм количеством 100 штук;- ложка из металла серебристого цвета, на задней стороне которой имеется надпись «НЕРЖ»;- электронные весы (№1) в корпусе серебристого цвета с крышкой со следами вещества желтого цвета;- электронные весы (№2) в корпусе серебристого цвета без крышки со следами вещества желтого цвета (т. 3 л.д. 49-51, 52-53); - протоколом осмотра предметов от 08 июня 2019 года, согласно которому осмотрены: - полимерный пакет серого цвета с биркой белого цвета, в котором согласно заключению эксперта №11/603 от 05 июня 2019 года, кроме прочего, находится: 1) вещество, общей массой 203,588 г, содержащее в своем составе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и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включенные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2) вещество, общей массой 19,512 г, содержащее в своем составе PVP (синонимы: ?-пирролидиновалерофенон; 1-фенил-2-(пирролидин-1-ил)пентан-1-он), который является производным наркотического средства N-метилэфедрона,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полимерный пакет серого цвета с биркой белого цвета, в котором находится вещество массой 1,838 г, содержащее в своем составе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и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3-метил-2-(1-пентил-1Н-индазол-3-карбоксамидо)бутановой кислоты, включенные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прозрачный полимерный пакет с биркой белого цвета в котором согласно заключению эксперта № 11/616 от 04 июня 2019 года, кроме прочего, находится вещество массой 118,842 г, содержащее в своем составе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и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3-метил-2-(1-пентил-1Н-индазол-3-карбоксамидо)бутановой кислоты, включенные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полимерный пакет серого цвета с биркой белого, в котором согласно заключению эксперта № 11/604 от 05 июня 2019 года, кроме прочего, находится: 1) вещество общей массой 311,792 г, содержащее в своем составе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и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включенные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2) вещество массой 4,920 г, содержащее в своем составе PVP (синонимы: ?-пирролидиновалерофенон; 1-фенил-2-(пирролидин-1-ил)пентан-1-он), который является производным наркотического средства N-метилэфедрона,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и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включенные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полимерный пакет серого цвета с биркой белого цвета, в котором согласно заключению эксперта № 253 от 07 июня 2019 года, находится вещество общей массой 10,714 г, содержащее в своем составе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и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3-метил-2-(1-пентил-1Н-индазол-3-карбоксамидо)бутановой кислоты, включенные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бесцветный полимерный пакет с биркой белого цвета, в котором согласно заключению эксперта № 11/623 от 07 июня 2019 года, находятся электронные площадные весы, из полимерного материала серого цвета с крышкой из бесцветного полимерного материала. На поверхности весов обнаружены: 1)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2-(1-бутил-1Н-индазол-3-карбоксамидо)уксусная кислота,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2)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3-метил-2-(1-пентил-1Н-индазол-3-карбоксамидо)бутановой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в следовом количестве, недостаточном для определения массы; - бесцветный полимерный пакет с биркой белого цвета, в котором согласно заключению эксперта № 11/623 от 07 июня 2019 года, находятся электронные площадные весы, из полимерного материала серого цвета. На поверхности весов обнаружены: 1)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2-(1-бутил-1Н-индазол-3-карбоксамидо)уксусная кислота,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2)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3-метил-2-(1-пентил-1Н-индазол-3-карбоксамидо)бутановой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3) PVP (синонимы: ?-пирролидиновалерофенон; 1-фенил-2-(пирролидин-1-ил)пентан-1-он), который является производным наркотического средства N-метилэфедрона,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в следовом количестве, недостаточном для определения массы; - бесцветный полимерный пакет с биркой белого цвета, в котором согласно заключению эксперта №11/623 от 07 июня 2019 года, находится ложка из металла серого цвета, на поверхности которой обнаружен PVP (синонимы: ?-пирролидиновалерофенон; 1-фенил-2-(пирролидин-1-ил)пентан-1-он), который является производным наркотического средства N-метилэфедрона,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в следовом количестве, недостаточном для определения массы (т. 3 л.д. 75-86, 87-95, 96); - протоколом осмотра предметов от 21 мая 2019 года, согласно которому, осмотрена полимерная карта серого и зеленого цветов, на лицевой стороне которой указан следующий текст: «Сбербанк &lt;данные изъяты&gt;, &lt;данные изъяты&gt; (т. 3 л.д. 110-119, 120-121); - протоколом осмотра предметов от 22 мая 2019 года, согласно которому осмотрены: - мобильный телефон марки «Honor» (&lt;данные изъяты&gt; на котором установлены приложения «VIPole» и «Telegram». В приложении «VIPole» имеется переписка между пользователем телефона, записанным в осматриваемом телефоне под псевдонимом «kilomon2332», и пользователями под псевдонимами «prime2», «Василиса28» и «Игорь 28». В период с 01 по 14 мая 2019 года пользователь телефона «kilomon2332» ведет переписку с контактом «prime2» относительно сбыта наркотических средств (Росс, ТВ, СКБ). В данной переписке сообщения от контакта «prime2» имеют статус «Удалено». Пользователь телефона «kilomon2332» в своих сообщениях ведет разговор с контактом «prime2» на темы получения заданий по сбыту наркотических средств, скидывает контакту выполненные им задания по сбыту наркотических средств в таких населенных пунктах как г. Дивногорск, г. Сосновоборск, пгт. Березовка, г. Красноярск (районы: Ленинский, Кировский, Октябрьский, Советский, Свердловский). Также в указанный период пользователь телефона «kilomon2332» ведет переписку с контактом «Василиса28». В ходе общения контакт «Василиса28» задает пользователю телефона уточняющие вопросы относительно нахождения закладок (тайников) с наркотическими средствами, а пользователь телефона более подробно объясняет данному контакту о нахождении тайников с наркотическими средствами (Координаты, фотографии). В период с 01 по 15 мая 2019 года пользователь телефона «kilomon2332» ведет переписку с контактом «Игорь 28» относительно нахождения закладок (тайников) с наркотическими средствами. В ходе общения пользователь телефона более подробно объясняет данному контакту о нахождении тайников с наркотическими средствами (Координаты, фотографии).В приложении «Telegram» имеется переписка между пользователем телефона, записанным в осматриваемом телефоне под псевдонимом «хуторок» (телефонный номер: &lt;данные изъяты&gt; и контактом «Людачка:*» (телефонный номер: &lt;данные изъяты&gt; В период с 03 по 14 мая пользователь телефона ведет переписку с указанным контактом относительно ведения деятельности по размещению закладок (тайников) с наркотическими средствами (Координаты, фотографии); мобильный телефон марки «SONY» (IMEI: 359905080184580 и 359905080184598), на котором установлены приложения «Telegram» и «VIPole». В приложении «Telegram» имеется переписка между пользователем телефона, записанным в осматриваемом телефоне под псевдонимом «Тетя офф» (телефонный номер: +&lt;данные изъяты&gt; и контактами «Сашенька Милый:*» (телефонный номер: &lt;данные изъяты&gt; и «Саша» (телефонный номер: &lt;данные изъяты&gt; В период с 01 по 04 мая 2019 года пользователь телефона ведет переписку с контактом «Саша», а в период с 03 по 14 мая 2019 года пользователь телефона ведет переписку с контактом «Сашенька Милый:*» относительно ведения деятельности по размещению закладок (тайников) с наркотическими средствами (Координаты, фотографии). В приложении «VIPole» имеется переписка между пользователем телефона, записанным в осматриваемом телефоне под псевдонимом «kilomon2332», и пользователями под псевдонимами «prime2», «Василиса28» и «Игорь 28». В период с 01 по 13 мая 2019 года пользователь телефона «kilomon2332» ведет переписку с контактом «Игорь 28» относительно нахождения закладок (тайников) с наркотическими средствами (т. 3 л.д. 125-243, 244-245); - справкой о результатах проведенных ОРМ от 08 июня 2019 года № 3000, согласно которой ФИО1 использует абонентские номера &lt;данные изъяты&gt; ФИО2 использует абонентский номер &lt;данные изъяты&gt; (т. 4 л.д. 194-195); - протоколом осмотра и прослушивания фонограммы от 30 июля 2019 года, согласно которому осмотрен оптический компакт-диск DVD-R № 19/43/2-532/19с, содержащий аудиозаписи телефонных переговоров между ФИО2 &lt;данные изъяты&gt;) за период с 06 по 13 мая 2019 года, в ходе которых указанные лица, кроме прочего, общаются относительно ведения деятельности по сбыту наркотических средств на территории Красноярского края (т. 4 л.д. 1-10, 11, 12-13); - протокол осмотра предметов от 19 июля 2019 года, согласно которому в ходе осмотра оптического компакт-диска &lt;данные изъяты&gt;, поступившего приложением к сопроводительному письму из ПАО «Сбербанк» от 30 мая 2019 года №&lt;данные изъяты&gt; установлено, что, кроме прочего, на указанном оптическом компакт-диске имеется информация о 623 зачислениях/списаниях денежных средств по счету &lt;данные изъяты&gt; открытому на ФИО2 в период с 03 декабря 2018 года по 08 мая 2019 года. Общая сумма списания составила 1 351 168,28 рублей. Общая сумма зачислений составила 1 351 222,75 рублей (т. 4 л.д. 51-106, 107, 108-109); - протоколом осмотра предметов от 24 июля 2019 года, согласно которому осмотрен оптический компакт-диск CD-R № 7158 109 MB 10795, содержащий информацию об электронных кошельках № &lt;данные изъяты&gt; в платежной системе Qiwi, поступивший в следственный отдел УФСБ России по Красноярскому краю приложением к сопроводительному письму из АО «КИВИ банк» от 05 июня 2019 года №205957. В ходе осмотра указанного диска установлено, что электронный кошелек № &lt;***&gt; создан 03 марта 2018 года, а электронный кошелек № &lt;***&gt;&lt;данные изъяты&gt; &lt;данные изъяты&gt; &lt;данные изъяты&gt; &lt;данные изъяты&gt; &lt;данные изъяты&gt; &lt;данные изъяты&gt;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После проведения исследования возвращено 203,628 гр. вещества. вещества общей массой 19,552 гр. содержат в своем составе PVP (синонимы: ?-пирролидиновалерофенон; 1-фенил-2-(пирролидин-1-1ил)пентан-1-он), являющегося производным наркотического средства N-метилэфедрон,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После проведения исследования возвращено 19,532 гр. вещества (т. 1 л.д. 52-53); - справкой об исследовании № 883 от 15 мая 2019 года (Пакет №4), согласно которой вещество массой 1,878 гр. содержит в своем составе: - метил 3,3-диметил-2-[1-(4-фторбутил)-Н-индазол-3-карбоксамидо]бутаноат (синоним: MDMB(N)-073F), который является производным наркотического средства 2-(1-бутил-1H-индазол-3-карбоксамидо) уксусной кислоты,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После проведения исследования возвращено 1,858 гр. вещества (т. 1 л.д. 54); - справкой об исследовании № 884 от 16 мая 2019 года (Пакет №2), согласно которой: вещества общей массой 311,872 гр. (297,800 гр. и 14,072 гр.) содержат в своем составе: - метил 3,3-диметил-2-[1-(4-фторбутил)-Н-индазол-3-карбоксамидо]бутаноат (синоним: MDMB(N)-073F), который является производным наркотического средства 2-(1-бутил-1H-индазол-3-карбоксамидо) уксусной кислоты,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После проведения исследования возвращено 311,832 гр. вещества. вещество массой 4,960 гр. содержит в своем составе: - PVP (синонимы: ?-пирролидиновалерофенон; 1-фенил-2-(пирролидин-1-1ил)пентан-1-он), являющегося производным наркотического средства N-метилэфедрон,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 метил 3,3-диметил-2-[1-(4-фторбутил)-Н-индазол-3-карбоксамидо]бутаноат (синоним: MDMB(N)-073F), который является производным наркотического средства 2-(1-бутил-1H-индазол-3-карбоксамидо) уксусной кислоты,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После проведения исследования возвращено 4,940 гр. вещества (т. 1 л.д. 55-56); - справкой об исследовании № 885 от 15 мая 2019 года, согласно которой вещество массой 118,882 гр. содержит в своем составе: - метил 3,3-диметил-2-[1-(4-фторбутил)-Н-индазол-3-карбоксамидо]бутаноат (синоним: MDMB(N)-073F), который является производным наркотического средства 2-(1-бутил-1H-индазол-3-карбоксамидо) уксусной кислоты,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После проведения исследования возвращено 118,862 гр. вещества (т. 1 л.д. 57); - справкой об исследовании № 886 от 16 мая 2019 года (Пакет №3), согласно которой вещество общей массой 10,744 гр. (0,663 гр., 7,599 гр. и 2,482 гр.) содержит в своем составе: - метил 3,3-диметил-2-[1-(4-фторбутил)-Н-индазол-3-карбоксамидо]бутаноат (синоним: MDMB(N)-073F), который является производным наркотического средства 2-(1-бутил-1H-индазол-3-карбоксамидо) уксусной кислоты,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1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года № 681. После проведения исследования возвращено 10,714 гр. веществ (т. 1 л.д. 58); - заключением эксперта № 11/603 от 05 июня 2019 года, согласно которому: 1) вещество общей массой 203,628 г, содержит в своем составе: -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После проведения экспертизы возвращено 203,588 гр. вещества. 2) Вещество общей массой 19,532 г, содержит в своем составе PVP (синонимы: ?-пирролидиновалерофенон; 1-фенил-2-(пирролидин-1-ил)пентан-1-он), который является производным наркотического средства N-метилэфедрона,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После проведения экспертизы возвращено 19,512 гр. вещества (т. 2 л.д. 228-233); - заключением эксперта № 11/615 от 04 июня 2019 года, согласно которому вещество массой 1,858 г, содержит в своем составе: -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После проведения экспертизы возвращено 1,838 гр. вещества (т. 2 л.д. 244-246); - заключением эксперта № 11/604 от 05 июня 2019 года, согласно которому: 1) вещество общей массой 311,832г, содержит в своем составе: -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После проведения экспертизы возвращено 311,792 гр. вещества. 2) вещество массой 4,940, содержит в своем составе: - PVP (синонимы: ?-пирролидиновалерофенон; 1-фенил-2-(пирролидин-1-ил)пентан-1-он), который является производным наркотического средства N-метилэфедрона,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После проведения экспертизы возвращено 4,920 гр. вещества (т. 3 л.д. 10-15); - заключением эксперта № 11/616 от 04 июня 2019 года, согласно которому вещество массой 118,862 г, содержит в своем составе: -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После проведения экспертизы возвращено 118,842 гр. вещества (т. 3 л.д. 26-28); -заключением эксперта № 253 от 07 июня 2019 года, согласно которому вещество общей массой 10,714 г, содержит в своем составе: -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 бутановой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После проведения экспертизы возвращено 10,694 гр. вещества (т. 3 л.д. 40-46); - заключением эксперта № 11/623 от 07 июня 2019 года, согласно которому: 1) на поверхности электронных площадных весов, из полимерного материала серого цвета с крышкой из бесцветного полимерного материала обнаружены: -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2-(1-бутил-1Н-индазол-3-карбоксамидо)уксусная кислота,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3-метил-2-(1-пентил-1Н-индазол-3-карбоксамидо)бутановой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в следовом количестве, недостаточном для определения массы. 2) на поверхности электронных площадных весов, из полимерного материала серого цвета обнаружены: - метил 3,3-диметил-2-[1-(4-фторбутил)-1Н-индазол-3-карбоксамидо] бутаноат (синоним: MDMB(N)-073F), который является производным наркотического средства 2-(1-бутил-1Н-индазол-3-карбоксамидо)уксусная кислота,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метил 2-[1-(5-фторпентил)-1Н-индазол-3-карбоксамидо]-3,3-диметилбутаноат (синоним: MDMB(N)-2201), который является производным наркотического средства метиловый эфир 3-метил-2-(1-пентил-1Н-индазол-3-карбоксамидо)бутановой кислоты,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 PVP (синонимы: ?-пирролидиновалерофенон; 1-фенил-2-(пирролидин-1-ил)пентан-1-он), который является производным наркотического средства N-метилэфедрона,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в следовом количестве, недостаточном для определения массы. 3) на поверхности ложки из металла серого цвета обнаружен PVP (синонимы: ?-пирролидиновалерофенон; 1-фенил-2-(пирролидин-1-ил)пентан-1-он), который является производным наркотического средства N-метилэфедрона, включенного в Список I Перечня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 681, в следовом количестве, недостаточном для определения массы (т. 3 л.д. 65-72); - постановлением о представлении результатов оперативно-розыскной деятельности органу дознания, следователю от 16 мая 2019 года №1583, с материалами, подтверждающими факт совершения ФИО1 и ФИО2 преступления, предусмотренного ч. 3 ст. , ч. 5 ст. 228.1 УК РФ (т. 1 л.д. 27-29); - вещественными доказательства: - полимерный контейнер черного цвета фирмы «Сибртех»; мотки с изолентами различных цветов (красная, желтая, синяя, черная, зеленая, желто-зеленая) в количестве 25 штук (10 мотков изоленты находятся в упакованном виде, а 15 мотков изоленты находятся без упаковки (использованные)); 6 упаковок с полимерными пакетами ZIP-LOCK BAG фирмы «Extra» размерами 50*70 мм по 100 штук в каждой упаковке; 1 упаковка с полимерными пакетами ZIP-LOCK BAG фирмы «Extra» размерами 100*180 мм количеством 100 штук (т. 3 л.д. 49-51, 52-53); - вещество общей массой 203,588 г, содержащее в своем составе метил 3,3-диметил-2-[1-(4-фторбутил)-1Н-индазол-3-карбоксамидо] бутаноат (синоним: MDMB(N)-073F) и метил 2-[1-(5-фторпентил)-1Н-индазол-3-карбоксамидо]-3,3-диметилбутаноат (синоним: MDMB(N)-2201); - вещество общей массой 19,512 г, содержащее в своем составе PVP (синонимы: ?-пирролидиновалерофенон; 1-фенил-2-(пирролидин-1-ил)пентан-1-он); - вещество массой 1,838 г, содержащее в своем составе метил 3,3-диметил-2-[1-(4-фторбутил)-1Н-индазол-3-карбоксамидо] бутаноат (синоним: MDMB(N)-073F) и метил 2-[1-(5-фторпентил)-1Н-индазол-3-карбоксамидо]-3,3-диметилбутаноат (синоним: MDMB(N)-2201); - вещество массой 118,842 г, содержащее в своем составе метил 3,3-диметил-2-[1-(4-фторбутил)-1Н-индазол-3-карбоксамидо] бутаноат (синоним: MDMB(N)-073F) и метил 2-[1-(5-фторпентил)-1Н-индазол-3-карбоксамидо]-3,3-диметилбутаноат (синоним: MDMB(N)-2201); - вещество общей массой 311,792 г, содержащее в своем составе метил 3,3-диметил-2-[1-(4-фторбутил)-1Н-индазол-3-карбоксамидо] бутаноат (синоним: MDMB(N)-073F) и метил 2-[1-(5-фторпентил)-1Н-индазол-3-карбоксамидо]-3,3-диметилбутаноат (синоним: MDMB(N)-2201); - вещество массой 4,920 г, содержащее в своем составе PVP (синонимы: ?-пирролидиновалерофенон; 1-фенил-2-(пирролидин-1-ил)пентан-1-он), метил 3,3-диметил-2-[1-(4-фторбутил)-1Н-индазол-3-карбоксамидо] бутаноат (синоним: MDMB(N)-073F) и метил 2-[1-(5-фторпентил)-1Н-индазол-3-карбоксамидо]-3,3-диметилбутаноат (синоним: MDMB(N)-2201); - вещество общей массой 10,694 г, содержащее в своем составе метил 3,3-диметил-2-[1-(4-фторбутил)-1Н-индазол-3-карбоксамидо] бутаноат (синоним: MDMB(N)-073F) и метил 2-[1-(5-фторпентил)-1Н-индазол-3-карбоксамидо]-3,3-диметилбутаноат (синоним: MDMB(N)-2201); - весы электронные площадные из полимерного материала серого цвета с крышкой из бесцветного полимерного материала, на поверхности которых обнаружены следовые количества метил 3,3-диметил-2-[1-(4-фторбутил)-1Н-индазол-3-карбоксамидо] бутаноат (синоним: MDMB(N)-073F) и метил 2-[1-(5-фторпентил)-1Н-индазол-3-карбоксамидо]-3,3-диметилбутаноат (синоним: MDMB(N)-2201); - весы электронные площадные из полимерного материала серого цвета, на поверхности которых обнаружены следовые количества метил 3,3-диметил-2-[1-(4-фторбутил)-1Н-индазол-3-карбоксамидо] бутаноат (синоним: MDMB(N)-073F), метил 2-[1-(5-фторпентил)-1Н-индазол-3-карбоксамидо]-3,3-диметилбутаноат (синоним: MDMB(N)-2201) и PVP (синонимы: ?-пирролидиновалерофенон; 1-фенил-2-(пирролидин-1-ил)пентан-1-он); - ложка из металла серого цвета, на поверхности которой обнаружены следы PVP (синонимы: ?-пирролидиновалерофенон; 1-фенил-2-(пирролидин-1-ил)пентан-1-он); - банковская карта «Сбербанк 5469 0144 4027 1850» на имя ФИО2 (т. 3 л.д. 110-119, 120-121); - мобильный телефон марки «honor» в монолитном полимерном корпусе черного цвета, который находится в резиновом чехле (IMEI1:865867047807132, IMEI2: 865867047828146, SNH8HNW19219003781), с находящимися в нем sim-картами белого цвета со следующими номерами: 897019917030338309 «Билайн» и 8970101003557021890 0 «МТС»; - мобильный телефон марки «SONY» в корпусе черного цвета (IMEI: 359905080184580 и 359905080184598), с находящимися в нем 2 sim-картами «МТС» белого цвета со следующими номерами: 8970101003556621797 3 и 8970101003557198788 3. (т. 3 л.д. 125-243, 244-245); - оптический компакт-диск DVD-R № 19/43/2-532/19с, содержащий файлы с записями телефонных переговоров между ФИО1 и ФИО2 относительно сбыта наркотических средств на территории Красноярского края (т. 4 л.д. 1-10, 11, 12-13); - оптический компакт-диск CD-R № N126WL 16D8182240A1, содержащий сведения о перечислении денежных средств на счет ПАО «Сбербанк», открытый на имя ФИО11 (т. 4 л.д. 36-45, 46, 47-48); - оптический компакт-диск CD-R № N126WL 16D8182239B2, содержащий сведения о перечислении денежных средств на счета ПАО «Сбербанк», открытые на имя ФИО2(т. 4 л.д. 51-106, 107, 108-109); - оптический компакт-диск CD-R № 7158 109 МВ 10795, содержащий информацию о движении денежных средств по Qiwi-кошелькам «&lt;***&gt;» и «&lt;***&gt;»(т. 4 л.д. 112-117, 118, 119-120); - оптический компакт-диск CD-R s/n MFP6B0S110103311 D1, содержащий сведения о соединениях абонентского номера &lt;***&gt;; - оптический компакт-диск CD-R s/n 3022 29 LD 13 марки VS, содержащий сведения о соединениях абонентского номера &lt;***&gt;; - оптический компакт-диск CD-R s/n 2355 35 MB 144 марки VS, содержащий сведения о соединениях абонентского номера &lt;***&gt; (т. 4 л.д. 138, 146, 154); Оценив все доказательства в совокупности, суд считает, что вина ФИО1 и ФИО2 доказана, все доказательства со стороны обвинения, по делу логичны, взаимосвязаны между собой, были исследованы в судебном заседании в соответствии со ст. , 88 УПК РФ , являются допустимыми, достоверными и их совокупность является достаточной для определения вины ФИО1 и ФИО2 в совершении покушения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особо крупном размере, если при этом преступление не было доведено до конца по независящим от этих лиц обстоятельствам Согласно ч. 2 ст. 35 УК РФ преступление признается совершенным группой лиц по предварительному сговору, если в нем участвовали лица, заранее договорившиеся о совместном совершении преступления. Совершение преступления, связанного с незаконным оборотом наркотических средств, группой лиц по предварительному сговору предполагает наличие умысла на распространение наркотических средств и совместных действий нескольких исполнителей на совершение именно этого преступного деяния, наличие причинной связи между такими действиями участников группы и наступившими последствиями в виде реализации наркотических средств, а также договоренность между участниками группы о распределении ролей. Проанализировав представленные доказательства, суд приходит к выводу о том, что ФИО1 и ФИО2, имея умысел на распространение наркотических средств, действовали совеместно и согласованно, согласно заранее распределенным ролям, соответственно группой лиц по предварительному сговору. Обсуждая вопрос о психической полноценности подсудимых, суд учитывает следующее: Согласно заключения амбулаторной судебно-психиатрической экспертизы № 3110/д от 23 июля 2019 года, ФИО2 каким-либо психическим расстройством не страдала и не страдает, понимает противоправность и наказуемость преступлений. Во время деяний ФИО2 находилась вне какого-либо временного психического расстройства, она правильно ориентировалась в обстановке, поддерживала адекватный речевой контакт с окружающими, ее действия носили целенаправленный характер, а поэтому она могла и в настоящее время может в полной мере осознавать фактический характер и общественную опасность своих действий и руководить ими. В применении принудительных мер медицинского характера не нуждается (т. 1 л.д. 234-235); Согласно заключения амбулаторной судебно-психиатрической экспертизы № 3367/д от 05 августа 2019 года, ФИО1 каким-либо психическим расстройством не страдал и не страдает, понимает противоправность и наказуемость преступлений. Во время деяний ФИО1 находился вне какого-либо временного психического расстройства, он правильно ориентировался в обстановке, поддерживал адекватный речевой контакт с окружающими, его действия носили целенаправленный характер, а поэтому он мог и в настоящее время может в полной мере осознавать фактический характер и общественную опасность своих действий и руководить ими. В применении принудительных мер медицинского характера не нуждается. ФИО1 страдает наркоманией, нуждается в применении лечения и медицинской реабилитации (т. 2 л.д. 116-119). Учитывая указанные заключения экспертиз, а также принимая во внимание логическое мышление каждого подсудимого, правильное восприятие ими окружающей обстановки, активный адекватный речевой контакт, суд полагает необходимым признать ФИО1, ФИО2 в отношении инкриминируемого им деяния вменяемыми, и, следовательно, подлежащими уголовному наказанию за содеянное. Решая вопрос о юридической квалификации содеянного подсудимым ФИО1 суд квалифицирует его действия: - по ч. 3 ст. , ч.5 ст. 228.1 УК РФ – покушение, то есть умышленные действия лица, непосредственно направленные на совершение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 особо крупном размере, так как при этом преступление не было доведено до конца по независящим от этого лица обстоятельствам. Решая вопрос о юридической квалификации содеянного подсудимой ФИО2 суд квалифицирует ее действия: - по ч. 3 ст. , ч.5 ст. 228.1 УК РФ – покушение, то есть умышленные действия лица, непосредственно направленные на совершение незаконного сбыта наркотических средств группой лиц по предварительному сговору, с использованием информационно-телекоммуникационных сетей (включая сеть «Интернет»), в особо крупном размере, так как при этом преступление не было доведено до конца по независящим от этого лица обстоятельствам. Рассматривая вопрос о виде и размере наказания каждому из подсудимых, суд принимает во внимание характер и степень общественной опасности совершенного преступления, относящегося к категории особо тяжких, против здоровья населения и общественной нравственности, роль, характер и степень фактического участия каждого подсудимого в совершении преступлений, значение этого участия для достижения цели преступления, их влияние на характер и размер причиненного вреда. При определении вида и размера наказания ФИО1 суд принимает во внимание также данные о личности подсудимого, его возраст (ДД.ММ.ГГГГ года рождения), состояние здоровья, из которых следует, что ФИО1 инвалидом не является, на учете у врача психиатра не состоит, состоит на учете у врача нарколога с 2014г. с диагнозом «зависимость от каннабиноидов», дважды проходил стационарное лечение, согласно заключению амбулаторной судебно-психиатрической экспертизы № 3367/д от 05.08.2019 года страдает наркоманией, нуждается в применении лечения и медицинской реабилитации, участковым уполномоченным полиции, соседями и родственниками в быту характеризуется положительно, имеет постоянное место жительства, официально не работает, не судим, состоит в браке, имеет малолетнего ребенка, а также участвует в воспитании и содержании 3 малолетних детей ФИО2 Кроме того, при назначении наказания суд учитывает обстоятельства, смягчающие наказание: признание вины подсудимым и его раскаяние в содеянном (ч. 2 ст. 61 УК РФ ), наличие малолетнего ребенка (п. «г» ч. 1 ст. 61 УК РФ ), активное способствование раскрытию и расследованию преступления (дача последовательных и правдивых показаний, достоверное изложении фактических обстоятельств совершенного преступления, с указанием его способа, средств, мест хранения наркотических средств) - п. «и» ч.1 ст. 61 УК РФ ). Отягчающих ФИО1 наказание обстоятельств по ст. 63 УК РФ , суд не усматривает. Учитывая характер и степень общественной опасности совершенного преступления, личность подсудимого и его роль в совершении преступления, наличие совокупности смягчающих и отсутствие отягчающих обстоятельств, влияние назначенного наказания на исправление ФИО1 и на условия жизни его семьи, обстоятельства, в силу которых преступление не было доведено до конца, исходя из принципа справедливости, суд приходит к выводу о том, что наказание ФИО1 надлежит назначить в виде реального лишения свободы, что будет отвечать целям уголовного наказания, восстановлению социальной справедливости, исправлению осужденного и предупреждению совершения им новых преступлений, поскольку менее строгий вид наказания не сможет обеспечить достижение целей наказания. Также, суд учитывает названные обстоятельства, как основания не применять к подсудимому ФИО1 дополнительные виды наказания, в виде лишения права занимать определенные должности или заниматься определенной деятельностью, штраф, предусмотренные санкцией ч.5 ст. 228.1 УК РФ . Суд при назначении наказания ФИО1 учитывает требования ч. 1 ст. 62 УК РФ , ч.3 ст. 66 УК РФ . Суд не находит оснований для назначения подсудимому ФИО1 наказания с применением положений ст. 73 УК РФ , а также для изменения категории преступления на менее тяжкую, в соответствии с ч.6 ст. 15 УК РФ . В тоже время при назначении наказания, суд, учитывая личность подсудимого ФИО1, его поведение во время и после совершения преступления, его семейное положение, а также наличие совокупности вышеуказанных смягчающих обстоятельств и отсутствие отягчающих обстоятельств, суд признает совокупность этих обстоятельств исключительной, существенно уменьшающей степень общественной опасности преступления, полагает необходимым назначить ФИО1 наказание в виде лишения свободы ниже низшего предела, предусмотренного санкцией ч.5 ст. 228.1 УК РФ , при этом, руководствуясь разъяснением нормы закона в абзаце 3 п.34 Постановления Пленума Верховного Суда РФ №58 от 22.12.2015 года, суд не усматривает оснований ссылаться на статью 64 УК РФ , поскольку в результате применения норм ч.3 ст. , ч.1 ст. 62 УК РФ срок наказания, который может быть назначен осужденному (10 лет лишения свободы), оказался менее строгим, чем низший предел наиболее строго вида наказания, предусмотренного санкцией ч. 5 ст. 228.1 . УК РФ (15 лет лишения свободы). Оснований для прекращения уголовного дела, применения положений ст. 78 УК РФ , а также ст. , 27 УПК РФ , в отношении подсудимого ФИО1 не имеется. В соответствие с п. «в» ч.1 ст. 58 УК РФ отбывание наказания ФИО1 надлежит назначить в исправительной колонии строгого режима. Для обеспечения исполнения приговора меру пресечения ФИО1 с учетом необходимости отбывания наказания в виде лишения свободы надлежит оставить без изменения в виде заключения под стражей. При определении вида и размера наказания ФИО2 суд принимает во внимание данные о личности подсудимой, ее возраст (ДД.ММ.ГГГГ года рождения), а также состояние здоровья, из которых следует, что ФИО2 инвалидом не является, на учете у врача нарколога и психиатра не состоит, участковым уполномоченным полиции, соседями и родственниками в быту характеризуется исключительно положительно, имеет постоянное место жительства, являлась индивидуальным предпринимателем, не судима, состоит в браке, имеет 4 малолетних детей. Кроме того, при назначении наказания суд учитывает обстоятельства, смягчающие наказание: признание вины подсудимой и ее раскаяние в содеянном (ч. 2 ст. 61 УК РФ ), наличие малолетних детей (п. «г» ч. 1 ст. 61 УК РФ ), активное способствование раскрытию и расследованию преступления (дача последовательных и правдивых показаний, достоверное изложении фактических обстоятельств совершенного преступления, с указанием его способа, средств, мест хранения наркотических средств) - п. «и» ч.1 ст. 61 УК РФ ). Отягчающих ФИО2 наказание обстоятельств по ст. 63 УК РФ , суд не усматривает. Учитывая характер и степень общественной опасности совершенного преступления, личность подсудимой и ее роль в совершении преступления, наличие совокупности смягчающих и отсутствие отягчающих обстоятельств, влияние назначенного наказания на исправление ФИО2 и на условия жизни ее семьи, обстоятельства, в силу которых преступление не было доведено до конца, исходя из принципа справедливости, суд приходит к выводу о том, что наказание ФИО2 надлежит назначить в виде реального лишения свободы, что будет отвечать целям уголовного наказания, восстановлению социальной справедливости, исправлению осужденной и предупреждению совершения ею новых преступлений, поскольку менее строгий вид наказания не сможет обеспечить достижение целей наказания. Также, суд учитывает названные обстоятельства, как основания не применять к подсудимой ФИО2 дополнительные виды наказания, в виде лишения права занимать определенные должности или заниматься определенной деятельностью, штраф, предусмотренные санкцией ч.5 ст. 228.1 УК РФ . Суд при назначении наказания ФИО2 учитывает требования ч. 1 ст. 62 УК РФ , ч.3 ст. 66 УК РФ . Суд не находит оснований для назначения подсудимой ФИО2 наказания с применением положений ст. 73 УК РФ , а также для изменения категории преступления на менее тяжкую, в соответствии с ч.6 ст. 15 УК РФ . В тоже время при назначении наказания, суд, учитывая личность подсудимой ФИО2, ее поведение во время и после совершения преступления, ее семейное положение, а также наличие совокупности вышеуказанных смягчающих обстоятельств и отсутствие отягчающих обстоятельств, суд признает совокупность этих обстоятельств исключительной, существенно уменьшающей степень общественной опасности преступления, полагает необходимым назначить ФИО2 наказание в виде лишения свободы ниже низшего предела, предусмотренного санкцией ч.5 ст. 228.1 УК РФ , при этом, руководствуясь разъяснением нормы закона в абзаце 3 п.34 Постановления Пленума Верховного Суда РФ №58 от 22.12.2015 года, суд не усматривает оснований ссылаться на статью 64 УК РФ , поскольку в результате применения норм ч.3 ст. , ч.1 ст. 62 УК РФ срок наказания, который может быть назначен осужденному (10 лет лишения свободы), оказался менее строгим, чем низший предел наиболее строго вида наказания, предусмотренного санкцией ч. 5 ст. 228.1 . УК РФ (15 лет лишения свободы). Оснований для прекращения уголовного дела, применения положений ст. 78 УК РФ , а также ст. , 27 УПК РФ , в отношении подсудимой ФИО2 не имеется. В соответствие с п. «б» ч.1 ст. 58 УК РФ отбывание наказания ФИО2 надлежит назначить в исправительной колонии общего режима. Как следует из материалов уголовного дела у ФИО2 имеется 4 малолетних детей: ФИО13 18.05.2006г.р. (в Свидетельстве о рождении в графе отец – сведения отсутствуют), ФИО14 ДД.ММ.ГГГГ г.р. (в Свидетельстве о рождении в графе отец – сведения отсутствуют), ФИО15 29.05.2014г.р. (отец ФИО16 умер), ФИО17 27.12.2019г.р. (отец ФИО1). При этом, ФИО2 самостоятельно воспитывает и содержит детей, аквтино участвует в их образовательной деятельностми, заботится о них. Сведенеий о том, что ФИО2 уклонялась от воспитания детей, ограничивалась в родительских правах или лишалась, привлекалась к административной ответственности за ненадлежащее воспитание детей не имеется. Младший ребенок ФИО2 является новорожденным (27.12.2019г.р.), находится на грудном вскармливании (выписка из истории родов). С учетом указанных обстоятельств, суд считает возможным в силу ст. 82 УК РФ отсрочить ФИО2 отбывание наказания до достижения ее младшим ребенком - ФИО17 27.12.2019г.р., четырнадцатилетнего возраста. Гражданские иски по делу не заявлены. Решая вопрос о вещественных доказательствах, суд руководствуется положениями ст. 81 УПК РФ , мнениями участников судебного заседания. Наркотические средства, хранящиеся в комнате хранения вещественных доказательств УФСБ России по Красноярскому краю - хранить до принятия решения по уголовному делу № 41907040001000042. Изъятье у подсудимых, а также у других лиц предметы, документы, в том числе, мобильные телефоны, подлежат возвращению по принадлежности, при этом, суд исходит из того, что данные предметы не являются новыми, какой-либо существенной стоимостью не обладают, поэтому значимой ценностью не являются. Изъятые средства упаковки и фасовки (мотки с изолетнами, контейнеры, пакеты) – уничтожить. На основании изложенного и руководствуясь ст.ст. - , - , - 309 УПК РФ , суд, ПРИГОВОРИЛ: ФИО1 признать виновным в совершении преступления, предусмотренного ч.3 ст. , ч.5 ст. 228.1 УК РФ и назначить ему наказание за данное преступление в виде 7 (семи) лет 6 (шести) месяцев лишения свободы с отбыванием наказания в исправительной колонии строгого режима. Срок наказания ФИО1 исчислять с 17 февраля 2020 года, зачесть в срок отбывания наказания период предварительного заключения в порядке задержания и меры пресечения – заключение под стражу до постановления приговора с 16.05.2019года по 16 февраля 2020 года. Меру пресечения ФИО1 до вступления приговора в законную силу оставить без изменения – заключение под стражу, содержать в ФКУ СИЗО -6 ГУФСИН России по Красноярскому краю. ФИО2 признать виновной в совершении преступления, предусмотренного ч.3 ст. , ч.5 ст. 228.1 УК РФ и назначить ей наказание за данное преступление в виде 7 (семи) лет лишения свободы с отбыванием наказания в колонии общего режима. В соответствии с ч. 1 ст. 82 УК РФ отсрочить ФИО2 реальное отбывание наказания по настоящему приговору до достижения ее дочерью - ФИО17 27.12.2019г.р., четырнадцатилетнего возраста, то есть до 27.12.2033 года. Меру пресечения ФИО2 в виде домашнего ареста – отменить, освободить в зале суда. Вещественные доказательства: - вещество общей массой 203,588 г, содержащее в своем составе метил 3,3-диметил-2-[1-(4-фторбутил)-1Н-индазол-3-карбоксамидо] бутаноат (синоним: MDMB(N)-073F) и метил 2-[1-(5-фторпентил)-1Н-индазол-3-карбоксамидо]-3,3-диметилбутаноат (синоним: MDMB(N)-2201); - вещество общей массой 19,512 г, содержащее в своем составе PVP (синонимы: ?-пирролидиновалерофенон; 1-фенил-2-(пирролидин-1-ил)пентан-1-он), упакованные в полимерный пакет серого цвета, горловина которого обвязана нитью черного цвета, концы которой оклеены биркой белого цвета, заверенной оттиском печати «Главное управление МВД Российской Федерации по Красноярскому краю *Экспертно-криминалистический центр* № 33» и одной подписью, исполненной рукописным способом чернилами синего цвета; - вещество массой 1,838 г, содержащее в своем составе метил 3,3-диметил-2-[1-(4-фторбутил)-1Н-индазол-3-карбоксамидо] бутаноат (синоним: MDMB(N)-073F) и метил 2-[1-(5-фторпентил)-1Н-индазол-3-карбоксамидо]-3,3-диметилбутаноат (синоним: MDMB(N)-2201), упакованное в полимерный пакет серого цвета, горловина которого обвязана нитью черного цвета, концы которой оклеены биркой белого цвета, заверенной оттиском печати «Главное управление МВД Российской Федерации по Красноярскому краю *Экспертно-криминалистический центр* № 33» и одной подписью, исполненной рукописным способом чернилами синего цвета; - вещество массой 118,842 г, содержащее в своем составе метил 3,3-диметил-2-[1-(4-фторбутил)-1Н-индазол-3-карбоксамидо] бутаноат (синоним: MDMB(N)-073F) и метил 2-[1-(5-фторпентил)-1Н-индазол-3-карбоксамидо]-3,3-диметилбутаноат (синоним: MDMB(N)-2201), упакованное в прозрачный полимерный пакет с перфорированной полосой белого цвета (канцелярский файл), горловина которого обвязана нитью черного цвета, концы которой оклеены биркой белого цвета, заверенной оттиском печати «Главное управление МВД Российской Федерации по Красноярскому краю *Экспертно-криминалистический центр* № 33» и одной подписью, исполненной рукописным способом чернилами синего цвета; - вещество общей массой 311,792 г, содержащее в своем составе метил 3,3-диметил-2-[1-(4-фторбутил)-1Н-индазол-3-карбоксамидо] бутаноат (синоним: MDMB(N)-073F) и метил 2-[1-(5-фторпентил)-1Н-индазол-3-карбоксамидо]-3,3-диметилбутаноат (синоним: MDMB(N)-2201); - вещество массой 4,920 г, содержащее в своем составе PVP (синонимы: ?-пирролидиновалерофенон; 1-фенил-2-(пирролидин-1-ил)пентан-1-он), метил 3,3-диметил-2-[1-(4-фторбутил)-1Н-индазол-3-карбоксамидо] бутаноат (синоним: MDMB(N)-073F) и метил 2-[1-(5-фторпентил)-1Н-индазол-3-карбоксамидо]-3,3-диметилбутаноат (синоним: MDMB(N)-2201), упакованные в полимерный пакет серого цвета, горловина которого обвязана нитью черного цвета, концы которой оклеены биркой белого цвета, заверенной оттиском печати «Главное управление МВД Российской Федерации по Красноярскому краю *Экспертно-криминалистический центр* № 33» и одной подписью, исполненной рукописным способом чернилами синего цвета; - вещество общей массой 10,694 г, содержащее в своем составе метил 3,3-диметил-2-[1-(4-фторбутил)-1Н-индазол-3-карбоксамидо] бутаноат (синоним: MDMB(N)-073F) и метил 2-[1-(5-фторпентил)-1Н-индазол-3-карбоксамидо]-3,3-диметилбутаноат (синоним: MDMB(N)-2201) упакованное в полимерный пакет серого цвета, горловина которого обвязана нитью черного цвета, концы которой оклеены биркой белого цвета, заверенной оттиском печати «Главное управление МВД Российской Федерации по Красноярскому краю *Экспертно-криминалистический центр* № 33» и одной подписью, исполненной рукописным способом чернилами синего цвета; - весы электронные площадные из полимерного материала серого цвета с крышкой из бесцветного полимерного материала, на поверхности которых обнаружены следовые количества метил 3,3-диметил-2-[1-(4-фторбутил)-1Н-индазол-3-карбоксамидо] бутаноат (синоним: MDMB(N)-073F) и метил 2-[1-(5-фторпентил)-1Н-индазол-3-карбоксамидо]-3,3-диметилбутаноат (синоним: MDMB(N)-2201), упакованные в пакет из бесцветной полимерной пленки с контактной застежкой и полосой синего цвета, горловина которого обвязана нитью черного цвета, концы которой оклеены биркой белого цвета, заверенной оттиском печати «Главное управление МВД Российской Федерации по Красноярскому краю *Экспертно-криминалистический центр* № 33» и одной подписью, исполненной рукописным способом чернилами синего цвета; - весы электронные площадные из полимерного материала серого цвета, на поверхности которых обнаружены следовые количества метил 3,3-диметил-2-[1-(4-фторбутил)-1Н-индазол-3-карбоксамидо] бутаноат (синоним: MDMB(N)-073F), метил 2-[1-(5-фторпентил)-1Н-индазол-3-карбоксамидо]-3,3-диметилбутаноат (синоним: MDMB(N)-2201) и PVP (синонимы: ?-пирролидиновалерофенон; 1-фенил-2-(пирролидин-1-ил)пентан-1-он), упакованные в пакет из бесцветной полимерной пленки с контактной застежкой и полосой синего цвета, горловина которого обвязана нитью черного цвета, концы которой оклеены биркой белого, заверенной оттиском печати «Главное управление МВД Российской Федерации по Красноярскому краю *Экспертно-криминалистический центр* № 33» и одной подписью, исполненной рукописным способом чернилами синего цвета; - ложка из металла серого цвета, на поверхности которой обнаружены следы PVP (синонимы: ?-пирролидиновалерофенон; 1-фенил-2-(пирролидин-1-ил)пентан-1-он), упакованная в пакет из бесцветной полимерной пленки с контактной застежкой и полосой синего цвета, горловина которого обвязана нитью черного цвета, концы которой оклеены биркой белого цвета, заверенной оттиском печати «Главное управление МВД Российской Федерации по Красноярскому краю *Экспертно-криминалистический центр* № 33» и одной неразборчивой подписью, исполненной рукописным способом чернилами синего цвета - хранящиеся в комнате хранения вещественных доказательств УФСБ России по Красноярскому краю - хранить до принятия решения по уголовному делу№ 41907040001000042. - полимерный контейнер черного цвета фирмы «Сибртех»; - мотки с изолентами различных цветов (красная, желтая, синяя, черная, зеленая, желто-зеленая) в количестве 25 штук (10 мотков изоленты находятся в упакованном виде, а 15 мотков изоленты находятся без упаковки (использованные)); - 6 упаковок с полимерными пакетами ZIP-LOCK BAG фирмы «Extra» размерами 50*70 мм по 100 штук в каждой упаковке; - 1 упаковку с полимерными пакетами ZIP-LOCK BAG фирмы «Extra» размерами 100*180 мм количеством 100 штук – хранящиеся в комнате хранения вещественных доказательств УФСБ России по Красноярскому краю – уничтожить. - банковская карта «Сбербанк 5469 0144 4027 1850» на имя ФИО2, - мобильный телефон марки «honor» в монолитном полимерном корпусе черного цвета, который находится в резиновом чехле (IMEI1:865867047807132, IMEI2: 865867047828146, SNH8HNW19219003781), с находящимися в нем sim-картами белого цвета со следующими номерами: 897019917030338309 «Билайн» и 8970101003557021890 0 «МТС»; - мобильный телефон марки «SONY» в корпусе черного цвета (IMEI: 359905080184580 и 359905080184598), с находящимися в нем 2 sim-картами «МТС» белого цвета со следующими номерами: 8970101003556621797 3 и 8970101003557198788 3. хранящиеся в комнате хранения вещественных доказательств УФСБ России по Красноярскому краю – вернуть ФИО2. - оптический компакт-диск DVD-R № 19/43/2-532/19с, содержащий файлы с записями телефонных переговоров между ФИО1 и ФИО2 относительно сбыта наркотических средств на территории Красноярского края; - оптический компакт-диск CD-R № N126WL 16D8182240A1, содержащий сведения о перечислении денежных средств на счет ПАО «Сбербанк», открытый на имя ФИО11; - оптический компакт-диск CD-R № N126WL 16D8182239B2, содержащий сведения о перечислении денежных средств на счета ПАО «Сбербанк», открытые на имя ФИО2; - оптический компакт-диск CD-R № 7158 109 МВ 10795, содержащий информацию о движении денежных средств по Qiwi-кошелькам «&lt;***&gt;» и «&lt;***&gt;»; - оптический компакт-диск CD-R s/n MFP6B0S110103311 D1, содержащий сведения о соединениях абонентского номера &lt;***&gt;; - оптический компакт-диск CD-R s/n 3022 29 LD 13 марки VS, содержащий сведения о соединениях абонентского номера &lt;***&gt;; - оптический компакт-диск CD-R s/n 2355 35 MB 144 марки VS, содержащий сведения о соединениях абонентского номера &lt;***&gt;, - хранящиеся в материалах настоящего уголовного дела – хранить в материалах уголовного дела. Приговор может быть обжалован в апелляционном порядке в Красноярский краевой суд через Сосновоборский городской суд Красноярского края в течение 10 суток со дня провозглашения, а осужденным, содержащимся под стражей, – в тот же срок со дня вручения ему копии приговора. Содержащийся под стражей осужденный вправе в течение 10 суток со дня вручения ему копии приговора, и в тот же срок со дня вручения ему копии апелляционного представления или апелляционной жалобы, затрагивающих его интересы, вправе заявить ходатайство о своем участии в рассмотрении уголовного дела судом апелляционной инстанции, о чем должен указать письменно или в своей апелляционной жалобе или в письменных возражениях, поданных на апелляционное представление или апелляционную жалобу. Председательствующий – судья Е.В. Петракова Суд: Сосновоборский городской суд (Красноярский край) (подробнее) Судьи дела: Петракова Е.В. (судья) (подробнее) Последние документы по делу: Приговор от 16 февраля 2020 г. по делу № 1-146/2019 Приговор от 2 февраля 2020 г. по делу № 1-146/2019 Приговор от 16 декабря 2019 г. по делу № 1-146/2019 Приговор от 15 декабря 2019 г. по делу № 1-146/2019 Приговор от 11 декабря 2019 г. по делу № 1-146/2019 Приговор от 12 ноября 2019 г. по делу № 1-146/2019 Приговор от 5 ноября 2019 г. по делу № 1-146/2019 Приговор от 1 сентября 2019 г. по делу № 1-146/2019 Приговор от 5 августа 2019 г. по делу № 1-146/2019 Приговор от 5 августа 2019 г. по делу № 1-146/2019 Приговор от 1 августа 2019 г. по делу № 1-146/2019 Приговор от 23 июня 2019 г. по делу № 1-146/2019 Приговор от 22 мая 2019 г. по делу № 1-146/2019 Постановление от 8 апреля 2019 г. по делу № 1-146/2019 Приговор от 24 марта 2019 г. по делу № 1-146/2019 Приговор от 18 марта 2019 г. по делу № 1-146/2019 Приговор от 21 февраля 2019 г. по делу № 1-146/2019 Приговор от 13 февраля 2019 г. по делу № 1-146/2019 Приговор от 11 февраля 2019 г. по делу № 1-146/2019 Показать все документы по этому делу Судебная практика по: Соучастие, предварительный сговор Судебная практика по применению норм ст. 34, 35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