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21.02.2013. Бобровским районным судом Воронежской области по ч. 2 ст. 228 УК РФ 3 годам 6 месяцам лишения свободы; постановлением Панинского районного суда Воронежской области от 03.08.2015 освобожден условно-досрочно с заменой не отбытого срока на 1 год 18 дней исправительных работ с удержанием 10 % от заработка; постановлением Бобровского районного суда Воронежской области от 25.08.2016 условно-досрочное освобождение отменено, направлен в места лишения свободы на 1 месяц 11 дней; 05.10.2016 освобожден по отбытию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01.02.2017 мировым судьей судебного участка №2 в Бобровском судебном районе Воронежской области по ст. 264.1 УК РФ к лишению свободы на срок 1 год, условно с испытательным сроком 1 год, с лишением права заниматься деятельностью, связанной с управлением транспортными средствами на срок 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22.06.2017 мировым судьей судебного участка №2 в Бобровском судебном районе Воронежской области по ст. . 1 УК РФ к лишению свободы сроком на 1 год, условно, с испытательным сроком 1 год, с лишением права заниматься деятельностью, связанной с управлением транспортными средствами, на срок 2 года; на основании ч. 5 ст. , ч. 4 ст. 69 УК РФ путем частичного сложения назначенного дополнительного наказания с не отбытым дополнительным наказанием по приговору мирового судьи судебного участка № 2 в Бобровском судебном районе от 01.02.2017 окончательное наказание назначено в виде 1 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срок 3 года; на основании ч. 4 ст. УК РФ приговор мирового судьи судебного участка №2 в Бобровском судебном районе Воронежской области от 01.02.2017 в части основного наказания исполнять самостоятельно; не отбытый срок дополнительного наказания в виде лишения права заниматься деятельностью, связанной с управлением транспортными средствами, по состоянию на 20.02.2020 составляет 04 месяца 13 дней, обвиняемого в совершении преступлений, предусмотренных ст. 264.1 УК РФ , ст. 264.1 УК РФ , ст. 264.1 УК РФ , УСТАНОВИЛ: ФИО1 совершил: 04.12.2019 управление автомобилем лицом, находящимся в состоянии опьянения, имеющим судимость за совершение преступления, предусмотренного ст. 264.1 УК РФ ; 08.12.2019 управление автомобилем лицом, находящимся в состоянии опьянения, имеющим судимость за совершение преступления, предусмотренного ст. 264.1 УК РФ ; 09.12.2019 управление автомобилем лицом, находящимся в состоянии опьянения, имеющим судимость за совершение преступления, предусмотренного ст. 264.1 УК РФ , при следующих обстоятельствах. Приговором мирового судьи судебного участка №2 в Бобровском судебном районе Воронежской области от 01.02.2017, вступившим в законную силу 14.02.2017, ФИО1 был признан виновным в совершении преступления, предусмотренного ст. 264.1 УК РФ , и ему было назначено наказание в виде 1года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срок 2 года. Приговором мирового судьи судебного участка №2 в Бобровском судебном районе Воронежской области от 22.06.2017, вступившим в законную силу 04.07.2017, ФИО1 был признан виновным в совершении преступления, предусмотренного ст. 264.1 УК РФ , и ему было назначено наказание в виде 1года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срок 2 года; на основании ч. 5 ст. , ч. 4 ст. 69 УК РФ путем частичного сложения назначенного дополнительного наказания с не отбытым дополнительным наказанием по приговору мирового судьи судебного участка № 2 в Бобровском судебном районе от 01.02.2017 окончательное наказание назначено в виде 1 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срок 3 года. По приговору мирового судьи судебного участка №2 Бобровского района Воронежской области от 22.06.2017 ФИО1 03.07.2017 года был поставлен на учет в филиале по Бобровскому району ФКУ УИИ УФСИН России по Воронежской области. Конец срока исполнения наказания 03.07.2020 года. ФИО1 имеет непогашенную и неснятую в установленном законом порядке судимость. 04.12.2019 в г. Бобров Воронежской области у ФИО1, который находился в состоянии алкогольного опьянения, возник умысел на управление автомобилем &lt;данные изъяты&gt; государственный регистрационный знак &lt;данные изъяты&gt;, принадлежащим ГЕ Реализуя свой преступный умысел, в нарушении п. 2.7 Правил дорожного движения, утвержденных Постановлением Правительства РФ №1090 от 23.10.1993, осознавая, что управление транспортным средством в состоянии алкогольного опьянения запрещено, являясь лицом, имеющим судимость за совершение преступления, предусмотренного ст. 264.1 УК РФ , примерно в 10 часов 50 минут 04.12.2019 ФИО1 управлял автомобилем &lt;данные изъяты&gt; государственный регистрационный знак &lt;данные изъяты&gt;, двигаясь по улице &lt;адрес&gt;. У &lt;адрес&gt; указанной улицы он был остановлен инспектором ДПС ОГИБДД ОМВД России по Бобровскому району Воронежской области и отстранен от управления транспортным средством, о чем был составлен протокол 36 УУ №063813 от 04.12.2019. ФИО1 был освидетельствован на состояние алкогольного опьянения с применением технического средства измерения «Алкотектор «Юпитер» заводской номер №003447 и согласно акту медицинского освидетельствования на состояние опьянения 36АО №007120 от 04.12.2019 у него было установлено состояние алкогольного опьянения с наличием абсолютного этилового спирта в количестве – 0,631 мг/л в выдыхаемом им воздухе. Кроме того, 08.12.2019 в &lt;адрес&gt; у ФИО1, который находился в состоянии алкогольного опьянения, вновь возник умысел на управление вышеуказанным автомобилем. Реализуя свой преступный умысел, в нарушении п. 2.7 Правил дорожного движения, утвержденных Постановлением Правительства РФ №1090 от 23.10.1993, осознавая, что управление транспортным средством в состоянии алкогольного опьянения запрещено, являясь лицом, имеющим судимость за совершение преступления, предусмотренного ст. 264.1 УК РФ , примерно в 23 часа 20 минут 08.12.2019 управлял автомобилем &lt;данные изъяты&gt; государственный регистрационный знак &lt;данные изъяты&gt;, двигаясь по улице &lt;адрес&gt; У &lt;адрес&gt; указанной улицы ФИО1 был остановлен инспектором ДПС ОГИБДД ОМВД России по Бобровскому району Воронежской области и отстранен от управления транспортным средством, о чем был составлен протокол 36 УУ №063669 от 08.12.2019 года. ФИО1 был освидетельствован на состояние алкогольного опьянения с применением технического средства измерения «Алкотектор «Юпитер» заводской номер №001270 и согласно акту медицинского освидетельствования на состояние опьянения 36АО №007205 от 08.12.2019 у него было установлено состояние алкогольного опьянения с наличием абсолютного этилового спирта в количестве – 1,174 мг/л в выдыхаемом им воздухе. Кроме того, 09.12.2019 в г. Бобров Воронежской области у ФИО1, который находился в состоянии алкогольного опьянения, возник умысел на управление принадлежащим ГЕ автомобилем &lt;данные изъяты&gt; государственный регистрационный знак &lt;данные изъяты&gt; 136. Реализуя свой преступный умысел, в нарушении п. 2.7 Правил дорожного движения, утвержденных Постановлением Правительства РФ №1090 от 23.10.1993, осознавая, что управление транспортным средством в состоянии алкогольного опьянения запрещено, являясь лицом, имеющим судимость за совершение преступления, предусмотренного ст. 264.1 УК РФ , примерно в 10 часов 40 минут 09.12.2019 управлял указанным автомобилем, двигаясь по &lt;адрес&gt;. У &lt;адрес&gt; А указанной улицы ФИО1 был остановлен инспектором ДПС ОГИБДД ОМВД России по Бобровскому району Воронежской области, и отстранен от управления транспортным средством, о чем был составлен протокол 36 УУ №063853 от 09.12.2019. ФИО1 был освидетельствован на состояние алкогольного опьянения с применением технического средства измерения «Алкотектор «Юпитер» заводской номер №003447 и согласно акту медицинского освидетельствования на состояние опьянения 36АО №007166 от 09.12.2019 у него было установлено состояние алкогольного опьянения с наличием абсолютного этилового спирта в количестве – 0,240 мг/л в выдыхаемом им воздухе. Подсудимый ФИО1 в судебном заседании полностью признал свою вину в совершении трех преступлений, предусмотренных ст. 264.1 УК РФ , раскаялся в содеянном, обещал впредь не совершать преступления и воспользовался положениями ст. 51 Конституции РФ. Согласно показаниям ФИО1, данным им в ходе дознания в присутствии защитника, оглашенным в судебном заседании в порядке, предусмотренном п.3 ч.1 ст. 276 УПК РФ , он был осужден Мировым судом Бобровского района 01.02.2017 года и 22.06.2017 года по ст. . 1 УК РФ , за что получил наказание в виде 1 года лишения свободы условно с испытательным сроком 1 год, с лишением права управления транспортными средствами на 3 года. В настоящее время он состоит на учете в УИИ по Бобровскому району. Водительское удостоверение он сдал после суда в 2017 году. У ГЕ имеется автомобиль &lt;данные изъяты&gt;/н &lt;данные изъяты&gt;, который она разрешает ему брать, так как они находятся в дружеских отношениях. 03.12.2019 утром он взял с ее разрешения указанный автомобиль, чтобы съездить по семейным нуждам. 03.12.2019 всю ночь он употреблял спиртное, поэтому 04.12.2019 утром находился в состоянии алкогольного опьянения и с утра еще выпил алкоголя. Примерно в 10 часов 45 минут 04.12.2019 он сел за руль вышеуказанного автомобиля, понимая, что управлять автомобилем в состоянии опьянения нельзя. На &lt;адрес&gt; напротив &lt;адрес&gt; его остановили сотрудники ГИБДД. Один из них представился СМ и задал ему вопрос, выпивал ли он перед тем как сесть за руль. Он признался, что употреблял спиртное. После чего сотрудник ДПС пригласил двух понятых, разъяснил ему права, а также разъяснил права и обязанности понятым. После этого он составил протокол об отстранения его от управления транспортным средством, который дал ему и понятым прочитать и подписать. Затем сотрудник ДПС предложил ему пройти тест на состояние алкогольного опьянения на Алкотекторе «Юпитер», с чем он согласился и в присутствии понятых продул в прибор. Показания прибора составили 0,631 мг/л. Указанные данные были внесены в протокол освидетельствования, с которым он согласился, о чем сделал в нем соответствующую запись. На место был вызван дознаватель, который опросил его по данному факту, произвел осмотр места происшествия и изъял автомобиль, на котором он ехал. 08.12.2019 он вновь взял у ГЕ ее автомобиль &lt;данные изъяты&gt;н &lt;данные изъяты&gt;. 08.12.2019 он употреблял спиртное всю ночь. Примерно в 22 часа 30 минут он находился в с. С. Александровка Бобровского района у своих знакомых и решил съездить к другим своим знакомым, проживающим в этом же селе. Сев за руль указанного автомобиля, он отправился в направлении &lt;адрес&gt;&lt;адрес&gt; Он понимал, что находится в состоянии опьянения, и управлять автомобилем нельзя, но надеялся, что не будет остановлен сотрудниками ГИБДД. Примерно в 23 часа 00 минут 08.12.2019 года, когда он двигался на автомобиле по &lt;адрес&gt; с. С. &lt;адрес&gt;, вблизи &lt;адрес&gt; он был остановлен сотрудником ГИБДД, который представился ему П.А, и предложил представить документы на автомобиль и водительское удостоверение. Он предоставил документы на автомобиль и пояснил, что водительское удостоверение он сдал, когда был осужден по ст. 264.1 УК РФ . Сотрудник полиции задал ему вопрос, выпивал ли он спиртное перед тем, как сесть за руль. Он не стал отрицать данный факт. После чего сотрудник ГИБДД в присутствии понятых составил протокол об отстранения его от управления транспортным средством, который он и понятые прочитали и подписали. Затем сотрудник ГИБДД предложил ему пройти тест на состоянии алкогольного опьянения на Алкотекторе. Он согласился и прошел освидетельствование на алкотекторе, на экране которого появился результат 1,174 мл./л. паров спирта в выдуваемом им воздухе. 09.12.2019 утром ГЕ вновь разрешила ему взять ее автомобиль, но предупредила, чтобы он не употреблял спиртное. Он ее заверил, что пьяным за руль больше не сядет. Поскольку накануне вечером он употреблял спиртное, 09.12.2019 ему захотелось похмелиться. После того, как он взял автомобиль, он выпил около 100 граммов водки и примерно в 10 часов 40 минут сел за руль вышеуказанного автомобиля. На &lt;адрес&gt; напротив &lt;адрес&gt; А его остановили сотрудники ГИБДД. На вопрос сотрудника полиции, представившегося ВА, выпивал ли он спиртное сегодня, он признал данный факт. После чего сотрудник ДПС пригласил двух понятых, разъяснил ему и понятым права, обязанности и составил протокол об отстранения его от управления транспортным средством. Он прочитал и подписал составленный протокол вместе с понятыми. Затем сотрудник ДПС предложил ему пройти тест на состоянии алкогольного опьянения на Алкотекторе «Юпитер», с чем он согласился и в присутствии понятых продул в прибор. Показания прибора составили 0,240 мг/л. Указанные данные были внесены в протокол освидетельствования, с которым он согласился. На место был вызван дознаватель, который опросил его по данному факту, произвел осмотр места происшествия и изъял автомобиль, принадлежащий ГЕ, которым он управлял (л.д.70-72, 129-131,185-188). Вина ФИО1 в совершении 04.12.2019 управления автомобилем лицом, находящимся в состоянии опьянения, имеющим судимость за совершение преступления, предусмотренного ст. 264.1 УК РФ , кроме собственного полного признания вины, подтверждается следующими доказательствами: -рапортом инспектора ОГИБДД ОМВД России по Бобровскому району СМ, согласно которому 04.12.2019 ФИО1 двигался на автомобиле &lt;данные изъяты&gt; государственный регистрационный знак &lt;данные изъяты&gt;, находясь в состоянии алкогольного опьянения, являясь лицом, имеющим судимость по ст. 264.1 УК РФ (л.д. 6,7); - протоколом 36 УУ № 063813 от 04.12.2019, согласно которому ФИО1 был отстранен от управления транспортным средством (л.д. 8); - актом освидетельствования на состояние алкогольного опьянения 36 АО № 007120 от 04.12.2019 и чеком алкотектора, согласно которым у ФИО1 установлено состояние алкогольного опьянения 0,631 мг/л в выдыхаемом им воздухе (л.д. 9,10); - протоколом осмотра места происшествия от 04.12.2019 и фототаблицей к нему, согласно которым в ходе осмотра места происшествия был изъят автомобиль &lt;данные изъяты&gt; государственный регистрационный знак &lt;данные изъяты&gt; (л.д.13-20); - постановлением по делу об административном правонарушении от 13.12.2019, согласно которому прекращено административное производство в отношении ФИО1 по ст. 12.8 КоАП РФ по факту управления транспортным средством 04.12.2019 в состоянии алкогольного опьянения в связи с наличием в его действиях состава преступления, предусмотренного ст. 264.1 УК РФ (л.д. 30), - постановлением о производстве выемки от 14.01.2020 у ВА алкотектора «Юпитер» 003447 и свидетельства о поверке к нему ( л.д.144-145 ); - протоколом выемки от 14.01.2020, согласно которому ВА выдал алкотектор «Юпитер» 003447 и свидетельство о поверке к нему (л.д. 146-148); - протоколом осмотра предметов от 14.01.2020 и фототаблицей к нему, согласно которым алкотектор «Юпитер» № 003447 и свидетельство о поверке на него осмотрены и приобщены к материалам уголовного дела в качестве вещественных доказательств (л.д.149-151), а также показаниями свидетелей. Свидетель СМ, показания которого были оглашены в порядке, предусмотренном ч.1 ст. 281 УПК РФ , в ходе проведения дознания показал, что он работает в должности инспектора ДПС ОГИБДД ОМВД России по Бобровскому району. 04.12.2019 года в 08 часов он заступил на службу совместно с инспектором ДПС А Их рабочий экипаж был оборудован прибором –алкотектором «Юпитер», заводской &lt;номер&gt;, который регулярно проходит технический осмотр. Они несли дежурство на &lt;адрес&gt;. Примерно в 10 часов 50 минут по указанной улице ехал автомобиль &lt;данные изъяты&gt; государственный регистрационный знак &lt;данные изъяты&gt; водитель которого двигался неуверенно, перемещаясь по всей проезжей части. На его требование водитель остановился у &lt;адрес&gt; указанной улицы. При проверке документов у него возникли подозрения, что водитель, который представился ФИО1, находится в состоянии алкогольного опьянения, так как из полости его рта исходил запах алкоголя и у него была нарушена речь. Было принято решение об отстранении ФИО1 от управления транспортным средством. Для этого были приглашены двое понятых, в присутствии которых был составлен протокол 36 УУ № 063813, а также было предложено ФИО1 добровольно пройти освидетельствование на состояние алкогольного опьянения. Водитель вел себя не конфликтно и добровольно подышал в имеющийся у них прибор -алкотектер «Юпитер». На дисплее прибора отразилось цифровое значение 0,631 мг/л, что означает состояние алкогольного опьянения. Он показал данное значение водителю, понятым и попросил их запомнить эту цифру. ФИО1 согласился с результатами освидетельствования. По имеющейся базе данных было установлено, что ФИО1 является лицом, имеющим не погашенную судимость по ст. 264.1 УК РФ . О выявленном преступлении он доложил в дежурную часть ОМВД России по Бобровскому району и дождался приезда оперативной группы (л.д. 75-77). Свидетель МР, показания которого были оглашены в порядке, предусмотренном ч.1 ст. 281 УПК РФ , в ходе проведения дознания показал, что 04.12.2019 года примерно в 10 часов 50 минут на &lt;адрес&gt; сотрудники ДПС попросили его поучаствовать в качестве понятого при проведении освидетельствования на состояние алкогольного опьянения водителя. Сотрудник ДПС представился СМ и пояснил, что у него имеются основания полагать, что находящийся перед ними водитель автомобиля &lt;данные изъяты&gt; ФИО1 находится в состоянии алкогольного опьянения, так как у него изо рта исходит сильный запах спиртного. Водитель был отстранен от управления транспортным средством, о чем был составлен протокол. После этого в его присутствии и в присутствии второго понятого сотрудник ДПС предложил ФИО1 пройти освидетельствование на состояние опьянения на месте при помощи алкотектора, имеющегося у сотрудников полиции. Водитель согласился и примерно в 10 часов 57 минут подышал в прибор. На дисплее прибора отразилась цифра 0,631 мг/л. Он ее запомнил, так как инспектор сделал на этом акцент, попросив запомнить показания алкотектора. После чего данные показания были занесены в протокол освидетельствования, который он и второй понятой подписали. Все данные инспектором ГИБДД были отражены правильно. ФИО1 прошел освидетельствование добровольно и в протоколе освидетельствования собственноручно написал, что согласен с результатом освидетельствования (л.д. 81-82). Свидетель КС, показания которого были оглашены в порядке, предусмотренном ч.1 ст. 281 УПК РФ , в ходе проведения дознания показал, что 04.12.2019 года примерно в 10 часов 50 минут на &lt;адрес&gt; сотрудники ДПС попросили его поучаствовать в качестве понятого при проведении освидетельствования на состояние алкогольного опьянения водителя автомобиля. Сотрудник ДПС СМ пояснил, что у него имеются основания полагать, что водитель автомобиля &lt;данные изъяты&gt; ФИО1 находится в состоянии алкогольного опьянения, так как у него изо рта исходит сильный запах спиртного. Водителя отстранили от управления транспортным средством, о чем составили протокол. После чего в его присутствии и в присутствии второго понятого ФИО1 добровольно прошел освидетельствование на состояние опьянения и продышал в алкотектор. На дисплее прибора отразилась цифра 0,631 мг/л, которую он запомнил по просьбе инспектора. Данные показания были занесены в протокол освидетельствования, который он, второй понятой и ФИО1 подписали. ФИО1 собственноручно написал, что согласен с результатом освидетельствования (л.д.84-85). Вина ФИО1 в совершении 08.12.2019 управления автомобилем лицом, находящимся в состоянии опьянения, имеющим судимость за совершение преступления, предусмотренного ст. 264.1 УК РФ , кроме собственного полного признания вины, подтверждается следующими доказательствами: - рапортом инспектора ОГИБДД ОМВД России по Бобровскому району ПА о том, что 08.12.2019 ФИО1 двигался на автомобиле &lt;данные изъяты&gt; государственный регистрационный знак &lt;данные изъяты&gt;, находясь в состоянии алкогольного опьянения, являясь лицом, имеющим судимость по ст. 264.1 УК РФ (л.д. 164); - протоколом 36 УУ № 063669 от 08.12.2019, согласно которому ФИО1 был отстранен от управления транспортным средством (л.д. 165); - актом освидетельствования на состояние алкогольного опьянения 36 АО № 007205 от 08.12.2019 и чеком алкотектора, согласно которым у ФИО1 установлено состояние алкогольного опьянения 1,174 мг/л в выдыхаемом им воздухе (л.д. 167,166); - постановлением по делу об административном правонарушении от 17.12.2019, согласно которому прекращено административное производство в отношении ФИО1 по ст. 12.8 КоАП РФ по факту управления транспортным средством 08.12.2019 в состоянии алкогольного опьянения, в связи с наличием в его действиях состава преступления, предусмотренного ст. 264.1 УК РФ (л.д. 177); - протоколом осмотра места происшествия от 09.12.2019 и фототаблицей к нему, согласно которым в ходе осмотра места происшествия был изъят автомобиль &lt;данные изъяты&gt; государственный регистрационный &lt;данные изъяты&gt; (л.д.168-171); - постановлением о производстве выемки от 26.12.2019 у ПА алкотектора «Юпитер» 001270 и свидетельства о его поверке (л.д.196); - протоколом выемки от 26.12.2019, согласно которому ПА выдал алкотектор «Юпитер» 001270 и свидетельство о его поверке (л.д. 197-199); - протоколом осмотра предметов от 26.12.2019 и фототаблицей к нему, согласно которому алкотектор «Юпитер» № 001270 и свидетельство о поверке на него были осмотрены и приобщены к материалам уголовного дела в качестве вещественных доказательств (л.д.200-203), а также показаниями свидетелей. Свидетель ПА, показания которого были оглашены в порядке, предусмотренном ч.1 ст. 281 УПК РФ , в ходе проведения дознания показал, что он работает в должности инспектора ДПС ОГИБДД ОМВД России по Бобровскому району. 08.12.2019 года в 16 часов он заступил на службу совместно с инспектором ДПС З Их рабочий экипаж оборудован прибором – алкотектором «Юпитер», заводской &lt;номер&gt;, который регулярно проходит технический осмотр. С целью профилактики безопасности дорожного движения 08.12.2019 года примерно в 23 часа 20 минут они дежурили в с. С. &lt;адрес&gt; у &lt;адрес&gt; указанного села. В это время он заметил, что на указанную улицу сворачивает автомобиль марки &lt;данные изъяты&gt;», который он остановил с целью проверки документов. Он представился и попросил представить документы. Водитель предоставил ему документы на автомобиль и пояснил, что водительское удостоверение он сдал после осуждения его по ст. 264.1 УК РФ . В это время он заметил, что водитель, представившийся ФИО1, находится в состоянии опьянения, т.к. имелся характерный запах спиртного изо рта. На его вопрос ФИО1 подтвердил, что действительно употребил алкоголь. Он пригласил понятых, в присутствии которых ФИО1 вновь сознался в употреблении алкогольных напитков. В 23 часа 30 минут он составил протокол об отстранении водителя от управления транспортным средством, который водитель и понятые прочли и подписали. После этого, в присутствии понятых, он предложил ФИО1 пройти освидетельствование на месте при помощи имеющегося у них алкотектора «Юпитер» № 001270, с чем он согласился. Результат освидетельствования показал состояние опьянения ФИО1 в размере 1,174 мг/л. Данные результаты были предъявлены понятым и ФИО1, отражены в составленном протоколе, который они прочли и подписали. По базе данных он установил, что водитель является лицом, имеющим судимость по ст. 264.1 УК РФ , в связи с чем, он доложил о преступлении в дежурную часть ОМВД России по Бобровскому району (л.д. 185-188). Свидетель КА, показания которого были оглашены в порядке, предусмотренном ч.1 ст. 281 УПК РФ , в ходе проведения дознания показал, что 08.12.2019 года примерно в 23 часа 25 минут на &lt;адрес&gt; сотрудники ДПС попросили его поучаствовать в качестве понятого при проведении освидетельствования на состояние алкогольного опьянения водителя. Сотрудник ДПС представился П и разъяснил ему и второму понятому М права понятых, предусмотренные законом. После чего он пояснил, что у него имеются основания полагать, что находящийся перед ними водитель автомобиля &lt;данные изъяты&gt;» ФИО1 находится в состоянии алкогольного опьянения, так как у него изо рта исходит сильный запах спиртного, в связи с чем он отстраняется от управления транспортным средством. Примерно в 23 часов 30 минут инспектор составил протокол об отстранении от управления транспортным средством и предложил ФИО1 пройти освидетельствование на состояние опьянения на месте при помощи имеющегося у него прибора – алкотектора. Во время того, когда ФИО1 продышал в прибор, он стоял рядом и видел, как на дисплее прибора отразилась цифра 1,174 мг/л, которую он запомнил по просьбе инспектора. Данные показания были занесены в протокол освидетельствования, который он и второй понятой заверили своими подписями. Все данные инспектором ГИБДД были отражены правильно. ФИО1 прошел освидетельствование добровольно и в протоколе освидетельствования собственноручно написал, что согласен с результатом освидетельствования и установлением факта его нахождения в состоянии алкогольного опьянения (л.д.210-211). Свидетель МН, показания которого были оглашены в порядке, предусмотренном ч.1 ст. 281 УПК РФ , в ходе проведения дознания показал, что 08.12.2019 года примерно в 23 часа 25 минут на &lt;адрес&gt; по просьбе сотрудников ДПС он участвовал в качестве понятого при проведении освидетельствования на состояние алкогольного опьянения водителя автомобиля. Сотрудник ДПС П разъяснил ему и второму понятому КА права понятых и пояснил, что у него есть основания полагать, что находящийся перед ними водитель автомобиля ИЖ –«Ода» ФИО1 находится в состоянии алкогольного опьянения, так как у него изо рта исходит запах спиртного. Примерно в 23 часов 30 минут инспектор составил протокол об отстранении водителя от управления автомобилем и предложил ему пройти освидетельствование на состояние опьянения на месте при помощи имеющегося у него прибора – алкотектора. Примерно в 23 часа 35 минут ФИО1 подышал в прибор. Он стоял рядом и видел, как на дисплее прибора отразилась цифра 1,174 мг/л, которую он запомнил. После чего данные показания прибора были правильно занесены в протокол освидетельствования, который он и второй понятой заверили своими подписями. ФИО1 прошел освидетельствование добровольно и в протоколе освидетельствования собственноручно написал, что согласен с результатом освидетельствования (л.д. 208-209). Вина В.Ю. в совершении 09.12.2019 управления автомобилем лицом, находящимся в состоянии опьянения, имеющим судимость за совершение преступления, предусмотренного ст. 264.1 УК РФ , кроме собственного полного признания вины, подтверждается следующими доказательствами: - рапортом инспектора ОГИБДД ОМВД России по Бобровскому району ВА, согласно которому 09.12.2019 ФИО1 управлял автомобилем &lt;данные изъяты&gt; государственный регистрационный знак &lt;данные изъяты&gt;, находясь в состоянии алкогольного опьянения, являясь лицом, имеющим судимость по ст. 264.1 УК РФ (л.д. 97,98); - протоколом 36 УУ № 063853 от 09.12.2019, согласно которому ФИО1 был отстранен от управления транспортным средством (л.д. 99); - актом освидетельствования на состояние алкогольного опьянения 36 АО № 007166 от 09.12.2019 и чеком алкотектора, согласно которым у ФИО1 установлено состояние алкогольного опьянения - 0,240 мг/л в выдыхаемом им воздухе (л.д. 100,101), - постановлением по делу об административном правонарушении от 16.12.2019, согласно которому прекращено административное производство в отношении ФИО1 по ст. 12.8 КоАП РФ по факту управления транспортным средством 09.12.2019 в состоянии алкогольного опьянения в связи с наличием в его действиях состава преступления, предусмотренного ст. 264.1 УК РФ (л.д. 117); - протоколом осмотра места происшествия от 09.12.2019 и фототаблицей к нему, согласно которым в ходе осмотра места происшествия был изъят автомобиль &lt;данные изъяты&gt; государственный регистрационный знак &lt;данные изъяты&gt; (л.д.104-108,109); - постановлением о производстве выемки от 14.01.2020, согласно которому у ВА необходимо изъять алкотектор «Юпитер» 003447 и свидетельство о его поверке (л.д.144-145); - протоколом выемки от 14.01.2020, согласно которому ВА выдал алкотектор «Юпитер» 003447 и свидетельство о его поверке (л.д. 146-148); - протоколом осмотра предметов от 14.01.2020 и фототаблицей к нему, согласно которым алкотектор «Юпитер» № 003447 и свидетельство о его поверке осмотрены и приобщены к материалам уголовного дела в качестве вещественных доказательств (л.д.149-151), а также показаниями свидетелей. Свидетель ВА, показания которого были оглашены в порядке, предусмотренном ч.1 ст. 281 УПК РФ , в ходе проведения дознания показал, что 09.12.2019 года в 08 часов он заступил на службу совместно с инспектором ДПС З Их рабочий экипаж оборудован прибором – алкотектором «Юпитер», заводской номер 003447, который регулярно проходит технический осмотр. С целью профилактики безопасности дорожного движения их экипаж дежурил в г. Бобров Воронежской области. В 10 часов 40 минут они находились на &lt;адрес&gt;. В это время по указанной улице двигался автомобиль &lt;данные изъяты&gt; государственный регистрационный знак &lt;данные изъяты&gt;&lt;данные изъяты&gt;. В связи с тем, что водитель управлял автомобилем неуверенно, он был остановлен у &lt;адрес&gt; А. Водитель представился ФИО1 и на его просьбу представить документы на транспортное средство и водительское удостоверение, пояснил, что лишен водительских прав. В ходе беседы он заметил, что водитель находится в состоянии опьянения, а именно имеет характерные признаки - запах спиртного изо рта, невнятную речь. На его вопрос ФИО1 подтвердил факт употребления спиртных напитков. После этого он пригласил ФИО1 пройти к служебному автомобилю для прохождения освидетельствования на состояние опьянения в присутствии понятых, которых он пригласил. В 10 часов 50 минут он составил протокол об отстранении ФИО1 от управления транспортным средством и предложил ему пройти освидетельствование на месте при помощи имеющегося у него алкотектора «Юпитер» № 003447, с чем водитель согласился. В присутствии понятых водитель продул указанный прибор. Результат освидетельствования показал состояние опьянения ФИО1 в размере 0,240 мг/л. Данные результаты были занесены в составленный протокол, который был предъявлен понятым и ФИО1 (л.д.141-143). Свидетель ЕС, показания которого были оглашены в порядке, предусмотренном ч.1 ст. 281 УПК РФ , в ходе проведения дознания показал, что 09.12.2019 года примерно в 10 часов 40 минут на &lt;адрес&gt; сотрудники ДПС попросили его поучаствовать в качестве понятого при проведении освидетельствования на состояние алкогольного опьянения водителя автомобиля. Сотрудник ДПС представился ВА и разъяснил ему и второму присутствующему понятому ЕА права понятых. Затем сотрудник ДПС пояснил, что имеются основания полагать, что водитель ФИО1 находится в состоянии алкогольного опьянения, так как у него изо рта исходит сильный запах спиртного. Примерно в 10 часов 50 минут инспектор составил протокол об отстранении его от управления транспортным средством. После чего, в его присутствии и в присутствии второго понятого сотрудник ДПС предложил ФИО1 пройти освидетельствование на состояние опьянения на месте при помощи прибора – алкотектора. Водитель согласился и примерно в 11 часов 01 минуту подышал в прибор. Он стоял рядом и видел, что на дисплее прибора отразилась цифра 0,240 мг/л, которую он запомнил по просьбе инспектора. Данные показания были занесены в протокол освидетельствования, который они понятые подписали, т.к. в нем все было верно отражено. ФИО1 прошел освидетельствование добровольно и в протоколе освидетельствования собственноручно написал, что согласен с результатом освидетельствования (л.д. 135-136). Свидетель ЕА, показания которого были оглашены в порядке, предусмотренном ч.1 ст. 281 УПК РФ , в ходе проведения дознания показал, что 09.12.2019 года примерно в 10 часов 40 минут на &lt;адрес&gt; сотрудники ДПС попросили его поучаствовать в качестве понятого при проведении освидетельствования на состояние алкогольного опьянения водителя ФИО1 Перед этим сотрудник ВА разъяснил ему и второму понятому ЕА их права. После чего он пояснил, что у него имеются основания полагать, что водитель автомобиля ИЖ «Ода» ФИО1 находится в состоянии алкогольного опьянения, так как у него изо рта исходит сильный запах спиртного. Был составлен протокол об отстранении водителя от управления транспортным средством. Сотрудник в их присутствии предложил ФИО1 пройти освидетельствование на состояние опьянения на месте при помощи имеющегося у него прибора – алкотектора, с чем водитель согласился и добровольно подышал в прибор. Во время освидетельствования ФИО1 он стоял рядом и видел, как на дисплее прибора отразилась цифра 0,240 мг/л. Показания прибора были занесены в протокол освидетельствования, который он, второй понятой и ФИО1, который был согласен с результатами освидетельствования, заверили своими подписями (л.д. 138-139). Кроме того, вина ФИО1 в совершении 04.12.2019, 08.12.2019, 09.12.2019 управления автомобилем лицом, находящимся в состоянии опьянения, имеющим судимость за совершение преступления, предусмотренного ст. 264.1 УК РФ , кроме собственного полного признания вины, а также вышеизложенных и проанализированных доказательств, подтверждается следующими доказательствами: - приговором мирового судьи судебного участка №2 в Бобровском судебном районе Воронежской области от 01.02.2017, вступившим в законную силу 14.02.2017 года, согласно которому ФИО1 был признан виновным в совершении преступления, предусмотренного ст. 264.1 УК РФ , и ему было назначено наказание в виде 1 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2 года ( л.д. 46-47); - приговором мирового судьи судебного участка №2 в Бобровском судебном районе Воронежской области от 22.06.2017, вступившим в законную силу 04.07.2017 года, согласно которому ФИО1 был признан виновным в совершении преступления, предусмотренного ст. 264.1 УК РФ , и ему, с применением ч. 5 ст. , ч. 4 ст. 69 УК РФ , путем частичного сложения назначенного дополнительного наказания с не отбытым дополнительным наказанием по приговору мирового судьи судебного участка № 2 в Бобровском судебном районе от 01.02.2017 окончательное наказание назначено в виде 1 года лишения свободы, условно, с испытательным сроком 1 год, с лишением права заниматься деятельностью, связанной с управлением транспортными средствами, на срок 3 года (л.д.48-49); -справкой начальника филиала по Бобровскому району ФКУ УИИ УФСИН России по Воронежской области, согласно которой ФИО1 состоит на учете по приговору мирового судьи с/у №2 от 22.06.2017, конец срока 03.07.2020 (л.д. 51); - протоколом осмотра предметов от 20.01.2020, согласно которому автомобиль &lt;данные изъяты&gt; государственный регистрационный знак &lt;данные изъяты&gt; осмотрен и приобщен к материалам уголовного дела в качестве вещественного доказательства (л.д. 212-214), а также показаниями свидетеля ГЕ Свидетель ГЕ, показания которой были оглашены в порядке, предусмотренном ч.1 ст. 281 УПК РФ , в ходе проведения дознания показала, что у нее в собственности имеется автомобиль &lt;данные изъяты&gt; государственный регистрационный знак &lt;данные изъяты&gt;, который она неоднократно давала в пользование своему знакомому и дальнему родственнику ФИО1 04.12.2019 ФИО1 позвонил ей и сообщил, что он управлял ее автомобилем в состоянии алкогольного опьянения и его в Боброве остановили сотрудники ГИБДД, которые изъяли автомобиль. В последствии автомобиль ей передали на хранение. 08.12.2019 днем она вновь разрешила ФИО1 взять свой автомобиль, но предупредила, чтобы он за руль пьяным не садился. В этот же день поздно вечером ей снова позвонили сотрудники полиции, от которых она узнала, что ФИО1 был остановлен в с. Семено-Александровка в пьяном виде за рулем ее автомобиля. Она сразу же приехала на место и забрала свою машину по сохранной расписке. Однако на следующий день ФИО1 снова был остановлен сотрудниками ГИБДД за управление автомобилем в состоянии алкогольного опьянения (л.д.209-210). Исследовав и оценив представленные доказательства, которые соответствуют требованиям относимости, допустимости и достоверности, суд считает их в совокупности достаточными для разрешения уголовного дела и признания доказанной вины подсудимого в совершении инкриминируемых ему преступлений. У суда не имеется оснований ставить под сомнение правдивость и достоверность вышеизложенных показаний свидетелей, а также не доверять им, поскольку они изначально последовательны, на настоящее время ничем не опорочены и не опровергнуты. Кроме того, их показания согласуются с другими доказательствами, собранными по делу в ходе дознания, исследованными в судебном заседании и изложенными в данном приговоре выше, в том числе и с показаниями подсудимого. Неприязненных отношений между свидетелями и подсудимым не было. Оснований для оговора подсудимого указанными лицами судом не установлено. Противоречий в их показаниях, имеющих существенное значение для квалификации деяний подсудимого, судом не установлено. Таким образом, суд считает доказанной вину ФИО1 в совершении: 04.12.2019 управления автомобилем лицом, находящимся в состоянии опьянения, имеющим судимость за совершение преступления, предусмотренного ст. 264.1 УК РФ ; 08.12.2019 управления автомобилем лицом, находящимся в состоянии опьянения, имеющим судимость за совершение преступления, предусмотренного ст. 264.1 УК РФ ; 09.12.2019 управления автомобилем лицом, находящимся в состоянии опьянения, имеющим судимость за совершение преступления, предусмотренного ст. 264.1 УК РФ и квалифицирует его действия, соответственно, по ст. 264.1 УК РФ , ст. 264.1 УК РФ , ст. 264.1 УК РФ . При назначении наказания подсудимому суд учитывает характер и степень общественной опасности совершенных преступлений, каждое из которых в силу ч. 2 ст. 15 УК РФ относится к категории небольшой тяжести, личность виновного, обстоятельства, смягчающие и отягчающие его наказание, влияние назначенного наказания на исправление осужденного и условия жизни его семьи. Суд принимает во внимание, что ФИО1 совершил умышленные преступления небольшой тяжести, будучи судимым за умышленное тяжкое преступление, поэтому согласно ч.1 ст. 18 УК РФ в его действиях по каждому из совершенных преступлений содержится рецидив преступлений, что на основании п. «а» ч.1 ст. 63 УК РФ суд учитывает в качестве обстоятельств, отягчающих наказание ФИО1 С учетом изложенного, наказание ФИО1 за каждое из совершенных им преступлений должно быть назначено по правилам ч.1,2 ст. 68 УК РФ в виде лишения свободы. В качестве обстоятельств, смягчающих наказание ФИО1, в соответствии с ч.2 ст. 61 УК РФ , за каждое из совершенных им преступлений, суд учитывает полное признание вины, раскаяние в содеянном, нахождение на иждивении двоих несовершеннолетних детей, в том числе одного малолетнего (смягчающее обстоятельство, предусмотренное п. «г» ч. 1 ст. 61 УК РФ ), удовлетворительную характеристику по месту жительства, а также то, что на учете у врача психиатра и нарколога он не состоит. Каких-либо исключительных обстоятельств, связанных с целями и мотивами преступлений, совершенных подсудимым, его поведением после совершения преступлений, которые могли бы существенным образом уменьшить общественную опасность совершенных преступлений и могли бы быть признаны основаниями для применения при назначении наказания положений ст. 64 УК РФ , ч.3 ст. 68 УК РФ нет. Обстоятельства, дающие основание для постановления приговора без назначения наказания или освобождения от наказания, также не усматриваются. Учитывая, что ФИО1 по состоянию на 20.02.2020г. не отбыл 04 месяца 13 дней дополнительного наказания в виде лишения права заниматься деятельностью, связанной с управлением транспортными средствами, по приговору мирового судьи судебного участка №2 в Бобровском судебном районе Воронежской области от 22.06.2017 окончательное наказание ему должно быть назначено по правилам ч.4 ст. , ч. 5. ст. 70 УК РФ . В соответствии с п. «в» ч.1 ст. 58 УК РФ отбывание наказания в виде лишения свободы должно быть назначено ФИО1 в исправительной колонии строгого режима. В соответствии с п.6 ч.3 ст. 81 УПК РФ вещественные доказательства – автомобиль &lt;данные изъяты&gt; государственный регистрационный знак &lt;данные изъяты&gt;, находящийся на хранении у ГЕ (л.д.224), суд считает необходимым оставить по принадлежности последней; алкотектор «Юпитер» № 003447, свидетельство о поверке на прибор алкотектор «Юпитер» № 003447 (л.д.155,156), алкотектор «Юпитер» № 001270, свидетельство о поверке на прибор алкотектор «Юпитер» № 001270 (л.д.206,207), переданные на хранение в ОГИБДД ОМВД России по Бобровскому району, суд считает необходимым оставить по принадлежности в ОГИБДД ОМВД России по Бобровскому району. Учитывая, что в рассмотрении данного уголовного дела в качестве защитника подсудимого ФИО1 участвовала адвокат адвокатской консультации Бобровского района ВОКА Ильичева Н.А., которая была занята выполнением своих обязанностей в суде на протяжении 3 дней судебного заседания – 13.02.2020, 19.02.2020, 20.02.2020, оплата ее труда по защите подсудимого в соответствии с постановлением Правительства РФ № 1240 от 01.12.2012 с учетом изменений, внесенных в него постановлением Правительства РФ от 02.10.2018 № 1169, совместным приказом Министерства юстиции РФ № 174 и Министерства финансов РФ № 122н от 05 сентября 2012 года с учетом степени сложности данного уголовного дела составляет 1680 рублей за один день занятости, а всего 5040 рублей, которые подлежат возмещению ВОКА в соответствии со ст. , , , 132 УПК РФ за счёт средств федерального бюджета. В ходе производства дознания в качестве защитника ФИО1 по назначению участвовал адвокат адвокатской консультации Бобровского района ВОКА Ильичева Н.А., которой в соответствии со статьями , , , 132 УПК РФ была произведена оплата за счёт средств федерального бюджета в сумме 6880 рублей (л.д. 61-63). Вышеуказанные процессуальные издержки в общей сумме 11920 руб., связанные с оплатой за счет средств федерального бюджета труда защитника ФИО1 адвоката Ильичевой Н.А. по назначению, произведенных в ходе дознания и в судебном заседании, подлежат взысканию с ФИО1 в доход государства. На основании изложенного и, руководствуясь ст.ст. , , и 309 УПК РФ , суд ПРИГОВОРИЛ: Признать ФИО1 виновным в совершении преступлений, предусмотренных ст. 264.1 УК РФ , ст. 264.1 УК РФ , ст. 264.1 УК РФ , и назначить ему наказание: по ст. 264.1 УК РФ (преступление, совершенное &lt;дата&gt;) – 1(ОДИН) год лишения свободы, с лишением права заниматься деятельностью, связанной с управлением транспортными средствами, на срок 2 (два) года; по ст. 264.1 УК РФ (преступление, совершенное &lt;дата&gt;) - 1(ОДИН) год лишения свободы, с лишением права заниматься деятельностью, связанной с управлением транспортными средствами, на срок 2 (два) года; по ст. 264.1 УК РФ (преступление, совершенное &lt;дата&gt;) - 1(ОДИН) год лишения свободы, с лишением права заниматься деятельностью, связанной с управлением транспортными средствами, на срок 2 (два) года. На основании ч.2, ч.4 ст. 69 УК РФ по совокупности преступлений путем частичного сложения назначенных наказаний назначить ФИО1 наказание в виде 1 (одного) года 6(ШЕСТИ) месяцев лишения свободы, с лишением права заниматься деятельностью, связанной с управлением транспортными средствами, на срок 2 (два) года 10 (десять) месяцев. На основании ст. , ч. 4 ст. 69 УК РФ по совокупности приговоров к назначенному наказанию частично присоединить не отбытое дополнительное наказание в виде лишения права заниматься деятельностью, связанной с управлением транспортными средствами, назначенное по приговору мирового судьи судебного участка №2 в Бобровском судебном районе Воронежской области от 22.06.2017, и окончательное наказание ФИО1 определить в виде 1 (ОДНОГО) года 6(ШЕСТИ) месяцев лишения свободы, с отбыванием назначенного наказания в исправительной колонии строгого режима, с лишением права заниматься деятельностью, связанной с управлением транспортными средствами, на срок 3(ТРИ) года. Меру пресечения ФИО1 в виде подписки о невыезде и надлежащем поведении изменить на заключение под стражу, взяв его под стражу в зале суда. Срок отбывания наказания ФИО1 исчислять с 20.02.2020, засчитав ему в этот срок время содержания под стражей с 20.02.2020г. до вступления приговора в законную силу в соответствии с положениями ч.3.1ст. 72 УК РФ из расчета один день за один день отбывания наказания в исправительной колонии строгого режима. Вещественные доказательства – автомобиль &lt;данные изъяты&gt; государственный регистрационный знак &lt;данные изъяты&gt; находящийся на хранении у ГЕ (л.д.224), оставить по принадлежности ГЕ; алкотектор «Юпитер» &lt;номер&gt;, свидетельство о поверке на прибор алкотектор «Юпитер» № 003447 (л.д.155,156), алкотектор «Юпитер» № 001270, свидетельство о поверке на прибор алкотектор «Юпитер» № 001270 (л.д.206,207), хранящиеся в ОГИБДД ОМВД России по Бобровскому району, оставить по принадлежности в ОГИБДД ОМВД России по Бобровскому району. Оплату расходов в сумме 5040(пять тысяч сорок) рублей 00 копеек по вознаграждению адвоката адвокатской консультации Бобровского района ВОКА Ильичевой Н.А., осуществлявшей защиту по назначению ФИО1 в судебных заседаниях по уголовному делу № 1-21/2020 (банковские реквизиты: Наименование получателя ВОКА ИНН &lt;***&gt;, КПП 366401001 р\с &lt;***&gt;, Наименование банка: Центрально-Черноземный банк ПАО СБЕРБАНК, г. Воронеж, к\с 30101810600000000681, БИК 042007681), произвести за счет средств федерального бюджета. Взыскать с ФИО1 в доход федерального бюджета 11920 (одиннадцать тысяч девятьсот двадцать) рублей 00 копеек в возмещение процессуальных издержек государства по оплате труда его защитника, произведенных за счет средств федерального бюджета в ходе дознания и в суде. Копию приговора в части выплаты судебных расходов направить для исполнения в Управление Судебного департамента в Воронежской области, для сведения адвокату Ильичевой Н.А. Приговор может быть обжалован в апелляционном порядке в судебную коллегию по уголовным делам Воронежского областного суда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 течение 10 суток со дня провозглашения приговора, а осужденный, содержащийся под стражей, - в тот же срок со дня вручения ему копии приговора, вправе ходатайствовать о своем участии в рассмотрении уголовного дела судом апелляционной инстанции, о чем он должен указать в своей апелляционной жалобе. В случае принесения апелляционного представления или апелляционной жалобы, затрагивающих интересы осужденного, осужденный в течение 10 суток со дня вручения ему копии указанных документов также вправе ходатайствовать о своем участии в рассмотрении уголовного дела судом апелляционной инстанции, о чем он должен указать в своих возражениях на апелляционное представление или апелляционную жалобу. Председательствующий судья Васильева Т.Б. Суд: Бобровский районный суд (Воронежская область) (подробнее) Судьи дела: Васильева Татьяна Борисовна (судья) (подробнее) Последние документы по делу: Приговор от 28 июля 2020 г. по делу № 1-21/2020 Приговор от 26 июля 2020 г. по делу № 1-21/2020 Приговор от 9 июля 2020 г. по делу № 1-21/2020 Приговор от 26 мая 2020 г. по делу № 1-21/2020 Постановление от 24 мая 2020 г. по делу № 1-21/2020 Приговор от 18 мая 2020 г. по делу № 1-21/2020 Апелляционное постановление от 23 апреля 2020 г. по делу № 1-21/2020 Приговор от 26 февраля 2020 г. по делу № 1-21/2020 Приговор от 25 февраля 2020 г. по делу № 1-21/2020 Приговор от 19 февраля 2020 г. по делу № 1-21/2020 Приговор от 19 февраля 2020 г. по делу № 1-21/2020 Приговор от 19 февраля 2020 г. по делу № 1-21/2020 Постановление от 13 февраля 2020 г. по делу № 1-21/2020 Приговор от 12 февраля 2020 г. по делу № 1-21/2020 Приговор от 12 февраля 2020 г. по делу № 1-21/2020 Приговор от 6 февраля 2020 г. по делу № 1-21/2020 Постановление от 2 февраля 2020 г. по делу № 1-21/2020 Постановление от 2 февраля 2020 г. по делу № 1-21/2020 Приговор от 30 января 2020 г. по делу № 1-21/2020 Постановление от 22 января 2020 г. по делу № 1-21/2020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