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Иные лица: прокурор Хохольского района (подробнее) Судьи дела: Митусов Николай Алексеевич (судья) (подробнее) Последние документы по делу: Приговор от 28 июля 2020 г. по делу № 1-21/2020 Приговор от 26 июля 2020 г. по делу № 1-21/2020 Приговор от 9 июля 2020 г. по делу № 1-21/2020 Приговор от 26 мая 2020 г. по делу № 1-21/2020 Постановление от 24 мая 2020 г. по делу № 1-21/2020 Приговор от 18 мая 2020 г. по делу № 1-21/2020 Апелляционное постановление от 23 апреля 2020 г. по делу № 1-21/2020 Приговор от 26 февраля 2020 г. по делу № 1-21/2020 Приговор от 25 февраля 2020 г. по делу № 1-21/2020 Приговор от 19 февраля 2020 г. по делу № 1-21/2020 Приговор от 19 февраля 2020 г. по делу № 1-21/2020 Приговор от 19 февраля 2020 г. по делу № 1-21/2020 Постановление от 13 февраля 2020 г. по делу № 1-21/2020 Приговор от 12 февраля 2020 г. по делу № 1-21/2020 Приговор от 12 февраля 2020 г. по делу № 1-21/2020 Приговор от 6 февраля 2020 г. по делу № 1-21/2020 Постановление от 2 февраля 2020 г. по делу № 1-21/2020 Постановление от 2 февраля 2020 г. по делу № 1-21/2020 Приговор от 30 января 2020 г. по делу № 1-21/2020 Постановление от 22 января 2020 г. по делу № 1-21/2020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