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ФИО1, обвиняемого в совершении преступления, предусмотренного пунктом «г» части 2 статьи Уголовного кодекса Российской Федерации, по основаниям статьи 28 Уголовно-процессуального кодекса Российской Федерации в связи с деятельным раскаянием.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- подписку о невыезде и надлежащем поведении - в отношении ФИО1 отменить.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ФИО1, представителю потерпевшего Ф, прокурору Галичской межрайонной прокуратуры. Настоящее постановление может быть обжаловано в Костромской областной суд через Галичский районный суд в течение 10 суток со дня его вынесения. Судья А.Н.Лыткина Суд: Галичский районный суд (Костромская область) (подробнее) Судьи дела: Лыткина А.Н. (судья) (подробнее) Последние документы по делу: Постановление от 15 июля 2020 г. по делу № 1-27/2020 Апелляционное постановление от 1 июня 2020 г. по делу № 1-27/2020 Приговор от 25 мая 2020 г. по делу № 1-27/2020 Приговор от 12 мая 2020 г. по делу № 1-27/2020 Постановление от 12 мая 2020 г. по делу № 1-27/2020 Постановление от 12 мая 2020 г. по делу № 1-27/2020 Приговор от 28 апреля 2020 г. по делу № 1-27/2020 Приговор от 25 февраля 2020 г. по делу № 1-27/2020 Постановление от 19 февраля 2020 г. по делу № 1-27/2020 Приговор от 17 февраля 2020 г. по делу № 1-27/2020 Приговор от 12 февраля 2020 г. по делу № 1-27/2020 Приговор от 25 января 2020 г. по делу № 1-27/2020 Приговор от 20 января 2020 г. по делу № 1-27/2020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