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02.12.2016 мировым судьей судебного участка №9 по Альметьевскому судебному району Республики Татарстан по ст. 264.1 УК РФ к 10 месяцам лишения свободы, с применением ст. 73 УК РФ , условно с испытательным сроком на 1 год и 6 месяцев с лишением права управления транспортными средствами на срок 3 года, постановлением Альметьевского городского суда Республики Татарстан от 17.01.2018 испытательный срок продлен на 1 месяц, снят с учета 02.07.2018 по истечению испытательного срока;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05.03.2019 Альметьевским городским судом Республики Татарстан по ст. 264.1 УК РФ , с применением ст. 70 УК РФ к обязательным работам на срок 460 часов с лишением права управления транспортными средствами на срок 3 года, снят с учета 28.08.2019 по отбытию срока наказания в виде обязательных работ, конец срока наказания в виде лишения права управления транспортными средствами – 15.03.2022;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13.12.2019 Альметьевским городским судом Республики Татарстан ч. 3 ст. п. «а» ч. 2 ст. 158 УК РФ к 1 году 6 месяцам лишения свободы, с применением ст. 73 УК РФ , условно с испытательным сроком 2 года. Приговор от 05.03.2019 постановлено исполнять самостоятельно. Приговор вступил в законную силу 24.12.2019. - обвиняемого в совершении преступлений, предусмотренных частью 1 статьи , статьёй 264.1 УК РФ ; У С Т А Н О В И Л: 18 декабря 2019 года в период времени с 00 часов 30 минут до 02 часов 00 минут ФИО1, находясь в состоянии алкогольного опьянения, во дворе своего &lt;адрес&gt;, через открытую дверь, проник в салон автомобиля марки «Лада Приора» за государственным регистрационным знаком №, при помощи ключа через замок зажигания привёл в работу двигатель автомобиля и неправомерно завладел данным автомобилем, принадлежащим Потерпевший №1 Далее ФИО1 проследовал на данном автомобиле от своего &lt;адрес&gt; до автодороги «&lt;данные изъяты&gt;», на расстоянии 3 километров от &lt;адрес&gt;, и, не справившись с управлением, совершил съезд в кювет, где был задержан сотрудниками ГИБДД. Кроме того, ФИО1 приговором мирового судьи судебного участка № 9 по Альметьевскому судебному району Республики Татарстан от 02 декабря 2016 года, вступившим в законную силу 13 декабря 2016 года, был осужден по ст. 264.1 УК РФ и ему назначено наказание в виде лишения свободы на 10 месяцев условно с испытательным сроком на 1 год 6 месяцев, с лишением права заниматься деятельностью, связанной с управлением транспортными средствами сроком на 3 года. Приговором Альметьевского городского суда Республики Татарстан от 05 марта 2019 года, вступившим в законную силу 16 марта 2019 года, ФИО1 был осужден по ст. 264.1 , ст. 70 УК РФ и ему назначено наказание в виде обязательных работ сроком на 460 часов с лишением права заниматься деятельностью, связанной с управлением транспортными средствами сроком на 3 года. 18 декабря 2019 года в период времени с 00 часов 30 минут до 02 часов 00 минут, ФИО1, находясь в состоянии опьянения, управляя автомобилем марки «Лада Приора» за государственным регистрационным знаком № проследовал на нём от &lt;адрес&gt; до автодороги «&lt;данные изъяты&gt;» 3 километра + 300 метров, на расстоянии 3 километров от &lt;адрес&gt; (долгота &lt;данные изъяты&gt; - широта &lt;данные изъяты&gt;), в 02 часа 00 минут совершил съезд в кювет и был задержан сотрудника ГИБДД.От освидетельствования на состояние опьянения и от прохождения медицинского освидетельствования в медицинском учреждении ФИО1 отказался. Действия ФИО1 суд квалифицирует по части 1 статьи 166 УК РФ , как неправомерное завладение автомобилем без цели хищения (угон) и по статье 264.1 УК РФ , как управление автомобилем лицом, находящимся в состоянии опьянения, имеющим судимость за совершение преступления, предусмотренного статьёй 264.1 УК РФ . Подсудимый ФИО1 виновным себя в предъявленном обвинении признал полностью и в присутствии своего защитника, после консультации с ним, заявил ходатайство о постановлении приговора в особом порядке без проведения судебного разбирательства. Государственный обвинитель и защитник в судебном заседании, а также потерпевший по окончании производства дознания, не возражали постановлению приговора без проведения судебного разбирательства. Поскольку подсудимый ФИО1 добровольно заявил ходатайство о применении особого порядка судебного разбирательства, был проконсультирован защитником по данному поводу, осознает характер и последствия заявленного им ходатайства, преступления, в которых обвиняется подсудимый, относятся к категории преступлений небольшой и средней тяжести, суд считает, что условия, необходимые для постановления приговора без проведения судебного разбирательства соблюдены. Дознание по настоящему уголовному делу произведено в сокращенной форме. Обвинение, с которым согласился подсудимый, является обоснованным, подтверждается следующими доказательствами: - заявлением Потерпевший №1 КУСП №30986 от 18 декабря 2019 года (л.д.9), - протоколом осмотра места происшествия от 18 декабря 2019 года (л.д. 10), - протоколом осмотра места происшествия от 18 декабря 2019 года (л.д. 12), - протоколом выемки от 10 января 2020 года (л.д. 112-113). - протоколом выемки от 14 января 2020 года (л.д. 133), - протоколом осмотра предметов (документов) от 14 января 2019 года (Л.д.134-138), - протоколом выемки от 14 января 2020 года (л.д. 145-146), - протоколом осмотра предметов (документов) от 14 января 2019 года (Л.д.147-149), - вещественными доказательствами (л.д.151-153), - рапортом об обнаружении признаков преступления КУСП №30919 от18 декабря 20 года (л.д.20), - протоколом 16 ОТ № 177038 от 18 декабря 2019 года об отстранении от управления транспортным средством (л.д.21), - актом 16 АО №104133 от 18 декабря 2019 года освидетельствования на состояние опьянения (л.д. 22), - чеком алкотектора «PRO-100 touch-К» номер прибора 904376 от 18 декабря 2019 года (л.д.23), - протоколом 16 03 № 00061043 от 18 декабря 2019 года о направлениина медицинское освидетельствование на состояние опьянения (л.д. 25), - протоколом 16 РТ № 01623872 от 18 декабря 2019 года об административном правонарушении по ч. 1 ст. 12.26 КоАП РФ (л.д.26), - протоколом 16 СТ №0398921 от 18 декабря 2019 года о задержании транспортного средства (л.д.27), - актом №1006 от 18 декабря 2019года медицинскогоосвидетельствования на состояние опьянения (л.д.30) - постановлением о прекращении дела об административном правонарушении от 18 декабря 2019 года (л.д.32), - справкой из ИАЗ ОГИБДД отдела МВД России по Альметьевскому району (л.д.36), - протоколами допроса подозреваемого ФИО1 (л.д.125-128), потерпевшего Потерпевший №1 (100-101), свидетелей ФИО6 (102-104), ФИО7 (л.д.107-109), ФИО8 (л.д.105-106), ФИО9 (л.д.129-130). Обстоятельствами, смягчающими наказание подсудимому, суд учитывает признание вины и раскаяние в содеянном, состояние его здоровья и здоровья его близких лиц, наличие двоих малолетних детей. Обстоятельств, отягчающих наказание подсудимому, судом не установлено. С учетом характера совершенных преступлений и степени их общественной опасности, а также данных о личности подсудимого, суд считает, что наказание ФИО1 должно быть назначено только в виде реального лишения свободы и без изменения категории преступления, предусмотренного ч.1 ст. 166 УК РФ . Другие виды наказания, по мнению суда, не достигнут цели исправления. По этим же основаниям суд считает необходимым на основании части 4 статьи УК РФ отменить условное осуждение по предыдущему приговору. На основании изложенного и, руководствуясь статьями 226.9 , 316 УПК РФ , суд П Р И Г О В О Р И Л: ФИО1 &lt;данные изъяты&gt; признать виновным в совершении преступлений, предусмотренных частью 1 статьи и статьёй 264.1 УК РФ и назначить ему наказания: - по части 1 статьи 166 УК РФ в виде лишения свободы сроком на 1 (один) год 8 (восемь) месяцев; - по статье 264.1 УК РФ в виде лишения свободы сроком на 6 (шесть) месяцев с лишением права заниматься деятельностью, связанной с управлением транспортными средствами на срок 2 (два) года 6 (шесть) месяцев. На основании части 2 статьи 69 УК РФ путем частичного сложения назначенных наказаний окончательное наказание по совокупности преступлений ФИО1 &lt;данные изъяты&gt; в виде лишения свободы сроком на 2 (два) года с лишением права заниматься деятельностью, связанной с управлением транспортными средствами, на срок 2 (два) года 6 (шесть) месяцев. На основании части 4 статьи УК РФ отменить условное осуждение в отношении ФИО1 по приговору Альметьевского городского суда Республики Татарстан от 13.12.2019. На основании статьи 70 УК РФ к назначенному по настоящему приговору наказанию частично присоединить неотбытую часть наказания по приговору Альметьевского городского суда Республики Татарстан от 13.12.2019, а также неотбытую часть дополнительного наказания по приговору Альметьевского городского суда Республики Татарстан от 05.03.2019 и окончательное наказание по совокупности приговоров ФИО1 &lt;данные изъяты&gt; назначить в виде лишения свободы сроком на 2 (два) года 5 (пять) месяцев с отбыванием наказания в колонии-поселении с лишением права заниматься деятельностью, связанной с управлением транспортными средствами на срок 3 (три) года. Меру пресечения ФИО1 в виде подписки о невыезде и надлежащем поведении до вступления приговора в законную силу оставить без изменения. Согласно ст. 75.1 УИК РФ территориальному органу уголовно-исполнительной инспекции не позднее 10 суток со дня получения ими копии приговора, выдать осужденному предписание о направлении его к месту отбывания наказания и обеспечить его направление в колонию-поселение. Возложить на осужденного ФИО1 обязанность незамедлительно явиться по вызову территориального органа уголовно-исполнительной системы, исполнить полученное предписание о направлении к месту отбывания наказания, куда следовать самостоятельно. Срок наказания в виде лишения свободы ФИО1 исчислять со дня прибытия в колонию-поселение. Зачесть в срок отбытия наказания время следования осужденного к месту отбывания наказания. Вещественные доказательства: документы, DVD-диск – хранить в уголовном деле, свидетельство о регистрации транспортного средства 16 58 № от 27.06.2018, страховой полис серии ХХХ № от ДД.ММ.ГГГГ, паспорт транспортного средства 63 МР №, автомобиль марки «Лада Приора» за государственным регистрационным знаком №, – оставить у потерпевшего Потерпевший №1. Приговор может быть обжалован в апелляционном порядке в Верховный суд Республики Татарстан через Альметьевский городской суд в течение 10 суток со дня провозглашения, с соблюдением требований ст. 317 УПК РФ . В случае подачи апелляционной жалобы осужденный вправе ходатайствовать о своем участии в рассмотрении дела судом апелляционной инстанции. Судья: подпись Суд: Альметьевский городской суд (Республика Татарстан ) (подробнее) Судьи дела: Хурматуллин Р.А. (судья) (подробнее) Последние документы по делу: Приговор от 16 ноября 2020 г. по делу № 1-94/2020 Приговор от 9 ноября 2020 г. по делу № 1-94/2020 Приговор от 5 ноября 2020 г. по делу № 1-94/2020 Приговор от 5 октября 2020 г. по делу № 1-94/2020 Приговор от 1 октября 2020 г. по делу № 1-94/2020 Приговор от 16 сентября 2020 г. по делу № 1-94/2020 Приговор от 30 июля 2020 г. по делу № 1-94/2020 Приговор от 20 июля 2020 г. по делу № 1-94/2020 Приговор от 18 мая 2020 г. по делу № 1-94/2020 Приговор от 14 мая 2020 г. по делу № 1-94/2020 Приговор от 28 февраля 2020 г. по делу № 1-94/2020 Приговор от 19 февраля 2020 г. по делу № 1-94/2020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