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Псковским городским судом &lt;адрес&gt; по ч. 2 ст. 228 УК РФ , ч. 1 ст. 159 УК РФ и ч. 1 ст. 158 УК РФ , на основании ч. 3 ст. 69 УК РФ , по совокупности преступлений, путем частичного сложения наказаний, назначено наказание в виде лишения свободы на срок 5 лет. В соответствии с п. «в» ч. 7 ст. 79 УК РФ условно-досрочное освобождение отменено. На основании ст. 70 УК РФ , по совокупности приговоров, к назначенному наказанию частично присоединена неотбытая часть наказания по приговору Пушкиногорского районного суда &lt;адрес&gt; от ДД.ММ.ГГГГ, окончательно назначено наказание в виде лишения свободы на срок 5 лет 6 месяцев с отбыванием наказания в колонии строгого режима. ДД.ММ.ГГГГ апелляционным определением судебной коллегии по уголовным делам Псковского областного суда приговор изменен, снижено наказание по ч. 2 ст. 228 УК РФ до 3 лет 8 месяцев лишения свободы. На основании ч. 3 ст. 69 УК РФ по совокупности преступлений, путем частичного сложения назначенных наказаний, назначено наказание в виде 4 лет 8 месяцев лишения свободы. В соответствии с п. в ч. 7 ст. 79 УК РФ отменено условно-досрочное освобождение, на основании ст. 70 УК РФ к назначенному наказанию частично присоединено наказание, не отбытое по приговору Пушкниногорского районного суда &lt;адрес&gt; от ДД.ММ.ГГГГ, окончательно назначено наказание в виде 5 лет 2 месяцев лишения свободы с отбыванием наказания в исправительной колонии строгого режима. ДД.ММ.ГГГГ Постановлением Псковского районного суда &lt;адрес&gt; пересмотрен приговор Псковского городского суда &lt;адрес&gt; от ДД.ММ.ГГГГ, из приговора исключено указание об отмене условно-досрочного освобождения, в соответствии с п. в ч. 7 ст. 79 УК РФ и назначении наказания на основании ст. 70 УК РФ , по совокупности приговоров, путем частичного присоединения неотбытой части наказания по приговору Пушкиногорского районного суда &lt;адрес&gt; от ДД.ММ.ГГГГ в виде 5 лет 2 месяцев лишения свободы. Считать ФИО1 осужденным приговором Псковского городского суда &lt;адрес&gt; от ДД.ММ.ГГГГ окончательно к 4 годам 8 месяцам лишения свободы. В остальном приговор оставлен без изменения. Освобожден ДД.ММ.ГГГГ по отбытию срока наказания, зарегистрированного по адресу: &lt;адрес&gt;, &lt;адрес&gt;, фактически проживающего по адресу: &lt;адрес&gt;, р.&lt;адрес&gt;-а, &lt;адрес&gt;, обвиняемого в совершении преступления, предусмотренного ч. 2 ст. 314.1 УК Российской Федерации У С Т А Н О В И Л : ФИО1 совершил неоднократное несоблюдение лицом, в отношении которого установлен административный надзор, административных ограничений, установленных ему судом в соответствии с федеральным законом, сопряженное с совершением данным лицом административного правонарушения, посягающего на общественный порядок и общественную безопасность. Решением Псковского районного суда &lt;адрес&gt; от ДД.ММ.ГГГГ, вступившим в законную силу ДД.ММ.ГГГГ, в соответствии с Федеральным законом РФ № 64-ФЗ от 06.04.2011 г. «Об административном надзоре за лицами, освобожденными из мест лишения свободы», в отношении ФИО1 установлен административный надзор с ДД.ММ.ГГГГ, сроком на 6 (шесть) лет, с административными ограничениями: обязательная явка два раза в месяц в орган внутренних дел по месту жительства или пребывания для регистрации; запрет пребывания вне жилого или иного помещения, являющегося местом жительства либо пребывания, в период времени с 23 часов до 06 часов; запрет на посещение мест массовых мероприятий и участия в них. ДД.ММ.ГГГГ ФИО1 поставлен на учёт в Отделении МВД России по Пушкиногорскому району в качестве лица, в отношении которого осуществляется административный надзор. Решением Пушкиногорского районного суда &lt;адрес&gt; от ДД.ММ.ГГГГ, вступившим в законную силу ДД.ММ.ГГГГ, дополнены административные ограничения, ранее установленные в отношении ФИО1 решением Псковского районного суда &lt;адрес&gt; от ДД.ММ.ГГГГ, в виде обязательной явки три раза в месяц в орган внутренних дел по месту жительства или пребывания для регистрации. Решением Пушкиногорского районного суда &lt;адрес&gt; от ДД.ММ.ГГГГ, вступившим в законную силу ДД.ММ.ГГГГ, дополнены административные ограничения, ранее установленные в отношении ФИО1 решением Псковского районного суда &lt;адрес&gt; от ДД.ММ.ГГГГ и дополненные решением Пушкиногорского районного суда &lt;адрес&gt; от ДД.ММ.ГГГГ, в виде обязательной явки четыре раза в месяц в орган внутренних дел по месту жительства, пребывания или фактического нахождения для регистрации; запрет выезда за пределы муниципального образования «&lt;адрес&gt;» &lt;адрес&gt;, являющегося местом жительства или пребывания без разрешения органа внутренних дел. ФИО1, заведомо зная, что является лицом, в отношении которого установлен административный надзор, умышленно, из личной заинтересованности, неоднократно не соблюдал административное ограничение, установленное ему судом в соответствии с федеральным законом, в виде запрета пребывания вне жилого или иного помещения, являющегося местом жительства либо пребывания в определенное время суток с 23 часов до 06 часов, а именно: ДД.ММ.ГГГГ в период с 23 часов 35 минут до 23 часов 45 минут; ДД.ММ.ГГГГ в период с 00 часов 40 минут до 00 часов 45 минут; ДД.ММ.ГГГГ в период времени с 23 часов 15 минут до 23 часов 20 минут; ДД.ММ.ГГГГ в период времени с 23 часов 35 минут до 23 часов 45 минут; ДД.ММ.ГГГГ в период времени с 23 часов 10 минут до 23 часов 15 минут, отсутствовал по месту жительства по адресу: Псковская область, рп. Пушкинские Горы, ул. &lt;адрес&gt;, за что постановлениями УУП отделения МВД России по Пушкиногорскому району лейтенанта полиции А. от ДД.ММ.ГГГГ, вступившими в законную силу ДД.ММ.ГГГГ, УУП отделения МВД России по &lt;адрес&gt; лейтенанта полиции Б. от ДД.ММ.ГГГГ, вступившим в законную силу ДД.ММ.ГГГГ, привлечен к административной ответственности по ч. 1 ст. 19.24 КоАП Российской Федерации; постановлениями мирового судьи судебного участка № &lt;адрес&gt; от ДД.ММ.ГГГГ, вступившим в законную силу ДД.ММ.ГГГГ, от ДД.ММ.ГГГГ, вступившим в законную силу ДД.ММ.ГГГГ, от ДД.ММ.ГГГГ, вступившим в законную силу ДД.ММ.ГГГГ привлечен к административной ответственности по ч. 3 ст. 19.24 КоАП Российской Федерации. Наряду с неоднократным несоблюдением в течение года административных ограничений, установленных судом в соответствии с федеральным законом, ФИО1, вновь, умышленно совершил несоблюдение установленного решением Псковского районного суда &lt;адрес&gt; от ДД.ММ.ГГГГ административного ограничения, в виде запрета пребывания вне жилого или иного помещения, являющегося местом жительства либо пребывания в определенное время суток с 23 часов до 06 часов, сопряженное с совершением им административного правонарушения, посягающего на общественный порядок и общественную безопасность. ДД.ММ.ГГГГ в 23 часа 05 минут ФИО1 находился вне жилого помещения, расположенного по адресу: Псковская область, р.п. Пушкинские Горы, ул. &lt;адрес&gt; являющегося местом его жительства, в состоянии алкогольного опьянения, оскорбляющим человеческое достоинство, и общественную нравственность, что выражалось в шаткой походке, резким запахом алкоголя изо рта, неопрятном внешнем виде, в общественном месте, расположенном по адресу: &lt;...&gt;, тем самым совершил административное правонарушение, предусмотренное ст. 20.21 КоАП Российской Федерации, за что постановлением УУП ОМВД России по Пушкиногорскому району лейтенанта полиции Б. ДД.ММ.ГГГГ, вступившим в законную силу ДД.ММ.ГГГГ, привлечен к административной ответственности и подвергнут административному наказанию в виде административного штрафа, в размере 500 рублей. Предварительное расследование по уголовному делу проведено в форме дознания в сокращенной форме, в порядке главы 32.1 УПК Российской Федерации. Подсудимый ФИО1 в судебном заседании пояснил, что обвинение ему понятно, он полностью признает себя виновным в совершении преступления, предусмотренного частью 2 статьи 314.1 УК Российской Федерации. Кроме того заявил, что ходатайство о производстве по уголовному делу дознания в сокращенной форме заявлено им добровольно, после консультации с защитником и в его присутствии, он не возражает против дальнейшего производства по уголовному делу, дознание по которому производилось в сокращенной форме, с применением особого порядка судебного разбирательства, он осознает последствия постановления приговора по уголовному делу, рассмотренному в особом порядке судебного разбирательства. Защитник О.О. Криворученко в судебном заседании также не возражала против дальнейшего производства по уголовному делу, дознание по которому производилось в сокращенной форме, с применением особого порядка судебного разбирательства. Государственный обвинитель – заместитель прокурора Пушкиногорского района Псковской области Е.В. Петрова, в судебном заседании не возражала против дальнейшего производства по уголовному делу, дознание по которому производилось в сокращенной форме, с применением особого порядка судебного разбирательства. Суд, удостоверившись, что ходатайство о производстве по уголовному делу дознания в сокращенной форме было заявлено ФИО1 добровольно и после консультации с защитником, он осознал характер и последствия производство по уголовному делу, дознание по которому производилось в сокращенной форме, с применением особого порядка судебного разбирательства, государственный обвинитель и защитник не возражали против дальнейшего производства по уголовному делу, дознание по которому производилось в сокращенной форме, с применением особого порядка судебного разбирательства, постановляет приговор без проведения судебного разбирательства, так как ФИО1 обвинение предъявлено обоснованно и подтверждается собранными по делу доказательствами, которые получены законным путем, являются допустимыми, относимыми и достаточными для вывода о виновности подсудимого в полном объеме предъявленного ему обвинения, в частности следующими доказательствами, исследованными в судебном заседании: - показаниями свидетелей А. и Б., из которых следует, что они работают УУП Отделения МВД России по Пушкиногрскому району Псковской области, на обслуживаемом ими административном участке, в который входит &lt;адрес&gt;-а, &lt;адрес&gt; рп. Пушкинские Горы. По вышеуказанному адресу проживает ФИО1, который находится под административным надзором с установленными административными ограничениями, в виде обязательной явки два раза в месяц для регистрации в орган внутренних дел по месту жительства или пребывания для регистрации; запрещения пребывания вне жилого или иного помещения, являющегося местом жительства либо пребывания в определенное время суток с 23 часов до 06 часов и запрет на посещение мест массовых мероприятий и участия в них. ФИО1, находясь под административным надзором, допускал нарушения установленных административных ограничений, совершая административные правонарушения против порядка управления, предусмотренные ст. 19.24 КоАП РФ. В связи с чем, решениями Пушкиногорского районного суда &lt;адрес&gt; от ДД.ММ.ГГГГ и ДД.ММ.ГГГГ, в отношении ФИО1 были дополнены ранее установленные административные ограничения в виде обязательной явки три раза в месяц в орган внутренних дел по месту жительства, пребывания или фактического нахождения для регистрации, обязательной явки четыре раза в месяц в орган внутренних дел по месту жительства, пребывания или фактического нахождения для регистрации, запрет выезда за пределы муниципального образования «Пушкиногорский район» Псковской области, являющегося местом жительства или пребывания без разрешения органа внутренних дел. Вместе с тем, ФИО1, находясь под административным надзором, допускал нарушения административных ограничений, установленных судом, а именно, во время, указанное в обвинительном постановлении ФИО1 не находился по месту жительства в определенное судом время суток с 23 часов до 06 часов, за что привлекался к административной ответственности, совершал административные правонарушения, посягающие на общественный порядок и общественную безопасность; - показаниями свидетеля В., из которых следует, что он работает начальником УУП Отделения МВД России по Пушкиногорскому району, которые содержат показания, аналогичные показаниям свидетелей Б. и А.; - показаниями свидетеля Г., из которых следует, что он работает старшим УУП Отделения МВД России по &lt;адрес&gt;, на закрепленном за ним административном участке проживает ФИО1, который будучи находясь под административным надзором и установленными в отношении него административными ограничениями, допустил их неоднократное нарушение, а именно, не находился по месту жительства по адресу: рп. Пушкинские Горы, &lt;адрес&gt;-а, &lt;адрес&gt; установленное судом время, с 23 часов до 06 часов, совершил правонарушение, посягающее на общественный порядок и общественную безопасность; - показаниями свидетеля С., из которых следует, что он работает полицейским-кинологом Отдела МВД России по &lt;адрес&gt;, ДД.ММ.ГГГГ, в вечернее время, он, совместно с участковым ОМВД России по Пушкиногорскому району проверяли лиц, состоящих под административным надзором. Около 23 часов 05 минут, этого же дня, проезжая по &lt;адрес&gt; рп. Пушкинские Горы, увидели ФИО1, находящегося под административным надзором, у которого были явные признаки алкогольного опьянения. ФИО1 был направлен на медицинское освидетельствование на состояние опьянения в ГБУЗ «Пушкиногорская межрайонная больница», по результатам которого у ФИО1 установлено состояние алкогольного опьянения, что подтверждается актом медицинского освидетельствования, после чего, н был доставлен в ОМВД по Пушкиногорскому району; - показаниями свидетеля К., из которых следует, что он работает в должности оперуполномоченного УР ОМВД России по Пушкиногорскому району. ФИО1 состоит под административным надзором, в отношении него установлены и дополнены административные ограничения. Вместе с тем, находясь под администраивным надзором, ФИО1 нарушал установленные и дополненные в отношении него административные ограничения, в связи с чем, неоднократно привлекался к административной ответственности о ст. 19.24 КоАП Российской Федерации, ДД.ММ.ГГГГ УУП ФИО2 в отношении ФИО1 составлен рапорт об обнаружении в его действиях состава преступления, предусмотренного ч. 2 ст. 314.1 УК Российской Федерации; - показаниями свидетеля Н., из которых следует, что с ФИО1 знакома после освобождения его из мест лишения свободы, поддерживает с ним дружеские отношения, с его слов ей известно, что он находится под административным надзором и допустил неоднократные нарушения ограничений, установленных судом; - решением Псковского районного суда &lt;адрес&gt; от ДД.ММ.ГГГГ, в соответствии с которым в отношении ФИО1 установлен административный надзор на срок 6 лет, с административными ограничениями в виде обязательной явки два раза в месяц для регистрации в орган внутренних дел по месту жительства или пребывания для регистрации; запрещения пребывания вне жилого или иного помещения, являющегося местом жительства либо пребывания в определенное время суток с 23 часов до 06 часов, запрет на посещение мест массовых мероприятий и участия в них; - решением Пушкиногорского районного суда &lt;адрес&gt; от ДД.ММ.ГГГГ, согласно которому дополнены ранее установленные административные ограничения, в виде обязательной явки три раза в месяц в орган внутренних дел по месту жительства, пребывания или фактического нахождения для регистрации; - решением Пушкиногорского районного суда &lt;адрес&gt; от ДД.ММ.ГГГГ, согласно которому дополнены ранее установленные административные ограничения, в виде обязательной явки четыре раза в месяц в орган внутренних дел по месту жительства, пребывания или фактического нахождения для регистрации; - копией заключения о заведении дела административного надзора на лицо, освобожденное из мест лишения свободы; - копиями предупреждений от ДД.ММ.ГГГГ, ДД.ММ.ГГГГ и ДД.ММ.ГГГГ; - копиями постановлений по делам об административных правонарушениях за № от ДД.ММ.ГГГГ, за № от ДД.ММ.ГГГГ, в соответствии с которыми ФИО1 признан виновным в совершении административных правонарушений, предусмотренных ч. 1 ст. 19.24 КоАП РФ и подвергнут административному наказанию, в виде штрафа, в размере 1000 рублей, за каждое; - копиями постановлений мирового судьи судебного участка № &lt;адрес&gt; от ДД.ММ.ГГГГ, от ДД.ММ.ГГГГ и от ДД.ММ.ГГГГ, в соответствии с которыми ФИО1 признан виновным в совершении административных правонарушений, предусмотренных ч. 3 ст. 19.24 КоАП РФ и подвернут наказанию, в виде обязательных работ на срок 20 часов, 30 часов и трое суток административного ареста, соответственно. На основании изложенного вина ФИО1 по делу доказана, суд квалифицирует его действия по части 2 статьи 314.1 УК Российской Федерации, как неоднократное несоблюдение лицом, в отношении которого установлен административный надзор, административных ограничений, установленных ему судом в соответствии с федеральным законом, сопряженное с совершением данным лицом административного правонарушения, посягающего на общественный порядок и общественную безопасность. Психическая полноценность подсудимого не вызывает сомнений у суда, так как, согласно информации, предоставленной ГБУЗ &lt;адрес&gt; «Пушкиногорская межрайонная больница» ФИО1 на учете у психиатра и нарколога не состоит (л.д. 122). Таким образом, оснований для освобождения ФИО1 от уголовного наказания, не имеется. При назначении наказания, суд учитывает характер и степень общественной опасности содеянного, обстоятельства совершения преступления, данные, характеризующие личность подсудимого, а также влияние назначаемого наказания на его исправление. ФИО1 совершил преступление, которое в соответствии с ч. 2 ст. УК Российской Федерации, относится к категории преступлений небольшой тяжести. Обстоятельством, смягчающим наказание подсудимому ФИО1, суд признает полное признание вины в инкриминируемом ему преступлении. Обстоятельством, отягчающим наказание подсудимому, суд в соответствии с п. «а» ч. 1 ст. УК Российской Федерации, признает рецидив преступлений. В соответствии с п. 1 ст. УК Российской Федерации лицу, признанному виновным в совершении преступления, назначается справедливое наказание в пределах, предусмотренных соответствующей статьей Особенной части настоящего Кодекса, и с учетом положений Общей части настоящего Кодекса. Более строгий вид наказания из числа предусмотренных за совершенное преступление назначается только в случаях, если менее строгий вид наказания не сможет обеспечить достижение целей наказания. При назначении вида наказания, суд принимает во внимание данные о личности подсудимого, который отрицательно характеризуется по месту жительства, ФИО1 нигде не работает, что дает суду основания полагать, что назначение ему наказания в виде штрафа или в размере заработной платы, приведет к неисполнению приговора. Назначение наказания в виде обязательных или исправительных работ, суд считает нецелесообразным, так как, согласно информации, предоставленной ОСП Пушкиногорского, Новоржевского, Бежаницкого и Локнянского районов, ФИО1 к отбытию обязательных работ, назначенных мировым судьей судебного участка № &lt;адрес&gt;, не приступал. Назначение ФИО1 наказания в виде принудительных работ, по мнению суда не соответствует принципу справедливости, характеру и степени общественной опасности преступления, обстоятельствам его совершения и личности виновного. С целью обеспечения достижения наказания, суд считает целесообразным назначить ФИО1 наказание в виде лишения свободы, так как, по мнению суда, его исправление невозможно без изоляции от общества. При назначении ФИО1 наказания, суд применяет положения ч. 6 ст. 226.9 УПК Российской Федерации. При назначении ФИО1 вида исправительного учреждения, суд руководствуется п. «в» ч. 1 ст. УК Российской Федерации, в соответствии с которым он должен отбывать наказание в исправительной колонии строгого режима. В соответствии с п. 10 ст. УПК Российской Федерации, процессуальные издержки, предусмотренные ст. УПК Российской Федерации, взысканию с подсудимого ФИО1 не подлежат, а взыскиваются за счет средств федерального бюджета. На основании изложенного и руководствуясь ст. ст. – , ст. УПК Российской Федерации, суд П Р И Г О В О Р И Л : Признать ФИО1 виновным в совершении преступления, предусмотренного ч. 2 ст. 314.1 УК Российской Федерации и назначить ему наказание в виде лишения свободы на срок 5 (пять) месяцев, с отбыванием наказания в исправительной колонии строгого режима. Меру процессуального принуждения ФИО1 – обязательство о явке отменить, избрать меру пресечения в виде заключения под стражу в зале суда. Срок отбывания наказания осужденному ФИО1 исчислять со дня вступления приговора суда в законную силу. Зачесть в срок лишения свободы время содержания его под стражей с ДД.ММ.ГГГГ до дня вступления приговора в законную силу, на основании п. «а» ч. 3.1 ст. УК Российской Федерации, из расчета один день за один день отбывания наказания в исправительной колонии строгого режима. Приговор может быть обжалован в апелляционном порядке в Псковский областной суд подачей апелляционной жалобы, представления через Пушкиногорский районный суд в течение 10 суток со дня постановления приговора, осужденным ФИО1 в тот же срок со дня вручения ему копии приговора. В случае подачи апелляционной жалобы или апелляционного представления осужденный вправе ходатайствовать о своем участии в рассмотрении уголовного дела судом апелляционной инстанции, пригласить защитника для участия в рассмотрении дела судом апелляционной инстанции, вправе заявить об отказе от защитника, или ходатайствовать перед судом о назначении защитника, в том числе бесплатно, в случаях, предусмотренных УПК Российской Федерации. Председательствующий _____________________________ Е.Е. Миллер Суд: Пушкиногорский районный суд (Псковская область) (подробнее) Судьи дела: Миллер Елена Евгеньевна (судья) (подробнее) Последние документы по делу: Приговор от 26 февраля 2020 г. по делу № 1-13/2020 Приговор от 24 февраля 2020 г. по делу № 1-13/2020 Приговор от 18 февраля 2020 г. по делу № 1-13/2020 Приговор от 17 февраля 2020 г. по делу № 1-13/2020 Приговор от 17 февраля 2020 г. по делу № 1-13/2020 Приговор от 13 февраля 2020 г. по делу № 1-13/2020 Приговор от 14 января 2020 г. по делу № 1-13/2020 Показать все документы по этому делу Судебная практика по: По мошенничеству Судебная практика по применению нормы ст. 159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