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Эпизод от 18 апреля 2019 года в отношении потерпевшей ФИО16 18 апреля 2019 года примерно в 19 часов 00 минут у ФИО27, находящегося по месту жительства по адресу: &lt;адрес&gt;, работающего неофициально сторожем кладбища, расположенного в с.Дичня, Курчатовского района, Курской области, и испытывающего материальные трудности, возник преступный корыстный умысел на хищение гробницы, изготовленной из нержавеющей стали, с какой-нибудь могилы, с целью дальнейшей сдачи на металл, и получения материальной выгоды. О своих намерениях ФИО27 сообщил своему брату ФИО28 и предложил совершить кражу совместно, на что последний согласился. Таким образом, ФИО28 и ФИО27 в указанное время вступили между собой в преступный предварительный сговор. С целью реализации своего преступного умысла, направленного на тайное хищение чужого имущества, группой лиц по предварительному сговору, 18 апреля 2019 года примерно в 19 часов 30 минут ФИО27 совместно с ФИО28 пришли на территорию кладбища, расположенного в с.Дичня, Курчатовского района, Курской области, где, действуя согласованно и, понимая, что своими действиями способствуют друг другу в реализации преступного корыстного умысла, выполняя равнозначные роли, убедившись, что за их действиями никто не наблюдает, подошли к могиле ФИО31, взялись руками за гробницу и выдернули из земли, похитив с могилы ФИО31 надгробие, принадлежащее ФИО16, выполненное из нержавеющей стали, размерами 1300х400х250 мм., толщиной металла 4 мм., стоимостью согласно заключению эксперта №499\12-19 от 14.12.2019 года, 4960 рублей. После чего ФИО27 и ФИО28 с места совершения преступления скрылись, распорядившись похищенным по своему усмотрению. В результате совместных преступных действий ФИО27 и ФИО28 потерпевшей ФИО16 был причинен материальный ущерб на сумму 4960 рублей. Допрошенный в судебном заседании подсудимый ФИО27 вину в совершении преступления признал в полном объеме, при этом от дачи показания отказался, воспользовавшись правом, предусмотренным ст. 51 Конституции РФ. В содеянном раскаялся, принес извинения потерпевшей, заявленный гражданский иск признал в полном объеме. В соответствии со ст. ч. 1 п. 3 УПК РФ были исследованы показания ФИО27, данные им в ходе следствия, согласно которым: он работал сторожем на кладбище, расположенном в с. Дичня, Курчатовского района, Курской области. 18 апреля 2019 года примерно в 19 часов 00 минут, находясь у себя дома, он предложил своему брату ФИО28 похитить с могилы надгробие из нержавеющей стали, чтобы сдать на металл, получив денежные средства. На его предложение брат согласился. После этого, примерно в 19 часов 30 минут, он с ФИО28 пришли на территорию кладбища в с.Дичня, где нашли могилу ФИО31, на которой было надгробие из нержавеющей стали. После чего, он с одной стороны, а брат с другой стороны, руками взялись за надгробие, и выдернули его из земли. После этого, вынесли надгробие за территорию кладбища, где сломали и согнули его для меньших размеров. Затем он позвонил своей знакомой ФИО32, которую попросил отвезти на ее автомобиле металл. Когда ФИО32 приехала, они все вместе отвезли металл скупщику в с. Митрофанова Октябрьского района, который забрал металл, заплатив им денежные средства. Полученные денежные средства они потратили на личные нужды (Т. 7 л.д. 239-245). В своей явке с повинной от 30.11.2019 года, ФИО27 сообщил, что действительно в период с апреля 2019 года по сентябрь 2019 года совместно с ФИО28 с могил, расположенных на территории кладбища в с.Дичня, Курчатовского района, Курской области, похищали надгробия из нержавеющей стали, в том числе, с могилы ФИО31, которые отвозили скупщику в Октябрьский район, получая денежные средства, а вырученные деньги тратили на личные нужды (Т.5 л.д. 8). Допрошенный в судебном заседании подсудимый ФИО33 вину в совершении преступления признал в полном объеме, при этом от дачи показания отказался, воспользовавшись правом, предусмотренным ст. 51 Конституции РФ. В содеянном раскаялся, принес извинения потерпевшей, заявленный гражданский иск признал в полном объеме. В соответствии со ст. ч. 1 п. 3 УПК РФ были исследованы показания ФИО33, данные им в ходе следствия, в ходе которых он дал аналогичные показания, пояснив, что действительно его брат ФИО27 предложил ему совершать кражи надгоробий из нержавеющей стали с могил кладбища, расположенного в с. Дичня Курчатовского района, на что он согласился, в связи с чем, 18 апреля 2019 года примерно в 19 часов 30 минут они вдвоем пришли на кладбище, где с могилы ФИО31 выдернули из земли надгробие, которое на автомобиле ФИО32 отвезли скупщику в с. Митрофанова Октябрьского района, за что получили денежные средства, которые потратили на личные нужды (Т. 8 л.д. 21-28). Данные обстоятельства совершения преступления ФИО28 сообщил и в своей явке с повинной от 06.12.2019 года (Т. 5 л.д. 49). Кроме признания вины подсудимыми, их виновность в совершении инкриминируемого им деяния подтверждается также показаниями потерпевшей ФИО16, свидетелей ФИО32 и ФИО34, данными в судебном заседании, а также исследованными письменными материалами уголовного дела. Потерпевшая ФИО16 в судебном заседании пояснила, что на территории кладбища, расположенного в с. Дичня, Курчатовского района, Курской области, у нее захоронена ее мама ФИО31. На могиле был установлен памятник и надгробие из нержавеющей стали. 21.04.2019 года, приехав на кладбище, она увидела, что на могиле отсутствует надгробие, размерами 1300х400х250 мм., толщина металла 4 мм. О случившемся она сообщила в полицию. С заключением эксперта о стоимости надгробия в размере 4960 рублей она согласна. Подсудимые принесли ей извинения. Заявленный гражданский иск на указанную сумму поддержала в полном объеме, просила взыскать с подсудимых. Свидетель ФИО88 в судебном заседании пояснила, что 18 апреля 2019 года в вечернее время ей на мобильный телефон позвонил ее знакомый ФИО27 и попросил ее подъехать на автомобиле в с. Дичня, чтобы помочь отвезти металл на пункт приема в д. Митрофаново Октябрьского района. Она согласилась. Когда приехала, то ФИО27 и ФИО28 погрузили в багажник автомобиля металл, который они отвезли скупщику в д. Митрофаново Октябрьского района. За оказанную услугу, ребята дали ей деньги на заправку автомобиля. О том, что данный металл они похищали с кладбища, она не знала. Допрошенный в судебном заседании в качестве свидетеля ФИО89. пояснил, что занимается приемом лома черного металла у населения для личных нужд. 18.04.2019 года в вечернее время к нему домой в д. Митрофаново Октябрьского района на автомобиле приехали ФИО28 и ФИО27, у которых он купил изделия из нержавеющей стали, похожие на части надгробия, при этом ФИО28 пояснил ему, что ФИО27 работает сторожем на кладбище в с.Дичня Курчатовского района, а данные изделия были выброшены владельцами. О том, что металл был похищен, он не знал. О виновности подсудимых свидетельствуют также исследованные в судебном заседании материалы уголовного дела: заявление потерпевшей ФИО16 от 21.04.2019 года о привлечении к уголовной ответственности неизвестных лиц, которые в период времени с конца лета 2018 года по 21.04.2019 года похитили с могилы ее матери ФИО31, расположенной на территории кладбища в с. Дичня, Курчатовского района, Курской области, гробницу из нержавеющей стали, причинив ей материальный ущерб (Т. 5 л.д. 15); протокол осмотра места происшествия от 21.04.2019 года с фототаблицей, в ходе которого была осмотрена могила ФИО31, расположенная на территории кладбища в с. Дичня, Курчатовского района, Курской области, с которой подсудимые похитили надгробие, выполненное из нержавеющей стали размерами 1300х400х250 мм. (Т.5 л.д.17-20); заключение эксперта № 499\12-19 от 14.12.2019 года, согласно выводам которого, стоимость надгробия, выполненного из нержавеющей стали размером 1300х400х250 мм, толщиной 4 мм, по состоянию на апрель-октябрь 2019 года составляет 4960 рублей (Т. 5 л.д. 27-35). Суд признает достоверными исследованные доказательства, поскольку они получены с соблюдением требований уголовно-процессуального закона, что было проверено в ходе судебного разбирательства, и являются допустимыми. Оценивая добытые и исследованные в судебном заседании доказательства в совокупности с материалами уголовного дела, суд находит виновность подсудимых ФИО27 и ФИО28 в совершении преступления доказанной. Действия ФИО27 и ФИО28 суд квалифицирует по ст. ч. 2 п. «а» УК РФ, как кража, то есть тайное хищение чужого имущества, совершенное группой лиц по предварительному сговору, поскольку подсудимые, действуя умышленно, из корыстных побуждений, в целях личного обогащения, вступив между собой в преступный предварительный сговор, понимая, что своими действиями способствуют друг другу в реализации преступного корыстного умысла, в отсутствие собственника и других посторонних лиц, тайно похитили надгробие, выполненное из нержавеющей стали, с могилы на территории кладбища, которое сдали скупщику металла, а вырученные денежные средства потратили на личные нужды, причинив потерпевшей материальный ущерб в сумме 4 960 рублей. Квалифицирующий признак “группой лиц по предварительному сговору” нашел свое подтверждение, поскольку подсудимые заранее договорились совершить совместно кражу имущества до начала выполнения объективной стороны преступления, распределив между собой равнозначные роли.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Эпизод кражи от 20 апреля 2019 года в отношении потерпевшей ФИО21 20 апреля 2019 года примерно в 18 часов 00 минут у ФИО27, находящегося по месту жительства по адресу: &lt;адрес&gt;, работающего неофициально сторожем кладбища, расположенного в с.Дичня, Курчатовского района, Курской области, и испытывающего материальные трудности, возник преступный корыстный умысел на хищение гробницы, изготовленной из нержавеющей стали с какой-нибудь могилы, с целью ее дальнейшей сдачи на металл, и получения материальной выгоды. О своих намерениях ФИО27 сообщил своему брату ФИО28 и предложил совершить кражу совместно, на что последний согласился. Таким образом, ФИО28 и ФИО27 в указанное время вступили между собой в предварительный преступный сговор. С целью реализации своего преступного умысла, направленного на тайное хищение чужого имущества, группой лиц по предварительному сговору, 20 апреля 2019 года примерно в 18 часов 30 минут ФИО27 совместно с ФИО28 пришли на территорию кладбища, расположенного в с.Дичня, Курчатовского района, Курской области, где, убедившись, что за их действиями никто не наблюдает, подошли к могиле ФИО35, действуя согласованно и, понимая, что своими действиями способствуют друг другу в реализации преступного корыстного умысла, выполняя равнозначные роли, взялись руками за гробницу и выдернули из земли, похитив с могилы ФИО35 надгробие, принадлежащее ФИО21, выполненное из нержавеющей стали, размерами 1600х500х150 мм., толщиной металла 5 мм., стоимостью согласно заключению эксперта № 501/12-19 от 14.12.2019 года, 4890 рублей. После чего ФИО27 и ФИО28 с места совершения преступления скрылись, распорядившись похищенным по своему усмотрению. В результате совместных преступных действий ФИО27 и ФИО28 потерпевшей ФИО21 был причинен материальный ущерб на сумму 4890 рублей. Допрошенный в судебном заседании подсудимый ФИО27 вину в совершении преступления признал в полном объеме, при этом от дачи показания отказался, воспользовавшись правом, предусмотренным ст. 51 Конституции РФ. В содеянном раскаялся, принес извинения потерпевшей, заявленный гражданский иск признал в полном объеме. В соответствии со ст. ч. 1 п. 3 УПК РФ были исследованы показания ФИО27, данные им в ходе следствия, согласно которым: он работал сторожем на кладбище, расположенном в с. Дичня, Курчатовского района, Курской области. 20 апреля 2019 года примерно в 18 часов 00 минут, находясь у себя дома, он предложил своему брату ФИО28 похитить с могилы надгробие из нержавеющей стали, чтобы сдать на металл, получив денежные средства. На его предложение брат согласился. После этого, примерно в 18 часов 30 минут, он с ФИО28 пришли на территорию кладбища в с.Дичня, где нашли могилу ФИО36, на которой было надгробие из нержавеющей стали. После чего, он с одной стороны, а брат с другой стороны, руками взялись за надгробие, и выдернули его из земли. После этого, вынесли надгробие за территорию кладбища, где разломали его и согнули. Затем он позвонил своей знакомой ФИО32, которую попросил отвезти на ее автомобиле металл. Когда ФИО32 приехали, они все вместе отвезли металл скупщику в с. Митрофанова Октябрьского района, который забрал металл, заплатив им денежные средства. Полученные денежные средства они потратили на личные нужды (Т. 7 л.д. 239-245). В своей явке с повинной от 30.11.2019 года, ФИО27 сообщил, что действительно в период с апреля 2019 года по сентябрь 2019 года совместно с ФИО28 с могил, расположенных на территории кладбища в с.Дичня, Курчатовского района, Курской области, похищали надгробия из нержавеющей стали, в том числе, с могилы ФИО36, которые отвозили скупщику в Октябрьский район, получая денежные средства, а вырученные деньги тратили на личные нужды (Т.5 л.д. 8). Допрошенный в судебном заседании подсудимый ФИО28 вину в совершении преступления признал в полном объеме, при этом от дачи показания отказался, воспользовавшись правом, предусмотренным ст. 51 Конституции РФ. В содеянном раскаялся, принес извинения потерпевшей, заявленный гражданский иск признал в полном объеме. В соответствии со ст. ч. 1 п. 3 УПК РФ были исследованы показания ФИО28, данные им в ходе следствия, который дал аналогичные показания, пояснив, что действительно его брат ФИО27 предложил ему совершать кражи надгробий из нержавеющей стали с могил кладбища, расположенного в с. Дичня Курчатовского района, на что он согласился, в связи с чем, 20 апреля 2019 года примерно в 18 часов 30 минут они вдвоем пришли на кладбище, где с могилы ФИО36 выдернули из земли надгробие, которое на автомобиле ФИО32 отвезли скупщику в с. Митрофанова Октябрьского района, за что получили денежные средства, которые потратили на личные нужды (Т. 8 л.д. 21-28). Данные обстоятельства совершения преступления ФИО28 сообщил и в своей явке с повинной от 06.12.2019 года (Т. 5 л.д. 49). Кроме признания вины подсудимыми, их виновность в совершении инкриминируемого им деяния подтверждается также показаниями потерпевшей ФИО21, свидетелей ФИО32 и ФИО34, данными в судебном заседании, а также исследованными письменными материалами уголовного дела. Потерпевшая ФИО21 в судебном заседании пояснила, что на территории кладбища, расположенного в с. Дичня, Курчатовского района, Курской области, у нее захоронена ее прабабушка ФИО36. На могиле был установлен памятник и надгробие из нержавеющей стали. 21.04.2019 года, приехав на кладбище, она увидела, что на могиле отсутствует надгробие, размерами 1600х500х150 мм., толщина металла 5 мм. О случившемся она сообщила в полицию. С заключением эксперта о стоимости надгробия в размере 4890 рублей она согласна. Подсудимые принесли ей извинения. Заявленный гражданский иск на указанную сумму поддержала в полном объеме, просила взыскать с подсудимых. Свидетель ФИО90. в судебном заседании пояснила, что 20 апреля 2019 года в вечернее время ей на мобильный телефон позвонил ее знакомый ФИО27 и попросил ее подъехать на автомобиле в с. Дичня, чтобы помочь отвезти металл на пункт приема в д. Митрофаново Октябрьского района. Она согласилась. Когда приехала, то ФИО27 и ФИО28 погрузили в багажник автомобиля металл, который они отвезли скупщику в д. Митрофаново Октябрьского района. За оказанную услугу, ребята дали ей деньги на заправку автомобиля. О том, что данный металл они похищали с кладбища, не знала. Допрошенный в судебном заседании в качестве свидетеля ФИО91 пояснил, что занимается приемом лома черного металла у населения для личных нужд. 20.04.2019 года в вечернее время к нему домой в д. Митрофаново Октябрьского района на автомобиле приехали ФИО28 и ФИО27, у которых он купил изделия из нержавеющей стали, похожие на части надгробия. О том, что металл был похищен, он не знал. О виновности подсудимых свидетельствуют также исследованные в судебном заседании материалы уголовного дела: заявление потерпевшей ФИО21 от 21.04.2019 года о привлечении к уголовной ответственности неизвестных лиц, которые в период времени с весны 2018 года по 21.04.2019 года похитили с могилы ее прабабушки ФИО36, расположенной на территории кладбища в с. Дичня, Курчатовского района, Курской области, надгробие из нержавеющей стали, причинив ей материальный ущерб (Т. 6 л.д. 112); протокол осмотра места происшествия от 21.04.2019 года с фототаблицей, в ходе которого была осмотрена могила ФИО36, расположенная на территории кладбища в с. Дичня, Курчатовского района, Курской области, с которой подсудимые похитили надгробие, выполненное из нержавеющей стали размерами 1600х500х150 мм. (Т.6 л.д.114-117); заключение эксперта №501\12-19 от 14.12.2019 года, согласно выводам которого, стоимость надгробия, выполненного из нержавеющей стали размерами 1600х500х150 мм, толщиной 5 мм, по состоянию на апрель-октябрь 2019 года составляет 4 890 рублей (Т.6 л.д. 126-141). Суд признает достоверными исследованные доказательства, поскольку они получены с соблюдением требований уголовно-процессуального закона, что было проверено в ходе судебного разбирательства, и являются допустимыми. Оценивая добытые и исследованные в судебном заседании доказательства в совокупности с материалами уголовного дела, суд находит виновность подсудимых ФИО27 и ФИО28 в совершении преступления доказанной. Действия ФИО27 и ФИО28 суд квалифицирует по ст. ч. 2 п. «а» УК РФ, как кража, то есть тайное хищение чужого имущества, совершенное группой лиц по предварительному сговору, поскольку подсудимые, действуя умышленно, из корыстных побуждений, в целях личного обогащения, вступив между собой в преступный предварительный сговор, понимая, что своими действиями способствуют друг другу в реализации преступного корыстного умысла, в отсутствие собственника и других посторонних лиц, тайно похитили надгробие, выполненное из нержавеющей стали, с могилы на территории кладбища, которое сдали скупщику металла, а вырученные денежные средства потратили на личные нужды, причинив потерпевшей материальный ущерб в сумме 4 890 рублей. Квалифицирующий признак “группой лиц по предварительному сговору” нашел свое подтверждение, поскольку подсудимые заранее договорились совершить совместно кражу чужого имущества до начала выполнения объективной стороны преступления, распределив между собой равнозначные роли.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Эпизод кражи 29 апреля 2019 года в отношении потерпевшей ФИО22 29 апреля 2019 года примерно в 18 часов 00 минут у ФИО27, находящегося по месту жительства по адресу: &lt;адрес&gt;, работающего неофициально сторожем кладбища, расположенного в с.Дичня, Курчатовского района, Курской области, и испытывающего материальные трудности, возник преступный корыстный умысел на хищение гробницы, изготовленной из нержавеющей стали с какой-нибудь могилы, с целью ее дальнейшей сдачи на металл, и получения материальной выгоды. О своих намерениях ФИО27 сообщил своему брату ФИО28 и предложил совершить кражу совместно, на что последний согласился. Таким образом, ФИО28 и ФИО27 в указанное время вступили между собой в предварительный преступный сговор. С целью реализации своего преступного умысла, направленного на тайное хищение чужого имущества, группой лиц по предварительному сговору, 29 апреля 2019 года примерно в 18 часов 30 минут ФИО27 совместно с ФИО28 пришли на территорию кладбища, расположенного в с.Дичня, Курчатовского района, Курской области, где, убедившись, что за их действиями никто не наблюдает, подошли к могиле ФИО37, действуя согласованно и, понимая, что своими действиями способствуют друг другу в реализации преступного корыстного умысла, выполняя равнозначные роли, взялись руками за гробницу и выдернули из земли, похитив с могилы ФИО37 надгробие, принадлежащее ФИО22, выполненное из нержавеющей стали, размерами 1300х600х200 мм., толщиной металла 2 мм., стоимостью согласно заключению эксперта № 500/12-19 от 14.12.2019 года, 3 520 рублей. После чего ФИО27 и ФИО28 с места совершения преступления скрылись, распорядившись похищенным по своему усмотрению. В результате совместных преступных действий ФИО27 и ФИО28 потерпевшей ФИО22 был причинен материальный ущерб на сумму 3 520 рублей. Допрошенный в судебном заседании подсудимый ФИО27 вину в совершении преступления признал в полном объеме, при этом от дачи показания отказался, воспользовавшись правом, предусмотренным ст. 51 Конституции РФ. В содеянном раскаялся, принес извинения потерпевшей, заявленный гражданский иск признал в полном объеме. В соответствии со ст. ч. 1 п. 3 УПК РФ были исследованы показания ФИО27, данные им в ходе следствия, согласно которым: он работал сторожем на кладбище, расположенном в с. Дичня, Курчатовского района, Курской области. 29 апреля 2019 года примерно в 18 часов 00 минут, находясь у себя дома, он предложил своему брату ФИО28 похитить с могилы надгробие из нержавеющей стали, чтобы сдать на металл, получив денежные средства. На его предложение брат согласился. После этого, примерно в 18 часов 30 минут, он с ФИО28 пришли на территорию кладбища в с.Дичня, где нашли могилу ФИО37, на которой было надгробие из нержавеющей стали. После чего, он с одной стороны, а брат с другой стороны, руками взялись за надгробие, и выдернули его из земли. После этого, вынесли надгробие за территорию кладбища, в кусты. Затем он позвонил своей знакомой ФИО32, которую попросил отвезти на ее автомобиле металл. Когда ФИО32 приехала, они все вместе отвезли металл скупщику в с. Митрофанова Октябрьского района, который забрал металл, заплатив им денежные средства. Полученные денежные средства они потратили на личные нужды (Т. 7 л.д. 239-245). В своей явке с повинной от 30.11.2019 года, ФИО27 сообщил, что действительно в период с апреля 2019 года по сентябрь 2019 года совместно с ФИО28 с могил, расположенных на территории кладбища в с.Дичня, Курчатовского района, Курской области, похищали надгробия из нержавеющей стали, в том числе, с могилы ФИО37, которые отвозили скупщику в Октябрьский район, получая денежные средства, а вырученные деньги тратили на личные нужды (Т.5 л.д. 8). Допрошенный в судебном заседании подсудимый ФИО28 вину в совершении преступления признал в полном объеме, при этом от дачи показания отказался, воспользовавшись правом, предусмотренным ст. 51 Конституции РФ. В содеянном раскаялся, принес извинения потерпевшей, заявленный гражданский иск признал в полном объеме. В соответствии со ст. ч. 1 п. 3 УПК РФ были исследованы показания ФИО28, данные им в ходе следствия, который дал аналогичные показания, пояснив, что действительно его брат ФИО27 предложил ему совершать кражи надгробий из нержавеющей стали с могил кладбища, расположенного в с. Дичня Курчатовского района, на что он согласился, в связи с чем, 29 апреля 2019 года примерно в 18 часов 30 минут они вдвоем пришли на кладбище, где с могилы ФИО37 выдернули из земли надгробие, которое на автомобиле ФИО32 отвезли скупщику в с. Митрофанова Октябрьского района, за что получили денежные средства, которые потратили на личные нужды (Т. 8 л.д. 21-28). Данные обстоятельства совершения преступления ФИО28 сообщил и в своей явке с повинной от 06.12.2019 года (Т. 5 л.д. 49). Кроме признания вины подсудимыми, их виновность в совершении инкриминируемого им деяния подтверждается также показаниями потерпевшей ФИО22, свидетелей ФИО32 и ФИО34, данными в судебном заседании, а также исследованными письменными материалами уголовного дела. Потерпевшая ФИО22 в судебном заседании пояснила, что на территории кладбища, расположенного в с. Дичня, Курчатовского района, Курской области, у нее захоронена ее мама ФИО37. На могиле был установлен памятник и надгробие из нержавеющей стали. 07 мая 2019 года, приехав на кладбище, она увидела, что на могиле отсутствует надгробие, размерами 1300х600х200 мм., толщина металла 2 мм. О случившемся она сообщила в полицию. С заключением эксперта о стоимости надгробия в размере 3 520 рублей она согласна. Подсудимые принесли ей извинения. Заявленный гражданский иск на указанную сумму поддержала в полном объеме, просила взыскать с подсудимых. Свидетель ФИО92. в судебном заседании пояснила, что 29 апреля 2019 года в вечернее время ей на мобильный телефон позвонил ее знакомый ФИО27 и попросил ее подъехать на автомобиле в с. Дичня, чтобы помочь отвезти металл на пункт приема в д. Митрофаново Октябрьского района. Она согласилась. Когда приехала, то ФИО27 и ФИО28 погрузили в багажник автомобиля металл, который они отвезли скупщику в д. Митрофаново Октябрьского района. За оказанную услугу, ребята дали ей деньги на заправку автомобиля. О том, что данный металл они похищали с кладбища, она не знала. Допрошенный в судебном заседании в качестве свидетеля ФИО93. пояснил, что занимается приемом лома черного металла у населения для личных нужд. 29.04.2019 года в вечернее время к нему домой в д. Митрофаново Октябрьского района на автомобиле приехали ФИО28 и ФИО27, у которых он купил изделия из нержавеющей стали, похожие на части надгробия. О том, что металл был похищен, он не знал. О виновности подсудимых свидетельствуют также исследованные в судебном заседании материалы уголовного дела: заявление потерпевшей ФИО22 от 07.05.2019 года о привлечении к ответственности неизвестных лиц, которые в период времени с 28.04.2019 года по 07.05.2019 года похитили надгробие из нержавеющей стали с могилы ее матери ФИО37, расположенной на территории кладбища в с. Дичня, Курчатовского района, Курской области, причинив ей материальный ущерб (Т. 6 л.д. 169); протокол осмотра места происшествия от 07.05.2019 года с фототаблицей, в ходе которого была осмотрена могила ФИО37, расположенная на территории кладбища в с. Дичня, Курчатовского района, Курской области, с которой подсудимые похитили надгробие, выполненное из нержавеющей стали размерами 1300х600х200 мм. (Т.6 л.д.171-175); заключение эксперта №500\12-19 от 14.12.2019 года, согласно выводам которого, стоимость надгробия, выполненного из нержавеющей стали размерами 1300х600х200 мм, толщиной 2 мм, по состоянию на апрель-октябрь 2019 года составляет 3 520 рублей (Т.6 л.д. 184-199). Суд признает достоверными исследованные доказательства, поскольку они получены с соблюдением требований уголовно-процессуального закона, что было проверено в ходе судебного разбирательства, и являются допустимыми. Оценивая добытые и исследованные в судебном заседании доказательства в совокупности с материалами уголовного дела, суд находит виновность подсудимых ФИО27 и ФИО28 в совершении преступления доказанной. Действия ФИО27 и ФИО28 суд квалифицирует по ст. ч. 2 п. «а» УК РФ, как кража, то есть тайное хищение чужого имущества, совершенное группой лиц по предварительному сговору, поскольку подсудимые, действуя умышленно, из корыстных побуждений, в целях личного обогащения, вступив между собой в преступный предварительный сговор, понимая, что своими действиями способствуют друг другу в реализации преступного корыстного умысла, в отсутствие собственника и других посторонних лиц, тайно похитили надгробие, выполненное из нержавеющей стали, с могилы на территории кладбища, которое сдали скупщику металла, а вырученные денежные средства потратили на личные нужды, причинив потерпевшей материальный ущерб в сумме 3 520 рублей. Квалифицирующий признак “группой лиц по предварительному сговору” нашел свое подтверждение, поскольку подсудимые заранее договорились совершить совместно кражу имущества до начала выполнения объективной стороны преступления, распределив между собой равнозначные роли.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Эпизод кражи от 20 мая 2019 года в отношении потерпевшей ФИО7. 20 мая 2019 года примерно в 18 часов 00 минут у ФИО27, находящегося по месту жительства по адресу: &lt;адрес&gt;, работающего неофициально сторожем кладбища, расположенного в с.Дичня, Курчатовского района, Курской области, и испытывающего материальные трудности, возник преступный корыстный умысел на хищение гробницы, изготовленной из нержавеющей стали с какой-нибудь могилы, с целью ее дальнейшей сдачи на металл, и получения материальной выгоды. О своих намерениях ФИО27 сообщил своему брату ФИО28 и предложил совершить кражу совместно, на что последний согласился. Таким образом, ФИО28 и ФИО27 в указанное время вступили между собой в предварительный преступный сговор. С целью реализации своего преступного умысла, направленного на тайное хищение чужого имущества, группой лиц по предварительному сговору, 20 мая 2019 года примерно в 18 часов 30 минут ФИО27 совместно с ФИО28 пришли на территорию кладбища, расположенного в с.Дичня, Курчатовского района, Курской области, где, убедившись, что за их действиями никто не наблюдает, подошли к могиле ФИО38, действуя согласованно и, понимая, что своими действиями способствуют друг другу в реализации преступного корыстного умысла, выполняя равнозначные роли, взялись руками за гробницу и выдернули из земли, похитив с могилы ФИО38 надгробие, принадлежащее ФИО7, выполненное из нержавеющей стали, размерами 1250х300х200 мм., толщиной металла 2 мм., стоимостью согласно заключению эксперта № 374/10-19 от 15.10.2019 года, 2 670 рублей. После чего ФИО27 и ФИО28 с места совершения преступления скрылись, распорядившись похищенным по своему усмотрению. В результате совместных преступных действий ФИО27 и ФИО28 потерпевшей ФИО7 был причинен материальный ущерб на сумму 2 670 рублей. Допрошенный в судебном заседании подсудимый ФИО27 вину в совершении преступления признал в полном объеме, при этом от дачи показания отказался, воспользовавшись правом, предусмотренным ст. 51 Конституции РФ. В содеянном раскаялся, принес извинения потерпевшей, ущерб возместил в полном объеме. В соответствии со ст. ч. 1 п. 3 УПК РФ были исследованы показания ФИО27, данные им в ходе следствия, согласно которым: он работал сторожем на кладбище, расположенном в с. Дичня, Курчатовского района, Курской области. 20 мая 2019 года примерно в 18 часов 00 минут, находясь у себя дома, он предложил своему брату ФИО28 похитить с могилы надгробие из нержавеющей стали, чтобы сдать на металл, получив денежные средства. На его предложение брат согласился. После этого, примерно в 18 часов 30 минут, он с ФИО28 пришли на территорию кладбища в с.Дичня, где нашли могилу ФИО38, на которой было надгробие из нержавеющей стали. После чего, он с одной стороны, а брат с другой стороны, руками взялись за надгробие, и выдернули его из земли. После этого, вынесли надгробие за территорию кладбища. Затем он позвонил своей знакомой ФИО32, которую попросил отвезти на ее автомобиле металл. Когда ФИО32 приехала, они все вместе отвезли металл скупщику в с. Митрофанова Октябрьского района, который забрал металл, заплатив им денежные средства. Полученные денежные средства они потратили на личные нужды (Т. 7 л.д. 239-245). В своей явке с повинной от 07.10.2019 года, ФИО27 сообщил, что действительно 20 мая 2019 года совместно с ФИО28 с могилы ФИО38 похитили надгробие из нержавеющей стали (Т. 2 л.д. 139). Допрошенный в судебном заседании подсудимый ФИО28 вину в совершении преступления признал в полном объеме, при этом от дачи показания отказался, воспользовавшись правом, предусмотренным ст. 51 Конституции РФ. В содеянном раскаялся, принес извинения потерпевшей, ущерб возместил в полном объеме. В соответствии со ст. ч. 1 п. 3 УПК РФ были исследованы показания ФИО28, данные им в ходе следствия, который дал аналогичные показания, пояснив, что действительно его брат ФИО27 предложил ему совершать кражу надгробия из нержавеющей стали с могилы кладбища, расположенного в с. Дичня Курчатовского района, на что он согласился, в связи с чем, 20 мая 2019 года примерно в 18 часов 30 минут они вдвоем пришли на кладбище, где с могилы ФИО38 выдернули из земли надгробие, которое на автомобиле ФИО32 отвезли скупщику в с. Митрофанова Октябрьского района, за что получили денежные средства, которые потратили на личные нужды. (Т. 8 л.д. 21-28). Данные обстоятельства совершения преступления ФИО28 сообщил и в своей явке с повинной от 07.10.2019 года (Т.2 л.д.142). Кроме признания вины подсудимыми, их виновность в совершении инкриминируемого им деяния подтверждается также показаниями потерпевшей ФИО7, свидетелей ФИО32 и ФИО34, данными в судебном заседании, а также исследованными письменными материалами уголовного дела. Потерпевшая ФИО7 в судебном заседании пояснила, что на территории кладбища, расположенного в с. Дичня, Курчатовского района, Курской области, у нее захоронен ее супруг ФИО38. На могиле был установлен памятник и надгробие из нержавеющей стали. В конце мая 2019 года, приехав на кладбище, она увидела, что на могиле отсутствует надгробие, размерами 1250х300х200 мм., толщина металла 2 мм. О случившемся она сообщила в полицию. С заключением эксперта о стоимости надгробия в размере 2 670 рублей она согласна. Подсудимые принесли ей извинения, ущерб возместили в полном объеме, в связи с чем, от заявленного гражданского иска отказалась. Свидетель ФИО94 в судебном заседании пояснила, что 20 мая 2019 года в вечернее время ей позвонил знакомый ФИО27 и попросил ее подъехать на автомобиле в с. Дичня, чтобы помочь отвезти металл на пункт приема в д. Митрофаново Октябрьского района. Она согласилась. Когда приехала, то ФИО27 и ФИО28 погрузили в багажник автомобиля металл, который они отвезли скупщику в д. Митрофаново Октябрьского района. За оказанную услугу, ребята дали ей деньги на заправку автомобиля. О том, что данный металл они похищали с кладбища, она не знала. Допрошенный в судебном заседании в качестве свидетеля ФИО96 пояснил, что занимается приемом лома черного металла у населения для личных нужд. 20.05.2019 года в вечернее время к нему домой в д. Митрофаново Октябрьского района на автомобиле приехали ФИО28 и ФИО27, у которых он купил изделия из нержавеющей стали, похожие на части надгробия. О том, что металл был похищен, он не знал. О виновности подсудимых свидетельствуют также исследованные в судебном заседании материалы уголовного дела: заявление потерпевшей ФИО7 от 07.10.2019 года о привлечении к ответственности неизвестных лиц, которые в период времени с осени 2018 года по 07 мая 2019 года похитили надгробие из нержавеющей стали с могилы ее мужа ФИО38, расположенной на территории кладбища в с. Дичня, Курчатовского района, Курской области, причинив ей материальный ущерб (Т. 2 л.д. 132); протокол осмотра места происшествия от 07.10.2019 года с фототаблицей, в ходе которого была осмотрена могила ФИО38, расположенная на территории кладбища в с. Дичня, Курчатовского района, Курской области, с которой подсудимые похитили надгробие, выполненное из нержавеющей стали (Т.2 л.д. 65-68); заключение эксперта №374\10-19 от 15.10.2019 года, согласно выводам которого, стоимость надгробия, выполненного из нержавеющей стали размерами 1250х300х200 мм, толщиной 2 мм, по состоянию на май-октябрь 2019 года составляет 2 670 рублей (Т.2 л.д. 152-168). Суд признает достоверными исследованные доказательства, поскольку они получены с соблюдением требований уголовно-процессуального закона, что было проверено в ходе судебного разбирательства, и являются допустимыми. Оценивая добытые и исследованные в судебном заседании доказательства в совокупности с материалами уголовного дела, суд находит виновность подсудимых ФИО27 и ФИО28 в совершении преступления доказанной. Действия ФИО27 и ФИО28 суд квалифицирует по ст. ч. 2 п. «а» УК РФ, как кража, то есть тайное хищение чужого имущества, совершенное группой лиц по предварительному сговору, поскольку подсудимые, действуя умышленно, из корыстных побуждений, в целях личного обогащения, вступив между собой в преступный предварительный сговор, понимая, что своими действиями способствуют друг другу в реализации преступного корыстного умысла, в отсутствие собственника и других посторонних лиц, тайно похитили надгробие, выполненное из нержавеющей стали, с могилы на территории кладбища, которое сдали скупщику металла, а вырученные денежные средства потратили на личные нужды, причинив потерпевшей материальный ущерб в сумме 2670 рублей. Квалифицирующий признак “группой лиц по предварительному сговору” нашел свое подтверждение, поскольку подсудимые заранее договорились совершить совместно кражу имущества до начала выполнения объективной стороны преступления, распределив между собой равнозначные роли.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Эпизод кражи от 21 мая 2019 года в отношении потерпевшей ФИО24. 21 мая 2019 года примерно в 18 часов 00 минут у ФИО27, находящегося по месту жительства по адресу: &lt;адрес&gt;, работающего неофициально сторожем кладбища, расположенного в с.Дичня, Курчатовского района, Курской области, и испытывающего материальные трудности, возник преступный корыстный умысел на хищение гробницы, изготовленной из нержавеющей стали, находящейся на какой-нибудь могиле, с целью ее дальнейшей сдачи на металл, и получения материальной выгоды. О своих намерениях ФИО27 сообщил своему брату ФИО28 и предложил совершить кражу совместно, на что последний согласился. Таким образом, ФИО28 и ФИО27 в указанное время вступили между собой в предварительный преступный сговор. С целью реализации своего преступного умысла, направленного на тайное хищение чужого имущества, группой лиц по предварительному сговору, 21 мая 2019 года примерно в 18 часов 30 минут ФИО27 совместно с ФИО28 пришли на территорию кладбища, расположенного в с.Дичня, Курчатовского района, Курской области, где, убедившись, что за их действиями никто не наблюдает, подошли к могиле ФИО39, действуя согласованно и, понимая, что своими действиями способствуют друг другу в реализации преступного корыстного умысла, выполняя равнозначные роли, взялись руками за гробницу и выдернули из земли, похитив с могилы ФИО39 надгробие, принадлежащее ФИО24, выполненное из нержавеющей стали, размерами 1500х500х200 мм., толщиной металла 2 мм., стоимостью согласно заключению эксперта № 498/12-19 от 14.12.2019 года, 4 520 рублей. После чего ФИО27 и ФИО28 с места совершения преступления скрылись, распорядившись похищенным по своему усмотрению. В результате совместных преступных действий ФИО27 и ФИО28 потерпевшей ФИО24 был причинен материальный ущерб на сумму 4 520 рублей. Допрошенный в судебном заседании подсудимый ФИО27 вину в совершении преступления признал в полном объеме, при этом от дачи показания отказался, воспользовавшись правом, предусмотренным ст. 51 Конституции РФ. В содеянном раскаялся, принес извинения потерпевшей, заявленный гражданский иск признал в полном объеме. В соответствии со ст. ч. 1 п. 3 УПК РФ были исследованы показания ФИО27, данные им в ходе следствия, согласно которым: он работал сторожем на кладбище, расположенном в с. Дичня, Курчатовского района, Курской области. 20 мая 2019 года примерно в 18 часов 00 минут, находясь у себя дома, предложил своему брату ФИО28 похитить с могилы надгробие из нержавеющей стали, чтобы сдать на металл, получив денежные средства. На его предложение брат согласился. После этого, примерно в 18 часов 30 минут, он с ФИО28 пришли на территорию кладбища в с.Дичня, где нашли могилу ФИО39, на которой было надгробие из нержавеющей стали. После чего, он с одной стороны, а брат с другой стороны, руками взялись за надгробие, и выдернули его из земли. После этого, вынесли надгробие за территорию кладбища. Затем он позвонил своей знакомой ФИО32, которую попросил отвезти на ее автомобиле металл. Когда ФИО32 приехала, они все вместе отвезли металл скупщику в с. Митрофанова Октябрьского района, который забрал металл, заплатив им денежные средства. Полученные денежные средства они потратили на личные нужды (Т. 7 л.д. 239-245). В своей явке с повинной от 30.11.2019 года, ФИО27 сообщил, что действительно в период с апреля 2019 года по сентябрь 2019 года совместно с ФИО28 с могил, расположенных на территории кладбища в с.Дичня, Курчатовского района, Курской области, похищали надгробия из нержавеющей стали, в том числе, с могилы ФИО39, которые отвозили скупщику в Октябрьский район, получая денежные средства, а вырученные деньги потратили на личные нужды (Т.5 л.д. 8). Допрошенный в судебном заседании подсудимый ФИО28 вину в совершении преступления признал в полном объеме, при этом от дачи показания отказался, воспользовавшись правом, предусмотренным ст. 51 Конституции РФ. В содеянном раскаялся, принес извинения потерпевшей, заявленный гражданский иск признал в полном объеме. В соответствии со ст. ч. 1 п. 3 УПК РФ были исследованы показания ФИО28, данные им в ходе следствия, который дал аналогичные показания, пояснив, что действительно его брат ФИО27 предложил ему совершать кражу надгробия из нержавеющей стали с могилы кладбища, расположенного в с. Дичня Курчатовского района, на что он согласился, в связи с чем, 21 мая 2019 года примерно в 18 часов 30 минут они вдвоем пришли на кладбище, где с могилы ФИО39 выдернули из земли надгробие, которое на автомобиле ФИО32 отвезли скупщику в с. Митрофанова Октябрьского района, за что получили денежные средства, которые потратили на личные нужды (Т. 8 л.д. 21-28). Данные обстоятельства совершения преступления ФИО28 сообщил и в своей явке с повинной от 06.12.2019 года (Т. 5 л.д. 49). Кроме признания вины подсудимыми, их виновность в совершении инкриминируемого им деяния подтверждается также показаниями потерпевшей ФИО24, свидетелей ФИО32 и ФИО34, данными в судебном заседании, а также исследованными письменными материалами уголовного дела. Потерпевшая ФИО24 в судебном заседании пояснила, что на территории кладбища, расположенного в с. Дичня, Курчатовского района, Курской области, у нее захоронены ее родители ФИО39 и ФИО40. На могиле были установлены памятники и надгробия из нержавеющей стали. 25 мая 2019 года, приехав на кладбище, она увидела, что на могиле отца ФИО39 отсутствует надгробие, размерами 1500х500х200 мм., толщина металла 2 мм. О случившемся она сообщила в полицию. С заключением эксперта о стоимости надгробия в размере 4 520 рублей она согласна. Подсудимые принесли ей извинения. Заявленный гражданский иск на указанную сумму поддержала в полном объеме, просила взыскать с подсудимых. Свидетель ФИО97 в судебном заседании пояснила, что возможно 21 мая 2019 года в вечернее время ей позвонил знакомый ФИО27 и попросил ее подъехать на автомобиле в с. Дичня, чтобы помочь отвезти металл на пункт приема в д. Митрофаново Октябрьского района. Она согласилась. Когда приехала, то ФИО27 и ФИО28 погрузили в багажник автомобиля металл, который они отвезли скупщику в д. Митрофаново Октябрьского района. За оказанную услугу, ребята дали ей деньги на заправку автомобиля. О том, что данный металл они похищали с кладбища, она не знала. Допрошенный в судебном заседании в качестве свидетеля ФИО98 пояснил, что занимается приемом лома черного металла у населения для личных нужд. 21.05.2019 года в вечернее время к нему домой в д. Митрофаново Октябрьского района на автомобиле приехали ФИО28 и ФИО27, у которых он купил изделия из нержавеющей стали, похожие на части надгробия. О том, что металл был похищен, он не знал. О виновности подсудимых свидетельствуют также исследованные в судебном заседании материалы уголовного дела: заявление потерпевшей ФИО24 от 27.05.2019 года о привлечении к уголовной ответственности неизвестных лиц, которые в период с 20.05.2019 года по 25.05.2019 года похитили надгробие из нержавеющей стали с могилы ее отца ФИО39, расположенной на территории кладбища в с. Дичня, Курчатовского района, Курской области, причинив ей материальный ущерб (Т. 7 л.д. 137); протокол осмотра места происшествия от 27.05.2019 года с фототаблицей, в ходе которого была осмотрена могила ФИО39, расположенная на территории кладбища в с. Дичня, Курчатовского района, Курской области, с которой подсудимые похитили надгробие, выполненное из нержавеющей стали (Т.7 л.д. 141-144); заключение эксперта №498\12-19 от 14.12.2019 года, согласно выводам которого, стоимость надгробия, выполненного из нержавеющей стали размерами 1500х500х200 мм, толщиной 2 мм, по состоянию на апрель-октябрь 2019 года составляет 4 520 рублей (Т.7 л.д. 158-173). Суд признает достоверными исследованные доказательства, поскольку они получены с соблюдением требований уголовно-процессуального закона, что было проверено в ходе судебного разбирательства, и являются допустимыми. Оценивая добытые и исследованные в судебном заседании доказательства в совокупности с материалами уголовного дела, суд находит виновность подсудимых ФИО27 и ФИО28 в совершении преступления доказанной. Действия ФИО27 и ФИО28 суд квалифицирует по ст. ч. 2 п. «а» УК РФ, как кража, то есть тайное хищение чужого имущества, совершенное группой лиц по предварительному сговору, поскольку подсудимые, действуя умышленно, из корыстных побуждений, в целях личного обогащения, вступив между собой в преступный предварительный сговор, понимая, что своими действиями способствуют друг другу в реализации преступного корыстного умысла, в отсутствие собственника и других посторонних лиц, тайно похитили надгробие, выполненное из нержавеющей стали, с могилы на территории кладбища, которое сдали скупщику металла, а вырученные денежные средства потратили на личные нужды, причинив потерпевшей материальный ущерб в сумме 4 520 рублей. Квалифицирующий признак “группой лиц по предварительному сговору” нашел свое подтверждение, поскольку подсудимые заранее договорились совершить совместно кражу имущества до начала выполнения объективной стороны преступления, распределив между собой равнозначные роли. При этом судом на основании совокупности исследованных в судебном заседании доказательств было уточнено место совершения хищения надгробия, а именно с могилы отца потерпевшей ФИО24 - ФИО39, с учетом мнения подсудимых, что не нарушает право последних на защиту.</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Эпизод кражи от 25 мая 2019 года в отношении потерпевшего ФИО17. 25 мая 2019 года примерно в 18 часов 00 минут у ФИО27, находящегося по месту жительства по адресу: &lt;адрес&gt;, работающего неофициально сторожем кладбища, расположенного в с.Дичня, Курчатовского района, Курской области, и испытывающего материальные трудности, возник преступный корыстный умысел на хищение гробницы, изготовленной из нержавеющей стали, находящейся на какой-нибудь могиле, с целью ее дальнейшей сдачи на металл, и получения материальной выгоды. О своих намерениях ФИО27 сообщил своему брату ФИО28 и предложил совершить кражу совместно, на что последний согласился. Таким образом, ФИО28 и ФИО27 в указанное время вступили между собой в предварительный преступный сговор. С целью реализации своего преступного умысла, направленного на тайное хищение чужого имущества, группой лиц по предварительному сговору, 25 мая 2019 года примерно в 18 часов 30 минут ФИО27 совместно с ФИО28 пришли на территорию кладбища, расположенного в с.Дичня, Курчатовского района, Курской области, где, убедившись, что за их действиями никто не наблюдает, подошли к могиле ФИО41, действуя согласованно и, понимая, что своими действиями способствуют друг другу в реализации преступного корыстного умысла, выполняя равнозначные роли, взялись руками за гробницу и выдернули из земли, похитив с могилы ФИО41 надгробие, принадлежащее ФИО42, выполненное из нержавеющей стали, размерами 1700х600х800х350 мм., толщиной металла 2 мм., стоимостью согласно заключению эксперта № 494/12-19 от 13.12.2019 года, 4 990 рублей. После чего ФИО27 и ФИО28 с места совершения преступления скрылись, распорядившись похищенным по своему усмотрению. В результате совместных преступных действий ФИО27 и ФИО28 потерпевшему ФИО17 был причинен материальный ущерб на сумму 4 990 рублей. Допрошенный в судебном заседании подсудимый ФИО27 вину в совершении преступления признал в полном объеме, при этом от дачи показания отказался, воспользовавшись правом, предусмотренным ст. 51 Конституции РФ. В содеянном раскаялся, принес извинения потерпевшему, заявленный гражданский иск признал в полном объеме. В соответствии со ст. ч. 1 п. 3 УПК РФ были исследованы показания ФИО27, данные им в ходе следствия, согласно которым: он работал сторожем на кладбище, расположенном в с. Дичня, Курчатовского района, Курской области. 25 мая 2019 года примерно в 18 часов 00 минут, находясь у себя дома, предложил своему брату ФИО28 похитить с могилы надгробие из нержавеющей стали, чтобы сдать на металл, получив денежные средства. На его предложение брат согласился. После этого, примерно в 18 часов 30 минут, он с ФИО28 пришли на территорию кладбища в с.Дичня, где нашли могилу ФИО41, на которой было надгробие из нержавеющей стали. После чего, он с одной стороны, а брат с другой стороны, руками взялись за надгробие, и выдернули его из земли. После этого, вынесли надгробие за территорию кладбища. Затем он позвонил своей знакомой ФИО32, которую попросил отвезти на ее автомобиле металл. Когда ФИО32 приехала, они все вместе отвезли металл скупщику в с. Митрофанова Октябрьского района, который забрал металл, заплатив им денежные средства. Полученные денежные средства они потратили на личные нужды (Т. 7 л.д. 239-245). В своей явке с повинной от 30.11.2019 года, ФИО27 сообщил, что действительно в период с апреля 2019 года по сентябрь 2019 года совместно с ФИО28 с могил, расположенных на территории кладбища в с.Дичня, Курчатовского района, Курской области, похищали надгробия из нержавеющей стали, в том числе, с могилы ФИО41, которые отвозили скупщику в Октябрьский район, получая денежные средства, а вырученные деньги тратили на личные нужды (Т.5 л.д. 8). Допрошенный в судебном заседании подсудимый ФИО28 вину в совершении преступления признал в полном объеме, при этом от дачи показания отказался, воспользовавшись правом, предусмотренным ст. 51 Конституции РФ. В содеянном раскаялся, принес извинения потерпевшему, заявленный гражданский иск признал в полном объеме. В соответствии со ст. ч. 1 п. 3 УПК РФ были исследованы показания ФИО28, данные им в ходе следствия, который дал аналогичные показания, пояснив, что действительно его брат ФИО27 предложил ему совершать кражу надгробия из нержавеющей стали с могилы кладбища, расположенного в с. Дичня Курчатовского района, на что он согласился, в связи с чем, 25 мая 2019 года примерно в 18 часов 30 минут они вдвоем пришли на кладбище, где с могилы ФИО41 выдернули из земли надгробие, которое на автомобиле ФИО32 отвезли скупщику в с. Митрофанова Октябрьского района, за что получили денежные средства, которые потратили на личные нужды (Т. 8 л.д. 21-28). Данные обстоятельства совершения преступления ФИО28 сообщил и в своей явке с повинной от 06.12.2019 года (Т. 5 л.д. 49). Кроме признания вины подсудимыми, их виновность в совершении инкриминируемого им деяния подтверждается также показаниями потерпевшего ФИО17, свидетелей ФИО32 и ФИО34, данными в судебном заседании, а также исследованными письменными материалами уголовного дела. Потерпевший ФИО17 в судебном заседании пояснил, что на территории кладбища, расположенного в с. Дичня, Курчатовского района, Курской области, у него захоронена мама ФИО41. На могиле были установлены памятник и надгробие из нержавеющей стали. 04 июня 2019 года, приехав на кладбище, он увидел, что на могиле отсутствует надгробие, размерами 1700х600х800х350 мм., толщина металла 2 мм. О случившемся он сообщил в полицию. С заключением эксперта о стоимости надгробия в размере 4990 рублей он согласен. Подсудимые принесли ему извинения. Заявленный гражданский иск на указанную сумму поддержал в полном объеме, просил взыскать с подсудимых. Свидетель ФИО99 в судебном заседании пояснила, что возможно 25 мая 2019 года в вечернее время ей позвонил знакомый ФИО27 и попросил ее подъехать на автомобиле в с. Дичня, чтобы помочь отвезти металл на пункт приема в д. Митрофаново Октябрьского района. Она согласилась. Когда приехала, то ФИО43 и ФИО28 погрузили в багажник автомобиля металл, который они отвезли скупщику в д. Митрофаново Октябрьского района. За оказанную услугу, ребята дали ей деньги на заправку автомобиля. О том, что данный металл они похищали с кладбища, она не знала. Допрошенный в судебном заседании в качестве свидетеля ФИО100 пояснил, что занимается приемом лома черного металла у населения для личных нужд. 25.05.2019 года в вечернее время к нему домой в д. Митрофаново Октябрьского района на автомобиле приехали ФИО28 и ФИО27, у которых он купил изделия из нержавеющей стали, похожие на части надгробия. О том, что металл был похищен, он не знал. О виновности подсудимых свидетельствуют также исследованные в судебном заседании материалы уголовного дела: заявление потерпевшего ФИО17 от 06.06.2019 года о привлечении к уголовной ответственности неизвестных лиц, которые в период с 25.05.2019 года по 04.06.2019 года похитили надгробие из нержавеющей стали с могилы его матери ФИО41, расположенной на территории кладбища в с. Дичня, Курчатовского района, Курской области, причинив ему материальный ущерб (Т. 5 л.д. 79); протокол осмотра места происшествия от 06.06.2019 года, в ходе которого была осмотрена могила ФИО41, расположенная на территории кладбища в с. Дичня, Курчатовского района, Курской области, с которой подсудимые похитили надгробие, выполненное из нержавеющей стали размерами 1700х600х800х350 (Т.5 л.д. 82-83); заключение эксперта № 494\12-19 от 13.12.2019 года, согласно выводам которого, стоимость надгробия, выполненного из нержавеющей стали размерами 1700х600х800х350 мм, толщиной 2 мм, по состоянию на апрель-октябрь 2019 года составляет 4 990 рублей (Т.5 л.д. 90-105). Суд признает достоверными исследованные доказательства, поскольку они получены с соблюдением требований уголовно-процессуального закона, что было проверено в ходе судебного разбирательства, и являются допустимыми. Оценивая добытые и исследованные в судебном заседании доказательства в совокупности с материалами уголовного дела, суд находит виновность подсудимых ФИО27 и ФИО28 в совершении преступления доказанной. Действия ФИО27 и ФИО28 суд квалифицирует по ст. ч. 2 п. «а» УК РФ, как кража, то есть тайное хищение чужого имущества, совершенное группой лиц по предварительному сговору, поскольку подсудимые, действуя умышленно, из корыстных побуждений, в целях личного обогащения, вступив между собой в преступный предварительный сговор, понимая, что своими действиями способствуют друг другу в реализации преступного корыстного умысла, в отсутствие собственника и других посторонних лиц, тайно похитили надгробие, выполненное из нержавеющей стали, с могилы на территории кладбища, которое сдали скупщику металла, а вырученные денежные средства потратили на личные нужды, причинив потерпевшему материальный ущерб в сумме 4 990 рублей. Квалифицирующий признак “группой лиц по предварительному сговору” нашел свое подтверждение, поскольку подсудимые заранее договорились совершить совместно кражу имущества до начала выполнения объективной стороны преступления, распределив между собой равнозначные роли.</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Эпизод кражи от 25 июня 2019 года в отношении потерпевшей ФИО26. 25 июня 2019 года примерно в 00 часов 30 минут у ФИО27, находящегося по месту жительства по адресу: &lt;адрес&gt;, работающего неофициально сторожем кладбища, расположенного в с.Дичня, Курчатовского района, Курской области, и испытывающего материальные трудности, возник преступный корыстный умысел на хищение гробницы, изготовленной из нержавеющей стали с какой-нибудь могилы, с целью ее дальнейшей сдачи на металл, и получения материальной выгоды. О своих намерениях ФИО27 сообщил своему брату ФИО28 и предложил совершить кражу совместно, на что последний согласился. Таким образом, ФИО28 и ФИО27 в указанное время вступили между собой в предварительный преступный сговор. С целью реализации своего преступного умысла, направленного на тайное хищение чужого имущества, группой лиц по предварительному сговору, 25 июня 2019 года примерно в 01 час 00 минут ФИО27 совместно с ФИО28 пришли на территорию кладбища, расположенного в с.Дичня, Курчатовского района, Курской области, где, убедившись, что за их действиями никто не наблюдает, подошли к могиле ФИО44, действуя согласованно и, понимая, что своими действиями способствуют друг другу в реализации преступного корыстного умысла, выполняя равнозначные роли, взялись руками за гробницу и выдернули из земли, похитив с могилы ФИО44 надгробие, принадлежащее ФИО26, выполненное из нержавеющей стали, размерами 1200х300х500 мм., толщиной металла 3 мм., стоимостью согласно заключению эксперта № 495/12-19 от 13.12.2019 года, 2600 рублей. После чего ФИО27 и ФИО28 с места совершения преступления скрылись, распорядившись похищенным по своему усмотрению. В результате совместных преступных действий ФИО27 и ФИО28 потерпевшей ФИО26 был причинен материальный ущерб на сумму 2 600 рублей. Допрошенный в судебном заседании подсудимый ФИО27 вину в совершении преступления признал в полном объеме, при этом от дачи показания отказался, воспользовавшись правом, предусмотренным ст. 51 Конституции РФ. В содеянном раскаялся, принес извинения потерпевшей, заявленный гражданский иск признал в полном объеме. В соответствии со ст. ч. 1 п. 3 УПК РФ были исследованы показания ФИО27, данные им в ходе следствия, согласно которым: он работал сторожем на кладбище, расположенном в с. Дичня, Курчатовского района, Курской области. 25 июня 2019 года примерно в 00 часов 30 минут, находясь у себя дома, предложил своему брату ФИО28 похитить с могилы надгробие из нержавеющей стали, чтобы сдать на металл, получив денежные средства. На его предложение брат согласился. После этого, примерно в 01 час 00 минут, он с ФИО28 пришли на территорию кладбища в с.Дичня, где нашли могилу ФИО44, на которой было надгробие из нержавеющей стали. После чего, он с одной стороны, а брат с другой стороны, руками взялись за надгробие, и выдернули его из земли. После этого, вынесли надгробие за территорию кладбища. Затем он позвонил своей знакомой ФИО32, которую попросил отвезти на ее автомобиле металл. Когда ФИО32 приехала, они все вместе отвезли металл скупщику в с. Митрофанова Октябрьского района, который забрал металл, заплатив им денежные средства. Полученные денежные средства они потратили на личные нужды (Т. 7 л.д. 239-245). В своей явке с повинной от 30.11.2019 года, ФИО27 сообщил, что действительно в период с апреля 2019 года по сентябрь 2019 года совместно с ФИО28 с могил, расположенных на территории кладбища в с.Дичня, Курчатовского района, Курской области, похищали надгробия из нержавеющей стали, в том числе, с могилы ФИО44, которые отвозили скупщику в Октябрьский район, получая денежные средства, а вырученные деньги тратили на личные нужды (Т.5 л.д. 8). Допрошенный в судебном заседании подсудимый ФИО28 вину в совершении преступления признал в полном объеме, при этом от дачи показания отказался, воспользовавшись правом, предусмотренным ст. 51 Конституции РФ. В содеянном раскаялся, принес извинения потерпевшей, заявленный гражданский признал в полном объеме. В соответствии со ст. ч. 1 п. 3 УПК РФ были исследованы показания ФИО28, данные им в ходе следствия, который дал аналогичные показания, пояснив, что действительно его брат ФИО27 предложил ему совершить кражу надгробия из нержавеющей стали с могилы кладбища, расположенного в с. Дичня Курчатовского района, на что он согласился, в связи с чем, 25 июня 2019 года примерно в 01 час 00 минут они вдвоем пришли на кладбище, где с могилы ФИО44 выдернули из земли надгробие, которое на автомобиле ФИО32 отвезли скупщику в с. Митрофанова Октябрьского района, за что получили денежные средства, которые потратили на личные нужды (Т. 8 л.д. 21-28). Данные обстоятельства совершения преступления ФИО28 сообщил и в своей явке с повинной от 06.12.2019 года (Т. 5 л.д. 49). Кроме признания вины подсудимыми, их виновность в совершении инкриминируемого им деяния подтверждается также показаниями потерпевшей ФИО26, свидетелей ФИО32 и ФИО34, данными в судебном заседании, а также исследованными письменными материалами уголовного дела. Потерпевшая ФИО26 в судебном заседании пояснила, что на территории кладбища, расположенного в с. Дичня, Курчатовского района, Курской области, у нее захоронен ее отец ФИО44. На могиле были установлены памятник и надгробие из нержавеющей стали. 29 июля 2019 года, приехав на кладбище, она увидела, что на могиле отсутствует надгробие, размерами 1200х300х500 мм., толщина металла 3 мм. О случившемся она сообщила в полицию. С заключением эксперта о стоимости надгробия в размере 2600 рублей она согласна. Подсудимые принесли ей извинения. Заявленный гражданский иск на указанную сумму поддержала в полном объеме, просила взыскать с подсудимых. Свидетель ФИО101 в судебном заседании пояснила, что возможно 25 июня 2019 года в вечернее время ей позвонил знакомый ФИО27 и попросил ее подъехать на автомобиле в с. Дичня, чтобы помочь отвезти металл на пункт приема в д. Митрофаново Октябрьского района. Она согласилась. Когда приехала, то ФИО27 и ФИО28 погрузили в багажник автомобиля металл, который они отвезли скупщику в д. Митрофаново Октябрьского района. За оказанную услугу, ребята дали ей деньги на заправку автомобиля. О том, что данный металл они похищали с кладбища, не знала. Допрошенный в судебном заседании в качестве свидетеля ФИО102 пояснил, что занимается приемом лома черного металла у населения для личных нужд. 25.06.2019 года в вечернее время к нему домой в д. Митрофаново Октябрьского района на автомобиле приехали ФИО28 и ФИО27, у которых он купил изделия из нержавеющей стали, похожие на части надгробия. О том, что металл был похищен, он не знал. О виновности подсудимых свидетельствуют также исследованные в судебном заседании материалы уголовного дела: заявление потерпевшей ФИО26 от 29.07.2019 года о привлечении к ответственности неизвестных лиц, которые в период с 10.06.2019 года по 29.07.2019 года похитили надгробие из нержавеющей стали с могилы ее отца, расположенной на территории кладбища в с. Дичня, Курчатовского района, Курской области, причинив ей материальный ущерб (Т. 5 л.д. 131); протокол осмотра места происшествия от 29.07.2019 года с фототаблицей, в ходе которого была осмотрена могила ФИО44, расположенная на территории кладбища в с. Дичня, Курчатовского района, Курской области, с которой подсудимые похитили надгробие, выполненное из нержавеющей стали размерами 1200х300х500 (Т.5 л.д. 133-138); заключение эксперта № 495/12-19 от 13.12.2019 года, согласно выводам которого, стоимость надгробия, выполненного из нержавеющей стали размерами 1200х300х500 мм, толщиной 3 мм, по состоянию на апрель-октябрь 2019 года составляет 2600 рублей (Т.5 л.д. 145-160). Суд признает достоверными исследованные доказательства, поскольку они получены с соблюдением требований уголовно-процессуального закона, что было проверено в ходе судебного разбирательства, и являются допустимыми. Оценивая добытые и исследованные в судебном заседании доказательства в совокупности с материалами уголовного дела, суд находит виновность подсудимых ФИО27 и ФИО28 в совершении преступления доказанной. Действия ФИО27 и ФИО28 суд квалифицирует по ст. ч. 2 п. «а» УК РФ, как кража, то есть тайное хищение чужого имущества, совершенное группой лиц по предварительному сговору, поскольку подсудимые, действуя умышленно, из корыстных побуждений, в целях личного обогащения, вступив между собой в преступный предварительный сговор, понимая, что своими действиями способствуют друг другу в реализации преступного корыстного умысла, в отсутствие собственника и других посторонних лиц, тайно похитили надгробие, выполненное из нержавеющей стали, с могилы на территории кладбища, которое сдали скупщику металла, а вырученные денежные средства потратили на личные нужды, причинив потерпевшей материальный ущерб в сумме 2600 рублей. Квалифицирующий признак “группой лиц по предварительному сговору” нашел свое подтверждение, поскольку подсудимые заранее договорились совершить совместно кражу имущества до начала выполнения объективной стороны преступления, распределив между собой равнозначные роли.</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Эпизод кражи от 25 июля 2019 года в отношении потерпевшего ФИО9. 25 июля 2019 года примерно в 18 часов 00 минут у ФИО27, находящегося по месту жительства по адресу: &lt;адрес&gt;, работающего неофициально сторожем кладбища, расположенного в с.Дичня, Курчатовского района, Курской области, и испытывающего материальные трудности, возник преступный корыстный умысел на хищение гробницы, изготовленной из нержавеющей стали с какой-нибудь могилы, с целью ее дальнейшей сдачи на металл, и получения материальной выгоды. О своих намерениях ФИО27 сообщил своему брату ФИО28 и предложил совершить кражу совместно, на что последний согласился. Таким образом, ФИО28 и ФИО27 в указанное время вступили между собой в предварительный преступный сговор. С целью реализации своего преступного умысла, направленного на тайное хищение чужого имущества, группой лиц по предварительному сговору, 25 июля 2019 года примерно в 18 часов 30 минут ФИО27 совместно с ФИО28 пришли на территорию кладбища, расположенного в с.Дичня, Курчатовского района, Курской области, где, убедившись, что за их действиями никто не наблюдает, подошли к могиле ФИО45, действуя согласованно и, понимая, что своими действиями способствуют друг другу в реализации преступного корыстного умысла, выполняя равнозначные роли, взялись руками за гробницу и выдернули из земли, похитив с могилы ФИО45 надгробие, принадлежащее ФИО9, выполненное из нержавеющей стали, размерами 1100х300х150 мм., толщиной металла 3 мм., стоимостью согласно заключению эксперта № 377/10-19 от 16.10.2019 года, 2020 рублей. После чего ФИО27 и ФИО28 с места совершения преступления скрылись, распорядившись похищенным по своему усмотрению. В результате совместных преступных действий ФИО27 и ФИО28 потерпевшему ФИО9 был причинен материальный ущерб на сумму 2 020 рублей. Допрошенный в судебном заседании подсудимый ФИО27 вину в совершении преступления признал в полном объеме, при этом от дачи показания отказался, воспользовавшись правом, предусмотренным ст. 51 Конституции РФ. В содеянном раскаялся, принес извинения потерпевшему. В соответствии со ст. ч. 1 п. 3 УПК РФ были исследованы показания ФИО27, данные им в ходе следствия, согласно которым: он работал сторожем на кладбище, расположенном в с. Дичня, Курчатовского района, Курской области. 25 июля 2019 года примерно в 18 часов 00 минут, находясь у себя дома, предложил своему брату ФИО28 похитить с могилы надгробие из нержавеющей стали, чтобы сдать на металл, получив денежные средства. На его предложение брат согласился. После этого, примерно в 18 часов 30 минут, он с ФИО28 пришли на территорию кладбища в с.Дичня, где нашли могилу ФИО45, на которой было надгробие из нержавеющей стали. После чего, он с одной стороны, а брат с другой стороны, руками взялись за надгробие, и выдернули его из земли. После этого, вынесли надгробие за территорию кладбища. Затем он позвонил своей знакомой ФИО32, которую попросил отвезти на ее автомобиле металл. Когда ФИО32 приехала, они все вместе отвезли металл скупщику в с. Митрофанова Октябрьского района, который забрал металл, заплатив им денежные средства. Полученные денежные средства они потратили на личные нужды (Т. 7 л.д. 239-245). В своей явке с повинной от 04.10.2019 года ФИО27 сообщил, что 25.07.2019 года он совместно с ФИО28 с могилы ФИО45 похитили надгробие из нержавеющей стали (Т. 3 л.д. 16). Допрошенный в судебном заседании подсудимый ФИО28 вину в совершении преступления признал в полном объеме, при этом от дачи показания отказался, воспользовавшись правом, предусмотренным ст. 51 Конституции РФ. В содеянном раскаялся, принес извинения потерпевшему. В соответствии со ст. ч. 1 п. 3 УПК РФ были исследованы показания ФИО28, данные им в ходе следствия, который дал аналогичные показания, пояснив, что действительно его брат ФИО27 предложил ему совершать кражу надгробия из нержавеющей стали с могилы кладбища, расположенного в с. Дичня Курчатовского района, на что он согласился, в связи с чем, 25 июля 2019 года примерно в 18 часов 30 минут они вдвоем пришли на кладбище, где с могилы ФИО45 выдернули из земли надгробие, которое на автомобиле ФИО32 отвезли скупщику в с. Митрофанова Октябрьского района, за что получили денежные средства, которые потратили на личные нужды (Т. 8 л.д. 21-28). Данные обстоятельства совершения преступления ФИО28 сообщил и в своей явке с повинной от 04.10.2019 года (Т. 3 л.д. 13). Кроме признания вины подсудимыми, их виновность в совершении инкриминируемого им деяния подтверждается также показаниями потерпевшего ФИО9, свидетелей ФИО32 и ФИО34, данными в судебном заседании, а также исследованными письменными материалами уголовного дела. Потерпевший ФИО9 в судебном заседании пояснил, что на территории кладбища, расположенного в с. Дичня, Курчатовского района, Курской области, у нее захоронен его дедушка ФИО45. На могиле были установлены памятник и надгробие из нержавеющей стали. В начале сентября 2019 года, приехав на кладбище, он увидел, что на могиле отсутствует надгробие, размерами 1100х300х150 мм., толщина металла 3 мм. О случившемся он сообщил в полицию. С заключением эксперта о стоимости надгробия в размере 2020 рублей он согласен. Подсудимые принесли ему извинения, гражданский иск заявлять не желает. Свидетель ФИО103 в судебном заседании пояснила, что возможно 25 июля 2019 года в вечернее время ей позвонил знакомый ФИО27 и попросил ее подъехать на автомобиле в с. Дичня, чтобы помочь отвезти металл на пункт приема в д. Митрофаново Октябрьского района. Она согласилась. Когда приехала, то ФИО43 и ФИО28 погрузили в багажник автомобиля металл, который они отвезли скупщику в д. Митрофаново Октябрьского района. За оказанную услугу, ребята дали ей деньги на заправку автомобиля. О том, что данный металл они похищали с кладбища, она не знала. Допрошенный в судебном заседании в качестве свидетеля ФИО104 пояснил, что занимается приемом лома черного металла у населения для личных нужд. 25.07.2019 года в вечернее время к нему домой в д. Митрофаново Октябрьского района на автомобиле приехали ФИО28 и ФИО27, у которых он купил изделия из нержавеющей стали, похожие на части надгробия. О том, что металл был похищен, он не знал. О виновности подсудимых свидетельствуют также исследованные в судебном заседании материалы уголовного дела: заявление потерпевшего ФИО9 от 04.10.2019 года, в котором он просит провести проверку по факту пропажи надгробия из нержавеющей стали на могиле его дедушки ФИО45 на кладбище в с. Дичня, Курчатовского района, Курской области, в результате чего ему был причинен материальный ущерб (Т. 3 л.д. 8); протокол осмотра места происшествия от 04.10.2019 года, в ходе которого была осмотрена могила ФИО45, расположенная на территории кладбища в с. Дичня, Курчатовского района, Курской области, с которой подсудимые похитили надгробие, выполненное из нержавеющей стали размерами 1100х300х150 (Т.3 л.д. 10-11); заключение эксперта № 377\10-19 от 16.10.2019 года, согласно выводам которого, стоимость надгробия, выполненного из нержавеющей стали размером 1100х300х150 мм, толщиной 3 мм, по состоянию на июль-октябрь 2019 года составляет 2020 рублей (Т. 3 л.д. 23-38). Суд признает достоверными исследованные доказательства, поскольку они получены с соблюдением требований уголовно-процессуального закона, что было проверено в ходе судебного разбирательства, и являются допустимыми. Оценивая добытые и исследованные в судебном заседании доказательства в совокупности с материалами уголовного дела, суд находит виновность подсудимых ФИО27 и ФИО28 в совершении преступления доказанной. Действия ФИО27 и ФИО28 суд квалифицирует по ст. ч. 2 п. «а» УК РФ, как кража, то есть тайное хищение чужого имущества, совершенное группой лиц по предварительному сговору, поскольку подсудимые, действуя умышленно, из корыстных побуждений, в целях личного обогащения, вступив между собой в преступный предварительный сговор, понимая, что своими действиями способствуют друг другу в реализации преступного корыстного умысла, в отсутствие собственника и других посторонних лиц, тайно похитили надгробие, выполненное из нержавеющей стали, с могилы на территории кладбища, которое сдали скупщику металла, а вырученные денежные средства потратили на личные нужды, причинив потерпевшему материальный ущерб в сумме 2020 рублей. Квалифицирующий признак “группой лиц по предварительному сговору” нашел свое подтверждение, поскольку подсудимые заранее договорились совершить совместно кражу имущества до начала выполнения объективной стороны преступления, распределив между собой равнозначные роли.</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Эпизод кражи от 15 августа 2019 года в отношении потерпевшего ФИО2. 15 августа 2019 года примерно в 18 часов 00 минут у ФИО27, находящегося по месту жительства по адресу: &lt;адрес&gt;, работающего неофициально сторожем кладбища, расположенного в с.Дичня, Курчатовского района, Курской области, и испытывающего материальные трудности, возник преступный корыстный умысел на хищение гробницы, изготовленной из нержавеющей стали с какой-нибудь могилы, с целью ее дальнейшей сдачи на металл, и получения материальной выгоды. О своих намерениях ФИО27 сообщил своему брату ФИО28 и предложил совершить кражу совместно, на что последний согласился. Таким образом, ФИО28 и ФИО27 в указанное время вступили между собой в предварительный преступный сговор. С целью реализации своего преступного умысла, направленного на тайное хищение чужого имущества, группой лиц по предварительному сговору, 15 августа 2019 года примерно в 18 часов 30 минут ФИО27 совместно с ФИО28 пришли на территорию кладбища, расположенного в с.Дичня, Курчатовского района, Курской области, где, убедившись, что за их действиями никто не наблюдает, подошли к могиле ФИО46, действуя согласованно и, понимая, что своими действиями способствуют друг другу в реализации преступного корыстного умысла, выполняя равнозначные роли, взялись руками за гробницу и выдернули из земли, похитив с могилы ФИО46 надгробие, принадлежащее ФИО2, выполненное из нержавеющей стали, размерами 1300х600х200 мм., толщиной металла 2 мм., стоимостью согласно заключению эксперта № 357/10-19 от 07.10.2019 года, 3600 рублей. После чего ФИО27 и ФИО28 с места совершения преступления скрылись, распорядившись похищенным по своему усмотрению. В результате совместных преступных действий ФИО27 и ФИО28 потерпевшему ФИО2 был причинен материальный ущерб на сумму 3 600 рублей. Допрошенный в судебном заседании подсудимый ФИО27 вину в совершении преступления признал в полном объеме, при этом от дачи показания отказался, воспользовавшись правом, предусмотренным ст. 51 Конституции РФ. В содеянном раскаялся, принес извинения потерпевшему, заявленный гражданский иск признал в полном объеме. В соответствии со ст. ч. 1 п. 3 УПК РФ были исследованы показания ФИО27, данные им в ходе следствия, согласно которым: он работал сторожем на кладбище, расположенном в с. Дичня, Курчатовского района, Курской области. 15 августа 2019 года примерно в 18 часов 00 минут, находясь у себя дома, предложил своему брату ФИО28 похитить с могилы надгробие из нержавеющей стали, чтобы сдать на металл, получив денежные средства. На его предложение брат согласился. После этого, примерно в 18 часов 30 минут, он с ФИО28 пришли на территорию кладбища в с.Дичня, где нашли могилу ФИО46, на которой было надгробие из нержавеющей стали. После чего, он с одной стороны, а брат с другой стороны, руками взялись за надгробие, и выдернули его из земли. После этого, вынесли надгробие за территорию кладбища. Затем он позвонил своей знакомой ФИО32, которую попросил отвезти на ее автомобиле металл. Когда ФИО32 приехала, они все вместе отвезли металл скупщику в с. Митрофанова Октябрьского района, который забрал металл, заплатив им денежные средства. Полученные денежные средства они потратили на личные нужды (Т. 7 л.д. 238-245). В своей явке с повинной от 01.10.2019 года ФИО27 также сообщил, что 15 августа 2019 года он совместно с ФИО28 с могилы ФИО46 похитили надгробие из нержавеющей стали (Т.1 л.д. 34). Допрошенный в судебном заседании подсудимый ФИО28 вину в совершении преступления признал в полном объеме, при этом от дачи показания отказался, воспользовавшись правом, предусмотренным ст. 51 Конституции РФ. В содеянном раскаялся, принес извинения потерпевшему, заявленный гражданский иск признал в полном объеме. В соответствии со ст. ч. 1 п. 3 УПК РФ были исследованы показания ФИО28, данные им в ходе следствия, который дал аналогичные показания, пояснив, что действительно его брат ФИО27 предложил ему совершать кражу надгробия из нержавеющей стали с могилы кладбища, расположенного в с. Дичня Курчатовского района, на что он согласился, в связи с чем, 15 августа 2019 года примерно в 18 часов 30 минут они вдвоем пришли на кладбище, где с могилы ФИО46 выдернули из земли надгробие, которое на автомобиле ФИО32 отвезли скупщику в с. Митрофанова Октябрьского района, за что получили денежные средства, которые потратили на личные нужды (Т. 8 л.д. 21-28). Данные обстоятельства совершения преступления ФИО28 сообщил и в своей явке с повинной от 01.10.2019 года (Т. 1 л.д. 25). Кроме признания вины подсудимыми, их виновность в совершении инкриминируемого им деяния подтверждается также показаниями потерпевшего ФИО2, свидетелей ФИО47, ФИО32 и ФИО34, данными в судебном заседании, а также исследованными письменными материалами уголовного дела. Потерпевший ФИО2 в судебном заседании пояснил, что на территории кладбища, расположенного в с. Дичня, Курчатовского района, Курской области, у него захоронен дедушка его супруги ФИО46. На могиле были установлены памятник и надгробие из нержавеющей стали им и его супругой совместно в 2001 году. 24 сентября 2019 года, приехав на кладбище, он и его супруга увидели, что на могиле отсутствует надгробие, размерами 1300х600 х200 мм, толщина металла 2 мм. О случившемся он сообщил в полицию. С заключением эксперта о стоимости надгробия в размере 3 600 рублей он согласен. Подсудимые принесли ему извинения. Гражданский иск поддержал в полном объеме, просил взыскать с подсудимых. Допрошенная в судебном заседании в качестве свидетеля ФИО105 дала аналогичные показания, пояснив, что действительно, приехав с супругом на кладбище 24 сентября 2019 года, обнаружили пропажу с могилы ее дедушки ФИО46 надгробие, выполненное из нержавеющей стали, которое они устанавливали совместно с супругом еще в 2001 году. О случившемся сразу же сообщили в полицию. Свидетель ФИО106 в судебном заседании пояснила, что возможно 15 августа 2019 года в вечернее время ей позвонил знакомый ФИО27 и попросил ее подъехать на автомобиле в с. Дичня, чтобы помочь отвезти металл на пункт приема в д. Митрофаново Октябрьского района. Она согласилась. Когда приехала, то ФИО43 и ФИО28 погрузили в багажник автомобиля металл, который они отвезли скупщику в д. Митрофаново Октябрьского района. За оказанную услугу, ребята дали ей деньги на заправку автомобиля. О том, что данный металл они похищали с кладбища, она не знала. Допрошенный в судебном заседании в качестве свидетеля ФИО107 пояснил, что занимается приемом лома черного металла у населения для личных нужд. 15 августа 2019 года в вечернее время к нему домой в д. Митрофаново Октябрьского района на автомобиле приехали ФИО28 и ФИО27, у которых он купил изделия из нержавеющей стали, похожие на части надгробия. О том, что металл был похищен, он не знал. О виновности подсудимых свидетельствуют также исследованные в судебном заседании материалы уголовного дела: заявление потерпевшего ФИО2 от 24.09.2019 года, в котором он просит привлечь к ответственности неизвестных лиц, которые в период с августа 2019 года по сентябрь 2019 года похитили надгробие из нержавеющей стали с могилы его родственника, расположенной на кладбище в с. Дичня, Курчатовского района, Курской области, в результате чего ему был причинен материальный ущерб (Т. 1 л.д. 18); протокол осмотра места происшествия от 24.09.2019 года, в ходе которого была осмотрена могила ФИО46, расположенная на территории кладбища в с. Дичня, Курчатовского района, Курской области, с которой подсудимые похитили надгробие, выполненное из нержавеющей стали размерами 1300х600х200 (Т.1 л.д. 19-20); протокол осмотра места происшествия от 01.10.2019 года с фототаблицей, в ходе которого была осмотрена придомовая территория д. 83 д. Митрофаново Октябрьского района Курской области, в ходе которого были обнаружены и изъяты в куче металла три металлические пластины из нержавеющей стали размерами 49х25 см первая, 50,5х25 см вторая, и третья пластина размерами 25х25 см. Со слов ФИО34, данные металлические пластины ему привезли ФИО28 и ФИО27. (Т. 1 л.д. 27-31); изъятые с места происшествия металлические пластины осмотрены и признаны вещественными доказательствами по делу (Т. 1 л.д. 96-97); заключение эксперта № 357\10-19 от 07.10.2019 года, согласно выводам которого, стоимость надгробия, выполненного из нержавеющей стали, размером 1300х600х200 мм, толщиной 2 мм, по состоянию на август-сентябрь 2019 года составляет 3 600 рублей (Т.1 л.д. 41-56). Суд признает достоверными исследованные доказательства, поскольку они получены с соблюдением требований уголовно-процессуального закона, что было проверено в ходе судебного разбирательства, и являются допустимыми. Оценивая добытые и исследованные в судебном заседании доказательства в совокупности с материалами уголовного дела, суд находит виновность подсудимых ФИО27 и ФИО28 в совершении преступления доказанной. Действия ФИО27 и ФИО28 суд квалифицирует по ст. ч. 2 п. «а» УК РФ, как кража, то есть тайное хищение чужого имущества, совершенное группой лиц по предварительному сговору, поскольку подсудимые, действуя умышленно, из корыстных побуждений, в целях личного обогащения, вступив между собой в преступный предварительный сговор, понимая, что своими действиями способствуют друг другу в реализации преступного корыстного умысла, в отсутствие собственника и других посторонних лиц, тайно похитили надгробие, выполненное из нержавеющей стали, с могилы на территории кладбища, которое сдали скупщику металла, а вырученные денежные средства потратили на личные нужды, причинив потерпевшему материальный ущерб в сумме 3600 рублей. Квалифицирующий признак “группой лиц по предварительному сговору” нашел свое подтверждение, поскольку подсудимые заранее договорились совершить совместно кражу имущества до начала выполнения объективной стороны преступления, распределив между собой равнозначные роли.</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Эпизод кражи от 20 августа 2019 года в отношении потерпевшего ФИО4. 20 августа 2019 года примерно в 18 часов 00 минут у ФИО27, находящегося по месту жительства по адресу: &lt;адрес&gt;, работающего неофициально сторожем кладбища, расположенного в с.Дичня, Курчатовского района, Курской области, и испытывающего материальные трудности, возник преступный корыстный умысел на хищение гробницы, изготовленной из нержавеющей стали с какой-нибудь могилы, с целью ее дальнейшей сдачи на металл, и получения материальной выгоды. О своих намерениях ФИО27 сообщил своему брату ФИО28 и предложил совершить кражу совместно, на что последний согласился. Таким образом, ФИО28 и ФИО27 в указанное время вступили между собой в предварительный преступный сговор. С целью реализации своего преступного умысла, направленного на тайное хищение чужого имущества, группой лиц по предварительному сговору, 20 августа 2019 года примерно в 18 часов 30 минут ФИО27 совместно с ФИО28 пришли на территорию кладбища, расположенного в с.Дичня, Курчатовского района, Курской области, где, убедившись, что за их действиями никто не наблюдает, подошли к могиле ФИО48, действуя согласованно и, понимая, что своими действиями способствуют друг другу в реализации преступного корыстного умысла, выполняя равнозначные роли, взялись руками за гробницу и выдернули из земли, похитив с могилы ФИО48 надгробие, принадлежащее ФИО4, выполненное из нержавеющей стали, размерами 1250х350х250 мм., толщиной металла 4 мм., стоимостью согласно заключению эксперта № 360/10-19 от 10.10.2019 года, 3 050 рублей. После чего ФИО27 и ФИО28 с места совершения преступления скрылись, распорядившись похищенным по своему усмотрению. В результате совместных преступных действий ФИО27 и ФИО28 потерпевшему ФИО4 был причинен материальный ущерб на сумму 3 050 рублей. Допрошенный в судебном заседании подсудимый ФИО27 вину в совершении преступления признал в полном объеме, при этом от дачи показания отказался, воспользовавшись правом, предусмотренным ст. 51 Конституции РФ. В содеянном раскаялся, принес извинения потерпевшему, заявленный гражданский иск признал в полном объеме. В соответствии со ст. ч. 1 п. 3 УПК РФ были исследованы показания ФИО27, данные им в ходе следствия, согласно которым: он работал сторожем на кладбище, расположенном в с. Дичня, Курчатовского района, Курской области. 20 августа 2019 года примерно в 18 часов 00 минут, находясь у себя дома, предложил своему брату ФИО28 похитить с могилы надгробие из нержавеющей стали, чтобы сдать на металл, получив денежные средства. На его предложение брат согласился. После этого, примерно в 18 часов 30 минут, он с ФИО28 пришли на территорию кладбища в с.Дичня, где нашли могилу ФИО48, на которой было надгробие из нержавеющей стали. После чего, он с одной стороны, а брат с другой стороны, руками взялись за надгробие, и выдернули его из земли. После этого, вынесли надгробие за территорию кладбища. Затем он позвонил своей знакомой ФИО32, которую попросил отвезти на ее автомобиле металл. Когда ФИО32 приехала, они все вместе отвезли металл скупщику в с. Митрофанова Октябрьского района, который забрал металл, заплатив им денежные средства. Полученные денежные средства они потратили на личные нужды (Т. 7 л.д. 239-245). В своей явке с повинной от 02.10.2019 года ФИО27 также сообщил, что в 20 числах августа 2019 года он совместно с ФИО28 с могилы ФИО48 похитил надгробие из нержавеющей стали (Т. 1 л.д. 224). Допрошенный в судебном заседании подсудимый ФИО28 вину в совершении преступления признал в полном объеме, при этом от дачи показания отказался, воспользовавшись правом, предусмотренным ст. 51 Конституции РФ. В содеянном раскаялся, принес извинения потерпевшему, заявленный гражданский иск признал в полном объеме. В соответствии со ст. ч. 1 п. 3 УПК РФ были исследованы показания ФИО28, данные им в ходе следствия, который дал аналогичные показания, пояснив, что действительно его брат ФИО27 предложил ему совершать кражу надгробия из нержавеющей стали с могилы кладбища, расположенного в с. Дичня Курчатовского района, на что он согласился, в связи с чем, 20 августа 2019 года примерно в 18 часов 30 минут они вдвоем пришли на кладбище, где с могилы ФИО48 выдернули из земли надгробие, которое на автомобиле ФИО32 отвезли скупщику в с. Митрофанова Октябрьского района, за что получили денежные средства, которые потратили на личные нужды (Т. 8 л.д. 21-28). Данные обстоятельства совершения преступления ФИО28 сообщил и в своей явке с повинной от 02.10.2019 года (Т. 1 л.д. 221). Кроме признания вины подсудимыми, их виновность в совершении инкриминируемого им деяния подтверждается также показаниями потерпевшего ФИО4, свидетелей ФИО32 и ФИО34, данными в судебном заседании, а также исследованными письменными материалами уголовного дела. Потерпевший ФИО4 в судебном заседании пояснил, что на территории кладбища, расположенного в с. Дичня, Курчатовского района, Курской области, у него захоронен его брат ФИО48. На могиле были установлены памятник и надгробие из нержавеющей стали. 28 сентября 2019 года, приехав на кладбище, он увидел, что на могиле отсутствует надгробие, размерами 1250х350х250 мм., толщина металла 4 мм. О случившемся он сообщил в полицию. С заключением эксперта о стоимости надгробия в размере 3 050 рублей он согласен. Подсудимые принесли ему извинения. Гражданский иск поддержал в полном объеме и просил суд взыскать с подсудимых. Свидетель ФИО108 в судебном заседании пояснила, что возможно 20 августа 2019 года в вечернее время ей позвонил знакомый ФИО27 и попросил ее подъехать на автомобиле в с. Дичня, чтобы помочь отвезти металл на пункт приема в д. Митрофаново Октябрьского района. Она согласилась. Когда приехала, то ФИО27 и ФИО28 погрузили в багажник автомобиля металл, который они отвезли скупщику в д. Митрофаново Октябрьского района. За оказанную услугу, ребята дали ей деньги на заправку автомобиля. О том, что данный металл они похищали с кладбища, она не знала. Допрошенный в судебном заседании в качестве свидетеля ФИО110 пояснил, что занимается приемом лома черного металла у населения для личных нужд. 20.08.2019 года в вечернее время к нему домой в д. Митрофаново Октябрьского района на автомобиле приехали ФИО28 и ФИО27, у которых он купил изделия из нержавеющей стали, похожие на части надгробия. О том, что металл был похищен, он не знал. О виновности подсудимых свидетельствуют также исследованные в судебном заседании материалы уголовного дела: заявление потерпевшего ФИО4 от 02.10.2019 года, в котором он просит привлечь к уголовной ответственности неизвестных ему лиц, которые в период времени с августа 2019 года по 28.09.2019 года похитили с могилы его брата ФИО48 на территории кладбища с. Дичня Куратовского района Курской области надгробие из нержавеющей стали, в результате чего ему был причинен материальный ущерб (Т. 1 л.д. 214); протокол осмотра места происшествия от 02.10.2019 года, в ходе которого была осмотрена могила ФИО48, расположенная на территории кладбища в с. Дичня Курчатовского района Курской области, с которой подсудимые похитили надгробие, выполненное из нержавеющей стали размерами 1250х350х250 (Т.1 л.д. 216-219); заключение эксперта № 360\10-19 от 10.10.2019 года, согласно выводам которого, стоимость надгробия, выполненного из нержавеющей стали размером 1250х350х250 мм, толщиной 4 мм, по состоянию на август, сентябрь 2019 года составляет 3050 рублей (Т. 1 л.д. 231-246). Суд признает достоверными исследованные доказательства, поскольку они получены с соблюдением требований уголовно-процессуального закона, что было проверено в ходе судебного разбирательства, и являются допустимыми. Оценивая добытые и исследованные в судебном заседании доказательства в совокупности с материалами уголовного дела, суд находит виновность подсудимых ФИО27 и ФИО28 в совершении преступления доказанной. Действия ФИО27 и ФИО28 суд квалифицирует по ст. ч. 2 п. «а» УК РФ, как кража, то есть тайное хищение чужого имущества, совершенное группой лиц по предварительному сговору, поскольку подсудимые, действуя умышленно, из корыстных побуждений, в целях личного обогащения, вступив между собой в преступный предварительный сговор, понимая, что своими действиями способствуют друг другу в реализации преступного корыстного умысла, в отсутствие собственника и других посторонних лиц, тайно похитили надгробие, выполненное из нержавеющей стали, с могилы на территории кладбища, которое сдали скупщику металла, а вырученные денежные средства потратили на личные нужды, причинив потерпевшему материальный ущерб в сумме 3050 рублей. Квалифицирующий признак “группой лиц по предварительному сговору” нашел свое подтверждение, поскольку подсудимые заранее договорились совершить совместно кражу имущества до начала выполнения объективной стороны преступления, распределив между собой равнозначные роли.</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Эпизод кражи от 21 августа 2019 года в отношении потерпевшего ФИО8. 21 августа 2019 года примерно в 18 часов 00 минут у ФИО27, находящегося по месту жительства по адресу: &lt;адрес&gt;, работающего неофициально сторожем кладбища, расположенного в с.Дичня, Курчатовского района, Курской области, и испытывающего материальные трудности, возник преступный корыстный умысел на хищение гробницы, изготовленной из нержавеющей стали с какой-нибудь могилы, с целью ее дальнейшей сдачи на металл, и получения материальной выгоды. О своих намерениях ФИО27 сообщил своему брату ФИО28 и предложил совершить кражу совместно, на что последний согласился. Таким образом, ФИО28 и ФИО27 в указанное время вступили между собой в предварительный преступный сговор. С целью реализации своего преступного умысла, направленного на тайное хищение чужого имущества, группой лиц по предварительному сговору, 21 августа 2019 года примерно в 18 часов 30 минут ФИО27 совместно с ФИО28 пришли на территорию кладбища, расположенного в с.Дичня, Курчатовского района, Курской области, где, убедившись, что за их действиями никто не наблюдает, подошли к могиле ФИО49, действуя согласованно и, понимая, что своими действиями способствуют друг другу в реализации преступного корыстного умысла, выполняя равнозначные роли, взялись руками за гробницу и выдернули из земли, похитив с могилы ФИО49 надгробие, принадлежащее ФИО8, выполненное из нержавеющей стали, размерами 1250х500х350 мм., толщиной металла 3 мм., стоимостью согласно заключению эксперта № 427/11-19 от 13.11.2019 года, 3 120 рублей. После чего ФИО27 и ФИО28 с места совершения преступления скрылись, распорядившись похищенным по своему усмотрению. В результате совместных преступных действий ФИО27 и ФИО28 потерпевшему ФИО8 был причинен материальный ущерб на сумму 3 120 рублей. Допрошенный в судебном заседании подсудимый ФИО27 вину в совершении преступления признал в полном объеме, при этом от дачи показания отказался, воспользовавшись правом, предусмотренным ст. 51 Конституции РФ. В содеянном раскаялся, принес извинения потерпевшему, заявленный гражданский иск признал в полном объеме. В соответствии со ст. ч. 1 п. 3 УПК РФ были исследованы показания ФИО27, данные им в ходе следствия, согласно которым: он работал сторожем на кладбище, расположенном в с. Дичня, Курчатовского района, Курской области. 21 августа 2019 года примерно в 18 часов 00 минут, находясь у себя дома, предложил своему брату ФИО28 похитить с могилы надгробие из нержавеющей стали, чтобы сдать на металл, получив денежные средства. На его предложение брат согласился. После этого, примерно в 18 часов 30 минут, он с ФИО28 пришли на территорию кладбища в с.Дичня, где подошли к могиле ФИО49, на которой было надгробие из нержавеющей стали. После чего, он с одной стороны, а брат с другой стороны, руками взялись за надгробие, и выдернули его из земли. После этого, вынесли надгробие за территорию кладбища. Затем он позвонил своей знакомой ФИО32, которую попросил отвезти на ее автомобиле металл. Когда ФИО32 приехала, они все вместе отвезли металл скупщику в с. Митрофанова Октябрьского района, который забрал металл, заплатив им денежные средства. Полученные денежные средства они потратили на личные нужды Т. 7 л.д. 239-245). В своей явке с повинной от 07.10.2019 года ФИО27 также сообщил, что 21 августа 2019 года он совместно с ФИО28 с могилы ФИО49 похитили надгробие из нержавеющей стали (Т. 2 л.д. 194). Допрошенный в судебном заседании подсудимый ФИО28 вину в совершении преступления признал в полном объеме, при этом от дачи показания отказался, воспользовавшись правом, предусмотренным ст. 51 Конституции РФ. В содеянном раскаялся, принес извинения потерпевшему, заявленный гражданский иск признал в полном объеме. В соответствии со ст. ч. 1 п. 3 УПК РФ были исследованы показания ФИО28, данные им в ходе следствия, который дал аналогичные показания, пояснив, что действительно его брат ФИО27 предложил ему совершать кражу надгоробия из нержавеющей стали с могилы кладбища, расположенного в с. Дичня Курчатовского района, чтобы сдать на металл, а деньги потратить на личные нужды, на что он согласился, в связи с чем, 21 августа 2019 года примерно в 18 часов 30 минут они вдвоем пришли на кладбище, где с могилы ФИО49 выдернули из земли надгробие, которое на автомобиле ФИО32 отвезли скупщику в с. Митрофанова Октябрьского района, за что получили денежные средства, которые потратили на личные нужды (Т. 8 л.д. 21-28). Данные обстоятельства совершения преступления ФИО28 сообщил и в своей явке с повинной от 07.10.2019 года (Т. 2 л.д. 187). Кроме признания вины подсудимыми, их виновность в совершении инкриминируемого им деяния подтверждается также показаниями потерпевшего ФИО8, свидетелей ФИО32 и ФИО34, данными в судебном заседании, а также исследованными письменными материалами уголовного дела. Потерпевший ФИО8 в судебном заседании пояснил, что на территории кладбища, расположенного в с. Дичня, Курчатовского района, Курской области, у него захоронен его дядя ФИО49. На могиле были установлены памятник и надгробие из нержавеющей стали. 28 сентября 2019 года, приехав на кладбище, он увидел, что на могиле отсутствует надгробие, размерами 1250х500х350 мм., толщина металла 3 мм. О случившемся он сообщил в полицию. С заключением эксперта о стоимости надгробия в размере 3 120 рублей он согласен. Подсудимые принесли ему извинения. Гражданский иск поддержал в полном объеме и просил суд взыскать с подсудимых. Свидетель ФИО111 в судебном заседании пояснила, что возможно 21 августа 2019 года в вечернее время ей позвонил знакомый ФИО27 и попросил ее подъехать на автомобиле в с. Дичня, чтобы помочь отвезти металл на пункт приема в д. Митрофаново Октябрьского района. Она согласилась. Когда приехала, то ФИО43 и ФИО28 погрузили в багажник автомобиля металл, который они отвезли скупщику в д. Митрофаново Октябрьского района. За оказанную услугу, ребята дали ей деньги на заправку автомобиля. О том, что данный металл они похищали с кладбища, она не знала. Допрошенный в судебном заседании в качестве свидетеля ФИО112 пояснил, что занимается приемом лома черного металла у населения для личных нужд. 21.08.2019 года в вечернее время к нему домой в д. Митрофаново Октябрьского района на автомобиле приехали ФИО28 и ФИО27, у которых он купил изделия из нержавеющей стали, похожие на части надгробия. О том, что металл был похищен, он не знал. О виновности подсудимых свидетельствуют также исследованные в судебном заседании материалы уголовного дела: заявление потерпевшего ФИО8 от 07.10.2019 года, в котором он просит провести проверку по факту хищения надгробия из нержавеющей стали с могилы его дяди ФИО49 на кладбище с. Дичня Курчатовского района Курской области в период времени с августа 2019 года по 28.09.2019 года, в результате чего ему был причинен материальный ущерб (Т. 2 л.д. 183); протокол осмотра места происшествия от 07.10.2019 года с фототаблицей, в ходе которого была осмотрена могила ФИО49, расположенная на территории кладбища в с. Дичня Курчатовского района Курской области, с которой подсудимые похитили надгробие, выполненное из нержавеющей стали размерами 1250х350х250 (Т.2 л.д. 65-68); заключение эксперта № 427\11-19 от 13.11.2019 года, согласно выводам которого, стоимость надгробия, выполненного из нержавеющей стали размером 1250х500х350 мм, толщиной 3 мм, по состоянию на август 2019 года составляет 3 120 рублей (Т. 2 л.д. 230-245). Суд признает достоверными исследованные доказательства, поскольку они получены с соблюдением требований уголовно-процессуального закона, что было проверено в ходе судебного разбирательства, и являются допустимыми. Оценивая добытые и исследованные в судебном заседании доказательства в совокупности с материалами уголовного дела, суд находит виновность подсудимых ФИО27 и ФИО28 в совершении преступления доказанной. Действия ФИО27 и ФИО28 суд квалифицирует по ст. ч. 2 п. «а» УК РФ, как кража, то есть тайное хищение чужого имущества, совершенное группой лиц по предварительному сговору, поскольку подсудимые, действуя умышленно, из корыстных побуждений, в целях личного обогащения, вступив между собой в преступный предварительный сговор, понимая, что своими действиями способствуют друг другу в реализации преступного корыстного умысла, в отсутствие собственника и других посторонних лиц, тайно похитили надгробие, выполненное из нержавеющей стали, с могилы на территории кладбища, которое сдали скупщику металла, а вырученные денежные средства потратили на личные нужды, причинив потерпевшему материальный ущерб в сумме 3 120 рублей. Квалифицирующий признак “группой лиц по предварительному сговору” нашел свое подтверждение, поскольку подсудимые заранее договорились совершить совместно кражу имущества до начала выполнения объективной стороны преступления, распределив между собой равнозначные роли.</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Эпизод кражи от 22 августа 2019 года в отношении потерпевшей ФИО6. 22 августа 2019 года примерно в 18 часов 00 минут у ФИО27, находящегося по месту жительства по адресу: &lt;адрес&gt;, работающего неофициально сторожем кладбища, расположенного в с.Дичня, Курчатовского района, Курской области, и испытывающего материальные трудности, возник преступный корыстный умысел на хищение гробницы, изготовленной из нержавеющей стали с какой-нибудь могилы, с целью ее дальнейшей сдачи на металл, и получения материальной выгоды. О своих намерениях ФИО27 сообщил своему брату ФИО28 и предложил совершить кражу совместно, на что последний согласился. Таким образом, ФИО28 и ФИО27 в указанное время вступили между собой в предварительный преступный сговор. С целью реализации своего преступного умысла, направленного на тайное хищение чужого имущества, группой лиц по предварительному сговору, 22 августа 2019 года примерно в 18 часов 30 минут ФИО27 совместно с ФИО28 пришли на территорию кладбища, расположенного в с.Дичня, Курчатовского района, Курской области, где, убедившись, что за их действиями никто не наблюдает, подошли к могиле ФИО50, действуя согласованно и, понимая, что своими действиями способствуют друг другу в реализации преступного корыстного умысла, выполняя равнозначные роли, взялись руками за гробницу и выдернули из земли, похитив с могилы ФИО50 надгробие, принадлежащее ФИО6, выполненное из нержавеющей стали, размерами 1500х250х350х300 мм., толщиной металла 6 мм., стоимостью согласно заключению эксперта № 426/11-19 от 13.11.2019 года, 4 900 рублей. После чего ФИО27 и ФИО28 с места совершения преступления скрылись, распорядившись похищенным по своему усмотрению. В результате совместных преступных действий ФИО27 и ФИО28 потерпевшей ФИО6 был причинен материальный ущерб на сумму 4 900 рублей. Допрошенный в судебном заседании подсудимый ФИО27 вину в совершении преступления признал в полном объеме, при этом от дачи показания отказался, воспользовавшись правом, предусмотренным ст. 51 Конституции РФ. В содеянном раскаялся, принес извинения потерпевшей, заявленный гражданский иск признал в полном объеме. В соответствии со ст. ч. 1 п. 3 УПК РФ были исследованы показания ФИО27, данные им в ходе следствия, согласно которым: он работал сторожем на кладбище, расположенном в с. Дичня, Курчатовского района, Курской области. 22 августа 2019 года примерно в 18 часов 00 минут, находясь у себя дома, предложил своему брату ФИО28 похитить с могилы надгробие из нержавеющей стали, чтобы сдать на металл, получив за это денежные средства. На его предложение брат согласился. После этого, примерно в 18 часов 30 минут, он с ФИО28 пришли на территорию кладбища в с.Дичня, где подошли к могиле ФИО50, на которой было надгробие из нержавеющей стали. После чего, он с одной стороны, а брат с другой стороны, руками взялись за надгробие, и выдернули его из земли. После этого, вынесли надгробие за территорию кладбища. Затем он позвонил своей знакомой ФИО32, которую попросил отвезти на ее автомобиле металл. Когда ФИО32 приехала, они все вместе отвезли металл скупщику в с. Митрофанова Октябрьского района, который забрал металл, заплатив им денежные средства. Полученные денежные средства они потратили на личные нужды (Т. 7 л.д. 239-245). В своей явке с повинной от 07.10.2019 года ФИО27 также сообщил, что 22 августа 2019 года он совместно с ФИО28 с могилы ФИО50 похитили надгробие из нержавеющей стали (Т. 2 л.д. 70). Допрошенный в судебном заседании подсудимый ФИО28 вину в совершении преступления признал в полном объеме, при этом от дачи показания отказался, воспользовавшись правом, предусмотренным ст. 51 Конституции РФ. В содеянном раскаялся, принес извинения потерпевшей, заявленный гражданский иск признал в полном объеме. В соответствии со ст. ч. 1 п. 3 УПК РФ были исследованы показания ФИО28, данные им в ходе следствия, который дал аналогичные показания, пояснив, что действительно его брат ФИО27 предложил ему совершать кражу надгробия из нержавеющей стали с могилы кладбища, расположенного в с. Дичня Курчатовского района, чтобы сдать на металл, а деньги потратить на личные нужды, на что он согласился, в связи с чем, 22 августа 2019 года примерно в 18 часов 30 минут они вдвоем пришли на кладбище, где с могилы ФИО50 выдернули из земли надгробие, которое на автомобиле ФИО32 отвезли скупщику в с. Митрофанова Октябрьского района, за что получили денежные средства, которые потратили на личные нужды (Т. 8 л.д. 21-27). Данные обстоятельства совершения преступления ФИО28 сообщил и в своей явке с повинной от 07.10.2019 года (Т. 2 л.д. 73). Кроме признания вины подсудимыми, их виновность в совершении инкриминируемого им деяния подтверждается также показаниями потерпевшей ФИО6, свидетелей ФИО32 и ФИО34, данными в судебном заседании, а также исследованными письменными материалами уголовного дела. Потерпевшая ФИО6 в судебном заседании пояснила, что на территории кладбища, расположенного в с. Дичня, Курчатовского района, Курской области, у нее захоронен отец ФИО50. На могиле было установлено надгробие из нержавеющей стали. 02 октября 2019 года, приехав на кладбище, она увидела, что на могиле отсутствует надгробие, размерами 1500х250х350х300 мм., толщина металла 6 мм. О случившемся она сообщила в полицию. С заключением эксперта о стоимости надгробия в размере 4 900 рублей она согласна. Подсудимые принесли ей извинения. Гражданский иск поддержала в полном объеме и просила суд взыскать с подсудимых. Свидетель ФИО113 в судебном заседании пояснила, что возможно 22 августа 2019 года в вечернее время ей позвонил знакомый ФИО27 и попросил ее подъехать на автомобиле в с. Дичня, чтобы помочь отвезти металл на пункт приема в д. Митрофаново Октябрьского района. Она согласилась. Когда приехала, то ФИО43 и ФИО28 погрузили в багажник автомобиля металл, который они отвезли скупщику в д. Митрофаново Октябрьского района. За оказанную услугу, ребята дали ей деньги на заправку автомобиля. О том, что данный металл они похищали с кладбища, она не знала. Допрошенный в судебном заседании в качестве свидетеля ФИО114 пояснил, что занимается приемом лома черного металла у населения для личных нужд. 22.08.2019 года в вечернее время к нему домой в д. Митрофаново Октябрьского района на автомобиле приехали ФИО28 и ФИО27, у которых он купил изделия из нержавеющей стали, похожие на части надгробия. О том, что металл был похищен, он не знал. О виновности подсудимых свидетельствуют также исследованные в судебном заседании материалы уголовного дела: заявление потерпевшей ФИО6 от 07.10.2019 года, в котором она просит привлечь к ответственности неизвестных лиц, которые в период времени с июля 2019 года по 02.10.2019 года совершили хищение гробницы из нержавеющей стали с могилы ее отца ФИО50, с территории кладбища в с. Дичня Курчатовского района Курской области, причинив ей материальный ущерб (Т. 2 л.д. 61); протокол осмотра места происшествия от 07.10.2019 года с фототаблицей, в ходе которого была осмотрена могила ФИО50, расположенная на территории кладбища в с. Дичня Курчатовского района Курской области, с которой подсудимые похитили надгробие, выполненное из нержавеющей стали размерами 1500х250х350х300 (Т.2 л.д. 65-68); заключение эксперта № 426\11-19 от 13.11.2019 года, согласно выводам которого, стоимость надгробия, выполненного из нержавеющей стали размером 1500х250х350х300 мм, весом 30 кг., толщиной 6 мм, по состоянию на август 2019 года составляет 4900 рублей (Т. 2 л.д. 109-124). Суд признает достоверными исследованные доказательства, поскольку они получены с соблюдением требований уголовно-процессуального закона, что было проверено в ходе судебного разбирательства, и являются допустимыми. Оценивая добытые и исследованные в судебном заседании доказательства в совокупности с материалами уголовного дела, суд находит виновность подсудимых ФИО27 и ФИО28 в совершении преступления доказанной. Действия ФИО27 и ФИО28 суд квалифицирует по ст. ч. 2 п. «а» УК РФ, как кража, то есть тайное хищение чужого имущества, совершенное группой лиц по предварительному сговору, поскольку подсудимые, действуя умышленно, из корыстных побуждений, в целях личного обогащения, вступив между собой в преступный предварительный сговор, понимая, что своими действиями способствуют друг другу в реализации преступного корыстного умысла, в отсутствие собственника и других посторонних лиц, тайно похитили надгробие, выполненное из нержавеющей стали, с могилы на территории кладбища, которое сдали скупщику металла, а вырученные денежные средства потратили на личные нужды, причинив потерпевшей материальный ущерб в сумме 4 900 рублей. Квалифицирующий признак “группой лиц по предварительному сговору” нашел свое подтверждение, поскольку подсудимые заранее договорились совершить совместно кражу имущества до начала выполнения объективной стороны преступления, распределив между собой равнозначные роли.</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Эпизод кражи от 23 августа 2019 года в отношении потерпевших ФИО20, ФИО19, ФИО23, ФИО14, ФИО15. 23 августа 2019 года примерно в 18 часов 00 минут у ФИО27, находящегося по месту жительства по адресу: &lt;...&gt;, работающего неофициально сторожем кладбища, расположенного в с.Дичня, Курчатовского района, Курской области, и испытывающего материальные трудности, возник преступный корыстный умысел на хищение гробниц, изготовленных из нержавеющей стали, находящихся на могилах, с целью их дальнейшей сдачи на металл, и получения материальной выгоды. О своих намерениях ФИО27 сообщил своему брату ФИО28 и предложил совершить кражу совместно, на что последний согласился. Таким образом, ФИО28 и ФИО27 в указанное время вступили между собой в предварительный преступный сговор. С целью реализации своего преступного умысла, направленного на тайное хищение чужого имущества, группой лиц по предварительному сговору, 23 августа 2019 года примерно в 18 часов 30 минут ФИО27 совместно с ФИО28 пришли на территорию кладбища, расположенного в с.Дичня, Курчатовского района, Курской области, где тайно, убедившись, что за их действиями никто не наблюдает, подошли по очереди к могилам ФИО51, ФИО52, ФИО23, ФИО53, ФИО54, действуя согласованно и, понимая, что своими действиями способствуют друг другу в реализации преступного корыстного умысла, выполняя равнозначные роли, взялись руками за гробницы и выдернули из земли, похитив с могилы ФИО51 надгробие, принадлежащее ФИО20, выполненное из нержавеющей стали, размерами 1700х690х200 мм, толщиной металла 4 мм, стоимостью согласно заключению эксперта № 492\12-19 от 13.12.2019 года, 5070 рублей, с могилы ФИО52 - надгробие, принадлежащее ФИО19, выполненное из нержавеющей стали, размерами 1500х500х600 мм, толщиной металла 2 мм, стоимостью согласно заключению эксперта №491\12-19 от 13.12.2019 года, 4770 рублей, с могилы ФИО23 - надгробие, принадлежащее ФИО23, выполненное из нержавеющей стали, размерами 1500х500х150 мм, толщиной металла 2 мм, стоимостью согласно заключению эксперта № 496\12-19 от 13.12.2019 года, 4520 рублей, с могилы ФИО53 - надгробие, принадлежащее ФИО14, выполненное из нержавеющей стали, размерами 1350х730х200 мм, толщиной металла 2 мм, стоимостью согласно заключению эксперта № 497\12-19 от 14.12.2019 года, 3640 рублей, с могилы ФИО54 - надгробие, принадлежащее ФИО15, выполненное из нержавеющей стали, размерами 1800х600х200 мм, толщиной металла 2 мм, стоимостью согласно заключению эксперта № 502\12-19 от 14.12.2019 года, 5100 рублей. После чего ФИО27 и ФИО28 с места совершения преступления скрылись, распорядившись похищенным по своему усмотрению. В результате совместных преступных действий ФИО27 и ФИО28 потерпевшей ФИО20 был причинен материальный ущерб в сумме 5070 рублей, который является для нее значительным; потерпевшей ФИО19 был причинен материальный ущерб в сумме 4 770 рублей; потерпевшему ФИО23 был причинен материальный ущерб в сумме 4 520 рублей; потерпевшей ФИО14 был причинен материальный ущерб в сумме 3 640 рублей; потерпевшему ФИО15 был причинен материальный ущерб в сумме 5 100 рублей. Допрошенный в судебном заседании подсудимый ФИО27 вину в совершении преступления признал в полном объеме, при этом от дачи показания отказался, воспользовавшись правом, предусмотренным ст. 51 Конституции РФ. В содеянном раскаялся, принес извинения потерпевшим, заявленные гражданские иски признал в полном объеме. В соответствии со ст. ч. 1 п. 3 УПК РФ были исследованы показания ФИО27, данные им в ходе следствия, согласно которым: он работал сторожем на кладбище, расположенном в с. Дичня, Курчатовского района, Курской области. 23 августа 2019 года примерно в 18 часов 00 минут, находясь у себя дома, предложил своему брату ФИО28 похитить с могил надгробия из нержавеющей стали, чтобы сдать их на металл, получив за это денежные средства. На его предложение брат согласился. После этого, примерно в 18 часов 30 минут, он с ФИО28 пришли на территорию кладбища в с.Дичня, где подошли поочереди к могилам ФИО51, ФИО52, ФИО23, ФИО53, ФИО54, на которых были надгробия из нержавеющей стали. После чего, он с одной стороны, а брат с другой стороны, руками взялись за надгробия, и поочередно выдернули их из земли. После этого, вынесли надгробия за территорию кладбища. На следующий день он позвонил своей знакомой ФИО32, которую попросил отвезти на ее автомобиле металл. Когда ФИО32 приехала, они все вместе отвезли металл скупщику в с. Митрофанова Октябрьского района, который забрал металл, заплатив им денежные средства. Полученные денежные средства они потратили на личные нужды (Т. 7 л.д. 239-245). В своей явке с повинной от 30.11.2019 года, ФИО27 сообщил, что действительно в период с апреля 2019 года по сентябрь 2019 года совместно с ФИО28 с могил, расположенных на территории кладбища в с.Дичня, Курчатовского района, Курской области, похищали надгробия из нержавеющей стали, в том числе, с могил ФИО51, ФИО52, ФИО23, ФИО53, ФИО54, которые отвозили скупщику в Октябрьский район, получая денежные средства, которые тратили на личные нужды (Т.5 л.д. 219). Допрошенный в судебном заседании подсудимый ФИО28 вину в совершении преступления признал в полном объеме, при этом от дачи показания отказался, воспользовавшись правом, предусмотренным ст. 51 Конституции РФ. В содеянном раскаялся, принес извинения потерпевшим, заявленные гражданские иски признал в полном объеме. В соответствии со ст. ч. 1 п. 3 УПК РФ были исследованы показания ФИО28, данные им в ходе следствия, который дал аналогичные показания, пояснив, что действительно его брат ФИО27 предложил ему совершать кражи надгоробий из нержавеющей стали с могил кладбища, расположенного в с. Дичня Курчатовского района, чтобы сдать их на металл, а деньги потратить на личные нужды, на что он согласился, в связи с чем, 23 августа 2019 года примерно в 18 часов 30 минут они вдвоем пришли на кладбище, где поочередно с могил ФИО51, ФИО52, ФИО23, ФИО53, ФИО54, выдернули из земли надгробия, которые на автомобиле ФИО32 на следующий день отвезли скупщику в с. Митрофанова Октябрьского района, за что получили денежные средства, которые потратили на личные нужды (Т. 8 л.д. 21-28). Данные обстоятельства совершения преступления ФИО28 сообщил и в своей явке с повинной от 06.12.2019 года (Т. 5 л.д. 220). Кроме признания вины подсудимыми, их виновность в совершении инкриминируемого им деяния подтверждается также показаниями потерпевших ФИО20, ФИО19, ФИО23, ФИО14, ФИО15, свидетелей ФИО32 и ФИО34, данными в судебном заседании, а также исследованными письменными материалами уголовного дела. Потерпевшая ФИО20 в судебном заседании пояснила, что на территории кладбища, расположенного в с. Дичня, Курчатовского района, Курской области, у нее захоронен отец ФИО51. На могиле были установлены памятник и надгробие из нержавеющей стали. 17 сентября 2019 года, приехав на кладбище, она увидела, что на могиле ее отца отсутствует надгробие, размерами 1700х690х200 мм., толщина металла 4 мм.. О случившемся она сообщила в полицию. С заключением эксперта о стоимости надгробия в размере 5070 рублей она согласна. Подсудимые принесли ей извинения. Причиненный ущерб в размере 5 070 рублей является для нее значительным, поскольку размер ее пенсии составляет около 10000 рублей, иного дохода не имеет. Гражданский иск поддержала в полном объеме и просила суд взыскать с подсудимых. Потерпевшая ФИО19 в судебном заседании пояснила, что на территории кладбища, расположенного в с. Дичня, Курчатовского района, Курской области, у нее захоронена ее бабушка ФИО52. На могиле были установлены памятник и надгробие из нержавеющей стали. 24 августа 2019 года, приехав на кладбище, она увидела, что на могиле ее бабушки отсутствует надгробие, размерами 1500х500х600 мм., толщина металла 2 мм.. О случившемся она сообщила в полицию. С заключением эксперта о стоимости надгробия в размере 4 770 рублей она согласна. Подсудимые принесли ей извинения. Гражданский иск поддержала в полном объеме и просила суд взыскать с подсудимых. Потерпевший ФИО23 в судебном заседании пояснил, что на территории кладбища, расположенного в с. Дичня, Курчатовского района, Курской области, у него захоронена его бабушка ФИО23. На могиле были установлены памятник и надгробие из нержавеющей стали. 28 августа 2019 года, приехав на кладбище, он увидел, что на могиле его бабушки отсутствует надгробие, размерами 1500х500х150 мм., толщина металла 2 мм.. О случившемся он сообщил в полицию. С заключением эксперта о стоимости надгробия в размере 4 520 рублей он согласен. Подсудимые принесли ему извинения. Гражданский иск не заявлял. Потерпевшая ФИО14 в судебном заседании пояснила, что на территории кладбища, расположенного в с. Дичня, Курчатовского района, Курской области, у нее захоронена ее мама ФИО53. На могиле были установлены памятник и надгробие из нержавеющей стали. 15 сентября 2019 года, приехав на кладбище, она увидела, что на могиле ее мамы отсутствует надгробие, размерами 1350х730х200 мм., толщина металла 2 мм.. О случившемся она сообщила в полицию. С заключением эксперта о стоимости надгробия в размере 3640 рублей она согласна. Подсудимые принесли ей извинения. Гражданский иск не заявляла. Потерпевший ФИО15 в судебном заседании пояснил, что на территории кладбища, расположенного в с. Дичня, Курчатовского района, Курской области, у него захоронен отец ФИО54. На могиле были установлены памятник и надгробие из нержавеющей стали. 25 августа 2019 года, приехав на кладбище, он увидел, что на могиле его отца отсутствует надгробие, размерами 1800х600х200 мм., толщина металла 2 мм.. О случившемся он сообщил в полицию. С заключением эксперта о стоимости надгробия в размере 5100 рублей он согласен. Подсудимые принесли ему извинения. Причиненный ущерб в размере 5 100 рублей является для него значительным, поскольку он проживает с супругой и несовершеннолетним ребенком, совокупный доход его семьи составляет около 45 000 рублей, иных доходов не имеют. Гражданский иск поддержал в полном объеме и просил суд взыскать с подсудимых. Свидетель ФИО115 в судебном заседании пояснила, что возможно 24 августа 2019 года в вечернее время ей позвонил знакомый ФИО27 и попросил ее подъехать на автомобиле в с. Дичня, чтобы помочь отвезти металл на пункт приема в д. Митрофаново Октябрьского района. Она согласилась. Когда приехала, то ФИО43 и ФИО28 погрузили в багажник автомобиля металл, который они отвезли скупщику в д. Митрофаново Октябрьского района. За оказанную услугу, ребята дали ей деньги на заправку автомобиля. О том, что данный металл они похищали с кладбища, она не знала. Допрошенный в судебном заседании в качестве свидетеля ФИО116 пояснил, что занимается приемом лома черного металла у населения для личных нужд. 24 августа 2019 года в вечернее время к нему домой в д. Митрофаново Октябрьского района на автомобиле приехали ФИО28 и ФИО27, у которых он купил изделия из нержавеющей стали, похожие на части надгробия. О том, что металл был похищен, он не знал. О виновности подсудимых свидетельствуют также исследованные в судебном заседании материалы уголовного дела: заявление потерпевшей ФИО20 от 17.09.2019 года о привлечении к уголовной ответственности неизвестных лиц, которые в период времени с 01.08.2019 года по 17.09.2019 года, совершили хищение с могилы ее отца, расположенной на территории кладбища в с. Дичня, Курчатовского района, Курской области, надгробия из нержавеющей стали, причинив ей материальный ущерб (Т.6 л.д. 50); протокол осмотра места происшествия от 17.09.2019 года с фототаблицей, в ходе которого была осмотрена могила ФИО55, расположенная на территории кладбища в с. Дичня Курчатовского района Курской области, с которой подсудимые похитили надгробие, выполненное из нержавеющей стали, размерами 1700х690х200 мм. (Т.6 л.д. 51-56); заключение эксперта № 492\12-19 от 13.12.2019 года, согласно выводам которого, стоимость надгробия, выполненного из нержавеющей стали размером 1700х690х200 мм, толщиной 4 мм, по состоянию на апрель-октябрь 2019 года составляет 5 070 рублей (Т.6 л.д. 66-81); справка УПФР в г. Курчатове Курской области (межрайонное) от 20.12.2019 года (Т. 6 л.д. 84), согласно которой, страховая пенсия по старости ФИО20 составляет 9 384 руб. 83 коп.; заявление ФИО19 от 24.08.2019 года о привлечении к ответственности неизвестных лиц, которые похитили надгробие с могилы ее бабушки в период времени с 12.08.2019 года по 24.08.2019 года, расположенной на территории кладбища в с. Дичня, Курчатовского района, Курской области, причинив ей материальный ущерб (Т.5 л.д. 240); протокол осмотра места происшествия от 24.08.2019 года с фототаблицей, в ходе которого была осмотрена могила ФИО52, расположенная на территории кладбища в с. Дичня Курчатовского района Курской области, с которой подсудимые похитили надгробие, выполненное из нержавеющей стали, размерами 1500х500х600 мм. (Т.5 л.д. 242-246); заключение эксперта № 491\12-19 от 13.12.2019 года, согласно выводам которого, стоимость надгробия, выполненного из нержавеющей стали размером 1500х500х600 мм, толщиной 2 мм, по состоянию на апрель-октябрь 2019 года составляет 4 770 рублей (Т.6 л.д. 6-21) заявление потерпевшего ФИО23 от 28.08.2019 года о привлечении к ответственности неизвестных лиц, которые в период времени с апреля 2019 года по 28.08.2019 года, похитили надгробие из нержавеющей стали с могилы его бабушки ФИО23, расположенной на территории кладбища в с. Дичня, Курчатовского района, Курской области, причинив ему материальный ущерб (Т.7 л.д. 86); протокол осмотра места происшествия от 28.08.2019 года, в ходе которого была осмотрена могила ФИО23, расположенная на территории кладбища в с. Дичня Курчатовского района Курской области, с которой подсудимые похитили надгробие, выполненное из нержавеющей стали, размерами 1500х500х150 мм. (Т.7 л.д. 88-89); заключение эксперта № 496\12-19 от 13.12.2019 года, согласно выводам которого, стоимость надгробия, выполненного из нержавеющей стали размером 1500х500х150 мм, толщиной 2 мм, по состоянию на апрель-октябрь 2019 года составляет 4 520 рублей (Т.7 л.д. 96-111); заявление ФИО14 от 17.09.2019 года о привлечении к уголовной ответственности неизвестных лиц, которые в период времени с 23 августа 2019 года по 15 сентября 2019 года, похитили надгробие из нержавеющей стали с могилы ее мамы ФИО53, расположенной на территории кладбища в с. Дичня, Курчатовского района, Курской области, причинив ей материальный ущерб (Т.7 л.д. 28); протокол осмотра места происшествия от 17.09.2019 года с фототаблицей, в ходе которого была осмотрена могила ФИО53, расположенная на территории кладбища в с. Дичня Курчатовского района Курской области, с которой подсудимые похитили надгробие, выполненное из нержавеющей стали, размерами 1350х730х200 мм. (Т.7 л.д. 29-33); заключение эксперта № 497\12-19 от 14.12.2019 года, согласно выводам которого, стоимость надгробия, выполненного из нержавеющей стали размером 1350х730х200 мм, толщиной 2 мм, по состоянию на апрель-октябрь 2019 года составляет 3 640 рублей (Т.7 л.д. 44-59); заявление ФИО15 от 25.08.2019 года о привлечении к ответственности неизвестных лиц, которые в период времени с июня 2019 года по 25.08.2019 года, похитили надгробие из нержавеющей стали с могилы, расположенной на территории кладбища в с. Дичня, Курчатовского района, Курской области, причинив ему материальный ущерб (Т.6 л.д. 227); протокол осмотра места происшествия от 25.08.2019 года с фототаблицей, в ходе которого была осмотрена могила ФИО54, расположенная на территории кладбища в с. Дичня Курчатовского района Курской области, с которой подсудимые похитили надгробие, выполненное из нержавеющей стали, размерами 1800х600х200 мм. (Т.6 л.д. 228-230); заключение эксперта № 502\12-19 от 14.12.2019 года, согласно выводам которого, стоимость надгробия, выполненного из нержавеющей стали размером 1800х600х200 мм, толщиной 2 мм, по состоянию на апрель-октябрь 2019 года составляет 5 100 рублей (Т.6 л.д. 241-256); справка о доходах и суммах налога ФИО15 за 2019 год (Т. 7 л.д. 10), согласно которой общая сумма дохода составила 464 441 руб. 53 коп., а сумма налога удержанная - 58 921 руб.. Суд признает достоверными исследованные доказательства, поскольку они получены с соблюдением требований уголовно-процессуального закона, что было проверено в ходе судебного разбирательства, и являются допустимыми. Оценивая добытые и исследованные в судебном заседании доказательства в совокупности с материалами уголовного дела, суд находит виновность подсудимых ФИО27 и ФИО28 в совершении преступления доказанной. Действия ФИО27 и ФИО28 суд квалифицирует по ст. ч. 2 п. «а, в» УК РФ, как кража, то есть тайное хищение чужого имущества, совершенное группой лиц по предварительному сговору, с причинением значительного ущерба гражданину, поскольку подсудимые, действуя умышленно, из корыстных побуждений, в целях личного обогащения, вступив между собой в преступный сговор, понимая, что своими действиями способствуют друг другу в реализации единого преступного корыстного умысла, в отсутствие собственников и других посторонних лиц, тайно поочередно похитили надгробия, выполненные из нержавеющей стали, с могил ФИО51, ФИО52, ФИО23, ФИО53, ФИО54, на территории кладбища, которые сдали скупщику металла, а вырученные денежные средства потратили на личные нужды, причинив материальный ущерб потерпевшим ФИО19 на сумму 4770 рублей, ФИО56 на сумму 4520 рублей, ФИО14 на сумму 3640 рублей, ФИО15 на сумму 5100 рублей, а потерпевшей ФИО20 значительный материальный ущерб на сумму 5070 рублей. Квалифицирующий признак “группой лиц по предварительному сговору” нашел свое подтверждение, поскольку подсудимые заранее договорились совершить совместно кражу имущества до начала выполнения объективной стороны преступления, распределив между собой равнозначные роли. Признавая ущерб от кражи значительным в отношении потерпевшей ФИО20, суд принимает во внимание значимость похищенного для нее, а также ее материальное положение, согласно которому размер ее пенсии составляет 9384 рубля 83 копейки, иного дохода не имеет. Что же касается доводов потерпевшего ФИО15 о причинении ему значительного ущерба, то суд не может согласиться с ними, поскольку, как установлено в судебном заседании, сумма причиненного потерпевшему ущерба составляет 5100 рублей, которая не намного превышает установленный примечанием 2 к ст. 158 УК РФ размер значительного ущерба гражданину, при этом суд учитывает, что потерпевший ФИО15 проживает с супругой и несовершеннолетним ребенком, совокупный доход его семьи составляет 45 000 рублей, при этом каких-либо существенных ежемесячных расходов не несет.</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Эпизод кражи от 26 августа 2019 года в отношении потерпевшего ФИО10. 26 августа 2019 года примерно в 18 часов 00 минут у ФИО27, находящегося по месту жительства по адресу: &lt;адрес&gt;, работающего неофициально сторожем кладбища, расположенного в с.Дичня, Курчатовского района, Курской области, и испытывающего материальные трудности, возник преступный корыстный умысел на хищение гробницы, изготовленной из нержавеющей стали с какой-нибудь могилы, с целью ее дальнейшей сдачи на металл, и получения материальной выгоды. О своих намерениях ФИО27 сообщил своему брату ФИО28 и предложил совершить кражу совместно, на что последний согласился. Таким образом, ФИО28 и ФИО27 в указанное время вступили между собой в предварительный преступный сговор. С целью реализации своего преступного умысла, направленного на тайное хищение чужого имущества, группой лиц по предварительному сговору, 26 августа 2019 года примерно в 18 часов 30 минут ФИО27 совместно с ФИО28 пришли на территорию кладбища, расположенного в с.Дичня, Курчатовского района, Курской области, где, убедившись, что за их действиями никто не наблюдает, подошли к могиле ФИО57, действуя согласованно и, понимая, что своими действиями способствуют друг другу в реализации преступного корыстного умысла, выполняя равнозначные роли, взялись руками за гробницу и выдернули из земли, похитив с могилы ФИО57 надгробие, принадлежащее ФИО10, выполненное из нержавеющей стали, размерами 1800х600 мм., толщиной металла 3 мм., стоимостью согласно заключению эксперта № 376/10-19 от 16.10.2019 года, 5100 рублей. После чего ФИО27 и ФИО28 с места совершения преступления скрылись, распорядившись похищенным по своему усмотрению. В результате совместных преступных действий ФИО27 и ФИО28 потерпевшему ФИО10 был причинен материальный ущерб на сумму 5 100 рублей, который для последнего с учетом его материального положения не является значительным. Допрошенный в судебном заседании подсудимый ФИО27 вину в совершении преступления признал в полном объеме, при этом от дачи показания отказался, воспользовавшись правом, предусмотренным ст. 51 Конституции РФ. В содеянном раскаялся, принес извинения потерпевшему, заявленный гражданский иск признал в полном объеме. В соответствии со ст. ч. 1 п. 3 УПК РФ были исследованы показания ФИО27, данные им в ходе следствия, согласно которым: он работал сторожем на кладбище, расположенном в с. Дичня, Курчатовского района, Курской области. 26 августа 2019 года примерно в 18 часов 00 минут, находясь у себя дома, предложил своему брату ФИО28 похитить с могилы надгробие из нержавеющей стали, чтобы сдать на металл, получив за это денежные средства. На его предложение брат согласился. После этого, примерно в 18 часов 30 минут, он с ФИО28 пришли на территорию кладбища в с.Дичня, где подошли к могиле ФИО57, на которой было надгробие из нержавеющей стали. После чего, он с одной стороны, а брат с другой стороны, руками взялись за надгробие, и выдернули его из земли. После этого, вынесли надгробие за территорию кладбища. Затем он позвонил своей знакомой ФИО32, которую попросил отвезти на ее автомобиле металл. Когда ФИО32 приехала, они все вместе отвезли металл скупщику в с. Митрофанова Октябрьского района, который забрал металл, заплатив им денежные средства. Полученные денежные средства они потратили на личные нужды (Т. 7 л.д. 239-245). В своей явке с повинной от 04.10.2019 года ФИО27 также сообщил, что 26 августа 2019 года он совместно с ФИО28 с могилы ФИО57 похитили надгробие из нержавеющей стали (Т. 3 л.д. 66). Допрошенный в судебном заседании подсудимый ФИО28 вину в совершении преступления признал в полном объеме, при этом от дачи показания отказался, воспользовавшись правом, предусмотренным ст. 51 Конституции РФ. В содеянном раскаялся, принес извинения потерпевшему, заявленный гражданский иск признал в полном объеме. В соответствии со ст. ч. 1 п. 3 УПК РФ были исследованы показания ФИО28, данные им в ходе следствия, который дал аналогичные показания, пояснив, что действительно его брат ФИО27 предложил ему совершить кражу надгоробия из нержавеющей стали с могилы кладбища, расположенного в с. Дичня Курчатовского района, чтобы сдать на металл, а деньги потратить на личные нужды, на что он согласился, в связи с чем, 26 августа 2019 года примерно в 18 часов 30 минут они вдвоем пришли на кладбище, где с могилы ФИО57 выдернули из земли надгробие, которое на автомобиле ФИО32 отвезли скупщику в с. Митрофанова Октябрьского района, за что получили денежные средства, которые потратили на личные нужды (Т. 8 л.д. 21-28). Данные обстоятельства совершения преступления ФИО28 сообщил и в своей явке с повинной от 04.10.2019 года (Т. 3 л.д. 62). Кроме признания вины подсудимыми, их виновность в совершении инкриминируемого им деяния подтверждается также показаниями потерпевшего ФИО10, свидетелей ФИО32 и ФИО34, данными в судебном заседании, а также исследованными письменными материалами уголовного дела. Потерпевший ФИО10 в судебном заседании пояснил, что на территории кладбища, расположенного в с. Дичня, Курчатовского района, Курской области, у него захоронена мать ФИО57. На могиле были установлены памятник и надгробие из нержавеющей стали. В начале октября 2019 года, приехав на кладбище, он увидел, что на могиле отсутствует надгробие, размерами 1800х600 мм., толщина металла 3 мм. О случившемся сообщил в полицию. С заключением эксперта о стоимости надгробия в размере 5100 рублей он согласен. Однако причиненный ущерб не является для него значительным, поскольку размер его пенсии составляет 19 000 рублей. Подсудимые принесли ему извинения. Гражданский иск поддержал в полном объеме и просил суд взыскать с подсудимых. Свидетель ФИО117 в судебном заседании пояснила, что возможно 26 августа 2019 года в вечернее время ей позвонил знакомый ФИО27 и попросил ее подъехать на автомобиле в с. Дичня, чтобы помочь отвезти металл на пункт приема в д. Митрофаново Октябрьского района. Она согласилась. Когда приехала, то ФИО43 и ФИО28 погрузили в багажник автомобиля металл, который они отвезли скупщику в д. Митрофаново Октябрьского района. За оказанную услугу, ребята дали ей деньги на заправку автомобиля. О том, что данный металл они похищали с кладбища, она не знала. Допрошенный в судебном заседании в качестве свидетеля ФИО118 пояснил, что занимается приемом лома черного металла у населения для личных нужд. 26.08.2019 года в вечернее время к нему домой в д. Митрофаново Октябрьского района на автомобиле приехали ФИО28 и ФИО27, у которых он купил изделия из нержавеющей стали, похожие на части надгробия. О том, что металл был похищен, он не знал. О виновности подсудимых свидетельствуют также исследованные в судебном заседании материалы уголовного дела: заявление потерпевшего ФИО10 от 04.10.2019 года, в котором он просит провести проверку по факту пропажи надгробия из нержавеющей стали на могиле его матери ФИО57 на кладбище в с. Дичня Курчатовского района Курской области, в результате чего ему был причинен материальный ущерб (Т. 3 л.д. 57); протокол осмотра места происшествия от 04.10.2019 года с фототаблицей, в ходе которого была осмотрена могила ФИО57, расположенная на территории кладбища в с. Дичня Курчатовского района Курской области, с которой подсудимые похитили надгробие, выполненное из нержавеющей стали размерами 1800х600 мм. (Т.3 л.д. 59-60); заключение эксперта № 376\10-19 от 16.10.2019 года, согласно выводам которого, стоимость надгробия, выполненного из нержавеющей стали размером 1800х600 мм, толщиной 3 мм, по состоянию на июль-октябрь 2019 года составляет 5100 рублей (Т. 3 л.д. 74-89). Суд признает достоверными исследованные доказательства, поскольку они получены с соблюдением требований уголовно-процессуального закона, что было проверено в ходе судебного разбирательства, и являются допустимыми. Оценивая добытые и исследованные в судебном заседании доказательства в совокупности с материалами уголовного дела, суд находит виновность подсудимых ФИО27 и ФИО28 в совершении преступления доказанной. Действия ФИО27 и ФИО28 суд квалифицирует по ст. ч. 2 п. «а» УК РФ, как кража, то есть тайное хищение чужого имущества, совершенное группой лиц по предварительному сговору, поскольку подсудимые, действуя умышленно, из корыстных побуждений, в целях личного обогащения, вступив между собой в преступный сговор, понимая, что своими действиями способствуют друг другу в реализации своего преступного корыстного умысла, в отсутствие собственника и других посторонних лиц, тайно похитили надгробие, выполненное из нержавеющей стали, с могилы на территории кладбища, которое сдали скупщику металла, а вырученные денежные средства потратили на личные нужды, причинив потерпевшему материальный ущерб в сумме 5100 рублей, который для последнего с учетом его материального положения не является значительным. Согласно Примечанию 2 к ст. 158 УК РФ значительный ущерб гражданину определяется с учетом его имущественного положения, но не может составлять менее 5 000 рублей. По смыслу закона при квалификации действий лица, совершившего кражу по признаку причинения гражданину значительного ущерба, следует учитывать имущественное положение потерпевшего, стоимость похищенного имущества и его значимость для потерпевшего, размер заработной платы, пенсии, наличие у потерпевшего иждивенцев, совокупный доход членов семьи, с которыми он ведет совместное хозяйство и др. В судебном заседании потерпевший указывал, что причиненный ущерб не является для него значительным, поскольку размер его пенсии составляет 19 000 рублей. Таким образом, учитывая стоимость похищенного имущества, не намного превышающую установленный законом размер значительного ущерба, а также имущественное положение потерпевшего, суд считает, что квалифицирующий признак «с причинением значительного ущерба гражданину» не нашел своего подтверждения в ходе судебного разбирательства, в связи с чем, подлежит исключению из предъявленного обвинения. Квалифицирующий признак “группой лиц по предварительному сговору” нашел свое подтверждение, поскольку подсудимые заранее договорились совершить совместно кражу имущества до начала выполнения объективной стороны преступления, распределив между собой равнозначные роли.</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Эпизод кражи от 27 августа 2019 года в отношении потерпевшей ФИО1 27 августа 2019 года примерно в 18 часов 00 минут у ФИО27, находящегося по месту жительства по адресу: &lt;адрес&gt;, работающего неофициально сторожем кладбища, расположенного в с.Дичня, Курчатовского района, Курской области, и испытывающего материальные трудности, возник преступный корыстный умысел на хищение гробницы, изготовленной из нержавеющей стали с какой-нибудь могилы, с целью ее дальнейшей сдачи на металл, и получения материальной выгоды. О своих намерениях ФИО27 сообщил своему брату ФИО28 и предложил совершить кражу совместно, на что последний согласился. Таким образом, ФИО28 и ФИО27 в указанное время вступили между собой в предварительный преступный сговор. С целью реализации своего преступного умысла, направленного на тайное хищение чужого имущества, группой лиц по предварительному сговору, 27 августа 2019 года примерно в 18 часов 30 минут ФИО27 совместно с ФИО28 пришли на территорию кладбища, расположенного в с.Дичня, Курчатовского района, Курской области, где, убедившись, что за их действиями никто не наблюдает, подошли к могиле ФИО58, действуя согласованно и, понимая, что своими действиями способствуют друг другу в реализации преступного корыстного умысла, выполняя равнозначные роли, взялись руками за гробницу и выдернули из земли, похитив с могилы ФИО58 надгробие, принадлежащее ФИО59, выполненное из нержавеющей стали, размерами 1600х600х100 мм., толщиной металла 2 мм., стоимостью согласно заключению эксперта № 389/10-19 от 22.10.2019 года, 5025 рублей. После чего ФИО27 и ФИО28 с места совершения преступления скрылись, распорядившись похищенным по своему усмотрению. В результате совместных преступных действий ФИО27 и ФИО28 потерпевшей ФИО1 был причинен значительный материальный ущерб на сумму 5 025 рублей. Допрошенный в судебном заседании подсудимый ФИО27 вину в совершении преступления признал в полном объеме, при этом от дачи показания отказался, воспользовавшись правом, предусмотренным ст. 51 Конституции РФ. В содеянном раскаялся, принес извинения потерпевшей, заявленный гражданский иск признал в полном объеме. В соответствии со ст. ч. 1 п. 3 УПК РФ были исследованы показания ФИО27, данные им в ходе следствия, согласно которым: он работал сторожем на кладбище, расположенном в с. Дичня, Курчатовского района, Курской области. 27 августа 2019 года примерно в 18 часов 00 минут, находясь у себя дома, предложил своему брату ФИО28 похитить с могилы надгробие из нержавеющей стали, чтобы сдать на металл, получив за это денежные средства. На его предложение брат согласился. После этого, примерно в 18 часов 30 минут, он с ФИО28 пришли на территорию кладбища в с.Дичня, где подошли к могиле ФИО58, на которой было надгробие из нержавеющей стали. После чего, он с одной стороны, а брат с другой стороны, руками взялись за надгробие, и выдернули его из земли. После этого, вынесли надгробие за территорию кладбища. Затем он позвонил своей знакомой ФИО32, которую попросил отвезти на ее автомобиле металл. Когда ФИО32 приехала, они все вместе отвезли металл скупщику в с. Митрофанова Октябрьского района, который забрал металл, заплатив им денежные средства. Полученные денежные средства они потратили на личные нужды (Т. 7 л.д. 239-245). В своей явке с повинной от 14.10.2019 года ФИО27 также сообщил, что в конце августа 2019 года он совместно с ФИО28 с могилы ФИО58 похитили надгробие из нержавеющей стали (Т. 3 л.д. 223). Допрошенный в судебном заседании подсудимый ФИО28 вину в совершении преступления признал в полном объеме, при этом от дачи показания отказался, воспользовавшись правом, предусмотренным ст. 51 Конституции РФ. В содеянном раскаялся, принес извинения потерпевшей, заявленный гражданский иск признал в полном объеме. В соответствии со ст. ч. 1 п. 3 УПК РФ были исследованы показания ФИО28, данные им в ходе следствия, который дал аналогичные показания, пояснив, что действительно его брат ФИО27 предложил ему совершать кражу надгоробия из нержавеющей стали с могилы кладбища, расположенного в с. Дичня Курчатовского района, чтобы сдать на металл, а деньги потратить на личные нужды, на что он согласился, в связи с чем, 27 августа 2019 года примерно в 18 часов 30 минут они вдвоем пришли на кладбище, где с могилы ФИО58 выдернули из земли надгробие, которое на автомобиле ФИО32 отвезли скупщику в с. Митрофанова Октябрьского района, за что получили денежные средства, которые потратили на личные нужды (Т. 8 л.д. 21-28). Данные обстоятельства совершения преступления ФИО28 сообщил и в своей явке с повинной от 14.10.2019 года (Т. 3 л.д. 226). Кроме признания вины подсудимыми, их виновность в совершении инкриминируемого им деяния подтверждается также показаниями потерпевшей ФИО1, свидетелей ФИО32 и ФИО34, данными в судебном заседании, а также исследованными письменными материалами уголовного дела. Потерпевшая ФИО1 в судебном заседании пояснила, что на территории кладбища, расположенного в с. Дичня Курчатовского района Курской области, у нее захоронен супруг ФИО58. На могиле были установлены памятник и надгробие из нержавеющей стали. 13 октября 2019 года, приехав на кладбище, она увидела, что на могиле отсутствует надгробие, размерами 1600х600х100 мм., толщина металла 2 мм. О случившемся сообщила в полицию. С заключением эксперта о стоимости надгробия в размере 5 025 рублей она согласна. Причиненный ущерб является для нее значительным, поскольку она проживает одна, размер ее пенсии составляет 15 000 рублей, из которых она ежемесячно оплачивает коммунальные услуги в размере 2500 рублей и около 5000 рублей тратит на приобретение лекарственных препаратов. Подсудимые принесли ей извинения. Гражданский иск поддержала в полном объеме и просила суд взыскать с подсудимых. Свидетель ФИО119 в судебном заседании пояснила, что возможно 27 августа 2019 года в вечернее время ей позвонил знакомый ФИО27 и попросил ее подъехать на автомобиле в с. Дичня, чтобы помочь отвезти металл на пункт приема в д. Митрофаново Октябрьского района. Она согласилась. Когда приехала, то ФИО43 и ФИО28 погрузили в багажник автомобиля металл, который они отвезли скупщику в д. Митрофаново Октябрьского района. За оказанную услугу, ребята дали ей деньги на заправку автомобиля. О том, что данный металл они похищали с кладбища, она не знала. Допрошенный в судебном заседании в качестве свидетеля ФИО120 пояснил, что занимается приемом лома черного металла у населения для личных нужд. 27.08.2019 года в вечернее время к нему домой в д. Митрофаново Октябрьского района на автомобиле приехали ФИО28 и ФИО27, у которых он купил изделия из нержавеющей стали, похожие на части надгробия. О том, что металл был похищен, он не знал. О виновности подсудимых свидетельствуют также исследованные в судебном заседании материалы уголовного дела: заявление потерпевшей ФИО1 от 14.10.2019 года о привлечении к уголовной ответственности неизвестных лиц, которые в период времени с июля 2019 года по 13 октября 2019 года похитили надгробие с могилы ее мужа на кладбище в с.Дичня Курчатовского района Курской области, причинив ей материальный ущерб (Т. 3 л.д. 211); протокол осмотра места происшествия от 14.10.2019 года с фототаблицей, в ходе которого была осмотрена могила ФИО58, расположенная на территории кладбища в с. Дичня Курчатовского района Курской области, с которой подсудимые похитили надгробие, выполненное из нержавеющей стали размерами 1600х600х100 мм. (Т.3 л.д. 214-220); заключение эксперта № 389\10-19 от 22.10.2019 года, согласно выводам которого, стоимость надгробия, выполненного из нержавеющей стали, размером 1600х600х100 мм, по состоянию на июль-октябрь 2019 года составляет 5 025 рублей (Т.3 Л.Д.233-248). Суд признает достоверными исследованные доказательства, поскольку они получены с соблюдением требований уголовно-процессуального закона, что было проверено в ходе судебного разбирательства, и являются допустимыми. Оценивая добытые и исследованные в судебном заседании доказательства в совокупности с материалами уголовного дела, суд находит виновность подсудимых ФИО27 и ФИО28 в совершении преступления доказанной. Действия ФИО27 и ФИО28 суд квалифицирует по ст. ч. 2 п. «а, в» УК РФ, как кража, то есть тайное хищение чужого имущества, совершенное группой лиц по предварительному сговору, с причинением значительного ущерба гражданину, поскольку подсудимые, действуя умышленно, из корыстных побуждений, в целях личного обогащения, вступив между собой в преступный сговор, понимая, что своими действиями способствуют друг другу в реализации преступного корыстного умысла, в отсутствие собственника и других посторонних лиц, тайно похитили надгробие, выполненное из нержавеющей стали, с могилы на территории кладбища, которое сдали скупщику металла, а вырученные денежные средства потратили на личные нужды, причинив потерпевшей материальный ущерб в сумме 5025 рублей, который для последней с учетом ее материального положения является значительным. Квалифицирующий признак “группой лиц по предварительному сговору” нашел свое подтверждение, поскольку подсудимые заранее договорились совершить совместно кражу имущества до начала выполнения объективной стороны преступления, распределив между собой равнозначные роли. Признавая ущерб от кражи значительным, суд принимает во внимание значимость похищенного для потерпевшей, а также ее материальное положение, которая проживает одна, размер ее ежемесячного дохода составляет 15000 рублей, из которых она оплачивает коммунальные услуги в размере 2500 рублей и около 5000 рублей тратит на приобретение лекарственных препаратов ежемесячно.</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Эпизод кражи от 28 августа 2019 года в отношении потерпевшего ФИО13 28 августа 2019 года примерно в 19 часов 00 минут у ФИО27, находящегося по месту жительства по адресу: &lt;адрес&gt;, работающего неофициально сторожем кладбища, расположенного в с.Дичня, Курчатовского района, Курской области, и испытывающего материальные трудности, возник преступный корыстный умысел на хищение гробницы, изготовленной из нержавеющей стали с какой-нибудь могилы, с целью ее дальнейшей сдачи на металл, и получения материальной выгоды. О своих намерениях ФИО27 сообщил своему брату ФИО28 и предложил совершить кражу совместно, на что последний согласился. Таким образом, ФИО28 и ФИО27 в указанное время вступили между собой в предварительный преступный сговор. С целью реализации своего преступного умысла, направленного на тайное хищение чужого имущества, группой лиц по предварительному сговору, 28 августа 2019 года примерно в 19 часов 30 минут ФИО27 совместно с ФИО28 пришли на территорию кладбища, расположенного в с.Дичня, Курчатовского района, Курской области, где, убедившись, что за их действиями никто не наблюдает, подошли к могиле ФИО60, действуя согласованно и, понимая, что своими действиями способствуют друг другу в реализации преступного корыстного умысла, выполняя равнозначные роли, взялись руками за гробницу и выдернули из земли, похитив с могилы ФИО60 надгробие, принадлежащее ФИО13, выполненное из нержавеющей стали, размерами 1500х600х250 мм., толщиной металла 3 мм., стоимостью согласно заключению эксперта № 402/10-19 от 28.10.2019 года, 4 890 рублей. После чего ФИО27 и ФИО28 с места совершения преступления скрылись, распорядившись похищенным по своему усмотрению. В результате совместных преступных действий ФИО27 и ФИО28 потерпевшему ФИО13 был причинен материальный ущерб на сумму 4 890 рублей. Допрошенный в судебном заседании подсудимый ФИО27 вину в совершении преступления признал в полном объеме, при этом от дачи показания отказался, воспользовавшись правом, предусмотренным ст. 51 Конституции РФ. В содеянном раскаялся, принес извинения потерпевшему. В соответствии со ст. ч. 1 п. 3 УПК РФ были исследованы показания ФИО27, данные им в ходе следствия, согласно которым: он работал сторожем на кладбище, расположенном в с. Дичня, Курчатовского района, Курской области. 28 августа 2019 года примерно в 19 часов 00 минут, находясь у себя дома, предложил своему брату ФИО28 похитить с могилы надгробие из нержавеющей стали, чтобы сдать на металл, получив за это денежные средства. На его предложение брат согласился. После этого, примерно в 19 часов 30 минут, он с ФИО28 пришли на территорию кладбища в с.Дичня, где подошли к могиле ФИО60, на которой было надгробие из нержавеющей стали. После чего, он с одной стороны, а брат с другой стороны, руками взялись за надгробие, и выдернули его из земли. После этого, вынесли надгробие за территорию кладбища. Затем он позвонил своей знакомой ФИО32, которую попросил отвезти на ее автомобиле металл. Когда ФИО32 приехала, они все вместе отвезли металл скупщику в с. Митрофанова Октябрьского района, который забрал металл, заплатив им денежные средства. Полученные денежные средства они потратили на личные нужды (Т. 7 л.д. 239-245). В своей явке с повинной от 12.11.2019 года ФИО27 также сообщил, что 28 августа 2019 года он совместно с ФИО28 с могилы ФИО60 похитили надгробие из нержавеющей стали (Т. 4 л.д. 45). Допрошенный в судебном заседании подсудимый ФИО28 вину в совершении преступления признал в полном объеме, при этом от дачи показания отказался, воспользовавшись правом, предусмотренным ст. 51 Конституции РФ. В содеянном раскаялся, принес извинения потерпевшему. В соответствии со ст. ч. 1 п. 3 УПК РФ были исследованы показания ФИО28, данные им в ходе следствия, который дал аналогичные показания, пояснив, что действительно его брат ФИО27 предложил ему совершать кражу надгоробия из нержавеющей стали с могилы кладбища, расположенного в с. Дичня Курчатовского района, чтобы сдать на металл, а деньги потратить на личные нужды, на что он согласился, в связи с чем, 28 августа 2019 года примерно в 19 часов 30 минут они вдвоем пришли на кладбище, где с могилы ФИО60 выдернули из земли надгробие, которое на автомобиле ФИО32 отвезли скупщику в с. Митрофанова Октябрьского района, за что получили денежные средства, которые потратили на личные нужды (Т. 8 л.д. 21-28). Данные обстоятельства совершения преступления ФИО28 сообщил и в своей явке с повинной от 12.11.2019 года (Т. 4 л.д. 48). Кроме признания вины подсудимыми, их виновность в совершении инкриминируемого им деяния подтверждается также показаниями потерпевшего ФИО13, свидетелей ФИО32 и ФИО34, данными в судебном заседании, а также исследованными письменными материалами уголовного дела. Потерпевший ФИО13 в судебном заседании пояснил, что на территории кладбища, расположенного в с. Дичня, Курчатовского района, Курской области, у него захоронена его мама ФИО60. На могиле были установлены памятник и надгробие из нержавеющей стали. 13 октября 2019 года, приехав на кладбище, он увидел, что на могиле отсутствует надгробие, размерами 1500х600х250 мм., толщина металла 3 мм. О случившемся он сообщил в полицию. С заключением эксперта о стоимости надгробия в размере 4 890 рублей он согласен. Подсудимые принесли ему извинения. Гражданский иск не заявлял. Свидетель ФИО121 в судебном заседании пояснила, что возможно 28 августа 2019 года в вечернее время ей позвонил знакомый ФИО27 и попросил ее подъехать на автомобиле в с. Дичня, чтобы помочь отвезти металл на пункт приема в д. Митрофаново Октябрьского района. Она согласилась. Когда приехала, то ФИО43 и ФИО28 погрузили в багажник автомобиля металл, который они отвезли скупщику в д. Митрофаново Октябрьского района. За оказанную услугу, ребята дали ей деньги на заправку автомобиля. О том, что данный металл они похищали с кладбища, она не знала. Допрошенный в судебном заседании в качестве свидетеля ФИО122 пояснил, что занимается приемом лома черного металла у населения для личных нужд. 28.08.2019 года в вечернее время к нему домой в д. Митрофаново Октябрьского района на автомобиле приехали ФИО28 и ФИО27, у которых он купил изделия из нержавеющей стали, похожие на части надгробия. О том, что металл был похищен, он не знал. О виновности подсудимых свидетельствуют также исследованные в судебном заседании материалы уголовного дела: заявление потерпевшего ФИО13 от 16.10.2019 года, в котором он просит привлечь к уголовной ответственности неизвестных лиц, которые в период времени с 28 апреля 2019 года по 13 октября 2019 года похитили надгробие из нержавеющей стали с могилы его матери ФИО60, с территории кладбища в с. Дичня Курчатовского района Курской области, причинив ему материальный ущерб (Т. 4 л.д. 14); протокол осмотра места происшествия от 16.10.2019 года с фототаблицей, в ходе которого была осмотрена могила ФИО60, расположенная на территории кладбища в с. Дичня Курчатовского района Курской области, с которой подсудимые похитили надгробие, выполненное из нержавеющей стали размерами 1500х600х250 мм. (Т.4 л.д. 16-18); заключение эксперта № 402\10-19 от 22.10.2019 года, согласно выводам которого, стоимость надгробия, выполненного из нержавеющей стали, размером 1500х600х250 мм., по состоянию на апрель-октябрь 2019 года составляет 4 890 рублей (Т.4 л.д. 24-39). Суд признает достоверными исследованные доказательства, поскольку они получены с соблюдением требований уголовно-процессуального закона, что было проверено в ходе судебного разбирательства, и являются допустимыми. Оценивая добытые и исследованные в судебном заседании доказательства в совокупности с материалами уголовного дела, суд находит виновность подсудимых ФИО27 и ФИО28 в совершении преступления доказанной. Действия ФИО27 и ФИО28 суд квалифицирует по ст. ч. 2 п. «а» УК РФ, как кража, то есть тайное хищение чужого имущества, совершенное группой лиц по предварительному сговору, поскольку подсудимые, действуя умышленно, из корыстных побуждений, в целях личного обогащения, вступив между собой в преступный сговор, понимая, что своими действиями способствуют друг другу в реализации преступного корыстного умысла, в отсутствие собственника и других посторонних лиц, тайно похитили надгробие, выполненное из нержавеющей стали, с могилы на территории кладбища, которое сдали скупщику металла, а вырученные денежные средства потратили на личные нужды, причинив потерпевшему материальный ущерб в сумме 4890 рублей. Квалифицирующий признак “группой лиц по предварительному сговору” нашел свое подтверждение, поскольку подсудимые заранее договорились совершить совместно кражу имущества до начала выполнения объективной стороны преступления, распределив между собой равнозначные роли.</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Эпизод кражи от 29 августа 2019 года в отношении потерпевшей ФИО3. 29 августа 2019 года примерно в 23 часа 50 минут у ФИО27, находящегося по месту жительства по адресу: &lt;адрес&gt;, работающего неофициально сторожем кладбища, расположенного в с.Дичня, Курчатовского района, Курской области, и испытывающего материальные трудности, возник преступный корыстный умысел на хищение гробницы, изготовленной из нержавеющей стали с какой-нибудь могилы, с целью ее дальнейшей сдачи на металл, и получения материальной выгоды. О своих намерениях ФИО27 сообщил своему брату ФИО28 и предложил совершить кражу совместно, на что последний согласился. Таким образом, ФИО28 и ФИО27 в указанное время вступили между собой в предварительный преступный сговор. С целью реализации своего преступного умысла, направленного на тайное хищение чужого имущества, группой лиц по предварительному сговору, 30 августа 2019 года примерно в 00 часов 30 минут ФИО27 совместно с ФИО28 пришли на территорию кладбища, расположенного в с.Дичня, Курчатовского района, Курской области, где, убедившись, что за их действиями никто не наблюдает, подошли к могиле ФИО61, действуя согласованно и, понимая, что своими действиями способствуют друг другу в реализации преступного корыстного умысла, выполняя равнозначные роли, взялись руками за гробницу и выдернули из земли, похитив с могилы ФИО61 надгробие, принадлежащее ФИО3, выполненное из нержавеющей стали, размерами 1400х400 мм., толщиной металла 4 мм., стоимостью согласно заключению эксперта № 361/10-19 от 10.10.2019 года, 4 080 рублей. После чего ФИО27 и ФИО28 с места совершения преступления скрылись, распорядившись похищенным по своему усмотрению. В результате совместных преступных действий ФИО27 и ФИО28 потерпевшей ФИО3 был причинен материальный ущерб на сумму 4 080 рублей. Допрошенный в судебном заседании подсудимый ФИО27 вину в совершении преступления признал в полном объеме, при этом от дачи показания отказался, воспользовавшись правом, предусмотренным ст. 51 Конституции РФ. В содеянном раскаялся, принес извинения потерпевшей, заявленный гражданский иск признал в полном объеме. В соответствии со ст. ч. 1 п. 3 УПК РФ были исследованы показания ФИО27, данные им в ходе следствия, согласно которым: он работал сторожем на кладбище, расположенном в с. Дичня, Курчатовского района, Курской области. 29 августа 2019 года примерно в 23 часа 50 минут, находясь у себя дома, предложил своему брату ФИО28 похитить с могилы надгробие из нержавеющей стали, чтобы сдать на металл, получив за это денежные средства. На его предложение брат согласился. После этого, 30 августа 2019 года примерно в 00 часов 30 минут, он с ФИО28 пришли на территорию кладбища в с.Дичня, где подошли к могиле ФИО61, на которой было надгробие из нержавеющей стали. После чего, он с одной стороны, а брат с другой стороны, руками взялись за надгробие, и выдернули его из земли. После этого, вынесли надгробие за территорию кладбища. Затем он позвонил своей знакомой ФИО32, которую попросил отвезти на ее автомобиле металл. Когда ФИО32 приехала, они все вместе отвезли металл скупщику в с. Митрофанова Октябрьского района, который забрал металл, заплатив им денежные средства. Полученные денежные средства они потратили на личные нужды (Т. 7 л.д. 239-245). Данные обстоятельства совершения преступления ФИО27 сообщил и в своей явке с повинной от 09.10.2019 года (Т. 1 л.д. 167). Допрошенный в судебном заседании подсудимый ФИО28 вину в совершении преступления признал в полном объеме, при этом от дачи показания отказался, воспользовавшись правом, предусмотренным ст. 51 Конституции РФ. В содеянном раскаялся, принес извинения потерпевшей, заявленный гражданский иск признал в полном объеме. В соответствии со ст. ч. 1 п. 3 УПК РФ были исследованы показания ФИО28, данные им в ходе следствия, который дал аналогичные показания, пояснив, что действительно его брат ФИО27 предложил ему совершить кражу надгоробия из нержавеющей стали с могилы кладбища, расположенного в с. Дичня Курчатовского района, чтобы сдать на металл, а деньги потратить на личные нужды, на что он согласился, в связи с чем, 30 августа 2019 года примерно в 00 часов 30 минут они вдвоем пришли на кладбище, где с могилы ФИО61 выдернули из земли надгробие, которое на автомобиле ФИО32 отвезли скупщику в с. Митрофанова Октябрьского района, за что получили денежные средства, которые потратили на личные нужды (Т. 8 л.д. 21-28). Данные обстоятельства совершения преступления ФИО28 сообщил и в своей явке с повинной от 09.10.2019 года (Т. 1 л.д. 171). Кроме признания вины подсудимыми, их виновность в совершении инкриминируемого им деяния подтверждается также показаниями потерпевшей ФИО3, свидетелей ФИО32 и ФИО34, данными в судебном заседании, а также исследованными письменными материалами уголовного дела. Потерпевшая ФИО3 в судебном заседании пояснила, что на территории кладбища, расположенного в с. Дичня, Курчатовского района, Курской области, у нее захоронен отец ФИО61. На могиле были установлены памятник и надгробие из нержавеющей стали. 30 сентября 2019 года, приехав на кладбище, она увидела, что на могиле отсутствует надгробие, размерами 1400х400 мм., толщина металла 4 мм. О случившемся она сообщила в полицию. С заключением эксперта о стоимости надгробия в размере 4 080 рублей она согласна. Подсудимые принесли ей извинения. Заявленный гражданский иск поддержала и просила суд взыскать с подсудимых. Свидетель ФИО123 в судебном заседании пояснила, что возможно 30 августа 2019 года в вечернее время ей позвонил знакомый ФИО27 и попросил ее подъехать на автомобиле в с. Дичня, чтобы помочь отвезти металл на пункт приема в д. Митрофаново Октябрьского района. Она согласилась. Когда приехала, то ФИО27 и ФИО28 погрузили в багажник автомобиля металл, который они отвезли скупщику в д. Митрофаново Октябрьского района. За оказанную услугу, ребята дали ей деньги на заправку автомобиля. О том, что данный металл они похищали с кладбища, она не знала. Допрошенный в судебном заседании в качестве свидетеля ФИО124 пояснил, что занимается приемом лома черного металла у населения для личных нужд. 30.08.2019 года в вечернее время к нему домой в д. Митрофаново Октябрьского района на автомобиле приехали ФИО28 и ФИО27, у которых он купил изделия из нержавеющей стали, похожие на части надгробия. О том, что металл был похищен, он не знал. О виновности подсудимых свидетельствуют также исследованные в судебном заседании материалы уголовного дела: заявление потерпевшей ФИО3 от 30.09.2019 года о привлечении к ответственности неизвестных лиц, которые в период времени с 18 августа 2019 года по 30 сентября 2019 года похитили надгробие из нержавеющей стали с могилы ее отца ФИО61, с территории кладбища в с. Дичня Курчатовского района Курской области, причинив ей материальный ущерб (Т. 1 л.д. 161); протокол осмотра места происшествия от 30.09.2019 года с фототаблицей, в ходе которого была осмотрена могила ФИО61, расположенная на территории кладбища в с. Дичня Курчатовского района Курской области, с которой подсудимые похитили надгробие, выполненное из нержавеющей стали (Т.1 л.д. 162-164); заключение эксперта № 361\10-19 от 10.10.2019 года, согласно выводам которого, стоимость надгробия, выполненного из нержавеющей стали размером 1400х400 мм, толщиной 3 мм, по состоянию на август, сентябрь 2019 года составляет 4 080 рублей (Т.1 л.д. 181-196). Суд признает достоверными исследованные доказательства, поскольку они получены с соблюдением требований уголовно-процессуального закона, что было проверено в ходе судебного разбирательства, и являются допустимыми. Оценивая добытые и исследованные в судебном заседании доказательства в совокупности с материалами уголовного дела, суд находит виновность подсудимых ФИО27 и ФИО28 в совершении преступления доказанной. Действия ФИО27 и ФИО28 суд квалифицирует по ст. ч. 2 п. «а» УК РФ, как кража, то есть тайное хищение чужого имущества, совершенное группой лиц по предварительному сговору, поскольку подсудимые, действуя умышленно, из корыстных побуждений, в целях личного обогащения, вступив между собой в преступный сговор, понимая, что своими действиями способствуют друг другу в реализации своего преступного корыстного умысла, в отсутствие собственника и других посторонних лиц, тайно похитили надгробие, выполненное из нержавеющей стали, с могилы на территории кладбища, которое сдали скупщику металла, а вырученные денежные средства потратили на личные нужды, причинив потерпевшему материальный ущерб в сумме 4 080 рублей. Квалифицирующий признак “группой лиц по предварительному сговору” нашел свое подтверждение, поскольку подсудимые заранее договорились совершить совместно кражу имущества до начала выполнения объективной стороны преступления, распределив между собой равнозначные роли.</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Эпизод кражи от 01 сентября 2019 года в отношении потерпевшей ФИО11. 01 сентября 2019 года примерно в 17 часов 00 минут у ФИО27, находящегося по месту жительства по адресу: &lt;адрес&gt;, работающего неофициально сторожем кладбища, расположенного в с.Дичня, Курчатовского района, Курской области, и испытывающего материальные трудности, возник преступный корыстный умысел на хищение гробницы, изготовленной из нержавеющей стали с какой-нибудь могилы, с целью ее дальнейшей сдачи на металл, и получения материальной выгоды. О своих намерениях ФИО27 сообщил своему брату ФИО28 и предложил совершить кражу совместно, на что последний согласился. Таким образом, ФИО28 и ФИО27 в указанное время вступили между собой в предварительный преступный сговор. С целью реализации своего преступного умысла, направленного на тайное хищение чужого имущества, группой лиц по предварительному сговору, 01 сентября 2019 года примерно в 17 часов 30 минут ФИО27 совместно с ФИО28 пришли на территорию кладбища, расположенного в с.Дичня, Курчатовского района, Курской области, где, убедившись, что за их действиями никто не наблюдает, подошли к могиле ФИО62, действуя согласованно и, понимая, что своими действиями способствуют друг другу в реализации преступного корыстного умысла, выполняя равнозначные роли, взялись руками за гробницу и выдернули из земли, похитив с могилы ФИО62 надгробие, принадлежащее ФИО11, выполненное из нержавеющей стали, размерами 800х500х300 мм., толщиной металла 2 мм., стоимостью согласно заключению эксперта № 390/10-19 от 22.10.2019 года, 2 230 рублей. После чего ФИО27 и ФИО28 с места совершения преступления скрылись, распорядившись похищенным по своему усмотрению. В результате совместных преступных действий ФИО27 и ФИО28 потерпевшей ФИО11 был причинен материальный ущерб на сумму 2 230 рублей. Допрошенный в судебном заседании подсудимый ФИО27 вину в совершении преступления признал в полном объеме, при этом от дачи показания отказался, воспользовавшись правом, предусмотренным ст. 51 Конституции РФ. В содеянном раскаялся, принес извинения потерпевшей, заявленный гражданский иск признал в полном объеме. В соответствии со ст. ч. 1 п. 3 УПК РФ были исследованы показания ФИО27, данные им в ходе следствия, согласно которым: он работал сторожем на кладбище, расположенном в с. Дичня, Курчатовского района, Курской области. 01 сентября 2019 года примерно в 17 часов 00 минут, находясь у себя дома, предложил своему брату ФИО28 похитить с могилы надгробие из нержавеющей стали, чтобы сдать на металл, получив за это денежные средства. На его предложение брат согласился. После этого, примерно в 17 часов 30 минут, он с ФИО28 пришли на территорию кладбища в с.Дичня, где подошли к могиле ФИО62, на которой было надгробие из нержавеющей стали. После чего, он с одной стороны, а брат с другой стороны, руками взялись за надгробие, и выдернули его из земли. После этого, вынесли надгробие за территорию кладбища. Затем он позвонил своей знакомой ФИО32, которую попросил отвезти на ее автомобиле металл. Когда ФИО32 приехала, они все вместе отвезли металл скупщику в с. Митрофанова Октябрьского района, который забрал металл, заплатив им денежные средства. Полученные денежные средства они потратили на личные нужды (т. 7 л.д. 239-245). Данные обстоятельства совершения преступления ФИО27 сообщил и в своей явке с повинной от 11.10.2019 года (Т. 3 л.д. 115). Допрошенный в судебном заседании подсудимый ФИО28 вину в совершении преступления признал в полном объеме, при этом от дачи показания отказался, воспользовавшись правом, предусмотренным ст. 51 Конституции РФ. В содеянном раскаялся, принес извинения потерпевшей, заявленный гражданский иск признал в полном объеме. В соответствии со ст. ч. 1 п. 3 УПК РФ были исследованы показания ФИО28, данные им в ходе следствия, который дал аналогичные показания, пояснив, что действительно его брат ФИО27 предложил ему совершать кражу надгробия из нержавеющей стали с могилы кладбища, расположенного в с. Дичня Курчатовского района, чтобы сдать на металл, а деньги потратить на личные нужды, на что он согласился, в связи с чем, 01 сентября 2019 года примерно в 17 часов 30 минут они вдвоем пришли на кладбище, где с могилы ФИО62 выдернули из земли надгробие, которое на автомобиле ФИО32 отвезли скупщику в с. Митрофанова Октябрьского района, за что получили денежные средства, которые потратили на личные нужды (Т. 8 л.д. 21-28). Данные обстоятельства совершения преступления ФИО28 сообщил и в своей явке с повинной от 11.10.2019 года (Т. 3 л.д. 116). Кроме признания вины подсудимыми, их виновность в совершении инкриминируемого им деяния подтверждается также показаниями потерпевшей ФИО11, свидетелей ФИО32 и ФИО34, данными в судебном заседании, а также исследованными письменными материалами уголовного дела. Потерпевшая ФИО11 в судебном заседании пояснила, что на территории кладбища, расположенного в с. Дичня, Курчатовского района, Курской области, у нее захоронена бабушка ФИО62. На могиле были установлены памятник и надгробие из нержавеющей стали. 11 октября 2019 года, приехав на кладбище, она увидела, что на могиле отсутствует надгробие, размерами 800х500х300 мм., толщина металла 2 мм. О случившемся она сообщила в полицию. С заключением эксперта о стоимости надгробия в размере 2 230 рублей она согласна. Подсудимые принесли ей извинения. Заявленный гражданский иск поддержала и просила суд взыскать с подсудимых. Свидетель ФИО125 в судебном заседании пояснила, что возможно 01 сентября 2019 года в вечернее время ей позвонил знакомый ФИО27 и попросил ее подъехать на автомобиле в с. Дичня, чтобы помочь отвезти металл на пункт приема в д. Митрофаново Октябрьского района. Она согласилась. Когда приехала, то ФИО43 и ФИО28 погрузили в багажник автомобиля металл, который они отвезли скупщику в д. Митрофаново Октябрьского района. За оказанную услугу, ребята дали ей деньги на заправку автомобиля. О том, что данный металл они похищали с кладбища, она не знала. Допрошенный в судебном заседании в качестве свидетеля ФИО126 пояснил, что занимается приемом лома черного металла у населения для личных нужд. 01.09.2019 года в вечернее время к нему домой в д. Митрофаново Октябрьского района на автомобиле приехали ФИО28 и ФИО27, у которых он купил изделия из нержавеющей стали, похожие на части надгробия. О том, что металл был похищен, он не знал. О виновности подсудимых свидетельствуют также исследованные в судебном заседании материалы уголовного дела: заявление потерпевшей ФИО11 от 11.10.2019 года о привлечении к ответственности неизвестных лиц, которые в период времени с конца августа 2019 года по 11 октября 2019 года похитили надгробие из нержавеющей стали с могилы ее бабушки ФИО62, с территории кладбища в с. Дичня Курчатовского района Курской области, причинив ей материальный ущерб (Т. 3 л.д. 109); протокол осмотра места происшествия от 11.10.2019 года, в ходе которого была осмотрена могила ФИО62, расположенная на территории кладбища в с. Дичня Курчатовского района Курской области, с которой подсудимые похитили надгробие, выполненное из нержавеющей стали (Т.3 л.д. 111-112); заключение эксперта № 390\10-19 от 22.10.2019 года, согласно выводам которого, стоимость надгробия, выполненного из нержавеющей стали размером 800х500х300 мм, толщиной 2 мм, по состоянию на август-октябрь 2019 года составляет 2230 рублей (Т.3 л.д.124-139). Суд признает достоверными исследованные доказательства, поскольку они получены с соблюдением требований уголовно-процессуального закона, что было проверено в ходе судебного разбирательства, и являются допустимыми. Оценивая добытые и исследованные в судебном заседании доказательства в совокупности с материалами уголовного дела, суд находит виновность подсудимых ФИО27 и ФИО28 в совершении преступления доказанной. Действия ФИО27 и ФИО28 суд квалифицирует по ст. ч. 2 п. «а» УК РФ, как кража, то есть тайное хищение чужого имущества, совершенное группой лиц по предварительному сговору, поскольку подсудимые, действуя умышленно, из корыстных побуждений, в целях личного обогащения, вступив между собой в преступный сговор, понимая, что своими действиями способствуют друг другу в реализации преступного корыстного умысла, в отсутствие собственника и других посторонних лиц, тайно похитили надгробие, выполненное из нержавеющей стали, с могилы на территории кладбища, которое сдали скупщику металла, а вырученные денежные средства потратили на личные нужды, причинив потерпевшей материальный ущерб в сумме 2 230 рублей. Квалифицирующий признак “группой лиц по предварительному сговору” нашел свое подтверждение, поскольку подсудимые заранее договорились совершить совместно кражу имущества до начала выполнения объективной стороны преступления, распределив между собой равнозначные роли.</w:t>
      </w:r>
    </w:p>
    <w:p>
      <w:pPr>
        <w:pStyle w:val="Heading3"/>
      </w:pPr>
      <w:r>
        <w:rPr>
          <w:rFonts w:ascii="Times New Roman" w:hAnsi="Times New Roman" w:eastAsia="Times New Roman" w:cs="Times New Roman"/>
          <w:b/>
          <w:i w:val="0"/>
          <w:sz w:val="22"/>
        </w:rPr>
        <w:t>Пункт 19. Правовой анализ</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Эпизод кражи от 05 сентября 2019 года в отношении потерпевшей ФИО12. 05 сентября 2019 года примерно в 18 часов 10 минут у ФИО27, находящегося по месту жительства по адресу: &lt;адрес&gt;, работающего неофициально сторожем кладбища, расположенного в с.Дичня, Курчатовского района, Курской области, и испытывающего материальные трудности, возник преступный корыстный умысел на хищение гробницы, изготовленной из нержавеющей стали с какой-нибудь могилы, с целью ее дальнейшей сдачи на металл, и получения материальной выгоды. О своих намерениях ФИО27 сообщил своему брату ФИО28 и предложил совершить кражу совместно, на что последний согласился. Таким образом, ФИО28 и ФИО27 в указанное время вступили между собой в предварительный преступный сговор. С целью реализации своего преступного умысла, направленного на тайное хищение чужого имущества, группой лиц по предварительному сговору, 05 сентября 2019 года примерно в 18 часов 40 минут ФИО27 совместно с ФИО28 пришли на территорию кладбища, расположенного в с.Дичня, Курчатовского района, Курской области, где, убедившись, что за их действиями никто не наблюдает, подошли к могиле ФИО63, действуя согласованно и, понимая, что своими действиями способствуют друг другу в реализации преступного корыстного умысла, выполняя равнозначные роли, взялись руками за гробницу и выдернули из земли, похитив с могилы ФИО63 надгробие, принадлежащее ФИО12, выполненное из нержавеющей стали, размерами 1100х450х250 мм., толщиной металла 2 мм., стоимостью согласно заключению эксперта № 391/10-19 от 22.10.2019 года, 2 370 рублей. После чего ФИО27 и ФИО28 с места совершения преступления скрылись, распорядившись похищенным по своему усмотрению. В результате совместных преступных действий ФИО27 и ФИО28 потерпевшей ФИО12 был причинен материальный ущерб на сумму 2 370 рублей. Допрошенный в судебном заседании подсудимый ФИО27 вину в совершении преступления признал в полном объеме, при этом от дачи показания отказался, воспользовавшись правом, предусмотренным ст. 51 Конституции РФ. В содеянном раскаялся, принес извинения потерпевшей, причиненный ущерб возместил в полном объеме, путем восстановления надгробия. В соответствии со ст. ч. 1 п. 3 УПК РФ были исследованы показания ФИО27, данные им в ходе следствия, согласно которым: он работал сторожем на кладбище, расположенном в с. Дичня, Курчатовского района, Курской области. 05 сентября 2019 года примерно в 18 часов 10 минут, находясь у себя дома, предложил своему брату ФИО28 похитить с могилы надгробие из нержавеющей стали, чтобы сдать на металл, получив за это денежные средства. На его предложение брат согласился. После этого, примерно в 18 часов 40 минут, он с ФИО28 пришли на территорию кладбища в с.Дичня, где подошли к могиле ФИО63, на которой было надгробие из нержавеющей стали. После чего, он с одной стороны, а брат с другой стороны, руками взялись за надгробие, и выдернули его из земли. После этого, вынесли надгробие за территорию кладбища. Затем он позвонил своей знакомой ФИО32, которую попросил отвезти на ее автомобиле металл. Когда ФИО32 приехала, они все вместе отвезли металл скупщику в с. Митрофанова Октябрьского района, который забрал металл, заплатив им денежные средства. Полученные денежные средства они потратили на личные нужды (Т. 7 л.д. 239-245). Данные обстоятельства совершения преступления ФИО27 сообщил и в своей явке с повинной от 11.10.2019 года (Т. 3 л.д. 165). Допрошенный в судебном заседании подсудимый ФИО28 вину в совершении преступления признал в полном объеме, при этом от дачи показания отказался, воспользовавшись правом, предусмотренным ст. 51 Конституции РФ. В содеянном раскаялся, принес извинения потерпевшей, причиненный ущерб возместил в полном объеме, путем восстановления надгробия. В соответствии со ст. ч. 1 п. 3 УПК РФ были исследованы показания ФИО28, данные им в ходе следствия, который дал аналогичные показания, пояснив, что действительно его брат ФИО27 предложил ему совершать кражу надгробия из нержавеющей стали с могилы кладбища, расположенного в с. Дичня Курчатовского района, чтобы сдать на металл, а деньги потратить на личные нужды, на что он согласился, в связи с чем, 05 сентября 2019 года примерно в 18 часов 10 минут они вдвоем пришли на кладбище, где с могилы ФИО63 выдернули из земли надгробие, которое на автомобиле ФИО32 отвезли скупщику в с. Митрофанова Октябрьского района, за что получили денежные средства, которые потратили на личные нужды (Т. 8 л.д. 21-28). Данные обстоятельства совершения преступления ФИО28 сообщил и в своей явке с повинной от 11.10.2019 года (Т. 3 л.д. 164). Кроме признания вины подсудимыми, их виновность в совершении инкриминируемого им деяния подтверждается также показаниями потерпевшей ФИО12, свидетелей ФИО32 и ФИО34, данными в судебном заседании, а также исследованными письменными материалами уголовного дела. Потерпевшая ФИО12 в судебном заседании пояснила, что на территории кладбища, расположенного в с. Дичня, Курчатовского района, Курской области, у нее захоронен сын ФИО63. На могиле были установлены памятник и надгробие из нержавеющей стали. 24 сентября 2019 года, приехав на кладбище, она увидела, что на могиле отсутствует надгробие, размерами 1100х450х250 мм., толщина металла 2 мм. О случившемся она сообщила в полицию. С заключением эксперта о стоимости надгробия в размере 2 370 рублей она согласна. Подсудимые принесли ей извинения. Причиненный материальный ущерб возмещен в полном объеме, путем восстановления надгробия, в связи с чем, отказалась от заявленного гражданского иска. Претензий к подсудимым не имеет. Свидетель ФИО127 в судебном заседании пояснила, что возможно 05 сентября 2019 года в вечернее время ей позвонил знакомый ФИО27 и попросил ее подъехать на автомобиле в с. Дичня, чтобы помочь отвезти металл на пункт приема в д. Митрофаново Октябрьского района. Она согласилась. Когда приехала, то ФИО43 и ФИО28 погрузили в багажник автомобиля металл, который они отвезли скупщику в д. Митрофаново Октябрьского района. За оказанную услугу, ребята дали ей деньги на заправку автомобиля. О том, что данный металл они похищали с кладбища, она не знала. Допрошенный в судебном заседании в качестве свидетеля ФИО128 пояснил, что занимается приемом лома черного металла у населения для личных нужд. 05.09.2019 года в вечернее время к нему домой в д. Митрофаново Октябрьского района на автомобиле приехали ФИО28 и ФИО27, у которых он купил изделия из нержавеющей стали, похожие на части надгробия. О том, что металл был похищен, он не знал. О виновности подсудимых свидетельствуют также исследованные в судебном заседании материалы уголовного дела: заявление потерпевшей ФИО12 от 11.10.2019 года о привлечении к ответственности неизвестных лиц, которые в период времени с 07 июля 2019 года по 24 сентября 2019 года похитили надгробие из нержавеющей стали с могилы ее сына ФИО63, с территории кладбища в с. Дичня Курчатовского района Курской области, причинив ей материальный ущерб (Т. 3 л.д. 159); протокол осмотра места происшествия от 11.10.2019 года с фототаблицей, в ходе которого была осмотрена могила ФИО63, расположенная на территории кладбища в с. Дичня Курчатовского района Курской области, с которой подсудимые похитили надгробие, выполненное из нержавеющей стали, размерами 1100х450х250 мм. (Т.3 л.д. 160-162); заключение эксперта № 391\10-19 от 22.10.2019 года, согласно выводам которого, стоимость надгробия, выполненного из нержавеющей стали размером 1100х450х250 мм, толщиной 2 мм, по состоянию на июль, сентябрь 2019 года составляет 2370 рублей (Т.3 л.д. 175-190). Суд признает достоверными исследованные доказательства, поскольку они получены с соблюдением требований уголовно-процессуального закона, что было проверено в ходе судебного разбирательства, и являются допустимыми. Оценивая добытые и исследованные в судебном заседании доказательства в совокупности с материалами уголовного дела, суд находит виновность подсудимых ФИО27 и ФИО28 в совершении преступления доказанной. Действия ФИО27 и ФИО28 суд квалифицирует по ст. ч. 2 п. «а» УК РФ, как кража, то есть тайное хищение чужого имущества, совершенное группой лиц по предварительному сговору, поскольку подсудимые, действуя умышленно, из корыстных побуждений, в целях личного обогащения, вступив между собой в преступный сговор, понимая, что своими действиями способствуют друг другу в реализации корыстного преступного умысла, в отсутствие собственника и других посторонних лиц, тайно похитили надгробие, выполненное из нержавеющей стали, с могилы на территории кладбища, которое сдали скупщику металла, а вырученные денежные средства потратили на личные нужды, причинив потерпевшей материальный ущерб в сумме 2 370 рублей. Квалифицирующий признак “группой лиц по предварительному сговору” нашел свое подтверждение, поскольку подсудимые заранее договорились совершить совместно кражу имущества до начала выполнения объективной стороны преступления, распределив между собой равнозначные роли.</w:t>
      </w:r>
    </w:p>
    <w:p>
      <w:pPr>
        <w:pStyle w:val="Heading3"/>
      </w:pPr>
      <w:r>
        <w:rPr>
          <w:rFonts w:ascii="Times New Roman" w:hAnsi="Times New Roman" w:eastAsia="Times New Roman" w:cs="Times New Roman"/>
          <w:b/>
          <w:i w:val="0"/>
          <w:sz w:val="22"/>
        </w:rPr>
        <w:t>Пункт 20. Правовой анализ</w:t>
      </w:r>
    </w:p>
    <w:p>
      <w:pPr>
        <w:spacing w:after="120" w:before="160"/>
        <w:ind w:firstLine="720"/>
        <w:jc w:val="both"/>
      </w:pPr>
      <w:r>
        <w:rPr>
          <w:rFonts w:ascii="Times New Roman" w:hAnsi="Times New Roman" w:eastAsia="Times New Roman" w:cs="Times New Roman"/>
          <w:b/>
          <w:i w:val="0"/>
          <w:sz w:val="22"/>
        </w:rPr>
        <w:t xml:space="preserve">20. </w:t>
      </w:r>
      <w:r>
        <w:rPr>
          <w:rFonts w:ascii="Times New Roman" w:hAnsi="Times New Roman" w:eastAsia="Times New Roman" w:cs="Times New Roman"/>
          <w:b w:val="0"/>
          <w:i w:val="0"/>
          <w:sz w:val="22"/>
        </w:rPr>
        <w:t>Эпизод кражи от 12 сентября 2019 года в отношении потерпевшей ФИО18. 12 сентября 2019 года примерно в 17 часов 00 минут у ФИО27, находящегося по месту жительства по адресу: &lt;адрес&gt;, работающего неофициально сторожем кладбища, расположенного в с.Дичня, Курчатовского района, Курской области, и испытывающего материальные трудности, возник преступный корыстный умысел на хищение гробниц, изготовленных из нержавеющей стали с какой-нибудь могилы, с целью их дальнейшей сдачи на металл, и получения материальной выгоды. О своих намерениях ФИО27 сообщил своему брату ФИО28 и предложил совершить кражу совместно, на что последний согласился. Таким образом, ФИО28 и ФИО27 в указанное время вступили между собой в предварительный преступный сговор. С целью реализации своего преступного умысла, направленного на тайное хищение чужого имущества, группой лиц по предварительному сговору, 12 сентября 2019 года примерно в 17 часов 30 минут ФИО27 совместно с ФИО28 пришли на территорию кладбища, расположенного в с.Дичня, Курчатовского района, Курской области, где, убедившись, что за их действиями никто не наблюдает, подошли по очереди к могилам ФИО64 и ФИО65, действуя согласованно и, понимая, что своими действиями способствуют друг другу в реализации преступного корыстного умысла, выполняя равнозначные роли, взялись руками за гробницы и выдернули из земли, похитив с могилы ФИО64 надгробие, принадлежащее ФИО18, выполненное из нержавеющей стали, размерами 1320х510х250 мм., толщиной металла 4 мм., стоимостью согласно заключению эксперта № 493/12-19 от 13.12.2019 года, 2 410 рублей, с могилы ФИО65 - надгробие, принадлежащее ФИО18, выполненное из нержавеющей стали, размерами 1150х470х100 мм., толщиной металла 4 мм., стоимостью согласно заключению эксперта № 493/12-19 от 13.12.2019 года, 3 520 рублей. После чего ФИО27 и ФИО28 с места совершения преступления скрылись, распорядившись похищенным по своему усмотрению. В результате совместных преступных действий ФИО27 и ФИО28 потерпевшей ФИО18 был причинен значительный материальный ущерб на общую сумму 5 930 рублей. Допрошенный в судебном заседании подсудимый ФИО27 вину в совершении преступления признал в полном объеме, при этом от дачи показания отказался, воспользовавшись правом, предусмотренным ст. 51 Конституции РФ. В содеянном раскаялся, принес извинения потерпевшей, заявленный гражданский иск признал в полном объеме. В соответствии со ст. ч. 1 п. 3 УПК РФ были исследованы показания ФИО27, данные им в ходе следствия, согласно которым: он работал сторожем на кладбище, расположенном в с. Дичня, Курчатовского района, Курской области. 12 сентября 2019 года примерно в 17 часов 00 минут, находясь у себя дома, предложил своему брату ФИО28 похитить с могилы надгробие из нержавеющей стали, чтобы сдать на металл, получив за это денежные средства. На его предложение брат согласился. После этого, примерно в 17 часов 30 минут, он с ФИО28 пришли на территорию кладбища в с.Дичня, где подошли поочереди к могилам ФИО64 и ФИО65, которые находились в одной оградке, на которых было надгробие из нержавеющей стали. После чего, он с одной стороны, а брат с другой стороны, руками взялись за надгробия, и поочередно выдернули их из земли. После этого, вынесли надгробия за территорию кладбища. Затем он позвонил своей знакомой ФИО32, которую попросил отвезти на ее автомобиле металл. Когда ФИО32 приехала, они все вместе отвезли металл скупщику в с. Митрофанова Октябрьского района, который забрал металл, заплатив им денежные средства. Полученные денежные средства они потратили на личные нужды (Т. 7 л.д. 239-245). В своей явке с повинной от 30.11.2019 года, ФИО27 сообщил, что действительно в период с апреля 2019 года по сентябрь 2019 года совместно с ФИО28 с могил, расположенных на территории кладбища в с.Дичня, Курчатовского района, Курской области, похищали надгробия из нержавеющей стали, в том числе, с могил ФИО64 и ФИО65., которые отвозили скупщику в Октябрьский район, получая денежные средства, а вырученные деньги тратили на личные нужды (Т.5 л.д. 219). Допрошенный в судебном заседании подсудимый ФИО28 вину в совершении преступления признал в полном объеме, при этом от дачи показания отказался, воспользовавшись правом, предусмотренным ст. 51 Конституции РФ. В содеянном раскаялся, принес извинения потерпевшей, заявленный гражданский иск признал в полном объеме. В соответствии со ст. ч. 1 п. 3 УПК РФ были исследованы показания ФИО28, данные им в ходе следствия, который дал аналогичные показания, пояснив, что действительно его брат ФИО27 предложил ему совершать кражу надгробия из нержавеющей стали с могилы кладбища, расположенного в с. Дичня Курчатовского района, чтобы сдать на металл, а деньги потратить на личные нужды, на что он согласился, в связи с чем, 12 сентября 2019 года примерно в 17 часов 30 минут они вдвоем пришли на кладбище, где поочередно с могил ФИО64 и ФИО65, находящихся в одной оградке, выдернули из земли надгробия, которые на автомобиле ФИО32 отвезли скупщику в с. Митрофанова Октябрьского района, за что получили денежные средства, которые потратили на личные нужды (Т. 8 л.д. 21-28). Данные обстоятельства совершения преступления ФИО28 сообщил и в своей явке с повинной от 06.12.2019 года (Т. 5 л.д. 220). Кроме признания вины подсудимыми, их виновность в совершении инкриминируемого им деяния подтверждается также показаниями потерпевшей ФИО18, свидетелей ФИО32 и ФИО34, данными в судебном заседании, а также исследованными письменными материалами уголовного дела. Потерпевшая ФИО18 в судебном заседании пояснила, что на территории кладбища, расположенного в с. Дичня, Курчатовского района, Курской области, у нее захоронены ее бабушка ФИО64 и брат ФИО65. На могиле были установлены памятники и надгробия из нержавеющей стали. 15 сентября 2019 года, приехав на кладбище, она увидела, что на могиле ее бабушки ФИО64 отсутствует надгробие, размерами 1320х510х250 мм., толщина металла 4 мм., и на могиле брата ФИО65 - надгробие размерами 1150х470х100 мм., толщиной металла 4 мм. О случившемся она сообщила в полицию. С заключением эксперта о стоимости надгробий в размере 2 410 рублей и 3 520 рублей она согласна. Причиненный ущерб в размере 5 930 рублей является для нее значительным, поскольку у нее имеется двое несовершеннолетних детей, один из которых является инвалидом, в связи с чем, она не работает, так как осуществляет уход за ним, получает пенсию по инвалидности на ребенка в размере 13 000 рублей, ежемесячный заработок супруга составляет около 35 000 рублей. Других доходов не имеет. Подсудимые принесли ей извинения. Гражданский иск поддержала в полном объеме и просила суд взыскать с подсудимых. Свидетель ФИО129 в судебном заседании пояснила, что возможно 12 сентября 2019 года в вечернее время ей позвонил знакомый ФИО27 и попросил ее подъехать на автомобиле в с. Дичня, чтобы помочь отвезти металл на пункт приема в д. Митрофаново Октябрьского района. Она согласилась. Когда приехала, то ФИО43 и ФИО28 погрузили в багажник автомобиля металл, который они отвезли скупщику в д. Митрофаново Октябрьского района. За оказанную услугу, ребята дали ей деньги на заправку автомобиля. О том, что данный металл они похищали с кладбища, она не знала. Допрошенный в судебном заседании в качестве свидетеля ФИО130 пояснил, что занимается приемом лома черного металла у населения для личных нужд. 12.09.2019 года в вечернее время к нему домой в д. Митрофаново Октябрьского района на автомобиле приехали ФИО28 и ФИО27, у которых он купил изделия из нержавеющей стали, похожие на части надгробия. О том, что металл был похищен, он не знал. О виновности подсудимых свидетельствуют также исследованные в судебном заседании материалы уголовного дела: заявление потерпевшей ФИО18 от 15.09.2019 года о привлечении к ответственности неизвестных лиц, которые в период времени с 01 сентября 2019 года по 15 сентября 2019 года похитили надгробия из нержавеющей стали с могил ее родственником, с территории кладбища в с. Дичня Курчатовского района Курской области, причинив ей материальный ущерб (Т. 5 л.д. 186); протокол осмотра места происшествия от 15.09.2019 года, в ходе которого были осмотрены могилы ФИО64 и ФИО65, расположенные на территории кладбища в с. Дичня Курчатовского района Курской области, с которых подсудимые похитили надгробия, выполненные из нержавеющей стали, размерами 1320х510х250 мм., и 1150х470х100 мм. (Т.5 л.д. 187-188); заключение эксперта № 493\12-19 от 13.12.2019 года, согласно выводам которого, стоимость надгробия, выполненного из нержавеющей стали размером 1320х510х250 мм, толщиной 4 мм, по состоянию на апрель-октябрь 2019 года составляет 2 410 рублей, стоимость надгробия, выполненного из нержавеющей стали размером 1150х470х100 мм, толщиной 4 мм, по состоянию на апрель-октябрь 2019 года составляет 3 520 рублей (Т.5 л.д. 197-212). Суд признает достоверными исследованные доказательства, поскольку они получены с соблюдением требований уголовно-процессуального закона, что было проверено в ходе судебного разбирательства, и являются допустимыми. Оценивая добытые и исследованные в судебном заседании доказательства в совокупности с материалами уголовного дела, суд находит виновность подсудимых ФИО27 и ФИО28 в совершении преступления доказанной. Действия ФИО27 и ФИО28 суд квалифицирует по ст. ч. 2 п. «а, в» УК РФ, как кража, то есть тайное хищение чужого имущества, совершенное группой лиц по предварительному сговору, с причинением значительного ущерба гражданину, поскольку подсудимые, действуя умышленно, из корыстных побуждений, в целях личного обогащения, вступив между собой в преступный сговор, понимая, что своими действиями способствуют друг другу в реализации корыстного преступного умысла, в отсутствие собственника и других посторонних лиц, тайно поочередно похитили надгробия, выполненные из нержавеющей стали, с могил ФИО64 и ФИО65 на территории кладбища, которые сдали скупщику металла, а вырученные денежные средства потратили на личные нужды, причинив потерпевшей ФИО18 материальный ущерб в общей сумме 5 930 рублей, который для последней с учетом ее материального положения является значительным. Квалифицирующий признак “группой лиц по предварительному сговору” нашел свое подтверждение, поскольку подсудимые заранее договорились совершить совместно кражу имущества до начала выполнения объективной стороны преступления, распределив между собой равнозначные роли. Признавая ущерб от кражи значительным, суд принимает во внимание значимость похищенного имущества для потерпевшей, а также ее материальное положение, у которой имеется двое несовершеннолетних детей, при этом один ребенок является инвалидом, в связи с чем, она не работает, поскольку осуществляет за ним уход, получает пенсию по инвалидности на ребенка в размере 13 000 рублей, ежемесячный заработок супруга составляет около 35 000 рублей, других доходов не имеет.</w:t>
      </w:r>
    </w:p>
    <w:p>
      <w:pPr>
        <w:pStyle w:val="Heading3"/>
      </w:pPr>
      <w:r>
        <w:rPr>
          <w:rFonts w:ascii="Times New Roman" w:hAnsi="Times New Roman" w:eastAsia="Times New Roman" w:cs="Times New Roman"/>
          <w:b/>
          <w:i w:val="0"/>
          <w:sz w:val="22"/>
        </w:rPr>
        <w:t>Пункт 21. Правовой анализ</w:t>
      </w:r>
    </w:p>
    <w:p>
      <w:pPr>
        <w:spacing w:after="120" w:before="160"/>
        <w:ind w:firstLine="720"/>
        <w:jc w:val="both"/>
      </w:pPr>
      <w:r>
        <w:rPr>
          <w:rFonts w:ascii="Times New Roman" w:hAnsi="Times New Roman" w:eastAsia="Times New Roman" w:cs="Times New Roman"/>
          <w:b/>
          <w:i w:val="0"/>
          <w:sz w:val="22"/>
        </w:rPr>
        <w:t xml:space="preserve">21. </w:t>
      </w:r>
      <w:r>
        <w:rPr>
          <w:rFonts w:ascii="Times New Roman" w:hAnsi="Times New Roman" w:eastAsia="Times New Roman" w:cs="Times New Roman"/>
          <w:b w:val="0"/>
          <w:i w:val="0"/>
          <w:sz w:val="22"/>
        </w:rPr>
        <w:t>Эпизод кражи от 20 сентября 2019 года в отношении потерпевшей ФИО5 20 сентября 2019 года примерно в 17 часов 30 минут у ФИО27, находящегося по месту жительства по адресу: &lt;адрес&gt;, работающего неофициально сторожем кладбища, расположенного в с.Дичня, Курчатовского района, Курской области, и испытывающего материальные трудности, возник преступный корыстный умысел на хищение гробницы, изготовленной из нержавеющей стали с какой-нибудь могилы, с целью ее дальнейшей сдачи на металл, и получения материальной выгоды. О своих намерениях ФИО27 сообщил своему брату ФИО28 и предложил совершить кражу совместно, на что последний согласился. Таким образом, ФИО28 и ФИО27 в указанное время вступили между собой в предварительный преступный сговор. С целью реализации своего преступного умысла, направленного на тайное хищение чужого имущества, группой лиц по предварительному сговору, 20 сентября 2019 года примерно в 18 часов 00 минут ФИО27 совместно с ФИО28 пришли на территорию кладбища, расположенного в с.Дичня, Курчатовского района, Курской области, где, убедившись, что за их действиями никто не наблюдает, подошли к могиле ФИО66, действуя согласованно и, понимая, что своими действиями способствуют друг другу в реализации преступного корыстного умысла, выполняя равнозначные роли, взялись руками за гробницу и выдернули из земли, похитив с могилы ФИО66 надгробие, принадлежащее ФИО5, выполненное из нержавеющей стали, размерами 1500х600х300 мм., толщиной металла 5 мм., стоимостью согласно заключению эксперта № 358/10-19 от 09.10.2019 года, 5050 рублей. После чего ФИО27 и ФИО28 с места совершения преступления скрылись, распорядившись похищенным по своему усмотрению. В результате совместных преступных действий ФИО27 и ФИО28 потерпевшей ФИО5 был причинен значительный материальный ущерб в сумме 5 050 рублей. Допрошенный в судебном заседании подсудимый ФИО27 вину в совершении преступления признал в полном объеме, при этом от дачи показания отказался, воспользовавшись правом, предусмотренным ст. 51 Конституции РФ. В содеянном раскаялся, принес извинения потерпевшей, заявленный граждански иск признал в полном объеме. В соответствии со ст. ч. 1 п. 3 УПК РФ были исследованы показания ФИО27, данные им в ходе следствия, согласно которым: 20 сентября 2019 года примерно в 17 часов 30 минут, находясь у себя дома, предложил своему брату ФИО28 похитить с могилы надгробие из нержавеющей стали, чтобы сдать на металл, получив за это денежные средства. На его предложение брат согласился. После этого, примерно в 18 часов 00 минут, он с ФИО28 пришли на территорию кладбища в с.Дичня, где подошли к могиле ФИО66, на которой было надгробие из нержавеющей стали. После чего, он с одной стороны, а брат с другой стороны, руками взялись за надгробия, и выдернули из земли. После этого, вынесли надгробие за территорию кладбища. Затем он позвонил своей знакомой ФИО32, которую попросил отвезти на ее автомобиле металл. Когда ФИО32 приехала, они все вместе отвезли металл скупщику в с. Митрофанова Октябрьского района, который забрал металл, заплатив им денежные средства. Полученные денежные средства они потратили на личные нужды (Т. 7 л.д. 239-245). В своей явке с повинной от 02.10.2019 года ФИО27 сообщил, что 20 сентября 2019 года совместно с ФИО28 с могилы ФИО66 похитили надгробие из нержавеющей стали (Т.2 л.д. 20). Допрошенный в судебном заседании подсудимый ФИО28 вину в совершении преступления признал в полном объеме, при этом от дачи показания отказался, воспользовавшись правом, предусмотренным ст. 51 Конституции РФ. В содеянном раскаялся, принес извинения потерпевшей, заявленный гражданский иск признал в полном объеме. В соответствии со ст. ч. 1 п. 3 УПК РФ были исследованы показания ФИО28, данные им в ходе следствия, который дал аналогичные показания, пояснив, что действительно его брат ФИО27 предложил ему совершать кражу надгробия из нержавеющей стали с могилы кладбища, расположенного в с. Дичня Курчатовского района, чтобы сдать на металл, а деньги потратить на личные нужды, на что он согласился, в связи с чем, 20 сентября 2019 года примерно в 18 часов 00 минут они вдвоем пришли на кладбище, где с могилы ФИО66 выдернули из земли надгробие, которое на автомобиле ФИО32 отвезли скупщику в с. Митрофанова Октябрьского района, за что получили денежные средства, которые потратили на личные нужды (Т. 8 л.д. 21-28). Данные обстоятельства совершения преступления ФИО28 сообщил и в своей явке с повинной от 02.10.2019 года (Т. 2 л.д. 17). Кроме признания вины подсудимыми, их виновность в совершении инкриминируемого им деяния подтверждается также показаниями потерпевшей ФИО5, свидетелей ФИО32 и ФИО34, данными в судебном заседании, а также исследованными письменными материалами уголовного дела. Потерпевшая ФИО5 в судебном заседании пояснила, что на территории кладбища, расположенного в с. Дичня, Курчатовского района, Курской области, у нее захоронен супруг ФИО66. На могиле были установлены памятник и надгробие из нержавеющей стали. 02 октября 2019 года, приехав на кладбище, она увидела, что на могиле супруга отсутствует надгробие, размерами 1500х600х300 мм., толщина металла 5 мм.. О случившемся она сообщила в полицию. С заключением эксперта о стоимости надгробия в размере 5050 рублей она согласна. Подсудимые принесли ей извинения. Причиненный ущерб в размере 5 050 рублей является для нее значительным, поскольку она проживает с дочерью и внучкой, ежемесячный размер ее пенсии составляет 18 000 рублей, заработная плата ее дочери составляет 14 000 рублей, другого дохода не имеет. Подсудимые принесли ей извинения. Гражданский иск поддержала в полном объеме и просила суд взыскать с подсудимых. Свидетель ФИО131 в судебном заседании пояснила, что возможно 20 сентября 2019 года в вечернее время ей позвонил знакомый ФИО27 и попросил ее подъехать на автомобиле в с. Дичня, чтобы помочь отвезти металл на пункт приема в д. Митрофаново Октябрьского района. Она согласилась. Когда приехала, то ФИО27 и ФИО28 погрузили в багажник автомобиля металл, который они отвезли скупщику в д. Митрофаново Октбрьского района. За оказанную услугу, ребята дали ей деньги на заправку автомобиля. О том, что данный металл они похищали с кладбища, она не знала. Допрошенный в судебном заседании в качестве свидетеля ФИО132 пояснил, что занимается приемом лома черного металла у населения для личных нужд. 20.09.2019 года в вечернее время к нему домой в д. Митрофаново Октябрьского района на автомобиле приехали ФИО28 и ФИО27, у которых он купил изделия из нержавеющей стали, похожие на части надгробия. О том, что металл был похищен, он не знал. О виновности подсудимых свидетельствуют также исследованные в судебном заседании материалы уголовного дела: заявление потерпевшей ФИО5 от 02.10.2019 года о привлечении к ответственности неизвестных лиц, которые в период времени с 19 сентября 2019 года по 02 октября 2019 года похитили надгробие из нержавеющей стали с могилы ее супруга ФИО66, с территории кладбища в с. Дичня Курчатовского района Курской области, причинив ей значительный материальный ущерб (Т. 2 л.д. 9); протокол осмотра места происшествия от 02.10.2019 года с фототаблицей, в ходе которого была осмотрена могила ФИО66, расположенная на территории кладбища в с. Дичня Курчатовского района Курской области, с которой подсудимые похитили надгробие, выполненное из нержавеющей стали, размерами 1500х600х200 мм. (Т.2 л.д. 11-14); заключение эксперта № 358\10-19 от 09.10.2019 года, согласно выводам которого, стоимость надгробия, выполненного из нержавеющей стали, размером 1500х600х300 мм, толщиной 5 мм, по состоянию на сентябрь, октябрь 2019 года составляет 5050 рублей (Т.2 л.д. 27-42). Суд признает достоверными исследованные доказательства, поскольку они получены с соблюдением требований уголовно-процессуального закона, что было проверено в ходе судебного разбирательства, и являются допустимыми. Оценивая добытые и исследованные в судебном заседании доказательства в совокупности с материалами уголовного дела, суд находит виновность подсудимых ФИО27 и ФИО28 в совершении преступления доказанной. Действия ФИО27 и ФИО28 суд квалифицирует по ст. ч. 2 п. «а, в» УК РФ, как кража, то есть тайное хищение чужого имущества, совершенное группой лиц по предварительному сговору, с причинением значительного ущерба гражданину, поскольку подсудимые, действуя умышленно, из корыстных побуждений, в целях личного обогащения, вступив между собой в преступный сговор, понимая, что своими действиями способствуют друг другу в реализации корыстного преступного умысла, в отсутствие собственника и других посторонних лиц, тайно похитили надгробие, выполненные из нержавеющей стали, с могилы на территории кладбища, которое сдали скупщику металла, а вырученные денежные средства потратили на личные нужды, причинив потерпевшей ФИО5 материальный ущерб в сумме 5 050 рублей, который для последней с учетом ее материального положения является значительным. Квалифицирующий признак “группой лиц по предварительному сговору” нашел свое подтверждение, поскольку подсудимые заранее договорились совершить совместно кражу имущества до начала выполнения объективной стороны преступления, распределив между собой равнозначные роли. Признавая ущерб от кражи значительным, суд принимает во внимание значимость похищенного для потерпевшей, а также ее материальное положение, которая проживает совместно с дочерью и внучкой, при этом ежемесячный размер ее пенсии составляет 18 000 рублей, а заработная плата дочери - 14000 рублей, иного дохода не имеет.</w:t>
      </w:r>
    </w:p>
    <w:p>
      <w:pPr>
        <w:pStyle w:val="Heading3"/>
      </w:pPr>
      <w:r>
        <w:rPr>
          <w:rFonts w:ascii="Times New Roman" w:hAnsi="Times New Roman" w:eastAsia="Times New Roman" w:cs="Times New Roman"/>
          <w:b/>
          <w:i w:val="0"/>
          <w:sz w:val="22"/>
        </w:rPr>
        <w:t>Пункт 22. Правовой анализ</w:t>
      </w:r>
    </w:p>
    <w:p>
      <w:pPr>
        <w:spacing w:after="120" w:before="160"/>
        <w:ind w:firstLine="720"/>
        <w:jc w:val="both"/>
      </w:pPr>
      <w:r>
        <w:rPr>
          <w:rFonts w:ascii="Times New Roman" w:hAnsi="Times New Roman" w:eastAsia="Times New Roman" w:cs="Times New Roman"/>
          <w:b/>
          <w:i w:val="0"/>
          <w:sz w:val="22"/>
        </w:rPr>
        <w:t xml:space="preserve">22. </w:t>
      </w:r>
      <w:r>
        <w:rPr>
          <w:rFonts w:ascii="Times New Roman" w:hAnsi="Times New Roman" w:eastAsia="Times New Roman" w:cs="Times New Roman"/>
          <w:b w:val="0"/>
          <w:i w:val="0"/>
          <w:sz w:val="22"/>
        </w:rPr>
        <w:t>Эпизод кражи от 24 сентября 2019 года в отношении потерпевшего ФИО2 24 сентября 2019 года примерно в 19 часов 00 минут у ФИО27, находящегося по месту жительства по адресу: &lt;адрес&gt;, работающего неофициально сторожем кладбища, расположенного в с.Дичня, Курчатовского района, Курской области, и испытывающего материальные трудности, возник преступный корыстный умысел на хищение гробницы, изготовленной из нержавеющей стали с какой-нибудь могилы, с целью ее дальнейшей сдачи на металл, и получения материальной выгоды. О своих намерениях ФИО27 сообщил своему брату ФИО28 и предложил совершить кражу совместно, на что последний согласился. Таким образом, ФИО28 и ФИО27 в указанное время вступили между собой в предварительный преступный сговор. С целью реализации своего преступного умысла, направленного на тайное хищение чужого имущества, группой лиц по предварительному сговору, 24 сентября 2019 года примерно в 19 часов 30 минут ФИО27 совместно с ФИО28 пришли на территорию кладбища, расположенного в с.Дичня, Курчатовского района, Курской области, где, убедившись, что за их действиями никто не наблюдает, подошли к могиле ФИО67, действуя согласованно и, понимая, что своими действиями способствуют друг другу в реализации преступного корыстного умысла, выполняя равнозначные роли, взялись руками за гробницу и выдернули из земли, похитив с могилы ФИО67 надгробие, принадлежащее ФИО2, выполненное из нержавеющей стали, размерами 680х550х200 мм., толщиной металла 2 мм., стоимостью согласно заключению эксперта № 355/10-19 от 07.10.2019 года, 2 300 рублей. После чего ФИО27 и ФИО28 с места совершения преступления скрылись, распорядившись похищенным по своему усмотрению. В результате совместных преступных действий ФИО27 и ФИО28 потерпевшему ФИО2 был причинен материальный ущерб на сумму 2300 рублей. Допрошенный в судебном заседании подсудимый ФИО27 вину в совершении преступления признал в полном объеме, при этом от дачи показания отказался, воспользовавшись правом, предусмотренным ст. 51 Конституции РФ. В содеянном раскаялся, принес извинения потерпевшему, заявленный граждански иск признал в полном объеме. В соответствии со ст. ч. 1 п. 3 УПК РФ были исследованы показания ФИО27, данные им в ходе следствия, согласно которым: 24 сентября 2019 года примерно в 19 часов 00 минут, находясь у себя дома, предложил своему брату ФИО28 похитить с могилы надгробие из нержавеющей стали, чтобы сдать на металл, получив за это денежные средства. На его предложение брат согласился. После этого, примерно в 19 часов 30 минут, он с ФИО28 пришли на территорию кладбища в с.Дичня, где подошли к могиле ФИО67, на которой было надгробие из нержавеющей стали. После чего, он с одной стороны, а брат с другой стороны, руками взялись за надгробие, и выдернули его из земли. После этого, вынесли надгробие за территорию кладбища. Затем он позвонил своей знакомой ФИО32, которую попросил отвезти на ее автомобиле металл. Когда ФИО32 приехала, они все вместе отвезли металл скупщику в с. Митрофанова Октябрьского района, который забрал металл, заплатив им денежные средства. Полученные денежные средства они потратили на личные нужды (Т. 7 л.д. 239-245). Данные обстоятельства совершения преступления ФИО27 сообщил и в своей явке с повинной от 01.10.2019 года (Т. 1 л.д. 124). Допрошенный в судебном заседании подсудимый ФИО28 вину в совершении преступления признал в полном объеме, при этом от дачи показания отказался, воспользовавшись правом, предусмотренным ст. 51 Конституции РФ. В содеянном раскаялся, принес извинения потерпевшему, заявленный гражданский иск признал в полном объеме. В соответствии со ст. ч. 1 п. 3 УПК РФ были исследованы показания ФИО28, данные им в ходе следствия, который дал аналогичные показания, пояснив, что действительно его брат ФИО27 предложил ему совершать кражу надгробия из нержавеющей стали с могилы кладбища, расположенного в с. Дичня Курчатовского района, чтобы сдать на металл, а деньги потратить на личные нужды, на что он согласился, в связи с чем, 24 сентября 2019 года примерно в 19 часов 30 минут они вдвоем пришли на кладбище, где с могилы ФИО67 выдернули из земли надгробие, которое на автомобиле ФИО32 отвезли скупщику в с. Митрофанова Октябрьского района, за что получили денежные средства, которые потратили на личные нужды (Т. 8 л.д. 21-28). Данные обстоятельства совершения преступления ФИО28 сообщил и в своей явке с повинной от 01.10.2019 года (Т. 1 л.д. 120). Кроме признания вины подсудимыми, их виновность в совершении инкриминируемого им деяния подтверждается также показаниями потерпевшего ФИО2, свидетелей ФИО32 и ФИО34, данными в судебном заседании, а также исследованными письменными материалами уголовного дела. Потерпевший ФИО2 в судебном заседании пояснил, что на территории кладбища, расположенного в с. Дичня, Курчатовского района, Курской области, у него захоронена бабушка его супруги ФИО67. На могиле было установлено надгробие из нержавеющей стали им и его супругой совместно. 25 сентября 2019 года, приехав на кладбище, он и его супруга увидели, что на могиле отсутствует надгробие, размерами 680х550х200 мм, толщина металла 2 мм. О случившемся он сообщил в полицию. С заключением эксперта о стоимости надгробия в размере 2 300 рублей он согласен. Подсудимые принесли ему извинения. Гражданский иск поддержал в полном объеме, просил взыскать с подсудимых. Допрошенная в судебном заседании в качестве свидетеля ФИО133 дала аналогичные показания, пояснив, что действительно, приехав с супругом на кладбище 25 сентября 2019 года, обнаружили пропажу с могилы ее бабушки ФИО67 надгробие, выполненное из нержавеющей стали, которое они устанавливали совместно с супругом. О случившемся сразу же сообщили в полицию. Свидетель ФИО134 в судебном заседании пояснила, что возможно 24 сентября 2019 года в вечернее время ей позвонил знакомый ФИО27 и попросил ее подъехать на автомобиле в с. Дичня, чтобы помочь отвезти металл на пункт приема в д. Митрофаново Октябрьского района. Она согласилась. Когда приехала, то ФИО43 и ФИО28 погрузили в багажник автомобиля металл, который они отвезли скупщику в д. Митрофаново Октбрьского района. За оказанную услугу, ребята дали ей деньги на заправку автомобиля. О том, что данный металл они похищали с кладбища, она не знала. Допрошенный в судебном заседании в качестве свидетеля ФИО135 пояснил, что занимается приемом лома черного металла у населения для личных нужд. 24.09.2019 года в вечернее время к нему домой в д. Митрофаново Октябрьского района на автомобиле приехали ФИО28 и ФИО27, у которых он купил изделия из нержавеющей стали, похожие на части надгробия. О том, что металл был похищен, он не знал. О виновности подсудимых свидетельствуют также исследованные в судебном заседании материалы уголовного дела: заявление потерпевшего ФИО2 от 25.09.2019 года о привлечении к ответственности неизвестных лиц, которые в период времени с 24 по 25 сентября 2019 года похитили надгробие из нержавеющей стали с могилы ФИО67, с территории кладбища в с. Дичня Курчатовского района Курской области, причинив ей материальный ущерб (Т. 1 л.д. 113); протокол осмотра места происшествия от 25.09.2019 года, в ходе которого была осмотрена могила ФИО67, расположенная на территории кладбища в с. Дичня Курчатовского района Курской области, с которой подсудимые похитили надгробие, выполненное из нержавеющей стали, размерами 680х550х200 мм. (Т.1 л.д. 115-116); заключение эксперта № 355\10-19 от 07.10.2019 года, согласно выводам которого, стоимость надгробия, выполненного из нержавеющей стали, размером 680х550х200 мм, толщиной 2 мм, по состоянию на сентябрь 2019 года составляет 2 300 рублей (Т.1 л.д. 132-147). Суд признает достоверными исследованные доказательства, поскольку они получены с соблюдением требований уголовно-процессуального закона, что было проверено в ходе судебного разбирательства, и являются допустимыми. Оценивая добытые и исследованные в судебном заседании доказательства в совокупности с материалами уголовного дела, суд находит виновность подсудимых ФИО27 и ФИО28 в совершении преступления доказанной. Действия ФИО27 и ФИО28 суд квалифицирует по ст. ч. 2 п. «а» УК РФ, как кража, то есть тайное хищение чужого имущества, совершенное группой лиц по предварительному сговору, поскольку подсудимые, действуя умышленно, из корыстных побуждений, в целях личного обогащения, вступив между собой в преступный сговор, понимая, что своими действиями способствуют друг другу в реализации своего преступного корыстного умысла, в отсутствие собственника и других посторонних лиц, тайно похитили надгробие, выполненное из нержавеющей стали, с могилы на территории кладбища, которое сдали скупщику металла, а вырученные денежные средства потратили на личные нужды, причинив потерпевшему материальный ущерб в сумме 2 300 рублей. Квалифицирующий признак “группой лиц по предварительному сговору” нашел свое подтверждение, поскольку подсудимые заранее договорились совершить совместно кражу имущества до начала выполнения объективной стороны преступления, распределив между собой равнозначные роли.</w:t>
      </w:r>
    </w:p>
    <w:p>
      <w:pPr>
        <w:pStyle w:val="Heading3"/>
      </w:pPr>
      <w:r>
        <w:rPr>
          <w:rFonts w:ascii="Times New Roman" w:hAnsi="Times New Roman" w:eastAsia="Times New Roman" w:cs="Times New Roman"/>
          <w:b/>
          <w:i w:val="0"/>
          <w:sz w:val="22"/>
        </w:rPr>
        <w:t>Пункт 23. Выводы</w:t>
      </w:r>
    </w:p>
    <w:p>
      <w:pPr>
        <w:spacing w:after="120" w:before="160"/>
        <w:ind w:firstLine="720"/>
        <w:jc w:val="both"/>
      </w:pPr>
      <w:r>
        <w:rPr>
          <w:rFonts w:ascii="Times New Roman" w:hAnsi="Times New Roman" w:eastAsia="Times New Roman" w:cs="Times New Roman"/>
          <w:b/>
          <w:i w:val="0"/>
          <w:sz w:val="22"/>
        </w:rPr>
        <w:t xml:space="preserve">23. </w:t>
      </w:r>
      <w:r>
        <w:rPr>
          <w:rFonts w:ascii="Times New Roman" w:hAnsi="Times New Roman" w:eastAsia="Times New Roman" w:cs="Times New Roman"/>
          <w:b w:val="0"/>
          <w:i w:val="0"/>
          <w:sz w:val="22"/>
        </w:rPr>
        <w:t>Эпизод кражи от 25 марта 2019 года в отношении потерпевшего ФИО25. 25 марта 2019 года примерно в 12 часов 00 минут ФИО28 находился дома у знакомого ФИО29 по адресу: &lt;адрес&gt;, где у него возник преступный умысел, направленный на хищение какого-либо ценного имущества из металла, находящегося на территории строящегося дома № 99-а в д. ФИО69 Октябрьского района Курской области, с целью дальнейшей продажи, и получения материальной выгоды. ФИО28 предложил ФИО29 совершить совместно хищение какого-либо ценного имущества из указанного строящегося дома, принадлежащего ФИО25. ФИО29 согласился на предложение ФИО28, тем самым, вступив в предварительный преступный сговор. Реализуя свой преступный умысел, направленный на тайное хищение чужого имущества, ФИО29 совместно с ФИО28 25 марта 2019 года примерно в 12 часов 20 минут пришли к дому &lt;адрес&gt;, принадлежащему ФИО25, где, убедившись, что за их действиями никто не наблюдает, незаконно проникли через не застекленный оконный проем на нижний подвальный этаж указанного строящегося дома, где увидели различные строительные изделия из металла, которые решили похитить. Продолжая реализовывать свой преступный умысел, направленный на хищение чужого имущества и обращение его в свою собственность, примерно в 12 часов 25 минут, ФИО28 по предварительному сговору с ФИО29, выполняя равнозначные роли, тайно, в отсутствии собственника и посторонних лиц, похитили через не застекленный оконный проем имущество, принадлежащее ФИО25, а именно: 3 трубы профильные стальные, 50х50х2 мм, длиной по 6 м каждая, стоимостью, согласно заключению эксперта № 0650601126 от 12.12.2019 года, 485 рублей 64 копейки каждая, на сумму 1456 рублей 92 копейки, 4 опалубки щитовой стальной, облицованной ламинированной «финской» фанерой, высотой 0,5 м каждая, длиной 1,5 м каждая, толщиной 0,5 мм каждая, стоимостью согласно заключению эксперта №0650601126 от 12.12.2019 года, 2083 рубля 80 копеек каждая, на сумму 8335 рублей 20 копеек, 1 уголок стальной размерами 125х125х8 мм, длиной 5 м, стоимостью согласно заключению эксперта №0650601126 от 12.12.2019 года, 2280 рублей 90 копеек, 2 швелера стальных шириной 10 см, толщиной 5 мм, длиной 4 м каждый, стоимостью согласно заключению эксперта №0650601126 от 12.12.2019 года, 1131 рубль 84 копейки каждый, на сумму 2263 рубля 68 копеек. Выбравшись через не застекленный оконный проем на улицу, ФИО28 и ФИО29 решили оставшиеся строительные металлические изделия похитить на следующий день. После чего с места совершения преступления скрылись, распорядившись похищенным по своему усмотрению. Продолжая реализовывать свой преступный умысел, направленный на тайное хищение чужого имущества группой лиц по предварительному сговору, действуя согласно ранее достигнутой договоренности, 26 марта 2019 года, примерно в 10 часов 15 минут, ФИО28 совместно с ФИО29 пришли к строящемуся дому №, расположенному по указанному выше адресу, где, выполняя равнозначные роли, тайно, в отсутствии собственника и посторонних лиц, убедившись, что за их действиями никто не наблюдает, через не застекленный оконный проем, примерно в 10 часов 20 минут, незаконно проникли на нижний подвальный этаж указанного дома, откуда похитили имущество, принадлежащее ФИО25, а именно: 3 трубы профильные стальные, размерами 50х50х2 мм, длиной по 6 м. каждая, стоимостью согласно заключению эксперта № 0650601126 от 12.12.2019 года 485 рублей 64 копейки каждая, на сумму 1456 рублей 92 копейки, 5 опалубок щитовых стальных, облицованных ламинированной «финской» фанерой, высотой 0,5 м, длиной 1,5 м, толщиной 0,5 мм. каждая, стоимостью согласно заключению эксперта № 0650601126 от 12.12.2019 года, 2083 рубля 80 копеек каждая, на сумму 10419 рублей, 1 швелер стальной шириной 10 см, толщиной 5 мм, длиной 4 м, стоимостью согласно заключению эксперта № 0650601126 от 12.12.2019 года, 1131 рубль 84 копейки, лестницу, состоящую из 2 уголков стальных 63х63мм, длиной 3,5 м каждый, стоимостью согласно заключению эксперта № 0650601126 от 12.12.2019 года, 463 рубля 05 копеек каждый на сумму 926 рублей 10 копеек, с металлическими ступеньками, не представляющими материальной ценности для потерпевшего. После этого, ФИО28 и ФИО29 с похищенным имуществом с места совершения преступления скрылись, распорядившись им по своему усмотрению. В результате совместных преступных действия ФИО28 и ФИО29 потерпевшему ФИО25 был причинен материальный ущерб на общую сумму 28270 рублей 56 копеек. Допрошенный в судебном заседании подсудимый ФИО28 вину в совершении преступления признал в полном объеме, при этом от дачи показания отказался, воспользовавшись правом, предусмотренным ст. 51 Конституции РФ. В содеянном раскаялся, принес извинения потерпевшему, заявленный гражданский иск признал в полном объеме. В соответствии со ст. ч. 1 п. 3 УПК РФ были исследованы показания ФИО33, данные им в ходе следствия, согласно которым: 25 марта 2019 года примерно в 12 часов 00 минут он находился у знакомого ФИО29, которому предложил совершить кражу какого-нибудь ценного имущества из металла, из строящегося рядом дома, чтобы в дальнейшем сдать на скупку лома черного металла, а вырученные деньги поделить пополам. ФИО29 согласился на его предложение. После этого, примерно в 12 часов 20 минут, он с ФИО29 через окно проникли внутрь строящегося дома, где увидели различные металлические изделия. После этого он предложил ФИО29 похитить данный металл, на что последний согласился. Через окно они вынесли на улицу 3 трубы, 4 щита, 1 уголок и 2 швелера. Оставшийся металл решили забрать на следующий день. Убедившись, что за ними никто не наблюдает, перенесли указанные металлические изделия к дому ФИО29, а вечером на автомобиле отца ФИО29, которому пояснили, что металл им отдал их знакомый, отвезли скупщику в д. Мирофанова Октябрьского района Курской области, а вырученные деньги поделили пополам. На следующий день 26.03.2019 года, примерно в 10 часов, он снова приехал к ФИО29, чтобы забрать из строящегося дома оставшийся металл. Примерно в 10 часов 15 минут они с ФИО29 вновь через оконный проем проникли в строящийся дом, откуда тем же способом вынесли металлические изделия, а именно 3 металлические трубы, 5 щитов, 1 швеллер и лестницу из уголков. Все похищенное перенесли к дому ФИО29, а вечером на машине отца ФИО29 отвезти металл скупщику в д. Митрофанова Октябрьского района, а вырученные деньги поделили пополам (Т. 8 л.д. 21-28). Данные обстоятельства совершения преступления ФИО28 сообщил в своей явке с повинной от 17.10.2019 года (Т. 4 л.д. 128), впоследствии об обстоятельствах совершения преступления более подробно и в деталях изложил при проверке его показаний на месте 19.11.2019 года (Т.4 л.д. 184-189). Допрошенный в судебном заседании подсудимый ФИО29 вину в совершении преступления признал в полном объеме, при этом от дачи показания отказался, воспользовавшись правом, предусмотренным ст. 51 Конституции РФ. В содеянном раскаялся, принес извинения потерпевшему, заявленный гражданский иск возместил в сумме 14 000 рублей. В соответствии со ст. ч. 1 п. 3 УПК РФ были исследованы показания ФИО29, данные им в ходе следствия, который дал аналогичные показания, пояснив, что 25 марта 2019 года примерно в 12 часов 00 минут его знакомый ФИО28 предложил ему похитить из строящегося рядом дома какое-нибудь имущество из металла, чтобы в дальнейшем сдать на скупку лома, а вырученные деньги поделить пополам, на что он согласился. После этого, примерно в 12 часов 20 минут он с ФИО28 пришли к данному строящемуся дому и через окно проникли внутрь, где увидели металлические уголки, швеллера, трубы, которые ФИО28 предложил ему похитить, на что он согласился. Через окно они вынесли на улицу 3 металлических трубы, 4 щита, 1 уголок и 2 швелера, а остальное имущество решили забрать на следующий день. Похищенное имущество перенесли к дому ФИО29, а вечером на машине отца ФИО29 отвезли металл скупщику в д. Митрофанова Октябрьского района Курской области, а вырученные деньги поделили пополам. После этого они договорились, что ФИО28 приедет к нему утром и они продолжат похищать металл из строящегося дома. 26 марта 2019 года, примерно в 10 часов ФИО28 приехал к нему домой. Примерно в 10 часов 15 минут они по ранее достигнутой договоренности вновь через оконный проем проникли внутрь строящегося дома, откуда, тем же способом вынесли 3 металлические трубы, 5 щитов, 1 швелер и лестницу, которые перенесли к его дому, а вечером также отвезли скупщику в Октябрьский район, а деньги поделили пополам (Т.8 л.д. 48-49). Данные обстоятельства совершения преступления ФИО29 сообщил в своей явке с повинной от 18.10.2019 года (Т. 4 л.д. 124), впоследствии об обстоятельствах совершения преступления более подробно и в деталях изложил при проверке его показаний на месте 19.11.2019 года (Т.4 л.д. 178-183). Кроме признания вины подсудимыми, их виновность в совершении инкриминируемого им деяния подтверждается также показаниями потерпевшего ФИО25, свидетеля ФИО68, данными в ходе следствия и оглашенными в судебном заседании в соответствии со ст. ч. 1 УПК РФ, а также исследованными письменными материалами уголовного дела. Потерпевший ФИО25 в судебном заседании пояснил, что по адресу: Курская область, Октябрьский район, д. ФИО69, д. 99а он строит дом, который в настоящий момент для проживания не пригоден, так как находится на стадии строительства. В указанном доме он хранит строительные материалы, где имеется пять окон, при этом два из них были открыты. Последний раз он был на территории строящегося дома 23 марта 2019 года. На цокольном этаже строящегося дома он хранил металлические изделия: профильную трубу 50x50 мм, длинной 6 м в количестве 6 штук; металлические щиты для заливки стен высотой 0.5 м, длинной 1,5 м, толщиной 0,5 мм, с облицовкой из «Финской» фанеры в количестве 9 штук; уголок 125x125 мм толщиной 8 мм, длинной примерно 5 метров, металлический литой швеллер шириной 10 см, длинной примерно 4 м, толщиной 5 мм в количестве 3 штук, лестница из уголка 63x63 мм, длинной 3.5 м, ступени ценности не представляют. 02.04.2019 примерно в 17 часов он приехал на территорию данного дома, где обнаружил пропажу указанных выше металлических изделий. О случившемся он сообщил в полицию. С заключением эксперта о стоимости похищенного имуществ на общую сумму 28270 рублей 56 копеек он полностью согласен. Подсудимые принесли ему извинения. В настоящий момент ФИО29 возместил ему причиненный ущерб в сумме 14 000 рублей, заявленный гражданский иск на оставшуюся сумму поддержал в полном объеме. В соответствии со ст. ч. 1 УПК РФ с согласия сторон были исследованы показания свидетеля ФИО68, данные им в ходе предварительного расследования, согласно которым: в конце марта 2019 года, точную дату не помнит, примерно в 18 часов, он приехал домой, где его сын ФИО29 и его знакомый ФИО28 попросили его отвезти металл на пункт приема лома, пояснив, что металл им отдал их знакомый. Он согласился и на своем автомобиле отвез металл скупщику в д. Митрофанова Октябрьского района Курской области. ФИО33 отдал часть вырученных денег сыну. На следующий день, примерно в 18 часов 00 минут он снова по просьбе сына ФИО29 и его знакомого ФИО28, на своем автомобиле отвез металл на пункт приема лома черных металлов скупщику в д. Митрофанова Октябрьского района Курской области. От сдачи металла ФИО28 отдал часть денег сыну. О том, что указанные металлические изделия были похищены, он не знал (Т. 4 л.д. 160-162). Допрошенный в судебном заседании в качестве свидетеля ФИО136 пояснил, что в конце марта 2019 года, точную дату не помнит, примерно в 18 часов 40 минут к нему приехали ранее ему знакомые ФИО68 и ФИО28, у которых он купил лом черного металла. На следующий день, также в вечернее время к нему снова приехали ФИО68 и ФИО28, у которых он также купил лом черного металла. О том, что металл был похищен, он не знал. О виновности подсудимых свидетельствуют также исследованные в судебном заседании материалы уголовного дела: заявление потерпевшего ФИО25 от 02.04.2019 года о привлечении к уголовной ответственности неизвестных лиц, которые в период времени с 23.03.2019 года по 17 часов 00 минут 02.04.2019 года из принадлежащего ему строящегося дома, расположенного по адресу: &lt;адрес&gt;, похитили металлические изделия, различных наименований, причинив ему материальный ущерб (т. 4 л.д. 82); протокол осмотра места происшествия от 02.04.2019 года, в ходе которого был осмотрен участок, расположенный по адресу: Курская область, Октябрьский район, д. ФИО69 д. 99-а, откуда подсудимые похитили металлические изделия, принадлежащие потерпевшему ФИО25. С места происшествия изъят след обуви на фотоноситель (Т. 4 л.д. 84-90); заключение эксперта № 15 от 19.04.2019 года, согласно выводам которого, след подошвы обуви, представленный на экспертизу и изъятый с места происшествия, пригоден для установления группы обуви, имеющей аналогичный рисунок и строение подошвенной части. Решение вопроса о пригодности для идентификации указанного следа, возможно по предоставлению конкретного образца обуви; след подошвы обуви, представленный на экспертизу, вероятно оставлен мужской обувью на правую ногу на литой подошве (обувью спортивного типа-кроссовкой) (Т. 4 л.д. 105-109); заключение эксперта № 0650601126 от 12.12.2019 года, согласно выводам которого стоимость имущества бывшего в употреблении, по состоянию на март 2019 года, составляла: труба профильная стальная, 50х50х2 мм, длиной 6 м, в количестве 6 штук - 2913 рублей 84 копеек; опалубка щитовая стальная, облицованная ламинированной “финской” фанерой, высота 0,5 м, длина 1,5 м, толщина 0,5 мм, в количестве 9 штук - 18754 рубля 20 копеек; уголок стальной 125х125х8 мм, длиной 5 м. - 2280 рублей 90 копеек; швеллер стальной шириной 10 см, толщиной 5 мм, длиной 4 м, в количестве 3 штук - 3395 рублей 52 копейки; уголок стальной 63х63мм, длиной 3,5 м, в количестве 2 штук - 926 рублей 10 копеек (Т. 4 л.д. 196-199). Проверив представленные суду доказательства в их совокупности, установив их источники, суд оценивает каждое из них с точки зрения относимости, допустимости и достоверности, и, находя вышеприведенные доказательства допустимыми, поскольку они собраны в строгом соответствии с уголовно-процессуальным законом, из достоверных источников, содержащиеся в них сведения сопоставимы между собой, дополняют друг друга, по существу не содержат противоречий, а все собранные доказательства в совокупности – достаточными, суд считает вину подсудимых ФИО28 и ФИО29 в совершении преступления полностью доказанной. Действия подсудимых ФИО28 и ФИО29 суд квалифицирует по пунктам «а, б» части 2 статьи 158 УК РФ , как кража, то есть тайное хищение чужого имущества, совершенное группой лиц по предварительному сговору, с незаконным проникновением в помещение, поскольку подсудимые, действуя умышленно, из корыстных побуждений, в целях личного обогащения, вступив между собой в преступный сговор, понимая, что своими действиями способствуют друг другу в реализации своего преступного корыстного умысла, в отсутствие собственника и других посторонних лиц, незаконно проникли через не застекленный оконный проем внутрь строящегося дома, откуда тайно похитили, хранящиеся металлические изделия, которые впоследствии сдали скупщику металла, а вырученные денежные средства потратили на личные нужды, причинив потерпевшему материальный ущерб на общую сумму 28 270 рублей 56 копеек. Судом установлено, что свободного доступа в недостроенный дом подсудимые не имели, проникли туда незаконно, противоправно, вопреки воле собственника, и из корыстных побуждений, в отсутствие собственника и других посторонних лиц, тайно похитили принадлежащее потерпевшему имущество, которым распорядились по своему усмотрению, в связи с чем, квалифицирующий признак “с незаконным проникновением в помещение” нашел свое подтверждение в ходе судебного следствия. Квалифицирующий признак “группой лиц по предварительному сговору” также нашел свое подтверждение, поскольку подсудимые заранее договорились совершить совместно кражу имущества до начала выполнения объективной стороны преступления, распределив между собой равнозначные роли. При квалификации действий подсудимых по данной статье, суд исходит из того, что подсудимые действовали с прямым умыслом, осознавая общественную опасность противоправного изъятия и обращения чужого имущества в свою пользу, предвидя неизбежность причинения в результате этого ущерба собственнику и желая наступления данных последствий. Согласно сообщениям ОБУЗ “Курчатовская ЦРБ” ФИО28 и ФИО27 на учетах у врача-нарколога и врача-психиатра не состоят (Т. 7 л.д. 223-224, Т. 8 л.д. 5). Согласно сообщению заместителя начальника ФГБУЗ МСЧ № 125 ФМБА России по ПРР от 09.12.2019 года, ФИО29 на учетах у врача-психиатра и врача-нарколога не состоит (Т. 8 л.д. 38-40). Данные обстоятельства, а также поведение всех подсудимых в момент совершения преступлений, после них, на предварительном следствии и в судебном заседании, свидетельствуют о том, что они являются вменяемыми, подлежащими уголовной ответственности. При определении вида и размера назначаемого наказания, суд в соответствии со ст. ст. , ч. 3 УК РФ учитывает характер и степень общественной опасности совершенных преступлений, которые в силу ст. 15 УК РФ относятся к категории средней тяжести, данные о личности виновных, обстоятельства, смягчающие наказание, положения ст. ч. 1 УК РФ, а также влияние назначенного наказания на исправление осужденных. Обстоятельствами, смягчающими наказание подсудимых ФИО28, ФИО27 и ФИО29 в соответствии со ст. ч. 2 УК РФ, суд учитывает по каждому эпизоду совершение ими впервые преступлений, признание вины, раскаяние в содеянном, принесение извинений потерпевшим, их молодой возраст, в силу п. «и» ч. 1 ст. 61 УК РФ - явки с повинной, а также активное способствование раскрытию и расследованию преступлений, поскольку все подсудимые с первоначальных объяснений давали признательные и последовательные показания об обстоятельствах, совершенных ими преступлений. Кроме того, по эпизодам от 20 мая 2019 года и 05 сентября 2019 года суд, в соответствии с п. «к» ч. 1 ст. 61 УК РФ , учитывает в качестве обстоятельства, смягчающего наказание подсудимым ФИО28 и ФИО27 - добровольное возмещение имущественного ущерба, причиненного в результате преступлений. По эпизоду от 25 марта 2019 года в отношении потерпевшего ФИО25 суд в соответствии с п. “к” ч. 1 ст. 61 УК РФ учитывает в качестве обстоятельства, смягчающего наказание, подсудимому ФИО29 - частичное возмещение причиненного ущерба. Обстоятельств, отягчающих наказание подсудимых ФИО28, ФИО27 и ФИО29, предусмотренных ст. 63 УК РФ , не имеется, в связи с чем, при назначении наказания, суд учитывает по всем эпизодам правила ст. ч. 1 УК РФ. С учетом фактических обстоятельств совершенных преступлений против собственности и степени их общественной опасности, суд не находит оснований для изменения категории преступлений, совершенных ФИО28, ФИО27 и ФИО29 на менее тяжкую, в соответствии со ст. ч. 6 УК РФ. В качестве данных, характеризующих личность подсудимого ФИО27 и ФИО28 суд учитывает, что по месту жительства они характеризуются удовлетворительно, поскольку жалоб и заявлений на них не поступало (Т. 7 л.д. 222, Т. 8 л.д. 4), участковым уполномоченным МО МВД России “Курчатовский” - отрицательно, поскольку ведут антиобщественный образ жизни, поддерживают дружеские отношения с лицами ранее судимыми, ФИО28 не работает (Т. 7 л.д. 229, Т. 8 л.д. 8), по месту работы ФИО27 характеризуется положительно. В качестве данных, характеризующих личность подсудимого ФИО29, суд учитывает, что по прежнему месту регистрации он характеризуется удовлетворительно, поскольку жалоб и замечаний на него не поступало (Т. 8 л.д. 43), по месту жительства участковым уполномоченным ОУУП и ПДН ОМВД России по Октябрьскому району - характеризуется отрицательно, поскольку неоднократно поступали жалобы в отношении него, а также привлекался к административной ответственности по ст. ст. 20.1 ч. 1, 20.20 ч. 1 КоАП РФ (Т. 8 л.д. 44). Судом в соответствии со ст. 67 УК РФ при назначении наказания также учитываются характер и степень фактического участия каждого подсудимого в совершении преступления, значение этого участия для достижения цели преступления, его влияние на характер и размер причиненного вреда. Принимая во внимание характер и конкретные обстоятельства совершенных ФИО28, ФИО27 и ФИО29 преступлений, данные о личности виновных, обстоятельства, смягчающие наказание, суд приходит к выводу, что достижение установленных законом целей наказания возможно при назначении подсудимым наказания в виде обязательных работ. Суд считает, что именно такое наказание будет способствовать исправлению подсудимых и иметь воспитательное воздействие с целью предупреждения совершения ими новых преступлений. Оснований к применению в отношении подсудимых ФИО28, ФИО27 и ФИО29 положений ст. 64 УК РФ суд не усматривает, поскольку исключительных обстоятельств, связанных с целями и мотивами преступления, ролью виновных, других обстоятельств, существенно уменьшающих степень общественной опасности преступления, по делу не установлено. Ограничений к труду ФИО28, ФИО27 и ФИО29 не имеют и к лицам, указанным в ч. 5 ст. 49 УК РФ , не относятся. Наказание по совокупности преступлений, ФИО28 и ФИО27 надлежит назначить по правилам ст. ч. 2 УК РФ, применив принцип частичного сложения назначенных наказаний. Учитывая, что подсудимым назначается наказание, не связанное с лишением свободы, меру пресечения до вступления приговора в законную силу надлежит оставить без изменения – подписку о невыезде и надлежащем поведении. Производство по гражданским искам ФИО12, ФИО7 к ФИО28 и ФИО27 о возмещении причиненного ущерба подлежит прекращению, в связи с отказом истцов от заявленных требований, поскольку ущерб возмещен в полном объеме. Исковые требования потерпевших ФИО16, ФИО21, ФИО22, ФИО24, ФИО17, ФИО26, ФИО2, ФИО4, ФИО8, ФИО6, ФИО20, ФИО19, ФИО15, ФИО10, ФИО1, ФИО3, ФИО11, ФИО18, ФИО5, ФИО25 о возмещении имущественного ущерба в соответствии со ст. 1064 ГК РФ нашли свое подтверждение, а, кроме того, были признаны подсудимыми в судебном заседании в полном объеме, в связи с чем, подлежат удовлетворению и взысканию с подсудимых в солидарном порядке. Вопрос о вещественных доказательствах суд решает в соответствии со ст. 81 УПК РФ , согласно которой: три металлические пластины, находящиеся на хранение в камере хранения МО МВД России «Курчатовский», подлежат уничтожению. На основании изложенного, руководствуясь ст. ст. , , и 309 УПК РФ , суд П Р И Г О В О Р И Л: ФИО27 признать виновным в совершении преступлений, предусмотренных ст. ст. ч. 2 п. “а”, ч. 2 п. “а”, ч. 2 п. “а”, ч. 2 п. “а”, ч. 2 п. “а”, ч. 2 п. “а”, ч. 2 п. “а”, ч 2 п. “а”, ч. 2 п. “а”, ч. 2 п. “а”, ч. 2 п. “а”, ч. 2 п. “а”, ч. 2 п. “а”, ч. 2 п. “а”, ч. 2 п. “а”, ч. 2 п. “а”, ч 2 п. “а”, ч. 2 п. “а”, ч. 2 п. п. “а, в”, ч. 2 п. п. “а, в”, ч. 2 п. п. “а, в”, ч. 2 п. п. “а, в” УК РФ и назначить ему наказание: по ст. ч. 2 п. “а” УК РФ (по эпизоду от 18 апреля 2019 года в отношении потерпевшей ФИО16) в виде 220 (двести двадцать) часов обязательных работ; по ст. ч. 2 п. “а” УК РФ (по эпизоду от 20 апреля 2019 года в отношении потерпевшей ФИО21) в виде 220 (двести двадцать) часов обязательных работ; по ст. ч. 2 п. “а” УК РФ (по эпизоду от 29 апреля 2019 года в отношении потерпевшей ФИО22) в виде 220 (двести двадцать) часов обязательных работ; по ст. ч. 2 п. “а” УК РФ (по эпизоду от 20 мая 2019 года в отношении потерпевшей ФИО7) в виде 180 (сто восемьдесят) часов обязательных работ; по ст. ч. 2 п. “а” УК РФ (по эпизоду от 21 мая 2019 года в отношении потерпевшей ФИО24) в виде 220 (двести двадцать) часов обязательных работ; по ст. ч. 2 п. “а” УК РФ (по эпизоду от 25 мая 2019 года в отношении потерпевшего ФИО17) в виде 220 (двести двадцать) часов обязательных работ; по ст. ч. 2 п. “а” УК РФ (по эпизоду от 25 июня 2019 года в отношении потерпевшей ФИО26) в виде 220 (двести двадцать) часов обязательных работ; по ст. ч. 2 п. “а” УК РФ (по эпизоду от 25 июля 2019 года в отношении потерпевшего ФИО9) в виде 220 (двести двадцать) часов обязательных работ; по ст. ч. 2 п. “а” УК РФ (по эпизоду от 15 августа 2019 года в отношении потерпевшего ФИО2) в виде 220 (двести двадцать) часов обязательных работ; по ст. ч. 2 п. “а” УК РФ (по эпизоду от 20 августа 2019 года в отношении потерпевшего ФИО4) в виде 220 (двести двадцать) часов обязательных работ; по ст. ч. 2 п. “а” УК РФ (по эпизоду от 21 августа 2019 года в отношении потерпевшего ФИО8) в виде 220 (двести двадцать) часов обязательных работ; по ст. ч. 2 п. “а” УК РФ (по эпизоду от 22 августа 2019 года в отношении потерпевшей ФИО6) в виде 220 (двести двадцать) часов обязательных работ; по ст. ч. 2 п. “а” УК РФ (по эпизоду от 26 августа 2019 года в отношении потерпевшего ФИО10) в виде 220 (двести двадцать) часов обязательных работ; по ст. ч. 2 п. “а” УК РФ (по эпизоду от 28 августа 2019 года в отношении потерпевшего ФИО13) в виде 220 (двести двадцать) часов обязательных работ; по ст. ч. 2 п. “а” УК РФ (по эпизоду от 29 августа 2019 года в отношении потерпевшей ФИО3) в виде 220 (двести двадцать) часов обязательных работ; по ст. ч. 2 п. “а” УК РФ (по эпизоду от 01 сентября 2019 года в отношении потерпевшей ФИО11) в виде 220 (двести двадцать) часов обязательных работ); по ст. ч. 2 п. “а” УК РФ (по эпизоду от 05 сентября 2019 года в отношении потерпевшей ФИО12) в виде 180 (сто восемьдесят) часов обязательных работ; по ст. ч. 2 п. “а” УК РФ (по эпизоду от 24 сентября 2019 года в отношении потерпевшего ФИО2) в виде 220 (двести двадцать) часов обязательных работ; по ст. ч. 2 п. п. “а, в” УК РФ (по эпизоду от 23 августа 2019 года) в виде 260 (двести шестьдесят) часов обязательных работ; по ст. ч. 2 п. п. “а, в” УК РФ (по эпизоду от 27 августа 2019 года в отношении потерпевшей ФИО1) в виде 240 (двести сорок) часов обязательных работ; по ст. ч. 2 п. п. “а, в” УК РФ (по эпизоду от 12 сентября 2019 года в отношении потерпевшей ФИО18) в виде 240 (двести сорок) часов обязательных работ; по ст. ч. 2 п.п. “а, в” УК РФ (по эпизоду от 20 сентября 2019 года в отношении потерпевшей ФИО5) в виде 240 (двести сорок) часов обязательных работ. На основании ст. ч. 2 УК РФ по совокупности преступлений путем частичного сложений наказаний, окончательно назначить наказание в виде 440 (четыреста сорок) часов обязательных работ. ФИО28 признать виновным в совершении преступлений, предусмотренных ст. ст. ч. 2 п. “а”, ч. 2 п. “а”, ч. 2 п. “а”, ч. 2 п. “а”, ч. 2 п. “а”, ч. 2 п. “а”, ч. 2 п. “а”, ч 2 п. “а”, ч. 2 п. “а”, ч. 2 п. “а”, ч. 2 п. “а”, ч. 2 п. “а”, ч. 2 п. “а”, ч. 2 п. “а”, ч. 2 п. “а”, ч. 2 п. “а”, ч 2 п. “а”, ч. 2 п. “а”, ч. 2 п. п. “а, в”, ч. 2 п. п. “а, в”, ч. 2 п. п. “а, в”, ч. 2 п. п. “а, в”, ч. 2 п. п. “а, б” УК РФ и назначить ему наказание: по ст. ч. 2 п. “а” УК РФ (по эпизоду от 18 апреля 2019 года в отношении потерпевшей ФИО16) в виде 220 (двести двадцать) часов обязательных работ; по ст. ч. 2 п. “а” УК РФ (по эпизоду от 20 апреля 2019 года в отношении потерпевшей ФИО21) в виде 220 (двести двадцать) часов обязательных работ; по ст. ч. 2 п. “а” УК РФ (по эпизоду от 29 апреля 2019 года в отношении потерпевшей ФИО22) в виде 220 (двести двадцать) часов обязательных работ; по ст. ч. 2 п. “а” УК РФ (по эпизоду от 20 мая 2019 года в отношении потерпевшей ФИО7) в виде 180 (сто восемьдесят) часов обязательных работ; по ст. ч. 2 п. “а” УК РФ (по эпизоду от 21 мая 2019 года в отношении потерпевшей ФИО24) в виде 220 (двести двадцать) часов обязательных работ; по ст. ч. 2 п. “а” УК РФ (по эпизоду от 25 мая 2019 года в отношении потерпевшего ФИО17) в виде 220 (двести двадцать) часов обязательных работ; по ст. ч. 2 п. “а” УК РФ (по эпизоду от 25 июня 2019 года в отношении потерпевшей ФИО26) в виде 220 (двести двадцать) часов обязательных работ; по ст. ч. 2 п. “а” УК РФ (по эпизоду от 25 июля 2019 года в отношении потерпевшего ФИО9) в виде 220 (двести двадцать) часов обязательных работ; по ст. ч. 2 п. “а” УК РФ (по эпизоду от 15 августа 2019 года в отношении потерпевшего ФИО2) в виде 220 (двести двадцать) часов обязательных работ; по ст. ч. 2 п. “а” УК РФ (по эпизоду от 20 августа 2019 года в отношении потерпевшего ФИО4) в виде 220 (двести двадцать) часов обязательных работ; по ст. ч. 2 п. “а” УК РФ (по эпизоду от 21 августа 2019 года в отношении потерпевшего ФИО8) в виде 220 (двести двадцать) часов обязательных работ; по ст. ч. 2 п. “а” УК РФ (по эпизоду от 22 августа 2019 года в отношении потерпевшей ФИО6) в виде 220 (двести двадцать) часов обязательных работ; по ст. ч. 2 п. “а” УК РФ (по эпизоду от 26 августа 2019 года в отношении потерпевшего ФИО10) в виде 220 (двести двадцать) часов обязательных работ; по ст. ч. 2 п. “а” УК РФ (по эпизоду от 28 августа 2019 года в отношении потерпевшего ФИО13) в виде 220 (двести двадцать) часов обязательных работ; по ст. ч. 2 п. “а” УК РФ (по эпизоду от 29 августа 2019 года в отношении потерпевшей ФИО3) в виде 220 (двести двадцать) часов обязательных работ; по ст. ч. 2 п. “а” УК РФ (по эпизоду от 01 сентября 2019 года в отношении потерпевшей ФИО11) в виде 220 (двести двадцать) часов обязательных работ); по ст. ч. 2 п. “а” УК РФ (по эпизоду от 05 сентября 2019 года в отношении потерпевшей ФИО12) в виде 180 (сто восемьдесят) часов обязательных работ; по ст. ч. 2 п. “а” УК РФ (по эпизоду от 24 сентября 2019 года в отношении потерпевшего ФИО2) в виде 220 (двести двадцать) часов обязательных работ; по ст. ч. 2 п. п. “а, в” УК РФ (по эпизоду от 23 августа 2019 года) в виде 260 (двести шестьдесят) часов обязательных работ; по ст. ч. 2 п. п. “а, в” УК РФ (по эпизоду от 27 августа 2019 года в отношении потерпевшей ФИО1) в виде 240 (двести сорок) часов обязательных работ; по ст. ч. 2 п. п. “а, в” УК РФ (по эпизоду от 12 сентября 2019 года в отношении потерпевшей ФИО18) в виде 240 (двести сорок) часов обязательных работ; по ст. ч. 2 п.п. “а, в” УК РФ (по эпизоду от 20 сентября 2019 года в отношении потерпевшей ФИО5) в виде 240 (двести сорок) часов обязательных работ; по ст. ч. 2 п.п. “а, б” УК РФ (по эпизоду от 25 марта 2019 года в отношении потерпевшего ФИО25) в виде 260 (двести шестьдесят) часов обязательных работ. На основании ст. ч. 2 УК РФ по совокупности преступлений путем частичного сложений наказаний, окончательно назначить наказание в виде 460 (четыреста шестьдесят) часов обязательных работ. ФИО29 признать виновным в совершении преступления, предусмотренного ст. ч. 2 п.п. “а, б” УК РФ и назначить ему наказание в виде 220 (двести двадцать) часов обязательных работ. Меру пресечения в отношении ФИО27, ФИО28, ФИО29 до вступления приговора в законную силу оставить прежней в виде подписки о невыезде и надлежащем поведении. Производство по гражданскому иску ФИО7 к ФИО28 и ФИО27 о возмещении причиненного ущерба прекратить, в связи с отказом истца от заявленных требований. Производство по гражданскому иску ФИО12 к ФИО28 и ФИО27 о возмещении причиненного ущерба прекратить, в связи с отказом истца от заявленных требований. Взыскать с ФИО28 и ФИО27 в солидарном порядке в пользу: потерпевшей ФИО16 в счет возмещения имущественного ущерба, причиненного преступлением – 4 960 (четыре тысячи девятьсот шестьдесят) рублей; потерпевшей ФИО21 в счет возмещения имущественного ущерба, причиненного преступлением – 4 890 (четыре восемьсот девяносто) рублей; потерпевшей ФИО22 в счет возмещения имущественного ущерба, причиненного преступлением – 3 520 (три тысячи пятьсот двадцать) рублей; потерпевшей ФИО24 в счет возмещения имущественного ущерба, причиненного преступлением – 4 520 (четыре тысячи пятьсот двадцать) рублей; потерпевшего ФИО17 в счет возмещения имущественного ущерба, причиненного преступлением – 4 990 (четыре тысячи девятьсот девяносто) рублей; потерпевшей ФИО26 в счет возмещения имущественного ущерба, причиненного преступлением – 2 600 (две тысячи шестьсот) рублей; потерпевшего ФИО2 в счет возмещения имущественного ущерба, причиненного преступлением – 5900 (пять тысяч девятьсот) рублей; потерпевшего ФИО4 в счет возмещения имущественного ущерба, причиненного преступлением – 3 050 (три тысячи пятьдесят) рублей; потерпевшего ФИО8 в счет возмещения имущественного ущерба, причиненного преступлением – 3 120 (три тысячи сто двадцать) рублей; потерпевшей ФИО6 в счет возмещения имущественного ущерба, причиненного преступлением – 4 900 (четыре тысячи девятьсот) рублей; потерпевшей ФИО20 в счет возмещения имущественного ущерба, причиненного преступлением – 5 070 (пять тысяч семьдесят) рублей; потерпевшей ФИО19 в счет возмещения имущественного ущерба, причиненного преступлением – 4 770 (четыре тысячи семьсот семьдесят) рублей; потерпевшего ФИО15 в счет возмещения имущественного ущерба, причиненного преступлением – 5100 (пять тысяч сто рублей); потерпевшего ФИО10 в счет возмещения имущественного ущерба, причиненного преступлением – 5 100 (пять тысяч сто) рублей; потерпевшей ФИО1 в счет возмещения имущественного ущерба, причиненного преступлением – 5 025 (пять тысяч двадцать пять) рублей; потерпевшей ФИО3 в счет возмещения имущественного ущерба, причиненного преступлением – 4 080 (четыре тысячи восемьдесят) рублей; потерпевшей ФИО11 в счет возмещения имущественного ущерба, причиненного преступлением – 2 230 (две тысячи двести тридцать) рублей; потерпевшей ФИО18 в счет возмещения имущественного ущерба, причиненного преступлением – 5 930 (пять тысяч девятьсот тридцать) рублей; потерпевшей ФИО5 в счет возмещения имущественного ущерба, причиненного преступлением – 5 050 (пять тысяч пятьдесят) рублей. Взыскать с ФИО28 и ФИО29 в солидарном порядке в пользу потерпевшего ФИО25 в счет возмещения имущественного ущерба, причиненного преступлением - 14 280 рублей 56 копеек (четырнадцать тысяч двести восемьдесят рублей пятьдесят шесть копеек). Вещественные доказательства: три металлические пластины, находящиеся на хранение в камере хранения МО МВД России «Курчатовский», - уничтожить. Приговор может быть обжалован в Курский областной суд через Курчатовский городской суд Курской области в апелляционном порядке в течение 10 суток со дня провозглашения. В случае подачи апелляционной жалобы или представления, осужденные вправе ходатайствовать о своем участии в рассмотрении дела судом апелляционной инстанции, а также поручать осуществление своей защиты в апелляционной инстанции избранным ими защитникам либо ходатайствовать перед судом о назначении защитника. Председательствующий: Н.В. Голубятникова Суд: Курчатовский городской суд (Курская область) (подробнее) Судьи дела: Голубятникова Наталья Викторовна (судья) (подробнее) Последние документы по делу: Приговор от 22 ноября 2020 г. по делу № 1-48/2020 Приговор от 21 октября 2020 г. по делу № 1-48/2020 Приговор от 20 октября 2020 г. по делу № 1-48/2020 Приговор от 1 октября 2020 г. по делу № 1-48/2020 Приговор от 28 сентября 2020 г. по делу № 1-48/2020 Приговор от 21 сентября 2020 г. по делу № 1-48/2020 Приговор от 10 сентября 2020 г. по делу № 1-48/2020 Приговор от 26 мая 2020 г. по делу № 1-48/2020 Приговор от 25 февраля 2020 г. по делу № 1-48/2020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