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Череповец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10 ноября 2020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