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Преступление в отношении потерпевшего С. Е.И.: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совершенное в крупном размере, с целью личного обогащения, из корыстных побуждений, не позднее 11 июня 2020 года, находясь на территории г. &lt;иные данные&gt;, на принадлежащем ему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ФИО1 не позднее 11 июня 2020 года, приобрел у неустановленных следствием лиц, банковскую карту &lt;иные данные&gt; №, банковскую карту &lt;иные данные&gt; №, банковскую карту &lt;иные данные&gt; № для осуществления безналичного перевода, с целью личного обогащения. Далее, ФИО1, действуя согласно своему преступному плану, не позднее 11 июня 2020 года, находясь в &lt;адрес&gt; на своем ноутбуке зарегистрировался в социальной сети &lt;иные данные&gt;, под вымышленными данными &lt;иные данные&gt; выставив при этом фото с женским изображением неустановленного следствием лица, после чего, 11 июня 2020 года, ФИО1 от имени вымышленного лица, познакомился в ходе интернет общения с ранее незнакомым ему С, Е.И., с которым вступил в переписку в указанной выше социальной сети. В ходе осуществления данной переписки, ФИО1 от лица вымышленного персонажа предложил обменяться фотографиями интимного плана, и отправил при этом фотографии с женским обнаженным изображением, ранее приисканных ФИО1 на различных сайтах в сети интернет. После чего С. Е.И. не осведомленный о преступных намерениях ФИО1 также отправил свои обнаженные фотоснимки. Далее ФИО1 с целью реализации своего преступного умысла, получив от ранее не знакомого С. Е.И. его обнаженные изображения, преследуя корыстную цель в вышеуказанной социальной сети с ранее созданной ФИО1 страницы от имени &lt;иные данные&gt; 29 июня 2020 года примерно в 16 часов 02 минуты посредством отправки сообщения в социальной сети &lt;иные данные&gt;, выдвинул требования о передаче денежных средств в размере 5 000 рублей, а в случае не повиновения полученные фотоизображения интимного характера будут отправлены всему списку контактов С. Е.И. в социальной сети &lt;иные данные&gt;. После чего С. Е.И., воспринимая угрозы реально и опасаясь их осуществления, 14 августа 2020 года примерно в 14 часов 19 минут находясь по адресу: &lt;адрес&gt; осуществил перевод в размере 4000 рублей, с принадлежащего ему банковского счета №, банковской карты №, открытого и обслуживаемого в дополнительном офисе &lt;иные данные&gt;» &lt;иные данные&gt;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чего, в тот же день 14 августа 2020 года примерно в 14 часов 21 минуту С. Е.А., находясь по адресу: &lt;адрес&gt; с принадлежащего ему банковского счета №, банковской карты №, открытого в &lt;иные данные&gt;, и обслуживаемым по вышеуказанному адресу осуществил перевод в размере 1000 рублей на банковскую карту &lt;иные данные&gt; № № с расчетным счетом №, открытым и обслуживаемым по вышеуказанному адресу и оформленным на имя неосведомленного о преступных действиях ФИО1 В. Е.А. После чего, ФИО1 в продолжение своего единого преступного умысла 16 августа 2020 года, не позднее 16 часов 50 минут, находясь в &lt;адрес&gt;, выдвинул требования о реализации вышеуказанных угроз, в результате чего, С. Е.И., 16 августа 2020 года примерно в 16 часов 50 минут находясь по адресу: &lt;адрес&gt; воспринимая угрозы реально и опасаясь их осуществления, осуществил перевод в размере 5 000 рублей, с принадлежащего ему банковского счета №, банковской карты №, открытым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чего, ФИО1 в продолжении своего единого преступного умысла 17 августа 2020 года, не позднее 16 часов 29 минут, находясь в &lt;адрес&gt;, выдвинул требования о реализации вышеуказанных угроз, в результате чего, С. Е.И., 17 августа 2020 года примерно в 16 часов 29 минут находясь по адресу: &lt;адрес&gt; воспринимая угрозы ФИО1 реально и опасаясь их осуществления, осуществил перевод в размере 2 000 рублей, с принадлежащего ему банковского счета №, банковской карты №, открытым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чего, ФИО1 в продолжении своего единого преступного умысла 18 августа 2020 года, не позднее 19 часов 02 минуты, в &lt;адрес&gt;, выдвинул требования о передаче денежных средств в размере 2 000 рублей, а С. Е.И. находясь по адресу: &lt;адрес&gt;, воспринимая угрозы реально и опасаясь реализации вышеуказанных угроз, 18 августа 2020 года примерно в 19 часов 02 минуты осуществил перевод в размере 2 000 рублей, с принадлежащего ему банковского счета №, банковской карты №, открытой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оформленную на имя неосведомленного о преступных действиях ФИО1 В. Е.А. После чего, ФИО1 в продолжении своего единого преступного умысла 24 августа 2020 года, но не позднее 16 часов 51 минуты, находясь в &lt;адрес&gt; выдвинул требования о передаче денежных средств в размере 4 000 рублей, а С. Е.И. находясь по адресу: &lt;адрес&gt;, воспринимая угрозы реально и опасаясь реализации вышеуказанных угроз, 24 августа 2020 года примерно в 16 часов 51 минуту осуществил перевод в размере 4 000 рублей, с принадлежащего ему банковского счета №, банковской карты №, открытой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оформленную на имя неосведомленного о преступных действиях ФИО1 В. Е.А. После полученного вышеуказанного перевода ФИО1 в продолжении своего единого преступного умысла, 25 августа 2020 года, не позднее 19 часов 42 минут, находясь в &lt;адрес&gt;, выдвинул требования о передаче денежных средств в размере 1 000 рублей, которые С. Е.И. находясь по адресу: &lt;адрес&gt;, воспринимая угрозы реально и опасаясь их осуществления, 25 августа 2020 года примерно в 19 часов 42 минуты находясь по адресу: &lt;адрес&gt; осуществил перевод в размере 1 000 рублей, с принадлежащего ему банковского счета №, банковской карты №, открытой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оформленную на имя неосведомленного о преступных действиях ФИО1 В. Е.А. После полученного вышеуказанного перевода ФИО1 в продолжении своего единого преступного умысла 25 августа 2020 года, не позднее 21 час 37 минут, находясь в &lt;адрес&gt;, выдвинул требования о передаче денежных средств в размере 1 500 рублей. Так С. Е.И. находясь по адресу: &lt;адрес&gt;, воспринимая угрозы реально и опасаясь их осуществления, и опасаясь реализации вышеуказанных угроз, 25 августа 2020 года примерно в 21 час 37 минут осуществил перевод в размере 1 500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оформленную на имя неосведомленного о преступных действиях ФИО1 В. Е.А. После полученного перевода ФИО1 в продолжении своего единого преступного умысла, 31 августа 2020 года, более точное время следствием не установлено, но не позднее 15 часов 57 минут, находясь в &lt;иные данные&gt;, выдвинул требования о передаче денежных средств в размере 1 500 рублей. Так С. Е.И. находясь по адресу: &lt;адрес&gt;, воспринимая угрозы реально и опасаясь их осуществления, и опасаясь реализации вышеуказанных угроз, 31 августа 2020 года примерно в 15 часов 57 минут осуществил перевод в размере 1 500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вышеуказанного перевода ФИО1 в продолжении своего единого преступного умысла 31 августа 2020 года, не позднее 16 часов 36 минут, находясь в &lt;адрес&gt;, выдвинул требования о передаче денежных средств в размере 2 500 рублей. Так С. Е.И. находясь по адресу: &lt;адрес&gt;, воспринимая угрозы реально и опасаясь реализации вышеуказанных угроз, 31 августа 2020 года примерно в 16 час 36 минут осуществил перевод в размере 2 500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вышеуказанного перевода ФИО1 в продолжении своего единого преступного умысла 31 августа 2020 года, не позднее 16 часов 39 минут, находясь в &lt;адрес&gt;, выдвинул требования о передаче денежных средств в размере 1 000 рублей. Так С. Е.И. находясь по адресу: &lt;адрес&gt;, воспринимая его (ФИО1) угрозы реально и опасаясь их осуществления, 31 августа 2020 года примерно в 16 час 39 минут осуществил перевод в размере 1 000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01 сентября 2020 года, не позднее 12 часов 59 минут,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01 сентября 2020 года примерно в 12 часов 59 минут осуществил перевод в размере 2 000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01 сентября 2020 года, не позднее 16 часов 44 минут, находясь в г&lt;адрес&gt;, выдвинул требования о передаче денежных средств в размере 1 000 рублей. Так С. Е.И. находясь по адресу: &lt;адрес&gt;, воспринимая его (ФИО1) угрозы реально и опасаясь их осуществления, 01 сентября 2020 года примерно в 16 часов 44 минуты осуществил перевод в размере 1 000 рублей, с принадлежащего ему банковского счета №, банковской карты №, открытой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преступных действиях ФИО1 В. Е.А. После полученного перевода ФИО1 в продолжении своего единого преступного умысла 04 сентября 2020 года, не позднее 18 часов 36 минут, находясь в &lt;адрес&gt;, выдвинул требования о передаче денежных средств в размере 10 000 рублей. Так С. Е.И. находясь по адресу: &lt;адрес&gt;, воспринимая угрозы ФИО1 реально и опасаясь их осуществления, 04 сентября 2020 года примерно в 18 часов 36 минут осуществил перевод в размере 10 000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07 сентября 2020 года, не позднее 19 часов 08 минут, находясь в &lt;адрес&gt; выдвинул требования о передаче денежных средств в размере 7 000 рублей. Так С. Е.И. находясь по адресу: &lt;адрес&gt;, воспринимая угрозы ФИО1 реально и опасаясь их осуществления, 07 сентября 2020 года примерно в 19 часов 08 минут осуществил перевод в размере 7 000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07 сентября 2020 года, не позднее 20 часов 10 минут, находясь в &lt;адрес&gt;, выдвинул требования о передаче денежных средств в размере 1 000 рублей. Так С. Е.И. находясь по адресу: &lt;адрес&gt;, воспринимая угрозы ФИО1 реально и опасаясь их осуществления, 07 сентября 2020 года примерно в 20 часов 10 минут осуществил перевод в размере 1 000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10 сентября 2020 года, но не позднее 17 часов 03 минуты,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10 сентября 2020 года примерно в 17 часов 03 минуты осуществил перевод в размере 2 000 рублей, с принадлежащего ему банковского счета №, банковской карты №, открытом и обслуживаемом в дополнительном офисе &lt;иные данные&gt; №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он ФИО1 в продолжении своего единого преступного умысла 12 сентября 2020 года, не позднее 16 часов 39 минут, находясь в &lt;адрес&gt; выдвинул требования о передаче денежных средств в размере 2 500 рублей. Так С. Е.И. находясь по адресу: &lt;адрес&gt;, воспринимая угрозы ФИО1 реально и опасаясь их осуществления, 12 сентября 2020 года примерно в 16 часов 39 минут осуществил перевод в размере 2 500 рублей, с принадлежащего ему банковского счета №, банковской карты №, открытым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43 минуты 15 сентября 2020 года, находясь в &lt;иные данные&gt;,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15 сентября 2020 года примерно в 18 часов 43 минуты осуществил перевод в размере 5 000 рублей, с принадлежащего ему банковского счета №, дебетовой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19 часов 01 минуты 16 сентября 2020 года, находясь в &lt;иные данные&gt;,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16 сентября 2020 года примерно в 19 часов 01 минуту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47 минут 19 сентября 2020 года, находясь в Республике Марий – Эл, г. Йошкар – Ола,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19 сентября 2020 года примерно в 18 часов 47 минут осуществил перевод в размере 2 000 рублей, с принадлежащего ему банковского счета №, банковской карты №, открытой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ФИО1)в продолжении своего единого преступного умысла не позднее 18 часов 28 минут 24 сентября 2020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24 сентября 2020 года примерно в 18 часов 28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оформленные на имя неосведомленного о преступных действиях ФИО1 В. Е.А. После полученного перевода ФИО1 в продолжении своего единого преступного умысла не позднее 16 часов 07 минут 30 сентября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30 сентября 2020 года примерно в 16 часов 07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21 часа 58 минут 02 октября 2020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02 октября 2020 года примерно в 21 час 58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49 минут 05 октября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05 октября 2020 года примерно в 18 часов 49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оформленные на имя неосведомленного о преступных действиях ФИО1 В. Е.А. После полученного перевода ФИО1 в продолжении своего единого преступного умысла не позднее 15 часов 57 минут 10 октября 2020 года, находясь в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10 октября 2020 года примерно в 15 часов 57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42 минут 10 октября 2020 года, находясь в &lt;адрес&gt; выдвинул требования о передаче денежных средств в размере 2 000 рублей. Так С. Е.И. находясь по адресу: &lt;адрес&gt;, воспринимая его (ФИО1) угрозы реально и опасаясь их осуществления, 10 октября 2020 года примерно в 18 часов 42 минут осуществил перевод в размере 2 000 рублей, с принадлежащего ему банковского счета №, банковской карты №, открытого в &lt;иные данные&gt;, и обслуживаемой по адресу: &lt;адрес&gt; на банковскую карту &lt;иные данные&gt; № с расчетным счетом №, открытого и обслуживаемого по адресу: &lt;адрес&gt;, и оформленного на имя неосведомленного о преступных действиях ФИО1 В. Е.А. После полученного перевода в продолжении своего единого преступного умысла не позднее 15 часов 24 минут 15 октября 2020 года, находясь в &lt;адрес&gt; выдвинул требования о передаче денежных средств в размере 5 000 рублей. Так С. Е.И. находясь по адресу: &lt;адрес&gt;, воспринимая его угрозы ФИО1 реально и опасаясь их осуществления, 15 октября 2020 года примерно в 15 часов 24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20 часов 54 минут 20 октября 2020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ДД.ММ.ГГГГ примерно в 20 часов 54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19 часов 55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19 часов 55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16 часов 07 минут 30 октября 2020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30 октября 2020 года примерно в 16 часов 07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20 часов 08 минут 01 ноября 2020 года, находясь в &lt;иные данные&gt;, выдвинул требования о передаче денежных средств в размере 2 000 рублей. Так С. Е.И. находясь по адресу: &lt;адрес&gt;, воспринимая его (ФИО1) угрозы реально и опасаясь их осуществления и опасаясь реализации вышеуказанных угроз, 01 ноября 2020 года примерно в 20 часов 08 минут осуществил перевод в размере 2 000 рублей, с принадлежащего ему банковского счета №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17 часов 36 минут 08 ноября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08 ноября 2020 года примерно в 17 часов 36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39 минут 11 ноября 2020 года, находясь в &lt;иные данные&gt;, выдвинул требования о передаче денежных средств в размере 4 000 рублей. Так С. Е.И. находясь по адресу: &lt;адрес&gt;, воспринимая его (ФИО1) угрозы реально и опасаясь их осуществления, 11 ноября 2020 года примерно в 18 часов 39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29 минут 18 ноября 2020 года, находясь по адресу: &lt;иные данные&gt;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18 ноября 2020 года примерно в 18 часов 29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18 часов 31 минуты ДД.ММ.ГГГГ, находясь в &lt;иные данные&gt;, выдвинул требования о передаче денежных средств в размере 5 100 рублей. Так С.Е.И. находясь по адресу: &lt;адрес&gt;, воспринимая угрозы ФИО1 реально и опасаясь их осуществления, ДД.ММ.ГГГГ примерно в 18 часов 31 минуту осуществил перевод в размере 5 100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18 часов 47 минут ДД.ММ.ГГГГ, находясь в &lt;иные данные&gt;,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18 часов 47 минут осуществил перевод в размере 2 000 рублей, с принадлежащего ему банковского счета №, банковской карты №, открытым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он ФИО1 в продолжении своего единого преступного умысла не позднее 19 часов 28 минут 04 декабря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04 декабря 2020 года примерно в 19 часов 28 минут осуществил перевод в размере 5 000 рублей, с принадлежащего ему банковского счета №, банковской карты №, открытым в &lt;иные данные&gt;, и обслуживаемым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21 часа 16 минут 11 декабря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11 декабря 2020 года примерно в 21 час 16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в неустановленный период времени, но не позднее 15 часов 24 минуты 12 декабря 2020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12 декабря 2020 года примерно в 15 часов 24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17 часов 56 минут 24 декабря 2020 года, находясь в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24 декабря 2020 года примерно в 17 часов 56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17 часов 10 минут 28 декабря 2020 года, находясь в &lt;иные данные&gt;,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28 декабря 2020 года примерно в 17 часов 10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оформленные на имя неосведомленного о преступных действиях ФИО1 В. Е.А. После полученного перевода ФИО1 в продолжении своего единого преступного умысла не позднее 15 часов 38 минут 30 декабря 2020 года, находясь в &lt;иные данные&gt;,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30 декабря 2020 года примерно в 15 часов 38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17 часов 57 минут 06 января 2021 года, находясь в &lt;адрес&gt; выдвинул требования о передаче денежных средств в размере 1 000 рублей. Так С. Е.И. находясь по адресу: &lt;адрес&gt;, воспринимая угрозы ФИО1 реально и опасаясь их осуществления, 06 января 2021 года примерно в 17 часов 57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15 часов 56 минут ДД.ММ.ГГГГ, находясь в &lt;адрес&gt;, выдвинул требования о передаче денежных средств в размере 9 000 рублей. Так С.Е.И. находясь по адресу: &lt;адрес&gt;, воспринимая угрозы ФИО1 реально и опасаясь их осуществления, ДД.ММ.ГГГГ примерно в 15 часов 56 минут осуществил перевод в размере 9 000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18 часов 13 минут ДД.ММ.ГГГГ, находясь в &lt;адрес&gt; выдвинул требования о передаче денежных средств в размере 5 000 рублей. Так С.Е.И. находясь по адресу: &lt;адрес&gt;&lt;адрес&gt; воспринимая угрозы ФИО1 реально и опасаясь их осуществления, ДД.ММ.ГГГГ примерно в 18 часов 13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19 часов 58 минут 10 января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10 января 2021 года примерно в 19 часов 58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20 часов 49 минут 10 января 2021 года, находясь в &lt;адрес&gt;, выдвинул требования о передаче денежных средств в размере 3 000 рублей. Так С. Е.И. находясь по адресу: &lt;адрес&gt;, воспринимая его угрозы ФИО1 реально и опасаясь их осуществления, 10 января 2021 года примерно в 20 часов 49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17 часов 45 минут 14 января 2021 года, находясь в &lt;адрес&gt;, выдвинул требования о передаче денежных средств в размере 10 000 рублей. Так С. Е.И. находясь по адресу: &lt;адрес&gt;, воспринимая угрозы ФИО1 реально и опасаясь их осуществления, 14 января 2021 года примерно в 17 часов 45 минут осуществил перевод в размере 10 000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18 часов 53 минуты 14 января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14 января 2021 года примерно в 18 часов 53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не позднее 21 часа 09 минут ДД.ММ.ГГГГ, находясь в &lt;адрес&gt;, выдвинул требования о передаче денежных средств в размере 5 000 рублей. Так С.Е.И. находясь по адресу: &lt;адрес&gt;, воспринимая его угрозы ФИО1 реально и опасаясь их осуществления, ДД.ММ.ГГГГ примерно в 21 час 09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12 часов 53 минуты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12 часов 53 минуты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23 часов 07 минут 18 января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18 января 2021 года примерно в 23 часа 07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18 часов 23 минут 21 января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21 января 2021 года примерно в 18 часов 23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21 часа 16 минут 25 января 2021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25 января 2021 года примерно в 21 час 16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17 часов 55 минут 27 января 2021 года, находясь в &lt;иные данные&gt;,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27 января 2021 года примерно в 17 часов 55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продолжении своего единого преступного умысла не позднее 18 часов 28 минут 28 января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28 января 2021 года примерно в 18 часов 28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39 минут 28 января 2021 года, находясь в &lt;иные данные&gt;,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28 января 2021 года примерно в 20 часов 39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ФИО1 преступных действиях В.Е.А. После полученного перевода ФИО1 в продолжение своего единого преступного умысла не позднее 18 часов 55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18 часов 55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часов 48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20 часов 48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преступных действиях ФИО1 В.Е.А. После полученного перевода ФИО1 в продолжение своего единого преступного умысла не позднее 22 часов 15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02 февраля 2021 года примерно в 22 часа 15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34 минуты 05 февраля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05 февраля 2021 года примерно в 20 часов 34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19 часов 43 минуты 08 февраля 2021 года, находясь по адресу: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08 февраля 2021 года примерно в 19 часов 43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15 часов 45 минут 09 февраля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09 февраля 2021 года примерно в 15 часов 45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преступных действиях ФИО1 В. Е.А. После полученного перевода ФИО1 в продолжение своего единого преступного умысла не позднее 20 часов 13 минут 10 февраля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10 февраля 2021 года примерно в 20 часов 13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19 часов 16 минут 12 февраля 2021 года, находясь в &lt;иные данные&gt;,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19 часов 16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45 минут ДД.ММ.ГГГГ, находясь в &lt;иные данные&gt;,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21 час 45 минут осуществил перевод в размере 3 000 рублей, с принадлежащего ему банковского счета №, банковской карты №, открытого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18 часов 33 минуты ДД.ММ.ГГГГ, находясь в &lt;адрес&gt;,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18 часов 33 минуты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16 часов 07 минуты ДД.ММ.ГГГГ, находясь по адресу: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19 февраля 2021 года примерно в 16 часов 07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18 часов 39 минут 21 февраля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21 февраля 2021 года примерно в 18 часов 39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16 часов 23 минуты 01 марта 2021 года, находясь в &lt;адрес&gt;, выдвинул требования о передаче денежных средств в размере 10 000 рублей. Так С. Е.И. находясь по адресу: &lt;адрес&gt; воспринимая угрозы ФИО1 реально и опасаясь их осуществления, 01 марта 2021 года примерно в 16 часов 23 минуты осуществил перевод в размере 10 000 рублей, с принадлежащего ему банковского счета №, банковской карты №, открытого в &lt;иные данные&gt;, и обслуживаемой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15 часов 03 минуты 04 марта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04 марта 2021 года примерно в 15 часов 03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43 минуты 04 марта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04 марта 2021 года примерно в 20 часов 43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18 часов 22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18 часов 22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22 часов 24 минут ДД.ММ.ГГГГ,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22 часа 24 минуты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18 часов 18 минут ДД.ММ.ГГГГ,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18 часов 18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19 часов 28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19 часов 28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48 минут 13 марта 2021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13 марта 2021 года примерно в 20 часов 48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В.В. Е.А. После полученного перевода ФИО1 в продолжение своего единого преступного умысла не позднее 23 часа 14 минут 16 марта 2021 года, находясь по адресу: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16 марта 2021 года примерно в 23 часа 14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оформленным на имя неосведомленного о преступных действиях В. Е.А. После полученного перевода ФИО1 в продолжение своего единого преступного умысла не позднее 18 часов 38 минут 18 марта 2021 года, находясь а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ДД.ММ.ГГГГ примерно в 18 часов 38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В.Е.А. После полученного перевода ФИО1 в продолжение своего единого преступного умысла не позднее 18 часов 37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реально и опасаясь их осуществления, ДД.ММ.ГГГГ примерно в 18 часов 37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В.Е.А. После полученного перевода ФИО1 в продолжение своего единого преступного умысла не позднее 21 часа 40 минут ДД.ММ.ГГГГ, находясь в &lt;адрес&gt;,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21 час 40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В.Е.А. После полученного перевода ФИО1 в продолжение своего единого преступного умысла не позднее 22 часов 11 минут ДД.ММ.ГГГГ,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22 часа 11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преступных действиях В.Е.А. После полученного перевода ФИО1 в продолжение своего единого преступного умысла не позднее 20 часов 41 минуты ДД.ММ.ГГГГ, находясь в &lt;адрес&gt; выдвинул требования о передаче денежных средств в размере 2 500 рублей. Так С.Е.И. находясь по адресу: &lt;адрес&gt;, воспринимая угрозы ФИО1 реально и опасаясь их осуществления, 26 марта 2021 года примерно в 20 часов 41 минуту осуществил перевод в размере 2 500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преступных действиях В. Е.А. После полученного перевода ФИО1 в продолжение своего единого преступного умысла не позднее 22 часов 36 минут 26 марта 2021 года, находясь в Республике Марий – Эл, г. Йошкар – Ола, выдвинул требования о передаче денежных средств в размере 500 рублей. Так С. Е.И. находясь по адресу: &lt;адрес&gt;, воспринимая угрозы ФИО1 реально и опасаясь их осуществления, 26 марта 2021 года примерно в 22 часа 36 минут осуществил перевод в размере 500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 Е.А. После полученного перевода ФИО1 в продолжение своего единого преступного умысла не позднее 22 часов 21 минуты 29 марта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29 марта 2021 года примерно в 22 часа 21 минуту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 Е.А. После полученного перевода ФИО1 в продолжение своего единого преступного умысла не позднее 18 часов 22 минут 31 марта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31 марта 2021 года примерно в 18 часов 22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 Е.А. После полученного перевода ФИО1 в продолжение своего единого преступного умысла не позднее 22 часов 30 минут 02 апреля 2021 года, находясь в &lt;адрес&gt;, выдвинул требования о передаче денежных средств в размере 10 000 рублей. Так С. Е.И. находясь по адресу: &lt;адрес&gt; воспринимая угрозы ФИО1 реально и опасаясь их осуществления, 02 апреля 2021 года примерно в 22 часа 30 минуты осуществил перевод в размере 10 000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В.Е.А. После полученного перевода ФИО1 в продолжение своего единого преступного умысла не позднее 14 часов 28 минут ДД.ММ.ГГГГ, находясь в &lt;адрес&gt;, выдвинул требования о передаче денежных средств в размере 4 000 рублей. Так С.Е.И. находясь по адресу: &lt;адрес&gt;&lt;адрес&gt; воспринимая угрозы ФИО1 реально и опасаясь их осуществления, ДД.ММ.ГГГГ примерно в 14 часов 28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он ФИО1 в продолжение своего единого преступного умысла не позднее 22 часов 49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22 часа 49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он ФИО1 в продолжение своего единого преступного умысла не позднее 19 часов 44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19 часов 44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преступных действиях ФИО1 В.Е.А. После полученного перевода он ФИО1 в продолжение своего единого преступного умысла не позднее 19 часов 28 минут ДД.ММ.ГГГГ, находясь в &lt;иные данные&gt;,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19 часов 28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14 часов 25 минут 17 апреля 2021 года, находясь в &lt;иные данные&gt;,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17 апреля 2021 года примерно в 14 часов 25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он ФИО1 в продолжение своего единого преступного умысла не позднее 20 часов 24 минут 23 апреля 2021 года, находясь в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23 апреля 2021 года примерно в 20 часов 24 минуты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21 часа 31 минуту 27 апреля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27 апреля 2021 года примерно в 21 час 31 минуту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15 часов 09 минут 30 апреля 2021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30 апреля 2021 года примерно в 15 часов 09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18 часов 34 минут 30 апреля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ДД.ММ.ГГГГ примерно в 18 часов 34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13 часов 23 минуты ДД.ММ.ГГГГ, находясь по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13 часов 23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10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21 час 10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19 часов 51 минуты ДД.ММ.ГГГГ, находясь по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19 часов 51 минуту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22 часов 35 минут ДД.ММ.ГГГГ, находясь по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22 часа 35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часов 14 минут ДД.ММ.ГГГГ, находясь по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20 часов 14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41 минуты ДД.ММ.ГГГГ, находясь по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13 мая 2021 года примерно в 21 час 41 минуту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23 часов 10 минут 14 мая 2021 года, находясь по в &lt;адрес&gt; выдвинул требования о передаче денежных средств в размере 1 000 рублей. Так С. Е.И. находясь по адресу: &lt;...&gt;, воспринимая угрозы ФИО1 реально и опасаясь их осуществления, 14 мая 2021 года примерно в 23 часа 10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17 часов 16 минут 16 мая 2021 года,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17 часов 16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часов 24 минут ДД.ММ.ГГГГ, находясь в &lt;адрес&gt;&lt;адрес&gt;,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20 часов 24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часов 51 минуты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20 часов 51 минуту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19 часов 08 минут ДД.ММ.ГГГГ, находясь в &lt;адрес&gt;&lt;адрес&gt;,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19 часов 08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15 минут ДД.ММ.ГГГГ,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21 час 15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19 часов 48 минут ДД.ММ.ГГГГ,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ДД.ММ.ГГГГ примерно в 19 часов 48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08 минут 03 июня 2021 года, находясь в Республике &lt;адрес&gt;, выдвинул требования о передаче денежных средств в размере 1 000 рублей. Так С. Е.И. находясь по адресу: &lt;адрес&gt; воспринимая угрозы ФИО1 реально и опасаясь их осуществления, 03 июня 2021 года примерно в 20 часов 08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19 часов 42 минут 04 июня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ДД.ММ.ГГГГ примерно в 19 часов 42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23 часов 12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23 часа 12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18 часов 25 минут ДД.ММ.ГГГГ, находясь в &lt;адрес&gt;,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18 часов 25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19 часов 10 минут ДД.ММ.ГГГГ, находясь в &lt;адрес&gt;&lt;адрес&gt;,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19 часов 10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продолжении своего единого преступного умысла не позднее 18 часов 25 минут ДД.ММ.ГГГГ, находясь в &lt;иные данные&gt;,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18 часов 25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в не позднее 23 часов 34 минуты ДД.ММ.ГГГГ, находясь в &lt;адрес&gt;, выдвинул требования о передаче денежных средств в размере 5 000 рублей. Так С.Е.И. находясь по адресу: &lt;адрес&gt;, воспринимая его угрозы ФИО1 реально и опасаясь их осуществления, ДД.ММ.ГГГГ примерно в 23 часа 34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23 часов 29 минут 15 июня 2021 года, находясь по адресу: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15 июня 2021 года примерно в 23 часа 29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10 минут 30 июня 2021 года,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20 часов 10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22 часов 35 минут ДД.ММ.ГГГГ, находясь в &lt;адрес&gt;, выдвинул требования о передаче денежных средств в размере 4 000 рублей. Так С.Е.И. находясь по адресу: &lt;адрес&gt;, воспринимая ФИО1 угрозы реально и опасаясь их осуществления, ДД.ММ.ГГГГ примерно в 22 часа 35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ФИО1 преступных действиях В.Е.А. После полученного перевода ФИО1 в продолжение своего единого преступного умысла не позднее 22 часов 06 минут ДД.ММ.ГГГГ, находясь в &lt;адрес&gt;&lt;адрес&gt;,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22 часа 06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22 часов 14 минут ДД.ММ.ГГГГ, находясь в &lt;адрес&gt;&lt;адрес&gt;, выдвинул требования о передаче денежных средств в размере 7 000 рублей. Так С.Е.И. находясь по адресу: &lt;адрес&gt;, воспринимая угрозы ФИО1 реально и опасаясь их осуществления, ДД.ММ.ГГГГ примерно в 22 часа 14 минут осуществил перевод в размере 7 000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22 часов 14 минут ДД.ММ.ГГГГ, находясь в &lt;адрес&gt;&lt;адрес&gt;,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22 часа 14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35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21 час 35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17 часов 10 минут ДД.ММ.ГГГГ, находясь в &lt;адрес&gt;&lt;адрес&gt;,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17 часов 10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07 минут ДД.ММ.ГГГГ, находясь в &lt;адрес&gt;&lt;адрес&gt;,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21 час 07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17 часов 53 минут 31 июля 2021 года, находясьв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17 час 53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42 минут 05 августа 2021 года, находясь в &lt;адрес&gt; выдвинул требования о передаче денежных средств в размере 3 000 рублей. Так С. Е.И. находясь по адресу: &lt;адрес&gt;, воспринимая угрозы ФИО1 реально и опасаясь их осуществления, 05 августа 2021 года примерно в 20 часов 42 минуты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17 часов 23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17 часов 23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часов 46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20 часов 46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20 часа 41 минуты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20 часов 41 минуту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54 минут ДД.ММ.ГГГГ, находясь в &lt;адрес&gt;, выдвинул требования о передаче денежных средств в размере 3 000 рублей. Так С.Е.И. находясь по адресу: &lt;адрес&gt;&lt;адрес&gt; воспринимая угрозы ФИО1 реально и опасаясь их осуществления, ДД.ММ.ГГГГ примерно в 21 часа 54 минуты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18 часа 49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18 часов 49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38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21 час 38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37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07 сентября 2021 года примерно в 21 час 37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22 часов 12 минут 13 сентября 2021 года, находясь в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13 сентября 2021 года примерно в 22 часа 12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29 минут 16 сентября 2021 года,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ДД.ММ.ГГГГ примерно в 20 часов 29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21 часа 57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21 час 57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14 часов 18 минут ДД.ММ.ГГГГ, находясь в &lt;адрес&gt;,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14 часов 18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В.Е.А. После полученного перевода ФИО1 в продолжение своего единого преступного умысла не позднее 15 часов 39 минут ДД.ММ.ГГГГ, находясь в &lt;адрес&gt;&lt;адрес&gt;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15 часов 39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ФИО1 В. Е.А. После полученного перевода ФИО1 в продолжение своего единого преступного умысла не позднее 20 часов 17 минут ДД.ММ.ГГГГ, находясь в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20 часов 17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&lt;адрес&gt;&lt;адрес&gt;, &lt;адрес&gt;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22 часов 34 минут ДД.ММ.ГГГГ, находясь в &lt;адрес&gt;,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22 часа 34 минуты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21 часа 50 минут ДД.ММ.ГГГГ, находясь в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21 час 50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20 часов 32 минут ДД.ММ.ГГГГ, находясь в &lt;адрес&gt;&lt;адрес&gt;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20 часов 32 минуты осуществил перевод в размере 5 000 рублей, с принадлежащего ему банковского счета № 40№,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22 часов 32 минут ДД.ММ.ГГГГ, находясь по адресу: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22 часа 32 минуты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22 часов 34 минут ДД.ММ.ГГГГ, находясь в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ДД.ММ.ГГГГ примерно в 22 часа 34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20 часов 28 минут ДД.ММ.ГГГГ, находясь в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20 часа 28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21 часа 06 минут ДД.ММ.ГГГГ, находясь по адресу: &lt;адрес&gt;, выдвинул требования о передаче денежных средств в размере 3 500 рублей. Так С.Е.И. находясь по адресу: &lt;адрес&gt;, воспринимая угрозы ФИО1 реально и опасаясь их осуществления, ДД.ММ.ГГГГ примерно в 21 час 06 минут осуществил перевод в размере 3 500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00 часов 25 минут ДД.ММ.ГГГГ, находясь по адресу: &lt;адрес&gt;,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00 часов 25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00 часов 00 минут ДД.ММ.ГГГГ, находясь в &lt;адрес&gt;,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00 часов 00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18 часов 24 минут ДД.ММ.ГГГГ, находясь по адресу: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18 часов 24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и оформленным на имя неосведомленного о преступных действиях ФИО1 П. Р.А. После полученного перевода ФИО1 в продолжение своего единого преступного умысла не позднее 19 часов 15 минут 15 декабря 2022 года,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15 декабря 2022 года примерно в 19 часов 15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29 и оформленным на имя неосведомленного о преступных действиях Галиуллина Р.П.Р.Р. Р.А. После полученного перевода ФИО1 в продолжение своего единого преступного умысла не позднее 20 часов 25 минут 21 декабря 2022 года, находясь по адресу: &lt;адрес&gt;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20 часов 25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17 часов 17 минут ДД.ММ.ГГГГ, находясь по адресу: &lt;адрес&gt; выдвинул требования о передаче денежных средств в размере 7 000 рублей. Так С. Е.И. находясь по адресу: &lt;адрес&gt;, воспринимая угрозы ФИО1 реально и опасаясь их осуществления, ДД.ММ.ГГГГ примерно в 17 часов 17 минут осуществил перевод в размере 7 000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Р.Р. П. Р.А. После полученного перевода он ФИО1 в продолжение своего единого преступного умысла не позднее 21 часа 17 минут 10 января 2023 года, находясь по адресу: &lt;адрес&gt;&lt;адрес&gt;&lt;адрес&gt;&lt;адрес&gt;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10 января 2023 года примерно в 21 час 17 минут осуществил перевод в размере 5 000 рублей, с принадлежащего ему банковского счета №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20 часов 09 минут 27 января 2023 года, находясь по адресу: &lt;адрес&gt; выдвинул требования о передаче денежных средств в размере 3 000 рублей. Так С . Е.И. находясь по адресу: &lt;адрес&gt;, воспринимая угрозы реально и опасаясь их осуществления, ДД.ММ.ГГГГ примерно в 20 часов 09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он ФИО1 в продолжение своего единого преступного умысла не позднее 19 часов 14 минут ДД.ММ.ГГГГ,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19 часов 14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18 часов 59 минуты 10 февраля 2023 года,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10 февраля 2023 года примерно в 18 часов 59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29 и оформленным на имя неосведомленного о преступных действиях ФИО1 ФИО2 После полученного перевода ФИО1 в продолжение своего единого преступного умысла не позднее 19 часов 48 минут 20 февраля 2023 года, находясь по адресу: Республика &lt;адрес&gt;&lt;адрес&gt;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20 февраля 2023 года примерно в 19 часов 48 минуту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преступных действиях Г. П.Р.Р. Р.А. После полученного перевода ФИО1 в продолжение своего единого преступного умысла не позднее 21 часа 07 минут ДД.ММ.ГГГГ,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27 февраля 2023 года примерно в 21 час 07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открытым и обслуживаемым по адресу: &lt;адрес&gt;&lt;адрес&gt;&lt;адрес&gt; оформленным на имя неосведомленного о преступных действиях Г. Р.Р. П. Р.А. После полученного перевода ФИО1 в продолжение своего единого преступного умысла не позднее 13 часов 29 минут 08 марта 2023 года, находясь по адресу: &lt;адрес&gt;&lt;адрес&gt;&lt;адрес&gt;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13 часов 29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18 часов 27 минут 20 марта 2023 года, находясь по адресу: &lt;адрес&gt; выдвинул требования о передаче денежных средств в размере 7 000 рублей. Так С. Е.И. находясь по адресу: &lt;адрес&gt;, воспринимая угрозы ФИО1 реально и опасаясь их осуществления, ДД.ММ.ГГГГ примерно в 18 часов 27 минут осуществил перевод в размере 7 000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Г. Р.П.Р.Р. Р.А. После полученного перевода ФИО1 в продолжение своего единого преступного умысла не позднее 18 часов 25 минут ДД.ММ.ГГГГ, находясь по адресу: &lt;адрес&gt;&lt;адрес&gt;&lt;адрес&gt;&lt;адрес&gt;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18 часов 25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17 часов 20 минут ДД.ММ.ГГГГ, находясь по адресу: &lt;адрес&gt; выдвинул требования о передаче денежных средств в размере 7 000 рублей. Так С.Е.И. находясь по адресу: &lt;адрес&gt;, воспринимая угрозы ФИО1 реально и опасаясь их осуществления, ДД.ММ.ГГГГ примерно в 17 часов 20 минут осуществил перевод в размере 7 000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18 часов 32 минут ДД.ММ.ГГГГ, находясь по адресу: &lt;адрес&gt;&lt;адрес&gt;&lt;адрес&gt;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ДД.ММ.ГГГГ примерно в 18 часов 32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20 часов 11 минут ДД.ММ.ГГГГ, находясь по адресу: &lt;адрес&gt;&lt;адрес&gt;&lt;адрес&gt;&lt;адрес&gt;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20 часов 11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19 часов 15 минут ДД.ММ.ГГГГ, находясь по адресу: &lt;адрес&gt;&lt;адрес&gt;&lt;адрес&gt;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19 часов 15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17 часов 06 минут ДД.ММ.ГГГГ, находясь по адресу: &lt;адрес&gt;&lt;адрес&gt;&lt;адрес&gt;&lt;адрес&gt; выдвинул требования о передаче денежных средств в размере 8 000 рублей. Так С.Е.И. находясь по адресу: &lt;адрес&gt;&lt;адрес&gt;, воспринимая угрозы ФИО1 реально и опасаясь их осуществления, ДД.ММ.ГГГГ примерно в 17 часов 06 минут осуществил перевод в размере 8 000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17 часов 34 минут ДД.ММ.ГГГГ, находясь по адресу: &lt;адрес&gt;&lt;адрес&gt;&lt;адрес&gt; выдвинул требования о передаче денежных средств в размере 2 000 рублей. Так С.Е.И. находясь по адресу: &lt;адрес&gt;, воспринимая угрозы ФИО1 реально и опасаясь их осуществления, ДД.ММ.ГГГГ примерно в 17 часов 34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Г. П.Р.Р. Р.А. После полученного перевода ФИО1 в продолжение своего единого преступного умысла не позднее 18 часов 32 минут ДД.ММ.ГГГГ, находясь по адресу: &lt;адрес&gt;&lt;адрес&gt;&lt;адрес&gt;&lt;адрес&gt;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18 часов 32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в дополнителбьном офисе &lt;иные данные&gt; № по адресу: &lt;адрес&gt;&lt;адрес&gt;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19 часов 43 минут ДД.ММ.ГГГГ, находясь по адресу: &lt;адрес&gt; выдвинул требования о передаче денежных средств в размере 5 000 рублей. Так С.Е.И. находясь по адресу: &lt;адрес&gt;, воспринимая угрозы ФИО1 реально и опасаясь их осуществления, ДД.ММ.ГГГГ примерно в 19 часов 43 минуты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16 часов 19 минут ДД.ММ.ГГГГ, находясь по адресу: &lt;адрес&gt;&lt;адрес&gt;&lt;адрес&gt;&lt;адрес&gt; выдвинул требования о передаче денежных средств в размере 4 000 рублей. Так С.Е.И. находясь по адресу: &lt;адрес&gt;, воспринимая угрозы ФИО1 реально и опасаясь их осуществления, ДД.ММ.ГГГГ примерно в 16 часов 19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18 часов 41 минуту ДД.ММ.ГГГГ, находясь по адресу: &lt;адрес&gt; выдвинул требования о передаче денежных средств в размере 5 000 рублей. Так С.Е.И. находясь по адресу: &lt;адрес&gt;, воспринимая угрозы ФИО1 треально и опасаясь их осуществления, ДД.ММ.ГГГГ примерно в 18 часов 41 минуту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21 часа 07 минут ДД.ММ.ГГГГ, находясь по адресу: &lt;адрес&gt;&lt;адрес&gt;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ДД.ММ.ГГГГ примерно в 21 час 07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12 часов 55 минут ДД.ММ.ГГГГ, находясь по адресу: &lt;адрес&gt;&lt;адрес&gt; выдвинул требования о передаче денежных средств в размере 3 000 рублей. Так С.Е.И. находясь по адресу: &lt;адрес&gt;, воспринимая угрозы ФИО1 реально и опасаясь их осуществления, 23 июля 2023 года примерно в 12 часов 55 минут осуществил перевод в размере 3 000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открытым и обслуживаемым по адресу: &lt;адрес&gt; и оформленным на имя неосведомленного о преступных действиях ФИО1 П. И.А. После полученного перевода ФИО1 в продолжение своего единого преступного умысла не позднее 21 часа 52 минуты 02 августа 2023 года, находясь по адресу: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02 августа 2023 года примерно в 21 час 52 минуты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открытым и обслуживаемым по адресу: &lt;адрес&gt; и оформленным на имя неосведомленного о преступных действиях ФИО1 П. И.А. После полученного перевода ФИО1 в продолжение своего единого преступного умысла не позднее 21 часа 48 минут 03 августа 2023 года, находясь по адресу: &lt;адрес&gt; выдвинул требования о передаче денежных средств в размере 2 000 рублей. Так С. Е.И. находясь по адресу: &lt;адрес&gt;, воспринимая угрозы ФИО1 реально и опасаясь их осуществления, 03 августа 2023 года примерно в 21 час 48 минут осуществил перевод в размере 2 000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открытым и обслуживаемым по адресу: Республика &lt;адрес&gt;&lt;адрес&gt;&lt;адрес&gt;. 30 и оформленным на имя неосведомленного о преступных действиях ФИО1 П. И.А. После полученного перевода ФИО1 в продолжение своего единого преступного умысла не позднее 22 часов 24 минут 12 августа 2023 года, находясь по адресу: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12 августа 2023 года примерно в 22 часа 24 минуты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20 часов 26 минут ДД.ММ.ГГГГ, находясь по адресу: &lt;адрес&gt;&lt;адрес&gt;&lt;адрес&gt; выдвинул требования о передаче денежных средств в размере 1 000 рублей. Так С.Е.И. находясь по адресу: &lt;адрес&gt;, воспринимая угрозы ФИО1 реально и опасаясь их осуществления, ДД.ММ.ГГГГ примерно в 20 часов 26 минут осуществил перевод в размере 1 000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16 часов 28 минут ДД.ММ.ГГГГ,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23 августа 2023 года примерно в 16 часов 28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21 часа 09 минут ДД.ММ.ГГГГ, находясь по адресу: &lt;адрес&gt;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ДД.ММ.ГГГГ примерно в 21 час 09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21 часа 20 минут ДД.ММ.ГГГГ, находясь по адресу: &lt;адрес&gt;&lt;адрес&gt; выдвинул требования о передаче денежных средств в размере 5 000 рублей. Так С. Е.И. находясь по адресу: &lt;адрес&gt;, воспринимая угрозы ФИО1 реально и опасаясь их осуществления, ДД.ММ.ГГГГ примерно в 21 час 20 минут осуществил перевод в размере 5 000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 оформленным на имя неосведомленного о преступных действиях ФИО1 П.И.А. После полученного перевода ФИО1 в продолжение своего единого преступного умысла не позднее 18 часов 55 минут ДД.ММ.ГГГГ, находясь по адресу: &lt;адрес&gt;&lt;адрес&gt; выдвинул требования о передаче денежных средств в размере 4 000 рублей. Так С. Е.И. находясь по адресу: &lt;адрес&gt;, воспринимая угрозы ФИО1 реально и опасаясь их осуществления, ДД.ММ.ГГГГ примерно в 18 часов 55 минут осуществил перевод в размере 4 000 рублей, с принадлежащего ему банковского счета №, банковской карты №, открытого в &lt;иные данные&gt;, и обслуживаемого по адресу: &lt;адрес&gt; на банковскую карту &lt;иные данные&gt; № с расчетным счетом №, открытым и обслуживаемым по адресу: &lt;адрес&gt;&lt;адрес&gt;&lt;адрес&gt; оформленным на имя неосведомленного о преступных действиях ФИО1 П.И.А. Таким образом, он (ФИО1) из корыстных побуждений, в период времени примерно с 14 часов 19 минут ДД.ММ.ГГГГ по 18 часов 55 минут ДД.ММ.ГГГГ, в то время когда потерпевший С.Е.И.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похитил принадлежащие С.Е.И. денежные средства на общую сумму 666 600 рублей, причинив своими преступными действиями последнему материальный ущерб, в крупном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Преступление в отношении потерпевшего Ч.Н.А.: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22 часа 02 минуты ДД.ММ.ГГГГ, находясь в &lt;адрес&gt;, на принадлежащем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на сайте знакомств &lt;иные данные&gt; анкеты от имени вымышленных девушек. Далее, действуя во исполнение своего преступного умысла, он (ФИО1) в неустановленное следствием время, ДД.ММ.ГГГГ, но не позднее 22 часов 02 минут,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не позднее 22 часов 02 минут ДД.ММ.ГГГГ, на своем ноутбуке на сайте знакомств &lt;иные данные&gt; под вымышленными данными &lt;иные данные&gt;, используя фото с женским изображением неустановленного следствием лица, познакомился в ходе интернет общения с ранее незнакомым ему Ч. Н.А., с которым вступил в переписку на указанном выше сайте знакомств, в ходе которой они перешли на общение в программе мгновенного обмена сообщениями &lt;иные данные&gt;». Далее ФИО1 от лица вымышленного персонажа &lt;иные данные&gt;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Ч.Н.А. не осведомленный о преступных намерениях ФИО1 также отправил свои обнаженные фотоснимки. Далее он (ФИО1) с целью реализации своего преступного умысла получив от ранее не знакомого Ч.Н.А. его обнаженные изображения, преследуя корыстную цель, заблокировал последнего. После чего он (ФИО1) не позднее 22 часов 02 минут находясь в &lt;адрес&gt; в социальной сети &lt;иные данные&gt; от имени вымышленной девушки, под угрозой распространения сведений, позорящих Ч.Н.А. выдвинул требования о передаче денежных средств в размере 10000 рублей, а в случае не повиновения полученные им (ФИО1) фотоизображения будут отправлены всему списку контактов Ч.Н.А. в социальной сети &lt;иные данные&gt;. После чего Ч.Н.А. находясь по адресу: &lt;адрес&gt;, воспринимая его (ФИО1) угрозы реально и опасаясь их осуществления, ДД.ММ.ГГГГ примерно в 22 часа 02 минуты находясь по адресу: &lt;адрес&gt; осуществил перевод в размере 2 000 рублей, с принадлежащего ему банковского счета № № банковской карты &lt;иные данные&gt;, открытым и облуживаемым в дополнительном офисе &lt;иные данные&gt; № по адресу: &lt;адрес&gt;&lt;адрес&gt;&lt;адрес&gt; на банковскую карту &lt;иные данные&gt; № с расчетным счетом №, открытым и обслуживаемым в дополнительном офисе &lt;иные данные&gt; № по адресу: &lt;адрес&gt;&lt;адрес&gt;, и оформленным на имя неосведомленного о его (ФИО1) преступных действиях Л.М.Е. После полученного вышеуказанного перевода ФИО1 продолжая реализовать свой единый преступный умысел, направленный на хищение чужого имущества, ДД.ММ.ГГГГ, не позднее 22 часов 58 минут, находясь в &lt;адрес&gt; в социальной сети &lt;иные данные&gt; от имени вымышленной девушки, под угрозой распространения сведений, позорящих Ч.Н.А. выдвинул требования о передаче оставшейся суммы денежных средств, а в случае не повиновения полученные им (ФИО1) фотоизображения будут отправлены всему списку контактов Ч.Н.А. в социальной сети &lt;иные данные&gt;. После чего Ч.Н.А. находясь по адресу: &lt;адрес&gt;, воспринимая его (ФИО1) угрозы реально и опасаясь их осуществления, ДД.ММ.ГГГГ примерно в 22 часа 58 минут находясь по адресу: &lt;адрес&gt; осуществил перевод в размере 3 000 рублей, с принадлежащего ему банковского счета №, банковской карты №, открытого в &lt;иные данные&gt;, и обслуживаемого по вышеуказанному адресу на банковскую карту &lt;иные данные&gt; № с расчетным счетом №, открытым и обслуживаемым по вышеуказанному адресу и оформленным на имя неосведомленного о его (ФИО1) преступных действиях Л.М.Е. Далее, после полученного последнего перевода, он (ФИО1) в продолжение своего единого преступного умысла ДД.ММ.ГГГГ, не позднее 10 часов 00 минут, находясь в &lt;адрес&gt;&lt;адрес&gt;, выдвинул требования о передаче денежных средств в размере 5 000 рублей. Так Ч.Н.А. находясь по адресу: &lt;адрес&gt;, воспринимая его (ФИО1) угрозы реально и опасаясь их осуществления, 15 июня 2020 года примерно в 10 часов 00 минут осуществил перевод в размере 5 000 рублей, с принадлежащего ему банковского счета №, банковской карты №, открытого в &lt;иные данные&gt;, и обслуживаемого по вышеукзанному адресу на банковскую карту &lt;иные данные&gt; № с расчетным счетом №, открытым и обслуживаемым по вышеуказанному адресу и оформленным на имя неосведомленного о его (ФИО1) преступных действиях Л.М.Е. Таким образом, он (ФИО1) в период времени примерно с 22 часов 02 минут 14 июня 2020 года по 10 часов 00 минут ДД.ММ.ГГГГ, в то время когда потерпевший Ч.Н.А. находился по адресу: &lt;адрес&gt; выдвинул требования передаче чужого имущества, под угрозой распространения сведений, позорящих потерпевшего и тем самым похитил принадлежащие Ч.Н.А. денежные средства на общую сумму 10 000 рублей, причинив своими преступными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Преступление в отношении потерпевшего Т.И.С.: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13 часов 57 минут ДД.ММ.ГГГГ, находясь в &lt;адрес&gt;&lt;адрес&gt;,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13 часов 57 минут 21 августа 2020 года,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не позднее 13 часов 57 минут ДД.ММ.ГГГГ, находясь в &lt;адрес&gt;&lt;адрес&gt;, на своем ноутбуке зарегистрировался в социальной сети &lt;иные данные&gt; под вымышленными данными &lt;иные данные&gt;, выставив при этом фото с женским изображением неустановленного следствием лица, после чего, не позднее 13 часов 57 минут ДД.ММ.ГГГГ он (ФИО1) от имени &lt;иные данные&gt; познакомился с ранее незнакомым ему Т.И.С.,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&lt;иные данные&gt;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Т.И.С.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Т. И.С. его обнаженные изображения, преследуя корыстную цель, не позднее 13 часов 57 минут ДД.ММ.ГГГГ, находясь в &lt;иные данные&gt;, под угрозой распространения сведений, позорящих Т.И.С. выдвинул требования о передаче денежных средств в размере 22 000 рублей, а в случае не повиновения полученные им (ФИО1) фотоизображения будут отправлены всему списку контактов Т. И.С. в социальной сети &lt;иные данные&gt;. После чего Т. И.С. находясь по адресу: &lt;адрес&gt; воспринимая его (ФИО1) угрозы реально и опасаясь их осуществления, ДД.ММ.ГГГГ примерно в 13 часов 57 минут находясь по адресу: &lt;адрес&gt; осуществил перевод в размере 5 000 рублей, с принадлежащего ему банковского счета №, банковской карты №, открытого и обслуживаемого в дополнительном офисе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В. Е.А. После полученного вышеуказанного перевода ФИО1 находясь в &lt;адрес&gt;, продолжая реализовать свой единый преступный умысел, направленный на хищение чужого имущества, ДД.ММ.ГГГГ, не позднее 15 часов 20 минут, в социальной сети &lt;иные данные&gt; от имени вымышленной девушки, под угрозой распространения сведений, позорящих Т.И.С. выдвинул требования о передаче оставшейся суммы денежных средств, а в случае не повиновения полученные им (ФИО1) фотоизображения будут отправлены всему списку контактов Т.И.С. в социальной сети &lt;иные данные&gt;. После чего Т.И.С. находясь по адресу: &lt;адрес&gt;, воспринимая его (ФИО1) угрозы реально и опасаясь их осуществления, ДД.ММ.ГГГГ примерно в 15 часов 20 минут осуществил перевод в размере 1 000 рублей, с принадлежащего ему банковского счета №, банковской карты №, открытого и обслуживаемого в &lt;иные данные&gt; по вышеуказанному адресу на банковскую карту &lt;иные данные&gt; № с расчетным счетом №, открытым и обслуживаемым по вышеуказанному адресу и оформленным на имя неосведомленного о его (ФИО1) преступных действиях В. Е.А. После чего Т.И.С. ДД.ММ.ГГГГ примерно в 18 часов 00 минут находясь по адресу: &lt;адрес&gt; осуществил перевод в размере 4 000 рублей, с принадлежащего ему банковского счета №, банковской карты №, открытого в &lt;иные данные&gt;, и обслуживаемого в &lt;иные данные&gt;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(ФИО1) преступных действиях В. Е.А. После чего Т.И.С. ДД.ММ.ГГГГ примерно в 18 часов 39 минут находясь по адресу: &lt;адрес&gt; осуществил перевод в размере 2 000 рублей, с принадлежащего ему банковского счета №, банковской карты №, открытого и обслуживаемого в &lt;иные данные&gt; по вышеуказанному адресу на банковскую карту &lt;иные данные&gt; № с расчетным счетом №, открытым и обслуживаемым в &lt;иные данные&gt; по вышеуказанному адресу и оформленным на имя неосведомленного о его (ФИО1) преступных действиях В. Е.А. После чего Т.И.С. ДД.ММ.ГГГГ примерно в 19 часов 03 минуты находясь по адресу: &lt;адрес&gt; осуществил перевод в размере 3 000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(ФИО1) преступных действиях В. Е.А. После чего Т.И.С. ДД.ММ.ГГГГ примерно в 17 часов 23 минуты находясь по адресу: &lt;адрес&gt; осуществил перевод в размере 5 000 рублей, с принадлежащего ему банковского счета №, банковской карты №, открытого и обслуживаемого в &lt;иные данные&gt; по вышеуказанному адресу на банковскую карту &lt;иные данные&gt; № с расчетным счетом №, открытым и обслуживаемым по вышеуказанному адресу, и оформленным на имя неосведомленного о его (ФИО1) преступных действиях В. Е.А. После чего Т.И.С. ДД.ММ.ГГГГ примерно в 17 часов 27 минут находясь по адресу: &lt;адрес&gt;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(ФИО1) преступных действиях В. Е.А. Таким образом, он (ФИО1) в период времени с 13 часов 57 минут ДД.ММ.ГГГГ по 17 часов 27 минут 08 сентября 2020 года, в то время когда потерпевший Т.И.С. находился по адресу: &lt;адрес&gt; выдвинул требования передаче чужого имущества, под угрозой распространения сведений, позорящих потерпевшего тем самым похитил принадлежащие ФИО3 денежные средства на общую сумму 22 000 рублей, причинив своими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Преступление в отношении потерпевшего П.В.А.: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14 часов 04 минуты 22 сентября 2020 года, находясь в &lt;адрес&gt;&lt;адрес&gt;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ДД.ММ.ГГГГ, не позднее 14 часов 04 минут,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не позднее 14 часов 04 минут ДД.ММ.ГГГГ, находясь в &lt;адрес&gt;&lt;адрес&gt;, на своем ноутбуке зарегистрировался в социальной сети &lt;иные данные&gt; под вымышленными данными &lt;иные данные&gt;, выставив при этом фото с женским изображением неустановленного следствием лица, после чего не позднее 14 часов 04 минут ДД.ММ.ГГГГ, он (ФИО1) от имени вымышленной девушки познакомился с ранее незнакомым ему ФИО4,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П.В.А. не осведомленный о его (&lt;иные данные&gt;)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П.В.А. его обнаженные изображения, преследуя корыстную цель, не позднее 14 часов 04 минут ДД.ММ.ГГГГ находясь в &lt;адрес&gt; под угрозой распространения сведений, позорящих ФИО4 выдвинул требования о передаче денежных средств в размере 30 000 рублей, а в случае не повиновения полученные им (ФИО1) фотоизображения будут отправлены всему списку контактов ФИО4 в социальной сети &lt;иные данные&gt;. После чего П.В.А., находясь по адресу: &lt;адрес&gt;, воспринимая его (ФИО1) угрозы реально и опасаясь их осуществления, ДД.ММ.ГГГГ примерно в 14 часов 04 минуты находясь по адресу: &lt;адрес&gt; осуществил перевод в размере 10 000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В. Е.А. После полученного вышеуказанного перевода ФИО1 продолжая реализовать свой единый преступный умысел, направленный на хищение чужого имущества, не позднее 14 часов 15 минут 22 сентября 2020 года, в социальной сети &lt;иные данные&gt; от имени вымышленной девушки, под угрозой распространения сведений, позорящих П.В.А. выдвинул требования о передаче оставшейся суммы денежных средств, а в случае не повиновения полученные им (ФИО1) фотоизображения будут отправлены всему списку контактов П.В.А. в социальной сети &lt;иные данные&gt;. После чего ФИО4 находясь по адресу: &lt;адрес&gt; воспринимая его (ФИО1) угрозы реально и опасаясь их осуществления, 22 сентября 2020 года примерно в 14 часов 15 минут находясь по адресу: &lt;адрес&gt; осуществил перевод в размере 10 000 рублей, с принадлежащего ему банковского счета №, банковской карты №, открытого в &lt;иные данные&gt;, и обслуживаемого по вышеуказанному адресу на банковскую карту &lt;иные данные&gt; № с расчетным счетом №, открытым и обслуживаемы по вышеуказанному адресу, и оформленным на имя неосведомленного о его (ФИО1) преступных действиях В. Е.А. После полученного вышеуказанного перевода он (ФИО1) продолжая реализовать свой единый преступный умысел, направленный на хищение чужого имущества, не позднее 14 часов 21 минуты ДД.ММ.ГГГГ, находясь в &lt;адрес&gt; в социальной сети &lt;иные данные&gt; от имени вымышленной девушки, под угрозой распространения сведений, позорящих П.В.А. выдвинул требования о передаче оставшейся суммы денежных средств, а в случае не повиновения полученные им (ФИО1) фотоизображения будут отправлены всему списку контактов П.В.А. в социальной сети &lt;иные данные&gt;. После чего П.В.А. находясь по адресу: &lt;адрес&gt;, воспринимая его (ФИО1) угрозы реально и опасаясь их осуществления, ДД.ММ.ГГГГ примерно в 14 часов 21 минуту находясь по адресу: &lt;адрес&gt; осуществил перевод в размере 10 000 рублей, с принадлежащего ему банковского счета №, банковской карты №, открытого и обслудиваемого в &lt;иные данные&gt; по вышеуказанному адресу на банковскую карту &lt;иные данные&gt; № с расчетным счетом №, открытым и обслуживаемым по вышеуказанному адресу, и оформленным на имя неосведомленного о его (ФИО1) преступных действиях В. Е.А. Таким образом, он (ФИО1) в период времени примерно с 14 часов 04 минуты по 14 часов 21 минуту ДД.ММ.ГГГГ в то время когда потерпевший П.В.А.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похитив принадлежащие П.В.А. денежные средства на общую сумму 30 000 рублей, причинив своими преступными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Преступление в отношении потерпевшего Г.В.И.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21 часа 44 минуты ДД.ММ.ГГГГ, находясь в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ДД.ММ.ГГГГ, но не позднее 21 часа 44 минут,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не позднее 21 часа 44 минуты ДД.ММ.ГГГГ, находясь по адресу: &lt;адрес&gt; на своем ноутбуке зарегистрировался в социальной сети &lt;иные данные&gt; под вымышленными данными, выставив при этом фото с женским изображением неустановленного следствием лица, не позднее 21 часа 44 минут ДД.ММ.ГГГГ, он (ФИО1) от имени вымышленной девушки познакомился с ранее незнакомым ему ФИО5,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предложил обменяться фотографиями интимного плана, и отправил при этом фотографии с женским обнаженным изображением, ранее приисканных им (ФИО1) на различных сайтах в сети интернет. После чего Г.В.И.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Г.В.И. его обнаженные изображения, преследуя корыстную цель, и не позднее 21 часа 44 минут ДД.ММ.ГГГГ находясь в &lt;адрес&gt; под угрозой распространения сведений, позорящих Г.В.И. выдвинул требования о передаче денежных средств в размере 13 000 рублей, а в случае не повиновения полученные им (ФИО1) фотоизображения будут отправлены всему списку контактов Г.В.И. в социальной сети &lt;иные данные&gt;. После чего Г.В.И., находясь по адресу: &lt;адрес&gt;, воспринимая его (ФИО1) угрозы реально и опасаясь их осуществления, ДД.ММ.ГГГГ примерно в 21 час 44 минуты находясь по адресу: &lt;адрес&gt;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В. Е.А. После чего Г.В.И. ДД.ММ.ГГГГ примерно в 22 часа 38 минут находясь по адресу: &lt;адрес&gt; осуществил перевод в размере 2 500 рублей, с принадлежащего ему банковского счета №, банковской карты №, открытого и обслуживаемого в &lt;иные данные&gt; по вышеуказанному адресу на банковскую карту &lt;иные данные&gt; № с расчетным счетом №, открытым и обслуживаемым в &lt;иные данные&gt; по вышеуказанному адресу и оформленным на имя неосведомленного о его (ФИО1) преступных действиях В. Е.А. После чего Г.В.И. ДД.ММ.ГГГГ примерно в 13 часов 41 минуту осуществил перевод в размере 1 000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адресу: &lt;адрес&gt; оформленным на имя неосведомленного о его (ФИО1) преступных действиях В. Е.А. После чего Г.В.И. 23 сентября 2021 года примерно в 18 часов 33 минуты находясь по адресу: &lt;адрес&gt; осуществил перевод в размере 5 000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вышеукзанному адресу и оформленным на имя неосведомленного о его (ФИО1) преступных действиях В.Е.А. После чего Г.В.И. ДД.ММ.ГГГГ примерно в 20 часов 35 минут находясь по адресу: &lt;адрес&gt; осуществил перевод в размере 3 000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адресу: &lt;адрес&gt;, и оформленным на имя неосведомленного о его (ФИО1) преступных действиях В.Е.А. Таким образом, он (ФИО1) в период времени с 21 часа 44 минут ДД.ММ.ГГГГ по 20 часов 35 минут ДД.ММ.ГГГГ в то время когда потерпевший Г.В.И.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похитив принадлежащие Г.В.И. денежные средства на общую сумму 13 000 рублей, причинив своими преступными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Преступление в отношении потерпевшего В.М.В.: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23 часов 33 минут ДД.ММ.ГГГГ, находясь в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23 часов 33 минут ДД.ММ.ГГГГ,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находясь в &lt;адрес&gt;, не позднее 23 часов 33 минут ДД.ММ.ГГГГ, на своем ноутбуке зарегистрировался в социальной сети &lt;иные данные&gt; под вымышленными данными А.Б. выставив при этом фото с женским изображением неустановленного следствием лица, не позднее 23 часов 33 минут ДД.ММ.ГГГГ, он (ФИО1) от имени вымышленной девушки познакомился с ранее незнакомым ему В.М.В.,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&lt;иные данные&gt;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В.М.В.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В.М.В. его обнаженные изображения, преследуя корыстную цель, не позднее 23 часов 33 минут ДД.ММ.ГГГГ, находясь в &lt;иные данные&gt;, под угрозой распространения сведений, позорящих В.М.В. выдвинул требования о передаче денежных средств в размере 9 000 рублей, а в случае не повиновения полученные им (ФИО1) фотоизображения будут отправлены всему списку контактов В.М.В. в социальной сети &lt;иные данные&gt;. После чего В.М.В., находясь по адресу: &lt;адрес&gt;Г, воспринимая его (ФИО1) угрозы реально и опасаясь их осуществления, ДД.ММ.ГГГГ примерно в 23 часа 33 минуты находясь по адресу: &lt;адрес&gt;Г осуществил перевод в размере 9 000 рублей двумя транзакциями, а именно: ДД.ММ.ГГГГ примерно в 23 часа 33 минуты в размере 4000 рублей, а также ДД.ММ.ГГГГ примерно в 23 часа 50 минут в размере 5000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&lt;иные данные&gt; по адресу: &lt;адрес&gt;, и оформленным на имя неосведомленной о его (ФИО1) преступных действиях Ф.М.А. Таким образом, он (ФИО1) в период времени примерно с 23 часов 33 минуты по 23 часа 50 минут ДД.ММ.ГГГГ, в то время когда потерпевший В.М.В. находился по адресу: &lt;адрес&gt;Г выдвинул требования о передаче чужого имущества, под угрозой распространения сведений, позорящих потерпевшего, тем самым похитив принадлежащие В.М.В. денежные средства на общую сумму 9 000 рублей, причинив своими преступными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Преступление в отношении потерпевшего Н.А.Д.: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01 часа 13 минут ДД.ММ.ГГГГ, находясь в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01 часа 13 минут ДД.ММ.ГГГГ, приобрел у неустановленного следствием лица, сим-карту сотового оператора &lt;иные данные&gt; с абонентским номером +№, &lt;иные данные&gt; кошелек №, для осуществления безналичного перевода, с целью личного обогащения. Далее, он (ФИО1) действуя согласно своему преступному плану, не позднее 01 часа 13 минут ДД.ММ.ГГГГ, находясь в &lt;адрес&gt;, на своем ноутбуке зарегистрировался в социальной сети &lt;иные данные&gt; под вымышленными данными, выставив при этом фото с женским изображением неустановленного следствием лица, не позднее 01 часа 13 минут ДД.ММ.ГГГГ, он (ФИО1) от имени вымышленной девушки познакомился с ранее незнакомым ему Н.А.Д.,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Н.А.Д.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Н.А.Д. его обнаженные изображения, преследуя корыстную цель, и не позднее 01 часа 13 минут ДД.ММ.ГГГГ, находясь в &lt;адрес&gt;, под угрозой распространения сведений, позорящих Н.А.Д.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Н.А.Д. в социальной сети &lt;иные данные&gt;. После чего Н.А.Д. находясь по адресу: &lt;адрес&gt;, воспринимая его (ФИО1) угрозы реально и опасаясь их осуществления, ДД.ММ.ГГГГ примерно в 01 час 13 минут, осуществил перевод в размере 1 450 рублей с принадлежащего ему банковского счета №, банковской карты №, открытого и обслуживаемого в дополнительном офисе &lt;иные данные&gt; № по адресу: &lt;адрес&gt; на &lt;иные данные&gt; кошелек №, привязанному к учетной записи №, и оформленный на имя неосведомленного о его (ФИО1) преступных действиях С.А.В., а также ДД.ММ.ГГГГ примерно в 02 часа 07 минут находясь по адресу: &lt;адрес&gt; осуществил перевод в размере 8 550 рублей с принадлежащего ему банковского счета №, банковской карты №, открытого и обслуживаемого в &lt;иные данные&gt; по вышеуказанному адресу на &lt;иные данные&gt; кошелек №, привязанному к учетной записи №, и оформленный на имя неосведомленного о его (ФИО1) преступных действиях С.А.В. Далее он (ФИО1) в продолжении своего единого преступного умысла, не позднее 14 часов 17 минут ДД.ММ.ГГГГ, находясь по адресу: &lt;адрес&gt; под угрозой распространения сведений, позорящих Н.А.Д.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Н.А.Д. в социальной сети &lt;иные данные&gt;. После чего Н.А.Д. находясь по адресу: &lt;адрес&gt; воспринимая его (ФИО1) угрозы реально и опасаясь их осуществления, ДД.ММ.ГГГГ примерно в 14 часов 17 минут находясь по адресу: &lt;адрес&gt; осуществил перевод в размере 4 000 рублей с принадлежащего ему банковского счета №, банковской карты №, открытого и обслуживаемого в &lt;иные данные&gt; по вышеуказанному адресу на абонентский номер телефона &lt;иные данные&gt;» +№, принадлежащий Г.И.Р., не осведомленной о его (ФИО1) преступных действиях, тем самым пополнив его баланс. После чего Н.А.Д. ДД.ММ.ГГГГ примерно в 14 часов 39 минут осуществил перевод в размере 6 000 рублей с принадлежащего ему банковского счета №, банковской карты №, открытого и обслуживаемого в &lt;иные данные&gt; по вышеуказанному адресу на абонентский номер телефона &lt;иные данные&gt;» +№, принадлежащий Г.И.Р., не осведомленной о его (ФИО1) преступных действиях, тем самым пополнив его баланс. После полученного перевода он (ФИО1) реализуя свой единый преступный умысел и преследуя корыстную цель, не позднее 15 часов 57 минут ДД.ММ.ГГГГ, находясь по адресу: &lt;адрес&gt; под угрозой распространения сведений, позорящих Н.А.Д. выдвинул требования о передаче денежных средств в размере 15 000 рублей, а в случае не повиновения полученные им (ФИО1) фотоизображения будут отправлены всему списку контактов Н.А.Д. в социальной сети &lt;иные данные&gt;. После чего Н.А.Д. находясь по адресу: &lt;адрес&gt; воспринимая его (ФИО1) угрозы реально и опасаясь их осуществления, ДД.ММ.ГГГГ примерно в 15 часов 57 минут осуществил перевод в размере 10 000 рублей с принадлежащего ему банковского счета №, банковской карты №, открытого и обслуживаемого в &lt;иные данные&gt; по вышеуказанному адресу на абонентский номер телефона № принадлежащий Г.И.Р., не осведомленной о его (ФИО1) преступных действиях, тем самым пополнив его баланс, а также ДД.ММ.ГГГГ примерно в 17 часов 20 минут находясь по адресу: &lt;адрес&gt; осуществил перевод в размере 5 000 рублей с принадлежащего ему банковского счета №, банковской карты №, открытого и обслуживаемого в &lt;иные данные&gt; по вышеуказанному адресу на абонентский номер телефона №, принадлежащий Г.И.Р., не осведомленной о его (ФИО1) преступных действиях, тем самым пополнив его баланс. Таким образом, он (ФИО1) в период времени примерно с 01 часа 13 минут ДД.ММ.ГГГГ по 17 часов 20 минут ДД.ММ.ГГГГ в то время когда потерпевший Н.А.Д.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похитив принадлежащие Н.А.Д. денежные средства на общую сумму 35 000 рублей, причинив своими преступными действиями последнему материальный ущерб на указанную выше сумму. 8.Преступление в отношении потерпевшего С.К.В.: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22 часов 13 минут ДД.ММ.ГГГГ, находясь в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22 часов 13 минут ДД.ММ.ГГГГ,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ФИО1 действуя согласно своему преступному плану, не позднее 22 часов 13 минут ДД.ММ.ГГГГ, находясь в &lt;адрес&gt;, на своем ноутбуке в социальной сети &lt;иные данные&gt; под вымышленными данными &lt;иные данные&gt;», с выставленными при этом фото с женским изображением неустановленного следствием лица, не позднее 22 часов 13 минут ДД.ММ.ГГГГ, он (ФИО1) от имени вышеуказанной девушки познакомился с ранее незнакомым ему С.К.В., с которым вступил в переписку на указанной выше социальной сети. В ходе осуществления переписки в указанной социальной сети, он (ФИО1) от лица вымышленного персонажа &lt;иные данные&gt;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С.К.В.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С.К.В. его обнаженные изображения, преследуя корыстную цель, не позднее 22 часов 13 минут ДД.ММ.ГГГГ, находясь в &lt;адрес&gt; – Эл, &lt;адрес&gt; – Ола, путем выдвижения требований передачи чужого имущества, под угрозой распространения сведений, позорящих потерпевшего С.К.В. выдвинул требования о передаче денежных средств в размере 7 000 рублей, а в случае не повиновения полученные им (ФИО1) фотоизображения будут отправлены всему списку контактов С.К.В. в социальной сети &lt;иные данные&gt;. После чего С.К.В., находясь по адресу: &lt;адрес&gt;, воспринимая его (ФИО1) угрозы реально и опасаясь их осуществления, ДД.ММ.ГГГГ примерно в 22 часа 13 минут находясь по адресу: &lt;адрес&gt; осуществил перевод в размере 7 000 рублей двумя транзакциями, а именно: ДД.ММ.ГГГГ примерно в 22 часа 13 минут в размере 4000 рублей с принадлежащего ему банковского счета №, банковской карты №, открытого и обслуживаемого в дополнительном офисе &lt;иные данные&gt; №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а также ДД.ММ.ГГГГ примерно в 11 часов 14 минут в размере 3000 рублей с принадлежащего ему банковского счета №, банковской карты №, открытого и обслуживаемого в &lt;иные данные&gt; по вышеуказанному адресу на банковскую карту &lt;иные данные&gt; № с расчетным счетом №, открытым и обслуживаемым в &lt;иные данные&gt; по вышеуказанному адресу и оформленным на имя неосведомленного о его (ФИО1) преступных действиях П.Р.А. Таким образом, он (ФИО1) в период времени примерно с 22 часов 13 минут ДД.ММ.ГГГГ по 11 часов 14 минут ДД.ММ.ГГГГ в то время когда потерпевший С.К.В.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похитил принадлежащие С.К.В. денежные средства на общую сумму 7 000 рублей, причинив своими преступными действиями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Преступление в отношении потерпевшего Ш.И.И.: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совершенное в крупном размере, с целью личного обогащения, из корыстных побуждений, действуя заранее спланированного плана, не позднее 23 часов 25 минут ДД.ММ.ГГГГ, находясь по адресу: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23 часов 25 минут ДД.ММ.ГГГГ, приобрел у неустановленного следствием лица, банковскую карту &lt;иные данные&gt; №, а также сим-карту сотового оператора № для осуществления безналичного перевода, с целью личного обогащения. Далее, он (ФИО1) действуя согласно своему преступному плану, в неустановленное следствием время, но не позднее 23 часов 25 минут ДД.ММ.ГГГГ, находясь по адресу: &lt;адрес&gt; на своем ноутбуке в социальной сети &lt;иные данные&gt;, под вымышленными данными &lt;иные данные&gt; с выставленными при этом фото с женским изображением неустановленного следствием лица, не позднее 23 часов 25 минут ДД.ММ.ГГГГ, он (ФИО1) от имени &lt;иные данные&gt; познакомился в ходе интернет общения с ранее незнакомым ему Ш.И.И., с которым вступил в переписку в указанной выше социальной сети, предложив последнему продолжить общение в мессенджере &lt;иные данные&gt;. В ходе осуществления переписки в указанной программе мгновенного обмена сообщениями &lt;иные данные&gt;, он (ФИО1) от лица вымышленного персонажа &lt;иные данные&gt; предложил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Ш.И.И.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Ш.И.И. его обнаженные изображения, преследуя корыстную цель в вышеуказанной социальной сети с ранее созданной им (ФИО1) страницы от имени &lt;иные данные&gt; находясь по адресу: &lt;адрес&gt; выдвинул требования о передаче ему (ФИО1) денежных средств в размере 7500 рублей, а в случае не повиновения полученные им (ФИО1) фотоизображения будут отправлены всему списку контактов Ш.И.И. в социальной сети &lt;иные данные&gt;. После чего Ш.И.И. находясь в &lt;адрес&gt; в &lt;адрес&gt; и воспринимая его (ФИО1) угрозы реально и опасаясь их осуществления, ДД.ММ.ГГГГ примерно в 23 часа 25 минут находясь в &lt;адрес&gt; в &lt;адрес&gt; осуществил перевод в размере 7500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вышеуказанного перевода он (ФИО1) в продолжении своего единого преступного умысла, не позднее 23 часов 30 минут ДД.ММ.ГГГГ, находясь по адресу: &lt;адрес&gt; выдвинул требования о передаче денежных средств в размере 7500 рублей. Так Ш.И.И. находясь в &lt;адрес&gt; в &lt;адрес&gt; опасаясь реализации вышеуказанных угроз, ДД.ММ.ГГГГ примерно в 23 часа 30 минут осуществил перевод в размере 7 500 рублей, с принадлежащего ему банковского счета №, банковской карты № открытым и обслуживаемым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ДД.ММ.ГГГГ, 23 часов 43 минут, находясь по адресу: &lt;адрес&gt; выдвинул требования о передаче денежных средств в размере 20 000 рублей. Так Ш.И.И. находясь в &lt;адрес&gt; в &lt;адрес&gt; и опасаясь реализации вышеуказанных угроз ДД.ММ.ГГГГ примерно в 23 часа 43 минуты осуществил перевод в размере 20 000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23 часов 56 минут ДД.ММ.ГГГГ, находясь по адресу: &lt;адрес&gt; выдвинул требования о передаче денежных средств в размере 30 000 рублей. Так Ш.И.И. находясь в &lt;адрес&gt; в &lt;адрес&gt; и опасаясь реализации вышеуказанных угроз ДД.ММ.ГГГГ примерно в 23 часа 56 минут осуществил перевод в размере 30 000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03 минут ДД.ММ.ГГГГ, находясь по адресу: &lt;адрес&gt; выдвинул требования о передаче денежных средств в размере 20 000 рублей. Так Ш.И.И. находясь в &lt;адрес&gt; в &lt;адрес&gt; и опасаясь реализации вышеуказанных угроз ДД.ММ.ГГГГ примерно в 00 часа 03 минуты осуществил перевод в размере 20 000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&lt;адрес&gt;&lt;адрес&gt;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24 минут ДД.ММ.ГГГГ, находясь по адресу: &lt;адрес&gt;, выдвинул требования о передаче денежных средств в размере 30 000 рублей. Так Ш.И.И. находясь в &lt;адрес&gt; в &lt;адрес&gt; и опасаясь реализации вышеуказанных угроз ДД.ММ.ГГГГ примерно в 00 часов 24 минуты осуществил перевод в размере 30 000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35 минут ДД.ММ.ГГГГ, находясь по адресу: &lt;адрес&gt; выдвинул требования о передаче денежных средств в размере 20 000 рублей. Так Ш.И.И. находясь в &lt;адрес&gt; в &lt;адрес&gt; и опасаясь реализации вышеуказанных угроз ДД.ММ.ГГГГ примерно в 00 часов 35 минут осуществил перевод в размере 20 000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01 час 00 минут ДД.ММ.ГГГГ, находясь по адресу: &lt;адрес&gt;», выдвинул требования о передаче денежных средств в размере 50 000 рублей. Так Ш.И.И. находясь в &lt;адрес&gt; в &lt;адрес&gt; и опасаясь реализации вышеуказанных угроз ДД.ММ.ГГГГ примерно в 01 час 00 минут осуществил перевод в размере 50 000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но не позднее 01 часа 36 минут ДД.ММ.ГГГГ, находясь по адресу: &lt;адрес&gt; выдвинул требования о передаче денежных средств в размере 50 000 рублей. Так Ш.И.И. находясь в &lt;адрес&gt; в &lt;адрес&gt; и опасаясь реализации вышеуказанных угроз ДД.ММ.ГГГГ примерно в 01 час 36 минут осуществил перевод в размере 50 000 рублей, с принадлежащего ему банковского счета №, банковской карты № открытого в &lt;иные данные&gt; по адресу: &lt;адрес&gt;&lt;адрес&gt; на банковскую карту № с расчетным счетом №, открытым и обслуживаемым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11 500 рублей. Так Ш.И.И. находясь в &lt;адрес&gt; в &lt;адрес&gt; и опасаясь реализации вышеуказанных угроз ДД.ММ.ГГГГ примерно в 00 часа 00 минуты осуществил перевод в размере 11 500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15 000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15 000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15 000 рублей. Так Ш.И.И. находясь в &lt;адрес&gt; в &lt;адрес&gt; и опасаясь реализации вышеуказанных угроз, не позднее 00 часов 00 минут ДД.ММ.ГГГГ осуществил перевод посредством двух транзакций на суммы 12000 рублей и 3000 рублей, а всего на общую сумму 15000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3 000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3 000 рублей, с принадлежащего ему банковского счета №, банковской карты № открытого и осблуживаемого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3 000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3 000 рублей, с принадлежащего ему банковского счета №, банковской карты № открытого и обслуживаемого в &lt;иные данные&gt; по адресу: &lt;адрес&gt;, стр. 4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о не позднее 00 часов 00 минут ДД.ММ.ГГГГ, находясь по адресу: &lt;адрес&gt; выдвинул требования о передаче денежных средств в размере 7 000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7 000 рублей, с принадлежащего ему банковского счета №, банковской карты № открытого и осблуживаемого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8 000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8 000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17 часов 09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17 часов 09 минут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по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3 000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3 000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10 000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10 000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00 часов 00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00 часов 00 минут осуществил перевод в размере 2000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16 часов 11 минут ДД.ММ.ГГГГ, находясь по адресу: &lt;адрес&gt; выдвинул требования о передаче денежных средств в размере 7 000 рублей. Так Ш.И.И. находясь в &lt;адрес&gt; в &lt;адрес&gt; и опасаясь реализации вышеуказанных угроз ДД.ММ.ГГГГ примерно в 16 часов 11 минут осуществил перевод в размере 7 000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21 часа 49 минут ДД.ММ.ГГГГ, находясь по адресу: &lt;адрес&gt; выдвинул требования о передаче денежных средств в размере 8 000 рублей. Так Ш.И.И. находясь в &lt;адрес&gt; в &lt;адрес&gt; и опасаясь реализации вышеуказанных угроз ДД.ММ.ГГГГ примерно в 21 часа 49 минут осуществил перевод в размере 8 000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16 часов 14 минут ДД.ММ.ГГГГ, находясь по адресу: &lt;иные данные&gt;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16 часов 14 минут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18 часов 11 минут ДД.ММ.ГГГГ, находясь по адресу: &lt;адрес&gt; выдвинул требования о передаче денежных средств в размере 7 500 рублей. Так Ш.И.И. находясь в &lt;адрес&gt; в &lt;адрес&gt; и опасаясь реализации вышеуказанных угроз ДД.ММ.ГГГГ примерно в 18 часов 11 минут осуществил перевод в размере 7 500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13 часов 17 минут ДД.ММ.ГГГГ, находясь по адресу: &lt;адрес&gt;, выдвинул требования о передаче денежных средств в размере 1 942 рубля. Так Ш.И.И. находясь в &lt;адрес&gt; в &lt;адрес&gt; и опасаясь реализации вышеуказанных угроз ДД.ММ.ГГГГ примерно в 13 часа 17 минут осуществил перевод в размере 1 942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17 часов 14 минут ДД.ММ.ГГГГ, находясь по адресу: &lt;адрес&gt; выдвинул требования о передаче денежных средств в размере 12 000 рублей. Так Ш.И.И. находясь в &lt;адрес&gt; в &lt;адрес&gt; и опасаясь реализации вышеуказанных угроз ДД.ММ.ГГГГ примерно в 17 часов 14 минут осуществил перевод в размере 12 000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18 часов 51 минуту ДД.ММ.ГГГГ, находясь по адресу: &lt;адрес&gt; выдвинул требования о передаче денежных средств в размере 5 000 рублей. Так Ш.И.И. находясь в &lt;адрес&gt; в &lt;адрес&gt; и опасаясь реализации вышеуказанных угроз ДД.ММ.ГГГГ примерно в 18 часов 51 минуту осуществил перевод в размере 5 000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18 часов 34 минут ДД.ММ.ГГГГ, находясь по адресу: &lt;адрес&gt; выдвинул требования о передаче денежных средств в размере 3 000 рублей. Так Ш.И.И. находясь в &lt;адрес&gt; в &lt;адрес&gt; и опасаясь реализации вышеуказанных угроз ДД.ММ.ГГГГ примерно в 18 часов 34 минуты осуществил перевод в размере 3 000 рублей, с принадлежащего ему банковского счета №, банковской карты № открытого и обслуживаемого в &lt;иные данные&gt; по адресу: &lt;адрес&gt; на банковскую карту №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17 часов 01 минуты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17 часов 01 минуту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перевода он (ФИО1) в продолжении своего единого преступного умысла, не позднее 10 часов 26 минут ДД.ММ.ГГГГ, находясь по адресу: &lt;адрес&gt; выдвинул требования о передаче денежных средств в размере 1 400 рублей. Так Ш.И.И. находясь в &lt;адрес&gt; в &lt;адрес&gt; и опасаясь реализации вышеуказанных угроз ДД.ММ.ГГГГ примерно в 10 часов 26 минут осуществил перевод в размере 1 400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После чего он (ФИО1) продолжая реализовывать свой единый преступный умысел, не позднее 19 часов 33 минуты ДД.ММ.ГГГГ, находясь по адресу: &lt;адрес&gt; выдвинул требования о передаче денежных средств в размере 4 000 рублей. Так Ш.И.И. находясь в &lt;адрес&gt; в &lt;адрес&gt; и опасаясь реализации вышеуказанных угроз ДД.ММ.ГГГГ примерно в 19 часов 33 минуты осуществил перевод в размере 4 000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15 часов 17 минут ДД.ММ.ГГГГ, находясь по адресу: &lt;адрес&gt; выдвинул требования о передаче денежных средств в размере 1 200 рублей. Так Ш.И.И. находясь в &lt;адрес&gt; в &lt;адрес&gt; и опасаясь реализации вышеуказанных угроз ДД.ММ.ГГГГ примерно в 15 часов 17 минут осуществил перевод в размере 1 200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20 часов 51 минуты ДД.ММ.ГГГГ, находясь по адресу: &lt;адрес&gt;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20 часов 51 минуту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07 часов 28 минут ДД.ММ.ГГГГ, находясь по адресу: &lt;адрес&gt; выдвинул требования о передаче денежных средств в размере 5 000 рублей. Так Ш.И.И. находясь в &lt;адрес&gt; в &lt;адрес&gt; и опасаясь реализации вышеуказанных угроз ДД.ММ.ГГГГ примерно в 07 часов 28 минут осуществил перевод в размере 5 000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15 часов 45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15 часов 45 минут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17 часов 59 минут ДД.ММ.ГГГГ, находясь по адресу: &lt;адрес&gt; выдвинул требования о передаче денежных средств в размере 4 000 рублей. Так Ш.И.И. опасаясь реализации вышеуказанных угроз ДД.ММ.ГГГГ примерно в 17 часов 59 минут осуществил перевод в размере 4 000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19 часов 27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19 часов 27 минут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12 часов 43 минут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12 часов 43 минуты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13 часов 06 минут ДД.ММ.ГГГГ, находясь по адресу: &lt;адрес&gt; выдвинул требования о передаче денежных средств в размере 1 500 рублей. Так Ш.И.И. находясь в &lt;адрес&gt; в &lt;адрес&gt; и опасаясь реализации вышеуказанных угроз ДД.ММ.ГГГГ примерно в 13 часов 06 минут осуществил перевод в размере 1 500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После чего он (ФИО1) продолжая реализовывать свой единый преступный умысел, не позднее 17 часов 52 минуты ДД.ММ.ГГГГ, находясь по адресу: &lt;адрес&gt; выдвинул требования о передаче денежных средств в размере 2 000 рублей. Так Ш.И.И. находясь в &lt;адрес&gt; в &lt;адрес&gt; и опасаясь реализации вышеуказанных угроз ДД.ММ.ГГГГ примерно в 17 часов 52 минуты осуществил перевод в размере 2 000 рублей, с принадлежащего ему банковского счета №, банковской карты № открытого и обслуживаемого в &lt;иные данные&gt; по адресу: &lt;адрес&gt; на абонентский номер телефона №, принадлежащий Т.Э.С., не осведомленному о его (ФИО1) преступных действиях, тем самым пополнив его баланс. Таким образом, он (ФИО1) из корыстных побуждений, в период времени примерно с 23 часов 25 минут ДД.ММ.ГГГГ по 17 часов 52 минуты ДД.ММ.ГГГГ, в то время когда потерпевший Ш.И.И.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похитил принадлежащие Ш.И.И. денежные средства на общую сумму 396 542 рубля, причинив своими преступными действиями последнему материальный ущерб в крупном размере. 10.Преступление в отношении потерпевшего И.С.А.: ФИО1, имея преступный умысел, направленный на вымогательство, то есть требование передачи чужого имущества под угрозой распространения сведений, позорящих потерпевшего, с целью личного обогащения, из корыстных побуждений, действуя заранее спланированного плана, не позднее 23 часов 03 минут ДД.ММ.ГГГГ находясь по адресу: &lt;адрес&gt; на принадлежащем ему (ФИО1) ноутбуке марки &lt;иные данные&gt; под предлогом знакомств от имени вымышленных девушек, с целью осуществления обмана неустановленного круга лиц, и получения от последних денежных средств путем безналичного перевода, создал в социальной сети &lt;иные данные&gt; анкеты от имени вымышленных девушек. Далее, действуя во исполнение своего преступного умысла, он (ФИО1) не позднее 23 часов 03 минут ДД.ММ.ГГГГ, приобрел у неустановленного следствием лица, банковскую карту &lt;иные данные&gt; №, для осуществления безналичного перевода, с целью личного обогащения. Далее, он (ФИО1) действуя согласно своему преступному плану, в точно неустановленное следствием время, но не позднее 23 часов 03 минут ДД.ММ.ГГГГ, находясь по адресу: &lt;адрес&gt; на своем ноутбуке зарегистрировался в социальной сети &lt;иные данные&gt;, под вымышленными данными, выставив при этом фото с женским изображением неустановленного следствием лица, в точно неустановленное следствием время, но не позднее 23 часов 03 минут ДД.ММ.ГГГГ, он (ФИО1) от имени вымышленного лица познакомился в ходе общения с ранее незнакомым ему И.С.А., с которым вступил в переписку в указанной выше социальной сети. После чего он (ФИО1) в ходе общения с целью реализации своего преступного умысла, предложил ранее не знакомому И.С.А. обменяться фотографиями интимного характера, и отправил при этом фотографии с женским обнаженным изображением, ранее приисканных им (ФИО1) на различных сайтах в сети интернет. После чего И.С.А. не осведомленный о его (ФИО1) преступных намерениях также отправил свои обнаженные фотоснимки. Далее он (ФИО1) с целью реализации своего преступного умысла получив от ранее не знакомого И.С.А. его обнаженные изображения, преследуя корыстную цель, не позднее 23 часов 03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4 000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&lt;адрес&gt;&lt;адрес&gt; и воспринимая его (ФИО1) угрозы реально и опасаясь их осуществления, ДД.ММ.ГГГГ примерно в 23 часа 03 минуты осуществил перевод в размере 4 000 рублей, с принадлежащего ему банковского счета №, банковской карты №, открытого и обслуживаемого в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После полученного вышеуказанного перевода он (ФИО1) продолжая реализовать свой единый преступный умысел, направленный на хищение чужого имущества, не позднее 23 часов 11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6 000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23 часа 11 минут осуществил перевод в размере 6 000 рублей, с принадлежащего ему банковского счета №, банковской карты №, открытого и обслуживаемого в &lt;адрес&gt; на банковскую карту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23 часов 18 минут ДД.ММ.ГГГГ, находясь по адресу: &lt;адрес&gt;&lt;адрес&gt;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23 часа 18 минут осуществил перевод в размере 10 000 рублей, с принадлежащего ему банковского счета №, банковской карты №, открытого и обслуживаемого в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23 часов 26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23 часа 26 минут осуществил перевод в размере 10 000 рублей, с принадлежащего ему банковского счета №, банковской карты №, открытого и обслуживаемого в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23 часов 50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23 часа 50 минут осуществил перевод в размере 10 000 рублей, с принадлежащего ему банковского счета №, банковской карты №, открытого и обслуживаемого в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23 часов 58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12 000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23 часа 58 минут осуществил перевод в размере 12 000 рублей, с принадлежащего ему банковского счета №, банковской карты №, открытого и обслуживаемого в &lt;иные данные&gt; и обслуживаемой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00 часов 17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18 000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00 часов 17 минут осуществил перевод в размере 18 000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11 часов 36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18 000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 и воспринимая его (ФИО1) угрозы реально и опасаясь их осуществления, ДД.ММ.ГГГГ примерно в 11 часов 36 минут осуществил перевод в размере 18 000 рублей, с принадлежащего ему банковского счета №, банковской карты №, открытого и обслуживаемого в &lt;иные данные&gt; по адресу: &lt;адрес&gt; на банковскую карту &lt;иные данные&gt; № с расчетным счетом №, открытым и обслуживаемым в дополнительном офисе &lt;иные данные&gt; № по адресу: &lt;адрес&gt;, и оформленным на имя неосведомленного о его (ФИО1) преступных действиях П.Р.А. Далее он (ФИО1) продолжая реализовать свой единый преступный умысел, направленный на хищение чужого имущества, не позднее 18 часов 42 минут ДД.ММ.ГГГГ, находясь по адресу: &lt;адрес&gt; в социальной сети &lt;иные данные&gt; от имени вымышленной девушки, под угрозой распространения сведений, позорящих И.С.А. выдвинул требования о передаче денежных средств в размере 10 000 рублей, а в случае не повиновения полученные им (ФИО1) фотоизображения будут отправлены всему списку контактов И.С.А. в социальной сети &lt;иные данные&gt;. После чего И.С.А. находясь по адресу: &lt;адрес&gt;&lt;адрес&gt; и воспринимая его (ФИО1) угрозы реально и опасаясь их осуществления, ДД.ММ.ГГГГ примерно в 18 часов 42 минут осуществил перевод в размере 10 000 рублей, с принадлежащего ему банковского счета №, банковской карты №, открытого и обслуживаемого в &lt;иные данные&gt; по адресу: &lt;адрес&gt; на банковскую карту № с расчетным счетом №, открытым и обслуживаемым в дополнительном офисе № по адресу: &lt;адрес&gt;, и оформленным на имя неосведомленного о его (ФИО1) преступных действиях П.Р.А. Таким образом, он (ФИО1) в период времени 23 часов 03 минут ДД.ММ.ГГГГ по 18 часов 42 минут ДД.ММ.ГГГГ, в то время когда потерпевший И.С.А. находился по адресу: &lt;адрес&gt; выдвинул требования о передаче чужого имущества, под угрозой распространения сведений, позорящих потерпевшего тем самым похитив принадлежащие И.С.А. денежные средства на общую сумму 98 000 рублей, причинив своими преступными действиями последнему материальный ущерб на указанную выше сумму. В судебном заседании подсудимый ФИО1 вину признал частично по преступлениям в отношении потерпевших С.Е.И. (в части переводов денежных средств на банковскую карту П.Р.А. с середины августа 2022 года), Ш.И.И., С.К.А. и И.С.А. ФИО1 указал, что в середине августа 2022 года подъехал к магазину &lt;иные данные&gt; по &lt;адрес&gt;, для покупки ноутбука. В магазине к нему подошел неизвестный мужчина, который предложил приобрести ноутбук за 15000 рублей. ФИО1 и неизвестный мужчина вышли на улицу, сели в автомобиль ФИО1, где мужчина достал из сумки ноутбук и предложил его осмотреть. ФИО1 включил ноутбук, он был без пароля, технически исправен, в Интернет выйти не смог, ввиду отрицательного баланса на сим-карте с номером №, вставленной в модем. Ноутбук устроил ФИО1 и он приобрел его у неизвестного мужчины в комплекте с зарядным устройством, сумкой, модемом за 15000 рублей. Никаких документов вместе с ноутбуком мужчина ФИО1 не передавал, расписок о передаче денежных средств в счет покупки ноутбука они не составляли, номерами телефонов не обменивались и более вышеуказанного мужчину ФИО1 не видел. При осмотре ноутбука дома, ФИО1 обнаружил на локальном диске учетные записи с логинами и паролями, личный кабинет модема, баланс которого пополнил через терминал и начал пользоваться им. На ноутбуке были фотографии и текстовые файлы, было установлено приложение &lt;иные данные&gt;, где ФИО1 обнаружил переписку с С.Е.И., прочитав которую понял, что общение ведется в доверительной форме, чем ФИО1 воспользовался и попросил материальной помощи у С.Е.И., на что последний ответил согласием и ФИО1 передал С.Е.И. реквизиты банковской карты &lt;иные данные&gt; П.Р.А. Денежные средства, переведенные С.Е.И. на банковскую карту П.Р.А., ФИО1 признает в полном объеме, обязуется возместить причиненный ущерб, приносит свои извинения. Относительно переводов денежных средств С.Е.И. на банковскую карту П.И.А. ФИО1 указал, что у него был взломан аккаунт мессенджера &lt;иные данные&gt;, привязанный к абонентскому номеру модема &lt;иные данные&gt;. Ущерб, причиненный С.Е.И. бывшим владельцем ноутбука, ФИО1 не признает. В последующем ФИО1 изучил информацию, которая хранилась на ноутбуке и примерно в октябре 2022 года решил попробовать заработать, используя хранящуюся в ноутбуке информацию. Для этого ФИО1 создал в социальной сети «Вконтакте» профиль девушки и загрузил в него фотографии, ранее скачанные из интернета, разместил несколько объявлений о знакомстве, после чего ему начали писать мужчины, он завязывал с ними общение от имени девушек, которое переходило в более откровенное, ФИО1 от имени девушек предлагал обмениваться интимными фотографиями, на что мужчины отвечали взаимностью. В октябре 2022 года на подобные объявления откликнулся С.К.В., который отправил ФИО1 фото интимного характера, после чего ФИО1 предложил «мирно» разрешить вопрос путем направления С.К.В. денежных средств, чтобы никто не увидел его фото интимного характера, на что С.К.В. согласился. С.К.В. осуществил два перевода на банковскую карту П.Р.А. на общую сумму 7000 рублей. ФИО1 раскаивается в содеянном, приносит извинения и обязуется возместить причиненный ущерб. В январе 2023 года на объявление о знакомстве откликнулся Ш.И.И., в ходе допроса ДД.ММ.ГГГГ ФИО1 дал признательные показания, которые подтверждает, просит извинения и так же обязуется возместить причиненный ущерб. Позднее, в мае 2023 года на объявление ФИО1 откликнулся И.С.А., который сделал несколько переводов на сумму 98000 рублей на карту П.Р.А. ФИО1 так же раскаивается в содеянном, приносит извинения и обязуется возместить причиненный ущерб. ФИО1 так же пояснил в судебном заседании, что женские аккаунты используемые им для общения с мужчинами он приобретал в сети Интернет и не имел в своем пользовании банковские карты на имя В.Е.А., П.И.А., Ф.М.А., Л.М.Е., а так же номер телефона № на имя Г.И.Р. Кроме того, ФИО1 указал, что новых текстовых шаблонов в ноутбуке &lt;иные данные&gt; он не создавал, а использовал уже имеющиеся. Все поступившие на банковскую карту П.Р.А. денежные средства от потерпевших ФИО1 снимал сразу же в ближайшем банкомате, обычно по адресу &lt;адрес&gt;. ФИО1 так же пояснил суду, что был задержан ДД.ММ.ГГГГ, был ограничен в передвижении и доставлен ДД.ММ.ГГГГ в &lt;адрес&gt;, ДД.ММ.ГГГГ ночью он с оперативными сотрудниками прибыл в &lt;адрес&gt;, где был задержан в порядке ст. 91 УПК РФ . Ввиду наличия существенных противоречий, в соответствии с п.1 ч.1 ст. 276 УПК РФ были оглашены показания ФИО1, данные им на стадии предварительного расследования. Из показаний ФИО1 в качестве подозреваемого и обвиняемого от ДД.ММ.ГГГГ следует, что в середине 2022 года его материальное положение было нестабильно, он нашел на одном из сайтов в сети Интернет способ нелегального заработка, путем создания в социальных сетях анкет от имени девушек, знакомства с мужчинами, получения у них интимных фотографий, под предлогом последующего вступления в интимную связь и последующего вымогательства у них денежных средств под угрозой распространения данных фотографий. ФИО1 осознавал, что данные действия являются преступлением, за которое предусмотрено уголовное наказание. ФИО1 заказал на одном из сайтов в сети Интернет сим карту, зарегистрированную на неизвестное ему лицо, с абонентским номером №, создал ряд различных страниц с вымышленными данными от имени девушек в социальной сети &lt;иные данные&gt;, которые специализируются знакомствами между мужчинами и женщинами. ФИО1 от имени девушек выкладывал объявления о знакомстве, при этом создавал страницу и выкладывал женские фотографии, которые до этого скачал из Интернета. Ему начинали писать мужчины с целью знакомства, ФИО1 сразу им отвечал и они начинали общение, которое переходило в более откровенное. Так, в ходе общения ФИО1 от имени девушек отправлял мужчинам интимные фотографии, найденные им в сети Интернет, в ответ просил направлять взаимно фотографии интимного характера, обещая интимную связь от вымышленной девушки, от лица которой он вел общение. После того как ФИО1 знакомился от лица девушки с мужчиной, он переходил на общение в мессенджере &lt;иные данные&gt;. После того, как мужчины направляли ему фотографии интимного характера, ФИО1 сохранял их профили, находил их знакомых и друзей в социальных сетях и под угрозой распространения им данных фотографий требовал денежные средства в размере от 5 000 рублей до 20 000 рублей. О том, кому какую сумму выдвинуть в требованиях, ФИО1 решал всегда по разному в зависимости от самого мужчины, социальный статус данных мужчин он узнавал по перепискам. После того, как мужчина готов был перечислить ему денежные средства, ФИО1 отправлял в переписках реквизиты банковской карты для перевода денежных средств, либо абонентский номер телефона. Как правило, денежные средства переводили на номер телефона №, принадлежащий оператору сотовой связи &lt;иные данные&gt;, которые в дальнейшем ФИО1 выводил на банковскую карту №, оформленную на его &lt;иные данные&gt; П.Р.А., который не был осведомлен о преступных действиях ФИО1 Данной деятельностью ФИО1, в основном, занимался в вечернее время со своего ноутбука &lt;иные данные&gt;, который находился на работе по адресу: &lt;адрес&gt; ноутбук был изъят в ходе производства обыска. Денежные средства от вышеуказанной деятельности ФИО1 выводил на свои личные банковские карты &lt;иные данные&gt;, &lt;иные данные&gt; Примерно с января 2023 года, ФИО1 разместил объявление в социальной сети &lt;иные данные&gt; о знакомстве от вымышленной девушки по имени &lt;иные данные&gt; на данное объявление откликнулся ранее ему незнакомый Ш.И.И., с которым они начали переписываться. После того, как их общение перешло в более близкое, ФИО1 стал отправлять Ш.И.И. фото интимного характера, которые находил в интернете, на что Ш.И.И. в ответ присылал свои фотографии интимного характера. В последующем, ФИО1 стал говорить Ш.И.И., что перешлет его фото интимного характера его друзьям, если тот ему не перечислит денежные средства, на что Ш.И.И. испугался и решил перечислять денежные средства в сумме, которая ему озвучивалась, на номер банковской карты &lt;иные данные&gt; его &lt;иные данные&gt; П.Р.А. После того, как Ш.И.И. перечислил ФИО1 денежные средства, ФИО1 понял, что Ш.И.И. переживает за свою репутацию и он сможет похитить как можно больше с учетом сохраненных интимных фотографий Ш.И.И.. Таким образом, Ш.И.И. перечислял ему в период с начала января 2023 года до ДД.ММ.ГГГГ денежные средства. ДД.ММ.ГГГГ, ФИО1 находился по адресу: &lt;адрес&gt; где продолжал вести общение от девушки по имени К. с мужчиной по имени Ш.И.И. и снова намеревался получить денежные средства, однако никакой суммы конкретно ему не называл, Ш.И.И. сам изъявил желание отправить ему 80 000 рублей, так как сказал, что «закрыл какой - то большой контракт» ФИО1 не успел ничего ему ответить, так как был задержан сотрудниками полиции. После поступления денежных средств на банковскую карту его брата П.Р.А., ФИО1 шел к ближайшему банковскому автомату &lt;иные данные&gt;, чаще по адресу: &lt;адрес&gt; где обналичивал полученные преступным путем денежные средства и тратил их на собственные нужды, эти действия он совершал максимально быстро, так как боялся, что поступившие денежные средства могут быть заблокированы (т.1 л.д.196-200, 205-208). При допросе в качестве обвиняемого ДД.ММ.ГГГГ ФИО1 дал показания аналогичные озвученным им в судебном заседании (т.8 л.д. 86-93). Оглашенные показания подсудимый ФИО1 подтвердил в полном объеме. Проанализировав показания ФИО1, данные им в судебном заседании и на стадии предварительного расследования суд отмечает, что его показания в части, касающейся обстоятельств даты начала переписки с потерпевшими, являются непоследовательными и противоречивыми. Так, будучи допрошенным в качестве подозреваемого ДД.ММ.ГГГГ ФИО1 указывал, что о способе заработка путем вымогательства денежных средств за нераспространение фотографий интимного характера через создание в социальных сетях анкет от имени девушек, он узнал в середине 2022 года, при этом не указывал об обстоятельствах приобретения ноутбука &lt;иные данные&gt; который использовал в качестве средства совершения преступлений. В судебном заседании и при допросе в качестве обвиняемого от ДД.ММ.ГГГГ ФИО1 указывал о приобретении ноутбука &lt;иные данные&gt; в середине августа 2022 года у неустановленного лица с уже имевшейся на нем информацией, касающейся обстоятельств преступлений с 2020 года по август 2022 года, отрицая свою причастность к совершению преступлений в отношении потерпевших С.Е.И. с ДД.ММ.ГГГГ до ДД.ММ.ГГГГ, Ч.Н.А., Т.И.С., П.В.А., Г.В.И., В.М.В., Н.А.Д. Кроме того, ни на стадии предвариетльного расследования, ни в судебном заседании до постановки председательствующим вопроса о переводах денежных средств потерпевшим С.Е.И. на банковскую карту П.И.А., ФИО1 самостоятельно не указывал о взломах мессенджера &lt;иные данные&gt;, используемого им в целях совершения преступлений в отношении потерпевших. Суд находит позицию ФИО1 об отрицании своей причастности к преступлениям в период до ДД.ММ.ГГГГ а так же связанных с перечислением потерпевшими денежных средств на банковские карты В.Е.А., П.И.А., Л.М.Е., Ф.М.А., киви-кошелек С.А.В. и абонентский номер Г.И.Р., противоречащей установленным в судебном заседании обстоятельствам и направленной в собственную защиту во избежание привлечения к уголовной ответственности за совершенные преступления. Доказательствами совершения ФИО1 преступлений являются следующие доказательства: Преступление в отношении потерпевшего С.Е.И.: В заявлении от ДД.ММ.ГГГГ в адрес &lt;иные данные&gt;, С.Е.И. просит привлечь к уголовной ответственности неизвестное лицо, которое с июня 2020 года по ДД.ММ.ГГГГ требовало от него денежные средства в размере более 250000 рублей, под предлогом нераспространения сведений о нем в Интернете, порочащих его честь и достоинство, причиненный ущерб является для него значительным (т.2 л.д.4). Из показаний потерпевшего С.Е.И., оглашенных в порядке ч.1 ст. 281 УПК РФ следует, что в июне 2020 года в социальной сети &lt;иные данные&gt; он познакомился с девушкой, данные которой не помнит. В ходе общения девушка выразила желание встречаться с ним, но перед этим предложила обменяться интимными фотографиями. Девушка начала присылать свои интимные фотографии, где была полностью обнажена, и С.Е.И. решил отправить данной девушке, по ее просьбе, несколько своих интимных фотографий, где он изображен в полный рост, а также фотографию своего полового члена. После этого девушка заблокировала его, а также удалила все их переписку. Примерно через 30 минут, с профиля &lt;иные данные&gt; страницы № ему поступили требования имущественного характера от неизвестного лица, которое потребовало перевода ему денежных средств в размере 30 000 рублей, в случае отказа угрожал отправить фотографии интимного характера С.Е.И. всему его списку друзей в социальной сети &lt;иные данные&gt; с комментарием непристойного содержания, что опорочит его честь и достоинство. С.Е.И. очень испугался и подчинился предъявленным требованиям и осуществил перевод денежных средств в размере 5 000 рублей, большей суммы у него не было, по номеру &lt;иные данные&gt; №, получатель «Е. А.В.П.». Начиная с ДД.ММ.ГГГГ по ДД.ММ.ГГГГ ему периодически писали сообщения неизвестные лица с различных профилей в социальной сети &lt;иные данные&gt;&lt;иные данные&gt; с абонентского номера № с угрозами, что если С.Е.И. не будет переводить раз в месяц денежные средства в размере от 30 000 рублей до 40 000 рублей, то его фотографии интимного характера будут распространены в социальной сети &lt;иные данные&gt; с комментарием непристойного содержания, что опорочит его честь и достоинство. С.Е.И. испугался реализации угроз и распространения данной информации и каждый месяц переводил со своих банковских карт &lt;иные данные&gt; №, № денежные средства в размере около 25 000 рублей на банковские карты: &lt;иные данные&gt; №, получатель Е. А.В.П., №, получатель И. А.П.П., №, а также по номеру телефона №. Вышеуказанное лицо периодически выдвигало просьбы о переводе денежных средств под предлогом лечение ребенка. С.Е.И. переводил денежные средства, так как опасался реализации угроз о распространении его интимных фотографий, что может нанести существенный вред его интересам и опорочить его честь и достоинство. За период времени с июня 2020 года по ДД.ММ.ГГГГ им с принадлежащих ему банковских карт осуществлены переводы денежных средств на общую сумму свыше 250 000 рублей, чем ему причинен значительный материальный ущерб. В момент поступления к С.Е.И. требований о переводе денежных средств, он находился по адресу: &lt;адрес&gt;, откуда осуществлял переводы денежных средств (т.2. л.д.11-13, т.10 л.д.115-116). Скриншоты переписки социальной сети &lt;иные данные&gt;, представленной потерпевшим С.Е.И. с ДД.ММ.ГГГГ подтверждают выдвижение в его адрес требований от различных лиц с удаленных страниц в сети Интернет о перечислении денежных средств с отчетом в виде чека перевода, с угрозами распространения интимных фотографий списку контактов С.Е.И. При этом текстовые файлы переписки совпадают с содержанием текстовых шаблонов, обнаруженных при осмотре ноутбука, изъятого у ФИО1 (т.2 л.д.54-98). Допрошенная в судебном заседании свидетель П.И.А. указала, что года 2-3 назад, зимой или весной, в общей компании знакомых ее бывший молодой человек познакомил ее с ФИО1 На тот момент в пользовании П.И.А. была банковская карта &lt;иные данные&gt;, которую она оформляла в &lt;адрес&gt; и пользовалась на момент знакомства с ФИО1 около полугода-года. ФИО1 попросил у нее ее банковскую карту &lt;иные данные&gt; для использования, П.И.А. отдала ему банковскую карту и больше ее не видела, для каких нужд банковская карта была необходима ФИО1 не уточняла. О поступлениях денежных средств на ее банковскую карту от потерпевшего С.Е.И. П.И.А. не знала. В соответствии с ч.3 ст. 281 УПК РФ были оглашены показания свидетеля П.И.А., из которых следует, что весной 2023 года к ней обратился ее знакомый ФИО1 и попросил ее банковскую карту &lt;иные данные&gt;, так как знал, что П.И.А. ею не пользуется. П.И.А. отдала свою банковскую карту ФИО1 Суд находит показания П.И.А., данные ею на стадии следствия и в судебном заседании взаимодополняющими, а противоречия, связанные с датой передачи банковской карты ФИО1, связывает с давностью произошедших событий. Из протокола осмотра от ДД.ММ.ГГГГ ноутбука марки &lt;иные данные&gt;,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 которой имеется папка &lt;иные данные&gt; внутри которой расположена папка &lt;иные данные&gt;. При осмотре содержимого папки &lt;иные данные&gt; обнаружены 4 мужские фотографии интимного характера с пометкой профиля социальной сети &lt;иные данные&gt; - «Е.» и скриншотами переводов денежных средств ДД.ММ.ГГГГ, ДД.ММ.ГГГГ, ДД.ММ.ГГГГ, ДД.ММ.ГГГГ на банковскую карту, заканчивающуюся на № – 5000 рублей, 5000 рублей, 4000 рублей, 4000 рублей. Кроме того, в папке &lt;иные данные&gt; имеется текстовый файл с информацией об указании &lt;иные данные&gt; профиля в социальной сети &lt;иные данные&gt; С.Е.И. и списка его &lt;иные данные&gt; При осмотре содержимого локального диске D в папке «Новая папка» обнаружена папка «Рабочий стол!» обнаружена папка «Текст», в которой имеются текстовые файлы &lt;иные данные&gt; в которых содержатся шаблоны переписки интимного характера, побуждающие к обмену фотографиями интимного содержания с обязательным изображением лица человека; текстовые шаблоны угроз, содержащих возможность «испортить жизнь, изменить отношение родственников, друзей», с указанием тарифа «для всех» за нераспространение фотографий в сумме 30000 рублей с указанием реквизитов банковских карт № (банковская карта на имя В.Е.А.); № (банковская карта на имя П.Р.А.); № (банковская карта на имя П.И.А. (т.2 л.д.154-174, т.10 л.д.201-218). Согласно выпискам движения денежных средств по банковской карте &lt;иные данные&gt; № на имя С.Е.И., а так же выпискам по банковским картам на имя П.Р.А. и П.И.А., подтверждается осуществление следующих операций перевода С.Е.И. денежных средств: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банковскую карту &lt;иные данные&gt; № В.Е.А. ДД.ММ.ГГГГ в 14 часов 19 минут в размере 4 000 рублей, ДД.ММ.ГГГГ в 14 часов 21 минуту в размере 1000 рублей ДД.ММ.ГГГГ, в 16 часов 50 минут в размере 5 000 рублей, ДД.ММ.ГГГГ, в 16 часов 29 минут в размере 2 000 рублей, ДД.ММ.ГГГГ, в 19 часов 02 минуты, в размере 2 000 рублей, ДД.ММ.ГГГГ, в 16 часов 51 минуты, в размере 4 000 рублей, ДД.ММ.ГГГГ, в 19 часов 42 минут, в размере 1 000 рублей, ДД.ММ.ГГГГ, в 21 час 37 минут, в размере 1 500 рублей ДД.ММ.ГГГГ, в 15 часов 57 минут, в размере 1 500 рублей, ДД.ММ.ГГГГ, в 16 часов 36 минут, в размере 2 500 рублей, ДД.ММ.ГГГГ, в 16 часов 39 минут, в размере 1 000 рублей. ДД.ММ.ГГГГ, в 12 часов 59 минут, в размере 2 000 рублей, ДД.ММ.ГГГГ, в 16 часов 44 минут, в размере 1 000 рублей, ДД.ММ.ГГГГ, в 18 часов 36 минут, в размере 10 000 рублей, ДД.ММ.ГГГГ, в 19 часов 08 минут, в размере 7 000 рублей, ДД.ММ.ГГГГ, в 20 часов 10 минут, в размере 1 000 рублей, ДД.ММ.ГГГГ, в 17 часов 03 минуты, в размере 2 000 рублей, ДД.ММ.ГГГГ, в 16 часов 39 минут, в размере 2 500 рублей, ДД.ММ.ГГГГ в 18 часов 43 минуты, в размере 5 000 рублей, ДД.ММ.ГГГГ, в 19 часов 01 минуту в размере 3 000 рублей, ДД.ММ.ГГГГ, в 18 часов 47 минут в размере 2 000 рублей, ДД.ММ.ГГГГ, в 18 часов 28 минут в размере 3 000 рублей, ДД.ММ.ГГГГ, в 16 часов 07 минут в размере 5 000 рублей, ДД.ММ.ГГГГ, в 21 час 58 минут в размере 2 000 рублей, ДД.ММ.ГГГГ, в 18 часов 49 минут в размере 5 000 рублей, ДД.ММ.ГГГГ, в 15 часов 57 минут в размере 4 000 рублей, ДД.ММ.ГГГГ, в 18 часов 42 минут в размере 2 000 рублей, ДД.ММ.ГГГГ, в 15 часов 24 минуты в размере 5 000 рублей, ДД.ММ.ГГГГ, в 20 часов 54 минуты в размере 2 000 рублей, ДД.ММ.ГГГГ, в 19 часов 55 минуты в размере 2 000 рублей, ДД.ММ.ГГГГ, в 16 часов 07 минут в размере 3 000 рублей, ДД.ММ.ГГГГ, в 20 часов 08 минут в размере 2 000 рублей, ДД.ММ.ГГГГ, в 17 часов 36 минут в размере 5 000 рублей, ДД.ММ.ГГГГ, в 18 часов 39 минут в размере 4 000 рублей, ДД.ММ.ГГГГ, в 18 часов 29 минут в размере 3 000 рублей, ДД.ММ.ГГГГ, в 18 часов 31 минуту в размере 5 100 рублей, ДД.ММ.ГГГГ, в 18 часов 47 минут в размере 2 000 рублей, ДД.ММ.ГГГГ, в 19 часов 28 минут в размере 5 000 рублей, ДД.ММ.ГГГГ, в 21 час 16 минут в размере 5 000 рублей, ДД.ММ.ГГГГ, в 15 часов 24 минуты в размере 5 000 рублей, ДД.ММ.ГГГГ, в 17 часов 56 минут в размере 4 000 рублей, ДД.ММ.ГГГГ, в 17 часов 10 минут в размере 3 000 рублей, ДД.ММ.ГГГГ, в 15 часов 38 минут в размере 3 000 рублей, ДД.ММ.ГГГГ, в 17 часов 57 минут в размере 1 000 рублей, ДД.ММ.ГГГГ, в 15 часов 56 минут в размере 9 000 рублей, ДД.ММ.ГГГГ, в 18 часов 13 минут в размере 5 000 рублей, ДД.ММ.ГГГГ, в 19 часов 58 минут в размере 2 000 рублей, ДД.ММ.ГГГГ, в 20 часов 49 минут в размере 3 000 рублей, ДД.ММ.ГГГГ, в 17 часов 45 минут в размере 10 000 рублей, ДД.ММ.ГГГГ, в 18 часов 53 минуты в размере 5 000 рублей, ДД.ММ.ГГГГ, в 21 час 09 минут в размере 5 000 рублей, ДД.ММ.ГГГГ, в 12 часов 53 минуты в размере 3 000 рублей, ДД.ММ.ГГГГ, в 23 часа 07 минут в размере 5 000 рублей, ДД.ММ.ГГГГ, в 18 часов 23 минуты в размере 5 000 рублей, ДД.ММ.ГГГГ, в 21 час 16 минут в размере 3 000 рублей, ДД.ММ.ГГГГ, в 17 часов 55 минут в размере 5 000 рублей, ДД.ММ.ГГГГ, в 18 часов 28 минут в размере 5 000 рублей, ДД.ММ.ГГГГ, в 20 часов 39 минут в размере 2 000 рублей, ДД.ММ.ГГГГ, в 18 часов 55 минут в размере 5 000 рублей, ДД.ММ.ГГГГ, в 20 часов 48 минут в размере 5 000 рублей, ДД.ММ.ГГГГ, в 22 часа 15 минут в размере 5 000 рублей, ДД.ММ.ГГГГ, в 20 часов 34 минуты в размере 5 000 рублей, ДД.ММ.ГГГГ, в 19 часов 43 минуты в размере 5 000 рублей, ДД.ММ.ГГГГ, в 15 часов 45 минут в размере 5 000 рублей, ДД.ММ.ГГГГ, в 20 часов 13 минут в размере 2 000 рублей, ДД.ММ.ГГГГ, в 19 часов 16 минут в размере 3 000 рублей, ДД.ММ.ГГГГ, в 21 час 45 минут в размере 3 000 рублей, ДД.ММ.ГГГГ, в 18 часов 33 минуты в размере 4 000 рублей, ДД.ММ.ГГГГ, в 16 часов 07 минут в размере 4 000 рублей, ДД.ММ.ГГГГ, в 18 часов 39 минут в размере 5 000 рублей, ДД.ММ.ГГГГ, в 16 часов 23 минуты в размере 10 000 рублей, ДД.ММ.ГГГГ, в 15 часов 03 минуты в размере 5 000 рублей, ДД.ММ.ГГГГ, в 20 часов 43 минуты в размере 5 000 рублей, ДД.ММ.ГГГГ, в 18 часов 22 минуты в размере 2 000 рублей, ДД.ММ.ГГГГ, в 22 часа 24 минуты в размере 1 000 рублей, ДД.ММ.ГГГГ, в 18 часов 18 минут в размере 1 000 рублей, ДД.ММ.ГГГГ, в 19 часов 28 минут в размере 2 000 рублей, ДД.ММ.ГГГГ, в 20 часов 48 минут в размере 3 000 рублей, ДД.ММ.ГГГГ, в 23 часа 14 минут в размере 3 000 рублей, ДД.ММ.ГГГГ, в 18 часов 38 минут в размере 3 000 рублей, ДД.ММ.ГГГГ, в 18 часов 37 минут в размере 2 000 рублей, ДД.ММ.ГГГГ, в 21 час 40 минут в размере 4 000 рублей, ДД.ММ.ГГГГ, в 22 часа 11 минут в размере 1 000 рублей, ДД.ММ.ГГГГ, в 20 часов 41 минуту в размере 2 500 рублей, ДД.ММ.ГГГГ, в 22 часа 36 минут в размере 500 рублей, ДД.ММ.ГГГГ, в 22 часа 21 минуту в размере 2 000 рублей, ДД.ММ.ГГГГ, в 18 часов 22 минуты в размере 5 000 рублей, ДД.ММ.ГГГГ, в 22 часа 30 минуты в размере 10 000 рублей, ДД.ММ.ГГГГ, в 14 часов 28 минут в размере 4 000 рублей, ДД.ММ.ГГГГ, в 22 часа 49 минут в размере 3 000 рублей, ДД.ММ.ГГГГ, в 19 часов 44 в размере 2 000 рублей, ДД.ММ.ГГГГ в 19 часов 28 минут в размере 5 000 рублей, ДД.ММ.ГГГГ, в 14 часов 25 минут в размере 3 000 рублей, ДД.ММ.ГГГГ, в 20 часов 24 минуты в размере 4 000 рублей, ДД.ММ.ГГГГ, в 21 час 31 минуту в размере 2 000 рублей, ДД.ММ.ГГГГ, в 15 часов 09 минут в размере 3 000 рублей, ДД.ММ.ГГГГ, в 18 часов 34 минуты в размере 2 000 рублей, ДД.ММ.ГГГГ, в 13 часов 23 минуты осуществил в размере 5 000 рублей, ДД.ММ.ГГГГ, в 21 час 10 минут в размере 2 000 рублей, ДД.ММ.ГГГГ, в 19 часов 51 минуту в размере 3 000 рублей, ДД.ММ.ГГГГ, в 22 часа 35 минут в размере 5 000 рублей, ДД.ММ.ГГГГ, в 20 часов 14 минут в размере 3 000 рублей, ДД.ММ.ГГГГ, в 21 час 41 минуту в размере 2 000 рублей, ДД.ММ.ГГГГ, в 23 часа 10 минут в размере 1 000 рублей, ДД.ММ.ГГГГ, в 17 часов 16 минут в размере 1 000 рублей, ДД.ММ.ГГГГ, в 20 часов 24 минуты в размере 5 000 рублей, ДД.ММ.ГГГГ, в 20 часов 51 минуту в размере 3 000 рублей, ДД.ММ.ГГГГ, в 19 часов 08 минут в размере 4 000 рублей, ДД.ММ.ГГГГ, в 21 час 15 минут в размере 1 000 рублей, ДД.ММ.ГГГГ, в 19 часов 48 минут в размере 3 000 рублей, ДД.ММ.ГГГГ, в 20 часов 08 минут в размере 1 000 рублей, ДД.ММ.ГГГГ, в 19 часов 42 минуты в размере 2 000 рублей, ДД.ММ.ГГГГ, в 23 часа 12 минут в размере 3 000 рублей, ДД.ММ.ГГГГ, в 18 часов 25 минут в размере 1 000 рублей, ДД.ММ.ГГГГ, в 19 часов 10 минут в размере 1 000 рублей, ДД.ММ.ГГГГ, в 18 часов 25 минут в размере 1 000 рублей, ДД.ММ.ГГГГ, в 23 часа 34 минуты в размере 5 000 рублей, ДД.ММ.ГГГГ, в 23 часа 29 минут в размере 2 000 рублей, ДД.ММ.ГГГГ, в 20 часов 10 минут в размере 5 000 рублей, ДД.ММ.ГГГГ, в 22 часа 35 минут в размере 4 000 рублей, ДД.ММ.ГГГГ, в 22 часа 06 минут в размере 3 000 рублей, ДД.ММ.ГГГГ, в 22 часа 14 минут в размере 7 000 рублей, ДД.ММ.ГГГГ, в 22 часа 14 минут в размере 4 000 рублей, ДД.ММ.ГГГГ, в 21 час 35 минут в размере 3 000 рублей, ДД.ММ.ГГГГ, в 17 часов 10 минут в размере 3 000 рублей, ДД.ММ.ГГГГ, в 21 час 07 минут в размере 1 000 рублей, ДД.ММ.ГГГГ, в 17 час 53 минуты в размере 5 000 рублей, ДД.ММ.ГГГГ, в 20 часов 42 минуты в размере 3 000 рублей, ДД.ММ.ГГГГ, в 17 часов 23 минуты в размере 5 000 рублей, ДД.ММ.ГГГГ, в 20 часов 46 минуты в размере 2 000 рублей, ДД.ММ.ГГГГ, примерно в 20 часов 41 минуту в размере 3 000 рублей, ДД.ММ.ГГГГ, в 21 часа 54 минуты в размере 3 000 рублей, ДД.ММ.ГГГГ, в 18 часов 49 минут в размере 5 000 рублей, ДД.ММ.ГГГГ, в 21 час 38 минут в размере 3 000 рублей, ДД.ММ.ГГГГ, в 21 час 37 минут о в размере 2 000 рублей, ДД.ММ.ГГГГ, в 22 часа 12 минут в размере 4 000 рублей, ДД.ММ.ГГГГ, в 20 часов 29 минут в размере 2 000 рублей, ДД.ММ.ГГГГ, в 21 час 57 минут в размере 3 000 рублей, ДД.ММ.ГГГГ, в 14 часов 18 минут в размере 2 000 рублей, ДД.ММ.ГГГГ, в 15 часов 39 минут в размере 4 000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банковскую карту &lt;иные данные&gt; № П.Р.А. ДД.ММ.ГГГГ, в 20 часов 17 минут в размере 5 000 рублей, ДД.ММ.ГГГГ, в 22 часа 34 минуты в размере 4 000 рублей, ДД.ММ.ГГГГ, в 21 час 50 минут в размере 5 000 рублей, ДД.ММ.ГГГГ, в 20 часов 32 минуты в размере 5 000 рублей, ДД.ММ.ГГГГ, в 22 часа 32 минуты в размере 3 000 рублей, ДД.ММ.ГГГГ, в 22 часа 34 минуты в размере 2 000 рублей, ДД.ММ.ГГГГ, в 20 часа 28 минут в размере 5 000 рублей, ДД.ММ.ГГГГ, в 21 час 06 минут в размере 3 500 рублей, ДД.ММ.ГГГГ, в 00 часов 25 минут в размере 4 000 рублей, ДД.ММ.ГГГГ, в 00 часов 00 минут в размере 3 000 рублей, ДД.ММ.ГГГГ, в 18 часов 24 минут в размере 5 000 рублей, ДД.ММ.ГГГГ, в 19 часов 15 минут в размере 5 000 рублей, ДД.ММ.ГГГГ, в 20 часов 25 минут в размере 5 000 рублей, ДД.ММ.ГГГГ, в 17 часов 17 минут в размере 7 000 рублей, ДД.ММ.ГГГГ, в 21 час 17 минут в размере 5 000 рублей, ДД.ММ.ГГГГ, в 20 часов 09 минут в размере 3 000 рублей, ДД.ММ.ГГГГ, в 19 часов 14 минут в размере 5 000 рублей, ДД.ММ.ГГГГ, в 18 часов 59 минут в размере 5 000 рублей, ДД.ММ.ГГГГ, в 19 часов 48 минуту в размере 4 000 рублей, ДД.ММ.ГГГГ, в 21 час 07 минут в размере 5 000 рублей, ДД.ММ.ГГГГ, в 13 часов 29 минут в размере 5 000 рублей, ДД.ММ.ГГГГ, в 18 часов 27 минут в размере 7 000 рублей, ДД.ММ.ГГГГ, в 18 часов 25 минут в размере 5 000 рублей, ДД.ММ.ГГГГ, в 17 часов 20 минут в размере 7 000 рублей, ДД.ММ.ГГГГ, в 18 часов 32 минут в размере 3 000 рублей, ДД.ММ.ГГГГ, в 20 часов 11 минут в размере 5 000 рублей, ДД.ММ.ГГГГ, в 19 часов 15 минут в размере 4 000 рублей, ДД.ММ.ГГГГ, в 17 часов 06 минут в размере 8 000 рублей, ДД.ММ.ГГГГ, в 17 часов 34 минуты в размере 2 000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банковскую карту &lt;иные данные&gt; № П.И.А.: ДД.ММ.ГГГГ, в 18 часов 32 минуты в размере 5 000 рублей, ДД.ММ.ГГГГ, в 19 часов 43 минуты в размере 5 000 рублей, ДД.ММ.ГГГГ, в 16 часов 19 минут в размере 4 000 рублей, ДД.ММ.ГГГГ, в 18 часов 41 минуту в размере 5 000 рублей, ДД.ММ.ГГГГ, в 21 час 07 минут в размере 4 000 рублей, ДД.ММ.ГГГГ, в 12 часов 55 минут в размере 3 000 рублей, ДД.ММ.ГГГГ, в 21 час 52 минуты в размере 2 000 рублей, ДД.ММ.ГГГГ, в 21 час 48 минут в размере 2 000 рублей, ДД.ММ.ГГГГ, в 22 часа 24 минуты в размере 4 000 рублей, ДД.ММ.ГГГГ, в 20 часов 26 минут в размере 1 000 рублей, ДД.ММ.ГГГГ, в 16 часов 28 минут в размере 5 000 рублей, ДД.ММ.ГГГГ, в 21 час 09 минут в размере 4 000 рублей, ДД.ММ.ГГГГ, в 21 час 20 минут в размере 5 000 рублей, ДД.ММ.ГГГГ, в 18 часов 55 минут в размере 4 000 рублей. Всего, в период с 14 часов 19 минут ДД.ММ.ГГГГ по 18 часов 55 минут ДД.ММ.ГГГГ, под угрозой распространения сведений позорящих его, С.Е.И. перечислил на банковские карты, находящиеся в пользовании ФИО1 666 600 рублей (т.5 л.д.85-90, 92-107, 108-250, т.6 л.д.1-260, т.7 л.д.1-235, т.7 л.д.2-29). Аналогичные сведения о поступлении денежных средств от С.Е.И. на банковскую карту № на имя В.Е.А. отражены и в протоколе осмотра от ДД.ММ.ГГГГ – ответа из &lt;иные данные&gt; по движению денежных средств по банковскому счету на имя В.Е.А. (т.2 л.д.195-197). Преступление в отношении потерпевшего Ч.Н.А.: В заявлении на имя &lt;иные данные&gt;, Ч.Н.А. ДД.ММ.ГГГГ просит привлечь к уголовной ответственности неизвестное лицо, которое требовало с него денежные средства в размере 10 000 рублей, под предлогом распространения сведений, порочащих его честь и достоинство и причинило ему ущерб в размере 10 000 рублей (т.3 л.д.197). Из показаний потерпевшего Ч.Н.А., оглашенных в порядке ч.1 ст. 281 УПК РФ следует, что ДД.ММ.ГГГГ, в сети Интернет, на сайте для знакомств &lt;иные данные&gt; он познакомился с девушкой, данные которой не помнит. В ходе общения девушка сообщила о своем желании встретиться с Ч.Н.А. и перед встречей предложила обменяться интимными фотографиями и начала присылать свои интимные фотографии, где была полностью обнажена. Ч.Н.А. в ответ решил отправить по просьбе данной девушки несколько своих интимных фотографий, а также фотографию своего полового члена. После получения фотографий, девушка заблокировала его, удалила всю переписку. Примерно через 30 минут, в социальной сети &lt;иные данные&gt;, с профиля девушки, данные которой не помнит, Ч.Н.А. поступили требования имущественного характера с требованием перевода денежных средств в размере 10 000 рублей, а в случае отказа - фотографии интимного характера Ч.Н.А. будут отправлены всему его списку контактов в социальной сети &lt;иные данные&gt; с комментарием, непристойного содержания, что опорочит его честь и достоинство. Ч.Н.А. очень испугался реализации вышеуказанных угроз и распространения данной информации и подчинился предъявляемым требованиям, осуществил перевод имеющихся денежных средств в размере 2 000 рублей со своей банковской карты &lt;иные данные&gt; № по номеру карты № После чего неизвестное лицо, снова потребовало перевести денежные средства, пояснив, что полный платеж, за нераспространение информации порочащей его честь и достоинство составляет 10 000 рублей и после перевода денежных средств информация будет удалена. Ч.Н.А. воспринимал угрозы неизвестного лица как реальные и подчинился и перевел еще 3 000 рублей со своей банковской карты &lt;иные данные&gt; №, по номеру карты №. На следующий день - ДД.ММ.ГГГГ, данное лицо вновь угрожало распространить фотографии в случае отказа перевода денег в сумме 5000 рублей, и воспринимая высказанные угрозы неизвестного лица как реальные Ч.Н.А. вновь подчинился и перевел еще 5 000 рублей со своей банковской карты № на карту &lt;иные данные&gt; №. После последнего перевода денежных средств Ч.Н.А. прекратил общение и удалил свой профиль социальной сети &lt;иные данные&gt;, больше никаких требований ему не поступало. Всего он осуществил 3 перевода денежных средств на общую сумму 10 000 рублей. В момент поступления Ч.Н.А. требований о переводах и непосредственно при переводе денежных средств он находился по адресу: &lt;адрес&gt;. (т.3 л.д. 204-205, т.10 л.д.148-149). Индивидуальная выписка, представленная потерпевшим Ч.Н.А., подтверждает осуществление им переводов денежных средств со своей банковской карты №», заканчивающуюся на № на имя М. Е.Л., ДД.ММ.ГГГГ в 22 часа 02 минуты - 2000 рублей, ДД.ММ.ГГГГ в 22 часа 58 минут - 3000 рублей и ДД.ММ.ГГГГ в 10 часов - 5000 рублей (т.3 л.д.199)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«Рабочий стол!», в которой обнаружена папка «Текст», в текстовом файле &lt;иные данные&gt; имеется текстовый шаблон с указанием номера банковской карты № (банковская карта на имя Л.М.Е.) (т.10 л.д.201-218). Из выписки по банковской карте №, выпущенной ДД.ММ.ГГГГ на имя Л.М.Е. следует, что на вышеуказанную карту поступили следующие переводы от Ч.Н.А.: ДД.ММ.ГГГГ в 20 часов 02 минуты перевод в сумме 2000 рублей, ДД.ММ.ГГГГ в 22 часа 68 минут перевод в сумме 3000 рублей, ДД.ММ.ГГГГ в 10 часов 00 минут 5000 рублей (т.7 л.д.61-69). Аналогичные сведения об осуществленных переводах на имя Л.М.Е. от Ч.Н.А. отражены и в выписке по банковской карте &lt;иные данные&gt; № на имя Ч.Н.А. (т.7 л.д.70-73). Преступление в отношении потерпевшего Т.И.С.: Согласно заявлению Т.И.С. от ДД.ММ.ГГГГ на имя &lt;иные данные&gt;, он просит привлечь к уголовной ответственности неизвестное лицо, которое путем шантажа - угрозы распространения его фотографий интимного характера порочащих его честь и достоинство, завладело его денежными средствами в размере 22 000 рублей (т.4 л.д. 73). Из показаний потерпевшего Т.И.С., оглашенных в порядке ч.1 ст. 281 УПК РФ следует, что ДД.ММ.ГГГГ в социальной сети &lt;иные данные&gt; он познакомился с девушкой, данные и &lt;иные данные&gt; страницы которой не помнит. В ходе общения девушка сообщила, что желает с ним встретиться, но сначала предложила обменяться фотографиями и начала присылать свои интимные фотографии, где была полностью обнажена. Т.И.С. в ответ решил отправить данной девушке по ее просьбе несколько своих интимных фотографий, где он изображен в трусах, а также фотографию своего полового члена. После этого, девушка его заблокировала, удалила всю их переписку и примерно через 30 минут, с профиля &lt;иные данные&gt;» в социальной сети &lt;иные данные&gt;, ему поступили требования имущественного характера - неизвестное лицо потребовало перевода денежных средств в размере 5000 рублей за нераспространение интимных фотографий Т.И.С. всему списку контактов в социальной сети &lt;иные данные&gt; с комментарием непристойного содержания, что опорочит его честь и достоинство. Т.И.С. очень испугался реализации угроз и распространения информации о нем, в связи с чем подчинился предъявленным требованиям и осуществил перевод денежных средств со своей банковской карты &lt;иные данные&gt; № в размере 5 000 рублей по номеру карты №, где получателем был указан Е. А.В.П. После перевода неизвестное лицо, снова потребовало перевести денежные средства в размере 17 000 рублей, указав, что полный платеж за нераспространение информации порочащей его честь и достоинство составляет 22 000 рублей и после перевода денежных средств информация будет удалена. Т.И.С. воспринимал угрозы неизвестного лица как реальные, подчинился и перевел со своей банковской карты № по номеру карты № ДД.ММ.ГГГГ – 1000 рублей, 4000 рублей, 2000 рублей, 3000 рублей; ДД.ММ.ГГГГ – 5000 рублей и 2000 рублей. Общий причиненный ему материальный ущерб составляет 22 000 рублей. В момент поступления требований о переводах денежных средств и непосредственно при самих переводах Т.И.С. находился по адресу: &lt;адрес&gt; (т.4 л.д. 85, т.10 л.д.121-122). Из индивидуальной выписки банковской карты &lt;иные данные&gt; № на имя Т.И.С. следует, что им осуществлены следующие переводы на банковскую карту № на имя Е. А.В.П.: ДД.ММ.ГГГГ в 13 часов 57 минут – 5000 рублей, ДД.ММ.ГГГГ в 15 часов 20 минут - 1000 рублей, ДД.ММ.ГГГГ в 18 часов 00 минут - 4000 рублей, ДД.ММ.ГГГГ 19 часов 03 минуты - 3000 рублей, ДД.ММ.ГГГГ в 17 часов 23 минуты - 5000 рублей, ДД.ММ.ГГГГ в 17 часов 27 минут - 2000 рублей (т.4 л.д. 78-80). Из выписки по банковской карте &lt;иные данные&gt; №, на имя В.Е.А. следует, что на вышеуказанную карту поступили следующие переводы от Т.И.С.: ДД.ММ.ГГГГ в 13 часов 57 минут – 5000 рублей, ДД.ММ.ГГГГ в 15 часов 20 минут - 1000 рублей, ДД.ММ.ГГГГ в 18 часов 00 минут - 4000 рублей, ДД.ММ.ГГГГ в 18 часов 38 минут – 2000 рублей, ДД.ММ.ГГГГ 19 часов 03 минуты - 3000 рублей, ДД.ММ.ГГГГ в 17 часов 23 минуты - 5000 рублей, ДД.ММ.ГГГГ в 17 часов 27 минут - 2000 рублей (т.2 л.д.186). Сведения о вышеуказанных переводах денежных средств потерпевшим Т.И.С. на банковскую карту В.Е.А. отражены и в протоколе осмотра предметов от ДД.ММ.ГГГГ, согласно которому была осмотрена информация о движении денежных средств по банковской карте № на имя В.Е.А. (т.4 л.д.122-124).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«Рабочий стол!», в которой обнаружена папка «Текст», в текстовом файле &lt;иные данные&gt; имеется текстовый шаблон с указанием номера банковской карты № (банковская карта на имя В.Е.А.) с привязкой к абонентскому номеру, на которую необходимо переводить денежные средства (т.10 л.д.201-218). Преступление в отношении потерпевшего П.В.А.: В заявлении на имя &lt;иные данные&gt; от ДД.ММ.ГГГГ П.В.А. просит привлечь к установленной законом ответственности неизвестное лицо, которое требовало с него денежные средства в размере 30 000 рублей под угрозой распространения сведений, порочащих его честь и достоинство, причинив ему значительный материальный ущерб в размере 30 000 рублей (т.4 л.д. 210). Согласно показаниям потерпевшего П.В.А., оглашенным в порядке ч.1 ст. 281 УПК РФ , ДД.ММ.ГГГГ, в социальной сети &lt;иные данные&gt; он познакомился с девушкой, ее данные и &lt;иные данные&gt; страницы не помнит, так как в связи с произошедшей ситуацией удалил свой аккаунт. В ходе общения девушка сообщила, что желает с ним встретиться, но перед этим предложила обменяться интимными фотографиями и начала присылать свои интимные фотографии, где была полностью обнажена. П.В.А. решил отправить в ответ данной девушке по ее просьбе несколько своих интимных фотографий, где он изображен в полный рост, а также фотографию своего полового члена. После этого, девушка заблокировала его, а также удалила всю их переписку и через 30 минут с другого профиля социальной сети &lt;иные данные&gt; ему поступили требования имущественного характера. Неизвестное П.В.А. лицо, сообщило, что если он не переведет денежные средства в размере 10 000 рублей, то его фотографии интимного характера будут отправлены всему его списку друзей в социальной сети &lt;иные данные&gt;, с комментарием, непристойного содержания, что опорочит его честь и достоинство. П.В.А. очень испугался реализации высказанных ему угроз и распространения данной информации, в связи, с чем подчинился предъявляемым требованиями, но предупредил, что не располагает такой суммой денежных средств, и осуществил перевод всех имеющихся у него денежных средств в размере 10 000 рублей, со своей банковской карты &lt;иные данные&gt;, номер карты №, по номеру карты № получателю Е. А.В.П. После этого, данное лицо начало повторно требовать денежные средства за полное удаление фотографий, с угрозами распространения интимных фотографий. П.В.А. вновь очень испугался реализации угроз и распространения вышеуказанной информации, осуществил перевод денежных средств в размере 10 000 рублей со своей банковской карты №, по номеру карты &lt;иные данные&gt; №, получатель Е. А.В.П. Неизвестное лицо вновь потребовало перевода в 10 000 рублей за полное удаление его фотографий, с аналогичными угрозами и П.В.А. вновь осуществил перевод денежных средств в размере 10 000 рублей со своей банковской карты &lt;иные данные&gt;, номер карты № по номеру карты &lt;иные данные&gt; №, получатель Е. А.В.П. После этого неизвестное лицо, снова потребовало денежные средства в размере 10 000 рублей за удаление фотографий П.В.А. с угрозами распространения его фотографий интимного характера, но П.В.А. сообщил, что не имеет денежных средств, тогда неизвестно лицо прекратило общение и удалило переписку. Всего П.В.А. осуществил 3 перевода денежных со своей банковской карты &lt;иные данные&gt;, номер карты №, по номеру карты &lt;иные данные&gt; №, получатель Е. А.В.П. общей суммой на 30 000 рублей. В момент поступления П.В.А. требований о переводах денежных средств и в момент перевода денег неизвестному лицу, он находился по адресу: &lt;адрес&gt;. (т.4 л.д.222-224, т.10 л.д.117-118). Чеки по операциям безналичных переводов денежных средств, представленные потерпевшим П.В.А., подтверждают осуществление им следующих операций перевода денежных средств на имя получателя Е. А.В.П., номер карты №: ДД.ММ.ГГГГ в 14 часов 04 минуты – 10000 рублей, ДД.ММ.ГГГГ в 14 часов 15 минут – 10000 рублей, ДД.ММ.ГГГГ в 14 часов 21 минуты – 10000 рублей (т.4 л.д.215-217). Из выписки по банковской карте &lt;иные данные&gt; №, на имя В.Е.А. следует, что на вышеуказанную карту поступили следующие переводы от П.В.А.: ДД.ММ.ГГГГ в 14 часов 04 минуты – 10 000 рублей, ДД.ММ.ГГГГ в 14 часов 15 минут – 10 000 рублей, ДД.ММ.ГГГГ в 14 часов 21 минуты – 10 000 рублей (т.2 л.д.186).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«Рабочий стол!», в которой обнаружена папка «Текст», в текстовом файле &lt;иные данные&gt; имеется текстовый шаблон с указанием номера банковской карты № (банковская карта на имя В.Е.А.) с привязкой к абонентскому номеру, на которую необходимо переводить денежные средства (т.10 л.д.201-218). Сведения о вышеуказанных переводах денежных средств потерпевшим П.В.А. на банковскую карту В.Е.А. отражены и в протоколе осмотра предметов от ДД.ММ.ГГГГ, согласно которому была осмотрена информация о движении денежных средств по банковской карте № на имя В.Е.А. (т.4 л.д.122-124). Преступление в отношении потерпевшего Г.В.И.: Из заявления Г.В.И. от ДД.ММ.ГГГГ на имя &lt;иные данные&gt; следует, что он просит привлечь к установленной законом ответственности неизвестное лицо, которое требовало у него денежные средства в размере 13 000 рублей под угрозой распространения сведений, порочащих его честь и достоинство, тем самым причинило ему значительный материальный ущерб в размере 13 000 рублей (т.4 л.д.139). Из показаний потерпевшего Г.В.И., оглашенных в порядке ч.1 ст. 281 УПК РФ следует, что ДД.ММ.ГГГГ, в социальной сети &lt;иные данные&gt; он познакомился c девушкой, данные и &lt;иные данные&gt; страницы, ввиду удаления аккаунта, не помнит. В ходе общения девушка сообщила о желании встретиться, но предложила перед встречей обменяться интимными фотографиями и начала присылать свои фотографии, где была полностью обнажена. Г.В.И. по просьбе девушки отправил несколько своих интимных фотографий, где он изображен в полный рост, а также фотографию своего полового члена. После этого девушка заблокировала его, а также удалила всю их переписку. Примерно через 30 минут, с другого профиля социальной сети &lt;иные данные&gt;, &lt;иные данные&gt; страницы он не помнит, Г.В.И. поступили требования имущественного характера от неизвестного лица, который требовал 30000 рублей под угрозой распространения фотографий интимного характера Г.В.И. всему списку друзей в социальной сети &lt;иные данные&gt; с комментарием, непристойного содержания, что опорочит его честь и достоинство. Г.В.И. очень испугался реализации вышеуказанных угроз, однако не располагал такой суммой денежных средств, о чем сообщил неизвестному и осуществил перевод всех имеющихся у него денежных средств в размере 1500 рублей, со своей банковской карты №, по номеру карты &lt;иные данные&gt; № получателю Е. А.В.П. После этого, данное лицо начало требовать еще денежные средства за полное удаление его фотографий, с угрозами распространения фотографий интимного характера. Г.В.И. очень испугался реализации угроз и начал брать денежные средства в долг у своих друзей и знакомых, после чего осуществил перевод денежных средств в размере 2500 рублей со своей банковской карты №, по номеру карты &lt;иные данные&gt; №, получателю Е. А.В.П. и вновь сообщил, что денежных средств у него больше нет. Неизвестное лицо потребовало, чтобы Г.В.И. перевел оставшиеся денежные средства до завтрашнего дня. На следующий день ДД.ММ.ГГГГ Г.В.И. поступили аналогичные угрозы о необходимости перевода еще 26000 рублей с угрозой распространения фотографий всему его списку друзей в социальной сети &lt;иные данные&gt; с комментарием, непристойного содержания, что опорочит его честь и достоинство. Г.В.И. очень испугался и снова начал просить в долг денежные средства у своих друзей и знакомых, после чего поступающие от них денежные средства он переводил по реквизитам указанным неизвестным лицом. Так, Г.В.И. осуществил три перевода денежных средств в размере 3 000 рублей, 5 000 рублей и 1000 рублей со своей банковской карты &lt;иные данные&gt;, № по номеру карты &lt;иные данные&gt; №, получатель Е. А.В.П. Неизвестное лицо снова выдвинуло ему требования о переводе денежных средств в размере 17 000 рублей, но Г.В.И. пояснил, что больше денежных средств у него нет и в настоящий момент найти их негде и неизвестное лицо распространило его интимные фотографии в сети Интернет и Г.В.И. был вынужден удалить свою страницу в социальной сети &lt;иные данные&gt; Всего Г.В.И. осуществил 5 переводов денежных со своей банковской карты №, по номеру карты №, получателю Е. А.В.П. общей суммой 13 000 рублей. В момент поступления к Г.В.И. требований о переводе денежных средств и при переводе денежных средств неизвестному, Г.В.И. находился по адресу: &lt;адрес&gt; (т.4 л.д.154-156, т.10 л.д.113-114). Чеки по операциям безналичных переводов денежных средств, представленные потерпевшим Г.В.И., подтверждают осуществление им следующих операций перевода денежных средств на имя получателя Е. А.В.П., номер карты № ДД.ММ.ГГГГ в 21 час 44 минуты –1500 рублей, ДД.ММ.ГГГГ в 22 часа 39 минут –2 500 рублей, ДД.ММ.ГГГГ в 13 часов 42 минуты – 1 000 рублей, ДД.ММ.ГГГГ в 18 часов 33 минуты – 5000 рублей, ДД.ММ.ГГГГ в 20 часов 35 минут – 3000 рублей (т.4 л.д.146-150). Из выписки по банковской карте &lt;иные данные&gt; №, на имя В.Е.А. следует, что на вышеуказанную карту поступили следующие переводы от Г.В.И.: ДД.ММ.ГГГГ в 21 час 44 минуты –1 500 рублей, ДД.ММ.ГГГГ в 22 часа 39 минут –2 500 рублей, ДД.ММ.ГГГГ в 13 часов 42 минуты – 1 000 рублей, ДД.ММ.ГГГГ в 18 часов 33 минуты – 5 000 рублей, ДД.ММ.ГГГГ в 20 часов 35 минут – 3 000 рублей (т.2 л.д.190).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 которой имеется папка &lt;иные данные&gt; внутри которой расположена папка В. И. 13к». При осмотре содержимого папки &lt;иные данные&gt; обнаружены 4 мужские фотографии потерпевшего Г.В.И., 3 из которых интимного характера и текстовый файл «Новый текстовый документ» где указан &lt;иные данные&gt; пользователя. На локальном диске D в папке «Новая папка», расположена папка «Рабочий стол!», в которой обнаружена папка «Текст», в текстовом файле &lt;иные данные&gt; имеется текстовый шаблон с указанием номера банковской карты № (банковская карта на имя В.Е.А.) с привязкой к абонентскому номеру, на которую необходимо переводить денежные средства (т.2 л.д.154-174, т.10 л.д.201-218). Сведения о вышеуказанных переводах денежных средств потерпевшим Г.В.И. на банковскую карту В.Е.А. отражены и в протоколе осмотра предметов от ДД.ММ.ГГГГ, согласно которому была осмотрена информация о движении денежных средств по банковской карте № на имя В.Е.А. (т.4 л.д.122-124). Преступление в отношении потерпевшего В.М.В.: Согласно заявлению В.М.В. от ДД.ММ.ГГГГ на имя &lt;иные данные&gt;, он просит привлечь к уголовной ответственности неизвестное лицо, которое путем шантажа и вымогательства завладело его денежными средствами в размере 8 000 рублей, что для него значительно (т.3 л.д.3). Из показаний потерпевшего В.М.В., оглашенных в порядке ч.1 ст. 281 УПК РФ следует, что конце весны 2022 года в социальной сети &lt;иные данные&gt; он познакомился c девушкой, данные и &lt;иные данные&gt; страницы не помнит, ввиду удаления своего аккаунта. В ходе общения девушка сообщила о желании встретиться и предложила обменяться интимными фотографиями, начала присылать свои интимные фотографии и В.М.В. решил отправить данной девушке, по ее просьбе, несколько своих интимных фотографий, где он изображен в трусах и фотографию своего полового члена. После этого девушка заблокировала его, а также удалила всю их переписку. Примерно через 30 минут, с другого профиля социальной сети &lt;иные данные&gt;, &lt;иные данные&gt; страницы не помнит, ему поступили требования имущественного характера, неизвестное ему лицо требовало перевести 9 000 рублей за нераспространение его фотографий интимного характера списку друзей в социальной сети &lt;иные данные&gt; с комментарием непристойного содержания, который опорочит честь и достоинство В.М.В. В.М.В. испугался реализации угроз и распространения данной информации, в связи, с чем подчинился предъявляемым требованиям и осуществил перевод всех имеющихся у него денежных средств со своей банковской карты &lt;иные данные&gt; в размере 4 000 рублей на банковскую карту на имя М. А.Ф. № №. После этого неизвестное лицо потребовало перевести денежные средства в размере 5000 рублей, пояснив что полный платеж за нераспространение информации составляет 9 000 рублей и после перевода денежных средств информация будет удалена. Так как В.М.В. воспринимал угрозы неизвестного лица как реальные, то подчинился и перевел 5 000 рублей со своей банковской карты на банковскую карту № №. Данные действия В.М.В. осуществлял ввиду боязни распространения его фотографий, общий причиненный ему материальный ущерб со стороны неизвестного лица составляет 9 000 рублей и является для него значительным. В момент поступления В.М.В. требований о переводах денежных средств и при переводе денежных средств он находился по адресу: &lt;адрес&gt; (т.3 л.д.14-15, т.10 л.д.111-112). Выписка операций по банковской карте В.М.В. № подтверждает осуществление им переводов на банковскую карту № № на имя М. А.Ф. ДД.ММ.ГГГГ в сумме 5000 рублей и 4000 рублей (т.3 л.д.8). Согласно ответу &lt;иные данные&gt; банковский счет 40№ банковской карты № № зарегистрирован на Ф.М.А. ДД.ММ.ГГГГ (т.10 л.д.133). Из протокола осмотра от ДД.ММ.ГГГГ ноутбука марки &lt;иные данные&gt; серийный номер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внутри которой расположена папка «В.М.В. 9». При осмотре содержимого папки &lt;иные данные&gt; обнаружены 10 мужских фотографий потерпевшего В.М.В. с указанием его профиля в социальной сети &lt;иные данные&gt; - &lt;иные данные&gt; и текстовый файл, где указан Id пользователя М. Максимовича. На локальном диске D в папке «Новая папка», расположена папка «Рабочий стол!», в которой обнаружена папка «Текст», в текстовом файле «fx 1. txt» имеется текстовый шаблон с указанием текста угроз распространения интимных фотографий и номера банковской карты №, на которую необходимо переводить денежные средства (т.2 л.д.154-174, т.10 л.д.201-218). Преступление в отношении потерпевшего Н.А.Д.: Согласно заявлению Н.А.Д. от ДД.ММ.ГГГГ начальнику ОМВД России по &lt;адрес&gt;, он просит привлечь к установленной законом ответственности неизвестное лицо, которое требовало с него денежные средства в размере 35 000 рублей под предлогом распространения сведений, порочащих его честь и достоинство, причинив ему значительный ущерб в размере 35 000 рублей (т.4 л.д.4). Из показаний потерпевшего Н.А.Д., оглашенных в порядке ч.1 ст. 281 УПК РФ следует, что в декабре 2021 года, в сети Интернет в социальной сети &lt;иные данные&gt; он познакомился с девушкой, данные которой не помнит. В ходе общения между ними возникла взаимная симпатия и девушка сообщила о желании встретиться с ним, но перед встречей предложила обменяться интимными фотографиями и начала присылать свои интимные фотографии, где была полностью обнажена. Н.А.Д. решил отправить девушке по ее просьбе несколько своих интимных фотографий, а также фотографию своего полового члена. После этого, девушка заблокировала его, удалила всю их переписку. Через 30 минут в социальной сети &lt;иные данные&gt; с профиля неизвестной девушки ему поступили требования о переводе 10 000 рублей с угрозами распространения фотографий интимного характера всему его списку контактов в социальной сети &lt;иные данные&gt; с комментарием непристойного содержания, что опорочит его честь и достоинство, в случае отказа от выполнения требований. Н.А.Д. очень испугался реализации угроз и распространения информации о нем, в связи с чем подчинился предъявляемым требованиями и осуществил перевод денежных средств в размере 10 000 рублей со своей банковской карты &lt;иные данные&gt; №, которая в настоящий момент заблокирована, на &lt;иные данные&gt; кошелек №. После перевода денежных средств общение прекратилось, какие-либо требования больше не поступали. ДД.ММ.ГГГГ в социальной сети &lt;иные данные&gt;, с профиля девушки, данные которой не помнит, ему снова поступили требования имущественного характера о переводе денег в сумме 10000 рублей под угрозой распространения его фотографий интимного характера всему списку контактов в социальной сети &lt;иные данные&gt; с комментарием непристойного содержания. Н.А.Д. вновь испугался вышеуказанных угроз и перевел 4 000 рублей (большей суммы у него не было), со своей банковской карты &lt;иные данные&gt; № на абонентский номер №. Неизвестное лицо, снова потребовало перевести денежные средства, указав, что полный платеж, за нераспространение информации, порочащей его честь и достоинство, составляет 10 000 рублей. Так как Н.А.Д. воспринимал угрозы неизвестного лица как реальные, то подчинился и перевел еще 6 000 рублей со своей банковской карты № на абонентский номер №. Через некоторое время данное лицо сообщило ему о необходимости перевода еще 15 000 рублей за удаление его сведений, а в случае отказа грозился отправить фотографии интимного характера списку контактов в социальной сети &lt;иные данные&gt; с комментарием непристойного содержания. Восприняв угрозы неизвестного лица как реальные, Н.А.Д. подчинился требованиям и произвел 2 перевода денежных средств, общей суммой 15 000 рублей со своей банковской карты №, на абонентский номер №. После последнего перевода денежных средств Н.А.Д. сразу же прекратил общение и удалил свой профиль социальной сети &lt;иные данные&gt;, больше никаких требований ему не поступало. После прекращения общения с данным лицом, в социальной сети &lt;иные данные&gt; его супруге Н.А.С. стали поступать угрозы распространения его сведений, которые опорочат его честь и достоинство от неизвестного лица с профиля №, если Н.А.Д. не выйдет на связь. Данные требования его супругой были проигнорированы, общение прекратилось, больше никаких требований не поступало. Всего Н.А.Д. осуществил переводы денежных средств со своей банковской карты &lt;иные данные&gt; № и по абонентскому номеру № в общей сумме 35 000 рублей, которая является для него значительной. В момент поступления требований о переводах денежных средств и при переводе денег он находился по адресу: &lt;адрес&gt; (т.4 л.д.17-19, т.10 л.д.144-145). Из чеков по операциям, предоставленным потерпевшим Н.А.Д. следует, что им осуществлены следующие переводы денежных средств на номер &lt;***&gt;: ДД.ММ.ГГГГ в 14 часов 17 минут в сумме 4000 рублей, ДД.ММ.ГГГГ в 14 часов 39 минут в сумме 6000 рублей, ДД.ММ.ГГГГ в 15 часов 57 минут в сумме 10000 рублей, ДД.ММ.ГГГГ в 17 часов 20 минут в сумме 5000 рублей (т.4 л.д.8-11). Абонентский номер &lt;***&gt; зарегистрирован с ДД.ММ.ГГГГ на имя Г.И.Р. (т.10 л.д.195).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 которой имеется папка &lt;иные данные&gt;. При осмотре содержимого папки &lt;иные данные&gt; обнаружены 9 мужских фотографий потерпевшего Н.А.Д. интимного характера, два текстовых файла &lt;иные данные&gt; в которых указан &lt;иные данные&gt; профиля Н.А.Д. в социальной сети &lt;иные данные&gt; и список друзей пользователя Н.А.Д. &lt;иные данные&gt; в том числе ссылка на страницу &lt;иные данные&gt;. Кроме того, в папке &lt;иные данные&gt; имеются скриншоты денежных переводов на номер телефона № в сумме 10000 рублей, 6000 рублей, 4000 рублей; а так же перевод на карту № ДД.ММ.ГГГГ в 1 час 11 минут в сумме 1450 рублей. На локальном диске D в папке «Новая папка», расположена папка «Рабочий стол!», в которой обнаружена папка «Текст», в текстовом файле «&lt;иные данные&gt; имеется текстовый шаблон с угрозами распространения фотографий интимного характера и требованием перевода денежных средств с указанием номера киви-кошелька №, в текстовом файле «&lt;иные данные&gt; имеется указание на номер телефона № для перевода денежных средств (т.2 л.д.154-174, т.10 л.д.201-218). Из ответа &lt;иные данные&gt; следует, что на имя Н.А.Д. была зарегистрирована банковская карта № с банковским счетом № (т.7 л.д.58-59) Согласно ответу &lt;иные данные&gt;», киви-кошелек № привязан к учетной записи по номеру телефона № и оформлен на С.А.В. ДД.ММ.ГГГГ на киви-кошелек № поступили следующие переводы с банковской карты Н.А.Д. №: ДД.ММ.ГГГГ в 1 час 13 минут в сумме 1450 рублей, ДД.ММ.ГГГГ в 2 часа 07 минут – 8550 рублей (т.10 л.д.135-137). Преступление в отношении потерпевшего С.К.В.: Согласно заявлению С.К.В. от ДД.ММ.ГГГГ на имя начальника ОМВД России по &lt;адрес&gt;, он просит привлечь к установленной законом ответственности неизвестное лицо, которое требовало с него денежные средства в размере 7 000 рублей под предлогом распространения сведений, порочащих его честь и достоинство, чем причинило ему значительный ущерб в размере 7 000 рублей (т.3 л.д.69). Согласно показаниям потерпевшего С.К.В., оглашенным в порядке ч.1 ст. 281 УПК РФ , в начале октября 2022 года, в социальной сети &lt;иные данные&gt; он познакомился с девушкой по имени &lt;иные данные&gt; В ходе общения у них возникла взаимная симпатия и девушка сообщила о желании встретиться и предложила обменяться интимными фотографиями и начала присылать свои интимные фотографии, где была полностью обнажена. С.К.В. по просьбе девушки отправил ей несколько своих интимных фотографий, где он изображен в полный рост, а также фотографию своего полового члена. После этого девушка заблокировала его, удалила всю их переписку и ДД.ММ.ГГГГ, с другого профиля социальной сети &lt;иные данные&gt; данные профиля &lt;иные данные&gt; ему поступили требования имущественного характера, неизвестное ему лицо требовало перевода денежных средств в размере 7 000 рублей и в случае отказа угрожало отправить его фотографии интимного характера всему списку друзей в социальной сети &lt;иные данные&gt; с комментарием непристойного содержания, что опорочит его честь и достоинство. С.К.В. испугался реализации угроз и распространения данной информации и подчинился предъявляемым требованиями и осуществил перевод денежных средств в размере 4 000 рублей (большей суммы у него не было), со своей банковской карты &lt;иные данные&gt;, номер карты №, по номеру карты &lt;иные данные&gt; № получателю Р. А.П.П. На следующий день, ДД.ММ.ГГГГ С.К.В. сделал еще один перевод в размере 3 000 рублей со своей банковской карты &lt;иные данные&gt; №, по номеру карты &lt;иные данные&gt; № получателю Р. А.П.П. После этого, данное лицо потребовало еще 14 000 рублей за полное удаление фотографий С.К.В., но С.К.В. сразу же прекратил общение и удалил свой профиль социальной сети &lt;иные данные&gt; больше никаких требований ему не поступало. Всего он осуществил 2 перевода денежных со своей банковской карты &lt;иные данные&gt; № на карту &lt;иные данные&gt; № получателю Р. А.П.П. общей суммой на 7 000 рублей. В момент, когда С.К.В. поступали требования о переводах денежных средств и при переводах денежных средств он находился по адресу: &lt;адрес&gt; (т.3 л.д. 77-79, т.10 л.д.146-147). Согласно ответу &lt;иные данные&gt; на имя С.К.В. выпущена банковская карта &lt;иные данные&gt; №, с которой были осуществлены следующие операции по переводу денежных средств на банковскую карту &lt;иные данные&gt; №: ДД.ММ.ГГГГ 11 часов 14 минут – 3000 рублей, ДД.ММ.ГГГГ в 22 часа 13 минут – 4000 рублей (т.7 л.д.55). Согласно протоколу осмотра ответа &lt;иные данные&gt; об информации о движении денежных средств по банковской карте П.Р.А. № от ДД.ММ.ГГГГ, 06 и ДД.ММ.ГГГГ на банковскую карту на имя П.Р.А. поступило два перевода от С.К.В. в сумме 4000 и 3000 рублей (т.2 л.д.181-182). Преступление в отношении потерпевшего Ш.И.И. Согласно заявлению Ш.И.И. от ДД.ММ.ГГГГ на имя &lt;иные данные&gt;, ДД.ММ.ГГГГ ему поступила угроза в мессенджере телеграмм от &lt;иные данные&gt; с требованием перечислить денежные средства под угрозой рассылки компрометирующих его фотографий, которые он присылает ее ребенку. После игнорирования сообщений рассылка началась по его контактам &lt;иные данные&gt; и коллегам по работе (т.1 л.д.4). В соответствии с ч.1 ст. 281 УПК РФ были оглашены показания потерпевшего Ш.И.И. Из показаний потерпевшего Ш.И.И. от ДД.ММ.ГГГГ, следует, что ДД.ММ.ГГГГ в мессенджере &lt;иные данные&gt; ему написала неизвестная девушка с аккаунта &lt;иные данные&gt; которая сообщила, что у неё имеются его фотографии интимного характера, а также его социальная страница в сети «Интернет» &lt;иные данные&gt; № (Ш.И.И.). Свои фотографии интимного характера на своей странице в социальной сети &lt;иные данные&gt; Ш.И.И. не распространял, не размещал и никому не скидывал, как они появились у неизвестных ему людей в сети «Интернет» пояснить не может. Ш.И.И. испугался и поверил неизвестной ему девушке, попросил у неё номер банковской карты, чтобы перевести денежные средства. Неизвестная прислала ему номер банковской карты &lt;иные данные&gt; и в первой половине дня Ш.И.И. с принадлежащей ему банковской карты &lt;иные данные&gt; № перевел денежные средства в размере 2000 рублей на банковскую карту &lt;иные данные&gt; № получатель Р. А.П.П. ДД.ММ.ГГГГ, утром, ему в мессенджере &lt;иные данные&gt; ему снова написала неизвестная девушка с аккаунта &lt;иные данные&gt; и потребовала перевести денежные средства, угрожая распространить его фотографии интимного характера его друзьям. Ш.И.И. вновь согласился и перевел денежные средства в размере 1400 рублей на банковскую № получатель Р. А.П.П., после чего сообщил девушке по имени &lt;иные данные&gt; об отсутствии у него денег. ДД.ММ.ГГГГ, примерно в 12 часов 00 минут, в мессенджере &lt;иные данные&gt; снова написала неизвестная девушка с аккаунта &lt;иные данные&gt; которая сообщила, что если он не переведет ей 200 000 рублей, она произведёт рассылку его интимных фотографий, которые находились в социальной сети &lt;иные данные&gt; № (Ш.И.И.), а также прислала ему скриншоты, содержащие его фотографии интимного характера и фотографии мужских половых органов. Ш.И.И. проигнорировал данное сообщение, после чего в этот же день его коллеге в мессенджере &lt;иные данные&gt; К. отправила сообщение с вопросами почему Ш.И.И. не выходит на связь. После этого, Ш.И.И. в мессенджере &lt;иные данные&gt; у неизвестной ему девушки, представляющейся именем К., уточнил, может ли он перевести денежные средства по абонентскому номеру, на что она прислала ему номер телефона +№. Денежные средства по указанному абонентскому номеру Ш.И.И. не перевел, так как передумал. ДД.ММ.ГГГГ Ш.И.И. стали писать его знакомые, которые сообщили, что в социальной сети &lt;иные данные&gt; со страницы № им приходили фотографии, где Ш.И.И. стоит в трусах во весь рост и фотографии с изображением мужского члена. Подобных фотографий на своей странице в социальной сети Ш.И.И. не размещал (т.1 л.д. 20-22). При дополнительном допросе потерпевший Ш.И.И. ДД.ММ.ГГГГ указал, что ДД.ММ.ГГГГ в социальной сети &lt;иные данные&gt; он познакомился с девушкой, данные и id страницы он не помнит. В ходе общения девушка сообщила о своем желании встретиться с ним, но перед этим предложила обменяться интимными фотографиями и начала присылать свои интимные фотографии, где была она полностью обнажена. Ш.И.И. решил отправить данной девушке, по ее просьбе, несколько своих интимных фотографий, где он изображен в трусах, а также фотографию своего полового члена. После чего данная девушка заблокировала его, а также удалила всю их переписку. Примерно через 30 минут, с профиля &lt;иные данные&gt;, в социальной сети &lt;иные данные&gt;, id профиля не помнит, ему поступили требования о переводе денежных средств в размере 7500 рублей за нераспространение его фотографий интимного характера всему его списку контактов в социальной сети &lt;иные данные&gt; с комментарием, непристойного содержания, что опорочит его честь и достоинство. Ш.И.И. очень испугался реализации этих угроз и распространения данной информации и подчинился предъявляемым требованиями и осуществил перевод денежных средств со своей банковской карты &lt;иные данные&gt; № в размере 7500 рублей, по номеру карты &lt;иные данные&gt; №, получатель Р. А.П.П. После перевода денежных средств неизвестное лицо, снова потребовало перевести денежные средства в размере 7500 рублей, пояснив, что полный платеж, за нераспространение информации порочащей его честь и достоинство 15000 рублей и после перевода денежных средств информация будет удалена. Ш.И.И. воспринимал угрозы неизвестного лица, как реальные, подчинился и перевел со своей банковской карты &lt;иные данные&gt; № в размере 7500 рублей, по номеру карты &lt;иные данные&gt; №, получатель Роман А.П.Н. данное лицо опять начало требовать перевода денежных средств. За период времени с ДД.ММ.ГГГГ по ДД.ММ.ГГГГ им с принадлежащих ему банковских карт &lt;иные данные&gt; № и &lt;иные данные&gt; № на банковскую карту неизвестно лица № осуществлены следующие денежные переводы: ДД.ММ.ГГГГ –7 500, 7 500, 15 000, 20 000, 30 000; ДД.ММ.ГГГГ – 50 000, 20 000, 30 000 (00:23), 20 000 (00:35), 50 000 (00:59); ДД.ММ.ГГГГ в 00:00 – 11 500; ДД.ММ.ГГГГ – 15 000; ДД.ММ.ГГГГ – 1 500; ДД.ММ.ГГГГ – 3 000, 12 000; ДД.ММ.ГГГГ – 3 000; ДД.ММ.ГГГГ – 3 000; ДД.ММ.ГГГГ – 7 000; ДД.ММ.ГГГГ – 8 000; ДД.ММ.ГГГГ – 2 000 (17:09); ДД.ММ.ГГГГ – 1 000; ДД.ММ.ГГГГ – 1 500; ДД.ММ.ГГГГ – 3 000; ДД.ММ.ГГГГ– 10 000; ДД.ММ.ГГГГ – 1 500; ДД.ММ.ГГГГ – 2 000; ДД.ММ.ГГГГ – 7 000 (16:11); ДД.ММ.ГГГГ в 21:49 – 8 000; ДД.ММ.ГГГГ в 16: 14 – 1 500; ДД.ММ.ГГГГ в 18:11 – 7 500; ДД.ММ.ГГГГ в 13:17 – 1 942; ДД.ММ.ГГГГ в 17:14 – 12 000; ДД.ММ.ГГГГ в 18:51 – 5 000; ДД.ММ.ГГГГ в 18:34 – 3 000; ДД.ММ.ГГГГ в 17:01 – 2 000; ДД.ММ.ГГГГ в 10:26 – 1 400, на общую сумму 384 342 рубля. Кроме того, неизвестное лицо так же периодически выдвигало просьбы о переводе денежных средств, под предлогом лечения ребенка, но Ш.И.И. не верил этому и денежные средства переводил ввиду боязни реализации угроз распространения его интимных фотографий, что может нанести существенный вред его интересам и опорочить его честь и достоинство. Также по требованию неизвестного ему лица за период времени с ДД.ММ.ГГГГ по ДД.ММ.ГГГГ Ш.И.И. с принадлежащей ему банковской карты №, опасаясь дальнейшего исполнения угроз неизвестным ему лицом, о распространении сведений порочащих его честь достоинство, осуществлял следующие переводы денежных средств по номеру телефона № &lt;иные данные&gt;: ДД.ММ.ГГГГ в 19 ч. 33 мин – 4000; ДД.ММ.ГГГГ в 23 ч. 03 мин – 2000; ДД.ММ.ГГГГ в 15 ч. 17 мин. – 1200; ДД.ММ.ГГГГ в 20 ч. 51 мин. – 1500; ДД.ММ.ГГГГ в 07 ч. 28 мин. – 5000; ДД.ММ.ГГГГ в 15 ч. 45 мин – 2000; ДД.ММ.ГГГГ в 17 ч. 59 мин. – 4000; ДД.ММ.ГГГГ в 19 ч. 27 мин. – 2000; ДД.ММ.ГГГГ в 12 ч. 43 мин. – 2000; ДД.ММ.ГГГГ в 13 ч. 06 мин. – 1500; ДД.ММ.ГГГГ в 17 ч. 52 мин. – 2000, всего на общую сумму 27 200 рублей. Общий причиненный ему материальный ущерб, со стороны неизвестного лица составляет 411 542 рубля, который, является для него значительным (т.1 л.д. 163-166). Из показаний потерпевшего Ш.И.И. в ходе дополнительного допроса от ДД.ММ.ГГГГ, следует, что в момент, когда ему поступали требования о переводах денежных средств и в момент переводов денег, он находился по адресу: &lt;адрес&gt; (т. 10 л.д. 119-120). Потерпевшим Ш.И.И. представлены детализация и скриншоты переводов денежных средств 28 и ДД.ММ.ГГГГ на банковскую карту &lt;иные данные&gt; № на имя Р. А.П.П. в суммах 2000 рублей и 1400 рублей, ссылка на номер телефона № записанная как &lt;иные данные&gt;, а так же переписка с пользователем &lt;иные данные&gt; с угрозами распространения фотографии Ш.И.И. интимного характера с информацией о сексуальных домогательствах Ш.И.И. до несовершеннолетнего ребенка в случае отказа от перевода денежных средств (т.1 л.д.7-15, 29-30, 167-176). Из ответов и выписок движения денежных средств &lt;иные данные&gt; следует, что банковская карта &lt;иные данные&gt; № зарегистрирована на П.Р.А. и на вышеуказанную банковскую карту поступали следующие перечисления денежных средств от Ш.И.И.: С банковской карты Ш.И.И. № &lt;иные данные&gt;»: ДД.ММ.ГГГГ в 23 часа 25 минут - 7 500 рублей, ДД.ММ.ГГГГ в 23 часа 30 минут – 7 500 рублей, ДД.ММ.ГГГГ в 23 часа 43 - 20 000 рублей, ДД.ММ.ГГГГ в 23 часа 56 минут - 30 000 рублей, ДД.ММ.ГГГГ в 00 часа 03 минуты - 20 000 рублей, ДД.ММ.ГГГГ примерно в 01 час 36 минут - 50 000 рублей, ДД.ММ.ГГГГ в 00 часа 00 минуты - 11 500 рублей, ДД.ММ.ГГГГ в 00 часов 00 минут - 15 000 рублей, ДД.ММ.ГГГГ в 00 часов 00 минут - 1 500 рублей, ДД.ММ.ГГГГ в 00 часов 00 минут года - 12 000 рублей и 3 000 рублей, на общую сумму 15 000 рублей, ДД.ММ.ГГГГ в 00 часов 00 минут - 2 000 рублей, ДД.ММ.ГГГГ в 00 часов 00 минут - 3 000 рублей, ДД.ММ.ГГГГ в 00 часов 00 минут - 3 000 рублей, ДД.ММ.ГГГГ в 00 часов 00 минут - 7 000 рублей, ДД.ММ.ГГГГ в 00 часов 00 минут - 8 000 рублей ДД.ММ.ГГГГ в 00 часов 00 минут - 1 000 рублей ДД.ММ.ГГГГ в 00 часов 00 минут - 1 500 рублей, ДД.ММ.ГГГГ в 00 часов 00 минут - 3 000 рублей, ДД.ММ.ГГГГ в 00 часов 00 минут - 10 000 рублей, ДД.ММ.ГГГГ в 00 часов 00 минут - 1 500 рублей, ДД.ММ.ГГГГ в 00 часов 00 минут - 2 000 рублей, С банковской карты Ш.И.И. № &lt;иные данные&gt;: ДД.ММ.ГГГГ в 00 часов 24 минуты - 30 000 рублей, ДД.ММ.ГГГГ в 00 часов 35 минут - 20 000 рублей, ДД.ММ.ГГГГ в 01 час 00 минут - 50 000 рублей, ДД.ММ.ГГГГ в 17 часов 09 минут - 2 000 рублей ДД.ММ.ГГГГ в 16 часов 11 минут - 7 000 рублей, ДД.ММ.ГГГГ в 21 часа 49 минут - 8 000 рублей, ДД.ММ.ГГГГ в 16 часов 14 минут - 1 500 рублей, ДД.ММ.ГГГГ в 18 часов 11 минут - 7 500 рублей, ДД.ММ.ГГГГ в 13 часов 17 минут - 1 942 рублей ДД.ММ.ГГГГ в 17 часов 14 минут - 12 000 рублей, ДД.ММ.ГГГГ в 18 часов 51 минуту - 5 000 рублей, ДД.ММ.ГГГГ в 18 часов 34 минуты - 3 000 рублей ДД.ММ.ГГГГ в 17 часов 01 минуту - 2 000 рублей, ДД.ММ.ГГГГ в 10 часов 26 минут - 1 400 рублей. С банковских карт Ш.И.И. на абонентский номер телефона №, поступали следующие платежи: ДД.ММ.ГГГГ в 19 часов 33 минуты - 4 000 рублей, ДД.ММ.ГГГГ в 15 часов 17 минут - 1 200 рублей, ДД.ММ.ГГГГ в 20 часов 51 минуту - 1 500 рублей, ДД.ММ.ГГГГ в 07 часов 28 минут - 5 000 рублей, ДД.ММ.ГГГГ в 15 часов 45 минут - 2 000 рублей, ДД.ММ.ГГГГ в 17 часов 59 минут - 4 000 рублей, ДД.ММ.ГГГГ в 19 часов 27 минут - 2 000 рублей, ДД.ММ.ГГГГ в 12 часов 43 минуты - 2 000 рублей, ДД.ММ.ГГГГ в 13 часов 06 минут - 1 500 рублей, ДД.ММ.ГГГГ в 17 часов 52 минуты - 2 000 рублей, Всего с 23 часов 25 минут ДД.ММ.ГГГГ по 17 часов 52 минуты ДД.ММ.ГГГГ Ш.И.И. под угрозой распространения его интимных фотографий перевел денежные средства на общую сумму 396 542 рубля (т.1 л.д.32-44, т.5 л.д.83, 85-90, т.10 л.д.150-190). Согласно сведениям, представленным &lt;иные данные&gt; абонентский номер телефона № зарегистрирован на Т.Э.С. (т.1 л.д.52-53, 75). Из ответа &lt;иные данные&gt;&lt;иные данные&gt; следует, что угрозы имущественного характера поступали пользователю Ш.И.И. от &lt;иные данные&gt; страницы &lt;иные данные&gt; №, представлены сведения об IP адресах пользователя при осуществлении входа в социальную сеть &lt;иные данные&gt; (т.1 л.д.55-57). Из показаний свидетеля Т.Э.С., оглашенным в порядке ч.1 ст. 281 УПК РФ , следует, что в конце марта 2023 года около &lt;иные данные&gt; он увидел парня и девушку, которые предлагали бесплатные сим-карты, для получения которых необходим был паспорт. Указанные лица сфотографировали паспорт Т.Э.С. и передали ему сим-карту оператора &lt;иные данные&gt; на счету которой было 300 рублей. Данную сим-карту Т.Э.С. вставил в свой телефон и пользовался ею одну неделю, после того как баланс на сим-карте был исчерпан, он сломал и выбросил сим-карту, банковские карты к сим-карте не привязывал, кто мог воспользоваться его данными ему не известно (т.5 л.д. 69-71). Из рапорта &lt;иные данные&gt; от ДД.ММ.ГГГГ следует, что в результате анализа &lt;иные данные&gt; адресах пользователя при осуществлении входа в социальную сеть &lt;иные данные&gt; - &lt;иные данные&gt; страницы &lt;иные данные&gt; № с выписками поступления денежных средств на банковскую карту П.Р.А. установлено, что денежные средства на вышеуказанную банковскую карту в результате переводов от Ш.И.И. сразу же обналичивались в банкоматах &lt;адрес&gt; по адресам: &lt;адрес&gt;. Лицом, осуществляющим снятие денежных средств, поступивших от Ш.И.И. ДД.ММ.ГГГГ в банкомате &lt;адрес&gt; по адресу &lt;адрес&gt;, является ФИО1 – двоюродный брат П.Р.А. (т.1 л.д.86-90). Из протокола осмотра от ДД.ММ.ГГГГ ноутбука марки №,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 которой имеется папка «&lt;иные данные&gt; При осмотре содержимого папки &lt;иные данные&gt; обнаружены 9 мужских фотографий потерпевшего Ш.И.И. интимного характера, с указанием его &lt;иные данные&gt; в социальной сети &lt;иные данные&gt;, скриншоты о переводе денежных средств ДД.ММ.ГГГГ и ДД.ММ.ГГГГ, текстовый файл со списком друзей пользователя Ш.И.И. &lt;иные данные&gt;. На локальном диске D в папке «Новая папка», расположена папка «Рабочий стол!», в которой обнаружена папка «Текст», в текстовых файлах которой отражены шаблоны переписки с угрозами распространения фотографий интимного характера среди друзей и родственников социальной сети &lt;иные данные&gt; и требования о переводе денежных средств; в текстовом файле &lt;иные данные&gt; имеется текстовый шаблон с указанием номера телефона Ш.И.И. (т.2 л.д.154-174, т.10 л.д.201-218). Преступление в отношении потерпевшего И.С.А.: Из заявления И.С.А. от ДД.ММ.ГГГГ на имя &lt;иные данные&gt; он просит привлечь к установленной законом ответственности неизвестное лицо, которое требовало с него денежные средства в размере 49 000 рублей под предлогом нераспространения сведений, порочащих его честь и достоинство тем самым причинило ему значительный ущерб в размере 49 000 рублей (т.3 л.д. 133). Из показаний И.С.А., оглашенных в порядке ч.1 ст. 281 УПК РФ следует, что ДД.ММ.ГГГГ, в социальной сети &lt;иные данные&gt; он познакомился с девушкой, которая сообщила, что желает с ним встретиться и предложила обменяться интимными фотографиями и начала присылать свои интимные фотографии, где была полностью обнажена. И.С.А. решил отправить данной девушке по ее просьбе несколько своих интимных фотографий, где он изображен в полный рост, а также фотографию своего полового члена. После этого, девушка заблокировала его, удалила всю их переписку. Через 30 минут, с другого профиля социальной сети &lt;иные данные&gt;, &lt;иные данные&gt; страницы не помнит, ему поступили требования о переводе денежных средств в размере 15 000 рублей под угрозой распространения его фотографий интимного характера всему списку друзей в социальной сети &lt;иные данные&gt; с комментарием непристойного содержания, что опорочит его честь и достоинство. И.С.А. очень испугался реализации угроз и распространения информации, подчинился предъявляемым требованиями и осуществил перевод денежных средств в размере 15 000 рублей, со своей банковской карты &lt;иные данные&gt;, номер карты №, по номеру карты &lt;иные данные&gt; №, получатель Р. А.П.П. После этого, данное лицо потребовало еще 16 000 рублей за полное удаление его фотографий, с аналогичными угрозами. И.С.А. испугался распространения информации о нем и осуществил перевод денежных средств в размере 16 000 рублей со своей банковской карты &lt;иные данные&gt;, номер карты №, по номеру карты &lt;иные данные&gt; №, получатель Р. А.П.П. На следующий день, ДД.ММ.ГГГГ, ему вновь поступили аналогичные угрозы с требованием перевода еще 18 000 рублей под угрозой отправки фотографий И.С.А. списку друзей в социальной сети &lt;иные данные&gt; с комментарием, непристойного содержания, что опорочит его честь и достоинство. Опасаясь угроз, И.С.А. осуществил перевод денежных средств в размере 18 000 рублей со своей банковской карты &lt;иные данные&gt;, номер карты №, по номеру карты &lt;иные данные&gt; №, получатель Р. А.П.П. После последних требований денежных средств И.С.А. сразу же прекратил общение и удалил свой профиль социальной сети &lt;иные данные&gt;, больше никаких требований ему не поступало. В момент поступления требований перевода денег и угроз И.С.А. находился по адресу: &lt;адрес&gt; (т.3 л.д.143-145, т.10 л.д.123-124). Потерпевший И.С.А. представил скриншоты переводов денежных средств от 14 и ДД.ММ.ГГГГ в суммах 10150 рублей, 12180 рублей, 18270 рублей (т.3 л.д.137-138). Из ответов и выписок движения денежных средств &lt;иные данные&gt; следует, что банковская карта &lt;иные данные&gt; № зарегистрирована на П.Р.А., банковская карта &lt;иные данные&gt;» № зарегистрирована на имя И.С.А. На банковскую карту № П.Р.А. поступали следующие перечисления денежных средств от И.С.А.: ДД.ММ.ГГГГ в 23 часа 03 минуты - 4 000 рублей, ДД.ММ.ГГГГ в 23 часа 11 минут - 6 000 рублей, ДД.ММ.ГГГГ в 23 часа 18 минут - 10 000 рублей, ДД.ММ.ГГГГ в 23 часа 26 минут - 10 000 рублей, ДД.ММ.ГГГГ в 23 часа 50 минут - 10 000 рублей, ДД.ММ.ГГГГ в 23 часа 58 минут - 12 000 рублей, ДД.ММ.ГГГГ в 00 часов 17 минут - 18 000 рублей, ДД.ММ.ГГГГ в 11 часов 36 минут - 18 000 рублей, ДД.ММ.ГГГГ примерно в 18 часов 42 минут - 10 000 рублей, Всего с 23 часов 03 минут ДД.ММ.ГГГГ по 18 часов 42 минут ДД.ММ.ГГГГ, И.С.А. перевел на банковскую карту &lt;иные данные&gt; №, под угрозой распространения его интимных фотографий, денежные средства в сумме 98 000 рублей (т.5 л.д.89-90, т.10 л.д.126-127). Из протокола осмотра от ДД.ММ.ГГГГ ноутбука марки &lt;иные данные&gt;, который был изъят в ходе производства обыска у ФИО1 по адресу: &lt;адрес&gt; установлено, что на локальном диске D имеется папка «Новая папка», в которой расположена папка &lt;иные данные&gt;, в которой имеется папка &lt;иные данные&gt; При осмотре содержимого папки &lt;иные данные&gt;» обнаружены 5 мужских фотографий потерпевшего И.С.А. интимного характера и одна видеозапись интимного характера с участием И.С.А., текстовый файл &lt;иные данные&gt;», с указанием его &lt;иные данные&gt; в социальной сети &lt;иные данные&gt;, скриншоты о переводе денежных средств ДД.ММ.ГГГГ и ДД.ММ.ГГГГ. На локальном диске D в папке «Новая папка», расположена папка «Рабочий стол!», в которой обнаружена папка «Текст», в текстовых файлах которой отражены шаблоны переписки с угрозами распространения фотографий интимного характера среди друзей и родственников социальной сети &lt;иные данные&gt; и требований о переводе денежных средств; в текстовом файле &lt;иные данные&gt; имеется текстовый шаблон c требованием перевода денежных средств на банковскую карту «№ под угрозой распространения фото друзьям, родственникам и активным информационным страницам города (т.2 л.д.154-174, т.10 л.д.201-218). Доказательством по преступлениям в отношении потерпевших С.Е.И., Т.И.С., П.В.А., Г.В.И. являются показания свидетеля В.Е.А., который в совокупности с показаниями, оглашенными в порядке ч.3 ст. 281 УПК РФ , указал, что в 2016 году в &lt;иные данные&gt; им была оформлена банковская карта &lt;иные данные&gt; для получения стипендии. Указанную банковскую карту В.Е.А. утерял в 2017-2018 году, на задней стороне банковской карты был записан пин-код. Утерянную банковскую карту В.Е.А. не блокировал, так как она ему была не нужна, были ли на карте деньги ему не известно. ФИО1 В.Е.А. не знает, ему банковскую карту не передавал. О поступлениях денежных средств от потерпевших на его банковскую карту В.Е.А. не известно (т.5 л.д.13-16). Доказательством по преступлениям в отношении потерпевших С.Е.А., С.К.В., Ш.И.И. и И.С.А. являются показания свидетеля П.Р.А., оглашенные в порядке ч.1 ст. 281 УПК РФ , из которых следует, что в сентябре – октябре 2022 года, &lt;иные данные&gt; и была оформлена банковская карта &lt;иные данные&gt; платежной системы &lt;иные данные&gt; № для зачисления &lt;иные данные&gt; Примерно в сентябре - октябре 2022 года, в один из своих визитов к &lt;иные данные&gt;, его &lt;иные данные&gt; ФИО1 спросил у П.Р.Р. есть ли у него банковская карта и попросил дать ему на время банковскую карту &lt;иные данные&gt; платежной системы &lt;иные данные&gt; № и сообщить от нее ПИН-код доступа. Зачем ФИО1 нужна была данная банковская карта, ФИО1 ему не пояснял. П.Р.А. решил помочь своему &lt;иные данные&gt; и передал ФИО1 банковскую карту &lt;иные данные&gt; № и сообщил пин-код от нее. ФИО1 обещал вернуть карту через какое-то время, но своего обещания не сдержал и при их следующих встречах уклонялся от вопросов о ее возврате. Через некоторое время П.Р.А. стали приходить короткие текстовые сообщения с номера 900, о регулярных поступлениях денежных переводов на банковскую карту, которую он передал ФИО1, в размере от 5000 до 30000 рублей от неизвестных ему лиц, но подумал, что эти денежные средства поступают ФИО1 и принадлежат ему. Все это время у него сохранялся доступ к мобильному приложению &lt;иные данные&gt; Примерно в июне 20203 года, П.Р.А. стали поступать сообщения от &lt;иные данные&gt; о подозрительная активности его банковской карты, в связи с чем она была заблокирована. К банковскому аккаунту П.Р.А. «&lt;иные данные&gt; привязан абонентский № (т.1 л.д. 158-160). Доказательствами по всем преступлениям, совершенным ФИО1 являются: Протокол обыска от ДД.ММ.ГГГГ по адресу: &lt;адрес&gt; согласно которому в присутствии ФИО1 осмотрено нежилое помещение для ремонта автомобилей, при осмотре которого обнаружен и изъят принудительно ноутбук марки &lt;иные данные&gt; с зарядным устройством, модем &lt;иные данные&gt; Ч.Н.А. цвета, серийный № с установленной сим-картой №, мобильные телефоны, множество лотов от сим-карт и банковские карты, 9 купюр номиналом 5000 рублей (т.1 л.д.117-125). При производстве обыска в жилище ФИО1 от ДД.ММ.ГГГГ по адресу: &lt;адрес&gt; ФИО1 выданы добровольно электронный носитель информации, футболка Puma, мобильные телефоны, банковские карты (т.1 л.д.133-140). Проанализировав исследованные в судебном заседании доказательства, суд приходит к выводу, что вина ФИО1 в совершении преступлений, указанных в описательной части приговора, нашла свое полное подтверждение. Оценив каждое доказательство с точки зрения относимости, допустимости, достоверности, суд находит их совокупность достаточной для признания ФИО1 виновным в совершении преступлений, при изложенных в приговоре обстоятельствах. Все доказательства, исследованные в ходе судебного заседания, являются допустимыми, полученными в соответствии с требованиями УПК РФ. Оснований для признания показаний потерпевших, свидетелей недопустимыми доказательствами не имеется, так как все потерпевшие и свидетели были предупреждены об уголовной ответственности по ст.ст. , 308 УК РФ перед началом их допроса, оснований для оговора ФИО1 у них не имелось. Вопреки позиции защиты, указание на место допроса потерпевших как &lt;адрес&gt; без конкретизации кабинета и местонахождения органа, производящего расследование, не является основанием признания их протоколов допроса недопустимыми доказательствами. Так, в судебном заседании с учетом информации, содержащейся в ноутбуке &lt;иные данные&gt; принадлежащем ФИО1 достоверно установлено, что он под видом лиц женского пола регистрировался на Интернет-ресурсах, предназначенных для общения и знакомства, вступал в контакт с потерпевшими, обменивался с ними фотографиями, побуждая потерпевших к отправке фотографий интимного характера с обязательным изображением своего лица и использовал полученные фотографии потерпевших для последующего совершения вымогательства денежных средств под угрозой распространения сведений, позорящих потерпевших среди их списков контактов в социальных сетях. При осмотре ноутбука ФИО1 марки &lt;иные данные&gt; на стадии следствия и в судебном заседании в порядке ст. 284 УПК РФ , судом установлено наличие на локальном диске D в папке «Новая папка» структурированной информации, содержащей множество фотографий лиц женского пола интимного характера; папок с указанием персональных данных потерпевших и их фотографиями, ссылками на их страницы в социальных сетях и списка их «друзей», а так же информацией о перечисленных денежных средствах со скрин-шотами переводов. Более того, при осмотре ноутбука ФИО1 установлено наличие на локальном диске D папки «Текст», находящейся как в «Новой папке», так и в папке «Рабочий стол!», в которой находятся шаблоны переписки и голосовые шаблоны с видеофайлами, побуждающие к обмену интимными фотографиями; шаблоны с угрозами распространения полученных интимных фотографий среди списка друзей потерпевших в социальных сетях с указанием информации о домогательствах потерпевших с использованием интимных фотографий до малолетних лиц с целью получения денежных средств. Суд отмечает, что шаблоны текстовых файлов угроз распространения информации, связанной с получением интимных фотографий потерпевших, идентична сведениям, указанным потерпевшими С.Е.И., Ч.Н.А., Т.И.С., П.В.А., Г.В.И., В.М.В., Н.А.Д., С.К.В., Ш.И.И. и И.С.А. Кроме того, в текстовых шаблонах отражены номера банковских карт П.Р.А., П.И.А., В.Е.А., Л.М.Е., Ф.М.А., ссылка на киви-кошелек С.А.В. и абонентские номера Г.И.Р. и Т.Э.С., используемые для получения переводов денежных средств от потерпевших. Информация, обнаруженная на ноутбуке ФИО1 полностью соответствует выпискам движения денежных средств по банковским картам и счетам потерпевших С.Е.И. с выписками В.Е.А., П.Р.А. и П.И.А.; Ч.Н.А. – с выпиской Л.М.Е., Т.И.С. – с выпиской В.Е.А.; П.В.А. – с выпиской В.Е.А.; Г.В.И. – с выпиской В.Е.А.; В.М.В. – со счетом Ф.М.А.; Н.А.Д. – с выпиской по киви-кошельку на имя С.А.В. и переводов по номеру телефона Г.И.Р.; С.К.В. и И.С.А. – с выпиской П.Р.А.; Ш.И.И. с выпиской П.Р.А. и движению денежных средств по абонентскому номеру на имя Т.Э.С. Доводы ФИО1 о непричастности к совершению преступлений, совершенных в период с июня 2020 года по ДД.ММ.ГГГГ в отношении потерпевших С.Е.И. с ДД.ММ.ГГГГ до ДД.ММ.ГГГГ, Ч.Н.А., Т.И.С., П.В.А., Г.В.И., В.М.В., Н.А.Д. своего подтверждения не нашли ввиду его противоречивой позиции относительно даты возникновения права собственности на ноутбук марки &lt;иные данные&gt; с середины августа 2022 года, которую ФИО1 не озвучивал при его первоначальном допросе в качестве подозреваемого и обвиняемого ДД.ММ.ГГГГ. Кроме того, показания ФИО1 о приобретении ноутбука «с рук» неизвестного лица без получения соответствующих контактов продавца, документов, но с наличием информации, которая в дальнейшем использовалась для совершения преступлений и не была удалена ФИО1, явно направлена в собственную защиту во избежание наступления ответственности за содеянное. Показания свидетелей В.Е.А., П.Р.А. и П.И.А., Т.Э.С. подтверждают факт использования Г.Р.А. при совершении вымогательств чужих банковских карт и абонентских номеров в целях конспирации преступной деятельности. При этом неустановление на стадии предварительного расследования местонахождения Л.М.Е., Ф.М.А., Г.И.Р., С.А.В. с учетом ссылок на их банковские карты, номера телефонов и киви-кошелек в ноутбуке ФИО1 и подтвержденных соответствующими выписками поступления на них денежных средств от потерпевших, не является основанием свидетельствующим о непричастности ФИО1 к инкриминируемым деяниям. Доводы ФИО1 о том, что он не знаком со свидетелем П.И.А. и никогда не просил ее банковскую карту противоречат его же показаниям о признании вины в отношении потерпевшего С.Е.И. в период с ДД.ММ.ГГГГ, при этом эпизоды периодов переводов денежных средств потерпевшим С.Е.С. на банковскую карту П.И.А. имели место в период с июня 2023 года по ДД.ММ.ГГГГ, то есть в период, когда ФИО1 не отрицал свою причастность к эпизодам преступления в отношении С.Е.И. При квалификации преступных действий ФИО1 суд руководствуется разъяснениями, изложенными в п. 12 постановления Пленума Верховного Суда РФ от ДД.ММ.ГГГГ № «О судебной практике по делам о вымогательстве (статья Уголовного кодекса Российской Федерации)», согласно которому по смыслу ч. 1 ст. 163 УК РФ под сведениями, позорящими потерпевшего или его близких, следует понимать сведения, порочащие их честь, достоинство или подрывающие репутацию (например, данные о совершении правонарушения, аморального поступка). При этом не имеет значения, соответствуют ли действительности сведения, под угрозой распространения которых совершается вымогательство. Угроза распространения личных интимных фотографий потерпевших списку их друзей в социальных сетях в случае отказа перевода денежных средств на счета, подконтрольные ФИО1 расценивается судом как угроза распространения сведений, позорящих потерпевших. Как установлено в судебном заседании действия ФИО1 по каждому преступлению были связаны с требованием передачи ему денежных средств и преследовали выраженную корыстную цель – завладение не принадлежащим ему имуществом в виде денежных средств. Ущерб причиненный потерпевшим С.Е.И. в 666 600 рублей и Ш.И.И. в сумме 396 542 рубля, с учетом примечания 4 к ст. 158 УК РФ , является крупным, так как превышает 250 000 рублей. Учитывая обстоятельства, установленные в судебном заседании, суд квалифицирует преступные действия подсудимого ФИО1: - по преступлению в отношении С.Е.И. по п. «г» ч.2 ст. 163 УК РФ как вымогательство, то есть требование передачи чужого имущества под угрозой распространения сведений, позорящих потерпевшего, совершенное в крупном размере; - по преступлению в отношении Ч.Н.А.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Т.И.С.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П.В.А.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Г.В.И.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В.М.В.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Н.А.Д.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С.К.В. по ч.1 ст. 163 УК РФ как вымогательство, то есть требование передачи чужого имущества под угрозой распространения сведений, позорящих потерпевшего; - по преступлению в отношении Ш.И.И. по п. «г» ч.2 ст. 163 УК РФ как вымогательство, то есть требование передачи чужого имущества под угрозой распространения сведений, позорящих потерпевшего, совершенное в крупном размере; - по преступлению в отношении И.С.А. по ч.1 ст. 163 УК РФ как вымогательство, то есть требование передачи чужого имущества под угрозой распространения сведений, позорящих потерпевшего. Судом исследован вопрос о психическом состоянии подсудимого. ФИО1 &lt;иные данные&gt; С учетом поведения ФИО1 в судебном заседании, последовательного изложения обстоятельств, имеющих значение для дела, суд признает его вменяемым в отношении содеянного и подлежащим уголовной ответственности на общих основаниях. При назначении наказания суд в соответствии с требованиями ст.ст. , 60 УК РФ учитывает характер и степень общественной опасности совершенных преступлений, данные о личности подсудимого, смягчающие наказание обстоятельства, влияние назначенного наказания на его исправление и на условия жизни его семьи. ФИО1 совершил два тяжких преступления и восемь преступлений средней тяжести. ФИО1 привлекается к уголовной ответственности впервые &lt;иные данные&gt; В судебном заседании установлено, что ФИО1 &lt;иные данные&gt;. Свидетели защиты Б.П.И. и П.Р.Д. характеризовали ФИО1 &lt;иные данные&gt; Показания свидетелей защиты Б.П.И. и П.Р.Д. учитываются судом как положительные характеристики подсудимого. К обстоятельствам, смягчающим наказание ФИО1 по всем преступлениям суд относит на основании п. «и» ч.1 ст. 61 УК РФ – активное способствование раскрытию и расследованию преступлений, выразившееся в добровольном сообщении пароля от &lt;иные данные&gt; который был изъят при обыске по адресу &lt;адрес&gt;, информация на котором была ранее не известна органу предварительного расследования и способствовала изобличению ФИО1 в выявленных преступлениях. В качестве обстоятельств смягчающих наказание, на основании ч.2 ст. 61 УК РФ по преступлениям в отношении потерпевших С.Е.И. (в части переводов на банковскую карту П.Р.А.); Ш.И.И.; С.К.В. и И.С.А. суд относит признание вины, частичное возмещение причиненного ущерба, раскаяние в содеянном, принесение извинений за содеянное в судебном заседании. В качестве обстоятельств смягчающих наказание, на основании ч.2 ст. 61 УК РФ , по всем преступлениям, суд учитывает привлечение ФИО1 к уголовной ответственности впервые, &lt;иные данные&gt; &lt;иные данные&gt; обстоятельства и повторному учету в качестве иного смягчающего наказание обстоятельства не подлежит. Обстоятельств отягчающих наказание ФИО1 не установлено. Принимая во внимание всю совокупность обстоятельств по делу, наличие смягчающих наказание обстоятельств и отсутствие отягчающих наказание обстоятельств, суд считает необходимым назначить подсудимому ФИО1 наказание в виде ограничения свободы по восьми преступлениям, предусмотренным ч.1 ст. 163 УК РФ , и в виде лишения свободы со штрафом и без ограничения свободы по двум преступлениям, предусмотренным п. «г» ч.2 ст. 163 УК РФ , что по мнению суда будет соответствовать целям наказания и принципу справедливости согласно ст.ст. , , 60 УК РФ . Суд приходит к выводу о назначении ФИО1 дополнительного наказания в виде штрафа наряду с лишением свободы по преступлениям в отношении потерпевших С.Е.И. и Ш.И.И. ввиду длительного периода совершения ФИО1 преступлений в отношении вышеуказанных потерпевших, размера причиненного потерпевшим ущерба, а так же их постоянного опасения в угрозе распространения позорящих их сведений. Определяя размер дополнительного наказания в виде штрафа по преступлениям в отношении С.Е.И. и Ш.И.И. суд учитывает &lt;иные данные&gt; ФИО1, отсутствие у него ограничений к труду. Оснований для применения рассрочки к дополнительному наказанию в виде штрафа уголовный закон не предусматривает. Суд не усматривает по делу исключительных обстоятельств, связанных с целями и мотивами преступления, ролью ФИО1, его поведением во время и после совершения преступлений и других обстоятельств, существенно уменьшающих степень общественной опасности и, соответственно, оснований для назначения наказания по всем преступлениям с применением положений ст. 64 УК РФ . Обстоятельств для снижения категории преступлений, с учетом фактических обстоятельств преступлений и степени их общественной опасности, в соответствии с ч.6 ст. 15 УК РФ , судом не установлено. С учетом наличия смягчающего наказание обстоятельства, предусмотренного п. «и» ч.1 ст. 61 УК РФ по всем преступлениям, при назначении ФИО1 наказания по преступлениям в отношении С.Е.И. и Ш.И.И. суд применяет правила ч.1 ст. 62 УК РФ . Оснований для назначения наказания с учетом правил ч.1 ст. 61 УК РФ по преступлениям, предусмотренным ч.1 ст. 163 УК РФ в отношении потерпевших Ч.Н.А., Т.И.С., П.В.А., Г.В.И., В.М.В., Н.А.Д., С.К.В. и И.С.А. судом не установлено ввиду назначения по данным преступлениям наказания в виде ограничения свободы, которое не является наиболее строгим видом наказания, предусмотренным санкцией ч.1 ст. 163 УК РФ . Окончательное наказание ФИО1 подлежит назначению с учетом правил ч.3 ст. 69 УК РФ путем частичного сложения назначенных наказаний с учетом положений ст. 72 УК РФ . Судом обсужден вопрос о возможности назначения ФИО1 наказания по преступлениям, предусмотренным п. «г» ч.2 ст. 163 УК РФ , с применением ст. 73 УК РФ , однако достаточных оснований для ее применения не усмотрел ввиду обстоятельств совершенных преступлений и степени их общественной опасности, пришел к выводу, что условное наказание не обеспечит исправительного воздействия и не будет соответствовать целям, принципам и задачам уголовного закона. В соответствии с п. «б» ч.1 ст. 58 УК РФ , к отбытию наказания ФИО1 назначается исправительная колония общего режима. Судом установлено, что ФИО1 был задержан в порядке ст. 91 УПК РФ ДД.ММ.ГГГГ (т. 1 л.д. 189-191) и в отношении него ДД.ММ.ГГГГ постановлением &lt;иные данные&gt; избрана мера пресечения в виде заключения под стражу, которая неоднократно продлевалась. Постановлением &lt;иные данные&gt; от ДД.ММ.ГГГГ мера пресечения в виде заключения под стражу ФИО1 была изменена на домашний арест с ДД.ММ.ГГГГ до ДД.ММ.ГГГГ. Согласно показаниям ФИО1 в суде, свидетеля Б.П.И., а так же постановлению о приводе ФИО1 от ДД.ММ.ГГГГ (т.1 л.д.107-108), фактически ФИО1 был задержан ДД.ММ.ГГГГ и был ограничен в своих правах, в том числе на свободу передвижения. Таким образом, в соответствии с п. «б» ч. 3.1 ст. 72 УК РФ в срок лишения свободы ФИО1 подлежит зачету время фактического задержания с ДД.ММ.ГГГГ до ДД.ММ.ГГГГ, время его содержания под стражей с ДД.ММ.ГГГГ по ДД.ММ.ГГГГ из расчета один день содержания под стражей за полтора дня отбывания наказания в исправительной колонии общего режима, а так же в соответствии с ч.3.4 ст. 72 УК РФ время нахождения ФИО1 под домашним арестом с ДД.ММ.ГГГГ по ДД.ММ.ГГГГ из расчета два дня нахождения под домашним арестом за один день лишения свободы. В соответствии с ч.2 ст. 71 УК РФ дополнительное наказание в виде штрафа, назначенное ФИО1 подлежит самостоятельному исполнению. Судом так же разрешен вопрос о мере пресечения ФИО1 до вступления приговора в законную силу, с учетом правил зачета в срок лишения свободы периода нахождения его под стражей и под домашним арестом, предусмотренных ст. 72 УК РФ . Согласно материалам уголовного дела, какие-либо процессуальные издержки отсутствуют. Вопрос о судьбе вещественных доказательств по делу судом разрешен в соответствии с требованиями ч. 3 ст. 81 УПК РФ . Из материалов уголовного дела следует, что ноутбук &lt;иные данные&gt; принадлежащие ФИО1, использовались при совершении им преступлений, связанных с вымогательством. Так, ноутбук содержит в себе шаблоны переписки с угрозами, фотографии интимного характера потерпевших и лиц женского пола, скриншоты денежных переводов, то есть вышеуказанный ноутбук являлся средством совершения преступлений. Модем &lt;иные данные&gt; так же является средством совершения преступлений, так как с его помощью ФИО1 осуществлял выход в сеть Интернет с целью совершения преступлений, указанных в приговоре. Принадлежность ноутбука и модема ФИО1 не отрицалась в судебном заседании. С учетом изложенного, суд считает необходимым конфисковать в собственность РФ принадлежащий ФИО1 ноутбук марки &lt;иные данные&gt;, в соответствии с п.1 ч.3 ст. 81 УПК РФ и п. «г» ч. 1 ст. 104.1 УК РФ , а модем &lt;иные данные&gt; Ч.Н.А. цвета, imei № с сим-картой &lt;иные данные&gt; в соответствии с п.1 ч.3 ст. 81 УПК РФ - уничтожить. Диск с видеозаписями с камер видеонаблюдения, в соответствии с п.5 ч.3 ст. 81 УПК РФ подлежит хранению при уголовном деле; очки, изъятые у ФИО1, в соответствии с п.5 ч.3 ст. 81 УПК РФ – уничтожению; лоты от сим-карт, сим-карты, футболка &lt;иные данные&gt; коробки от сим-карт &lt;иные данные&gt; в количестве 4 штук; адаптер для флеш-карты, в соответствии с п.6 ч.3 ст. 81 УПК РФ подлежат уничтожению. 9 купюр достоинством 5 000 рублей, изъятые при обыске по &lt;адрес&gt;, в соответствии с п.6 ч.3 ст. 81 УПК РФ , подлежат возвращению законному владельцу, как установлено в судебному заседании - С.И., работнику автосервиса ФИО1 (иные данные о личности С.И. отсутствуют). Исковые требования потерпевшего Ш.И.И. о компенсации имущественного вреда в размере 396 542 рублей подлежат удовлетворению в полном объеме в соответствии с п.1 ст. 1064 ГК РФ ввиду установления вины ФИО1 в совершении преступления, предусмотренного п. «г «ч.2 ст. 163 УК РФ в отношении потерпевшего Ш.И.И. и подтверждения причиненного имущественного ущерба в заявленной сумме исследованными доказательствами. Исковые требования потерпевшего Ш.И.И. о компенсации морального вреда, причиненного преступлением, подлежат частичному удовлетворению. Определяя размер причиненных Ш.И.И. моральных страданий суд учитывает совершение в отношении потерпевшего тяжкого преступления с января 2023 года по сентябрь 2023 года, сумму причиненного потерпевшему ущерба, необходимость потерпевшего на постоянной основе перечислять денежные средства ФИО1 под угрозой распространения позорящих его сведений интимного характера. Кроме того, суд принимает во внимание сведения, изложенные потерпевшим в гражданском иске о характере перенесенных им нравственных страданий, выразившихся в состоянии беспокойства и страха, унижения и стыда, необходимости выполнять выдвинутые требования под страхом формирования негативного отношения друзей, коллег, родственников и боязни вступления в отношения с противоположным полом. На основании изложенного суд приходит к выводу, что компенсация морального вреда потерпевшему Ш.И.И. в размере 200 000 рублей будет являться соразмерной последствиям нарушения его прав и сможет компенсировать перенесенные им нравственные страдания (статья 151 ГК РФ ), сгладить их остроту. Компенсация морального вреда причиненного преступлением, предусмотренным п. «г» ч.2 ст. 163 УК РФ , в размере 200 000 рублей подлежит взысканию с ФИО1 как причинителя вреда потерпевшему Ш.И.И. На основании изложенного и руководствуясь ст.ст. , - 310 УПК РФ , суд ПРИГОВОРИЛ: Признать ФИО1 виновным в совершении преступлений, предусмотренных п. «г» ч. 2 ст. , ч. 1 ст. , ч. 1 ст. , ч. 1 ст. , ч. 1 ст. , ч. 1 ст. , ч. 1 ст. , ч. 1 ст. , п. «г»» ч. 2 ст. , ч. 1 ст. 163 УК РФ и назначить ему наказание: - по п. «г» ч.2 ст. 163 УК РФ (преступление в отношении С.Е.И.) в виде лишения свободы сроком 1 год 4 месяца со штрафом 200 000 (двести тысяч) рублей, - по ч.1 ст. 163 УК РФ (преступление в отношении Ч.Н.А.) в виде ограничения свободы сроком 1 год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Т.И.С.) в виде ограничения свободы сроком 1 год 2 месяца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П.В.А.) в виде ограничения свободы сроком 1 год 3 месяца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Г.В.И.) в виде ограничения свободы сроком 1 год 3 месяца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В.М.В.) в виде ограничения свободы сроком 1 год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Н.А.Д.) в виде ограничения свободы сроком 1 год 3 месяца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ч. 1 ст. 163 УК РФ (преступление в отношении С.К.В.) в виде ограничения свободы сроком 10 месяцев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 по п. «г»» ч. 2 ст. 163 УК РФ (преступление в отношении Ш.И.И.) в виде лишения свободы сроком 1 год 3 месяца со штрафом 100 000 (сто тысяч) рублей, - по ч. 1 ст. 163 УК РФ (преступление в отношении И.С.А.) в виде ограничения свободы сроком 1 год 7 месяцев с установлением ограничений не изменять места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2 раза в месяц; не выезжать за пределы &lt;адрес&gt; «&lt;адрес&gt;». На основании ч.3 ст. 69 УК РФ , по совокупности преступлений, путем частичного сложения назначенных наказаний, назначить ФИО1 окончательное наказание в виде лишения свободы сроком 1 год 8 месяцев со штрафом в размере 250 000 (двести пятьдесят тысяч) рублей с отбыванием наказания в исправительной колонии общего режима. В соответствии с п. «б» ч. 3.1 ст. 72 УК РФ зачесть ФИО1 в срок лишения свободы время его фактического задержания с ДД.ММ.ГГГГ до ДД.ММ.ГГГГ, время его содержания под стражей с ДД.ММ.ГГГГ по ДД.ММ.ГГГГ из расчета один день содержания под стражей за полтора дня отбывания наказания в исправительной колонии общего режима, а так же в соответствии с ч.3.4 ст. 72 УК РФ время нахождения ФИО1 под домашним арестом с ДД.ММ.ГГГГ по ДД.ММ.ГГГГ из расчета два дня нахождения под домашним арестом за один день лишения свободы. В связи с нахождением ФИО1 под стражей по настоящему уголовному делу, учитывая правила зачета времени содержания лица под стражей, предусмотренные п. «б» ч.3.1 ст. 72 УК РФ и ч.3.4 ст. 72 УК РФ , считать наказание в виде лишения свободы полностью отбытым. Дополнительное наказание в виде штрафа в размере 250 000 рублей, назначенное ФИО1, в соответствии с ч.2 ст. 71 УК РФ исполняется самостоятельно и подлежит уплате по реквизитам: Получатель: &lt;иные данные&gt; &lt;иные данные&gt; &lt;иные данные&gt; &lt;иные данные&gt; &lt;иные данные&gt; &lt;иные данные&gt; Разъяснить осужденному ФИО1, что в соответствии с ч.1 ст.31 УИК РФ осужденный к штрафу обязан уплатить штраф в течение 60 дней со дня вступления приговора суда в законную силу. Меру пресечения в виде домашнего ареста, избранную в отношении ФИО1 на период рассмотрения дела в суде, до вступления приговора в законную силу отменить. Исковые требования потерпевшего Ш.И.И. о компенсации имущественного вреда удовлетворить в полном объеме, взыскать в соответствии с п.1 ст. 1064 ГК РФ с ФИО1 в пользу Ш.И.И. сумму имущественного вреда в размере 396 542 (триста девяносто шесть тысяч пятьсот сорок два) рубля. Исковые требования потерпевшего Ш.И.И. о компенсации морального вреда, причиненного преступлением, удовлетворить частично. На основании ст. 1101 ГК РФ взыскать с ФИО1 в пользу Ш.И.И. компенсацию морального вреда, причиненного преступлением, в размере 200 000 (двести тысяч) рублей. После вступления приговора в законную силу вещественные доказательства: - ноутбук &lt;иные данные&gt;, в соответствии с п.1 ч.3 ст. 81 УПК РФ и п. «г» ч. 1 ст. 104.1 УК РФ - конфисковать в собственность государства, - диск с видеозаписями с камер видеонаблюдения, отделения &lt;иные данные&gt; по адресу: &lt;адрес&gt;, в соответствии с п.5 ч.3 ст. 81 УПК РФ - хранить при уголовном деле, - очки, Ч.Н.А. цвета, хранящиеся в камере хранения вещественных доказательств &lt;иные данные&gt; в соответствии с п.5 ч.3 ст. 81 УПК РФ – уничтожить, - модем &lt;иные данные&gt;, Ч.Н.А. цвета, imei № с сим-картой «№ в соответствии с п.1 ч.3 ст. 81 УПК РФ - уничтожить, - лот от сим-карт с абонентским номером №; лот для сим-карты без указания абонентского номера; лот для сим-карты №; сим-карту с серийным номером №; лот от сим-карты с абонентским номером №; футболку Ч.Н.А. цвета с надписью &lt;иные данные&gt; коробки от сим-карт &lt;иные данные&gt; в количестве 4 штук; адаптер для флеш-карты, в соответствии с п.6 ч.3 ст. 81 УПК РФ - уничтожить; - 9 купюр достоинством 5 000 рублей, в соответствии с п.6 ч.3 ст. 81 УПК РФ – возвратить законному владельцу С.И. (иные данные о личности лица отсутствуют). Иные предметы, поступившие из &lt;иные данные&gt;, не признанные вещественными доказательствами по настоящему уголовному делу – возвратить осужденному ФИО1 Приговор может быть обжалован в апелляционном порядке в Верховный Суд Республики Марий Эл через Йошкар-Олинский городской суд Республики Марий Эл в течение 15 суток со дня его вынесения. В случае желания участвовать в рассмотрении уголовного дела судом апелляционной инстанции, осужденный имеет право указать об этом в своей апелляционной жалобе или в возражениях на жалобы, представления, принесенные другими участниками уголовного процесса. При этом осужденный вправе поручать осуществление своей защиты в суде апелляционной инстанции избранному защитнику либо ходатайствовать перед судом о назначении защитника. Председательствующий В.А.Баранова Суд: Йошкар-Олинский городской суд (Республика Марий Эл) (подробнее) Судьи дела: Баранова В.А. (судья) (подробнее) Последние документы по делу: Приговор от 17 июня 2025 г. по делу № 1-26/2025 Приговор от 4 февраля 2025 г. по делу № 1-26/2025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