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Кроме того, в точно неустановленное следствием время в августе 2020 года к С.А.ББ., осужденной приговором Октябрьского районного суда &lt;адрес&gt; от 08.11.2024г., обратился ФИО11 с просьбой оказать содействие по поводу поступления в Университет с целью получения высшего образования в заочной форме на бюджетной основе. В этот же период времени ФИО1, осужденная приговором Октябрьского районного суда &lt;адрес&gt; от 08.11.2024г., сообщила об обращении ФИО11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ФИО11 вступительных испытаний без проверки его знаний и его фактического присутствия при их проведении, а также в поступлении для обучения на бюджетной основе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ФИО11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в августе 2020 года сообщила ФИО11 о возможности оказать ему содействие в прохождении вступительных испытаний без проверки его знаний и фактического присутствия в месте их проведения, а также в поступлении для обучения на бюджетной основе за денежное вознаграждение, на что последний ответил согласием.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п. 1 и 6 ст. 70, п. 6 ст. 69 Закона об образовании, п. 9 Порядка приема, п. 13, п. 61 Правил приема Пр ВГУИТ ДД.ММ.ГГГГ-2018,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оформлении документов о приеме ФИО11 в Университет для обучения на бюджетной основе без прохождения им обязательных вступительных испытаний и его фактического присутствия в месте их проведения, за что в точно неустановленный следствием день и время в августе 2020 года получили от ФИО11 взятку в виде денег в сумме 40000 рублей за совершение вышеперечисленных незаконных действий на неустановленную в ходе расследования банковскую карту, принадлежащую ФИО1, осужденной приговором Октябрьского районного суда &lt;адрес&gt; от 08.11.2024г. В последующем, в период времени с момента зачисления ФИО11 в Университет и по ДД.ММ.ГГГГ последний неоднократно обращался к С.А.ББ., осужденной приговором Октябрьского районного суда &lt;адрес&gt; от 08.11.2024г.,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аттестаций путем проставления положительных оценок по всем видам контроля без проверки знаний, а также в оформлении документов опрохождении практик без фактического присутствия ФИО11 по месту проведения практики с составлением соответствующих отчетов, содержащих в себе сведения, не соответствующие действительности за денежное вознаграждение. ФИО1, осужденная приговором Октябрьского районного суда &lt;адрес&gt; от 08.11.2024г., при каждом обращении ФИО11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ФИО11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а она, в свою очередь, сообщила об этом ФИО11, достигнув с последним договоренности об 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ФИО11,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отФИО11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15 часов 04 минуты в сумме 23000 рублей; ДД.ММ.ГГГГ в 12 часов 28 минут в сумме 21000 рублей; ДД.ММ.ГГГГ в 15 часов 00 минут в сумме 24000 рублей. Таким образом, в период с августа 2020 года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отФИО11 взятку в виде денег путем безналичных перечислений на банковскую карту на общую сумму 108000 рублей, распределив их между собой по своему усмотрению. 25) Кроме того, в точно неустановленное следствием время, но не позднее ДД.ММ.ГГГГ, к ФИО1, осужденной приговором Октябрьского районного суда &lt;адрес&gt; от 08.11.2024г., обратилась ФИО52, являвшаяся на тот момент студентом Университета с просьбой оказать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ФИО52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ФИО52 промежуточной аттестации без проверки ее знаний путем создания соответствующих условий и иных возможностей занимаемых ими должностей, то есть совершать незаконные действия в пользу последней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ФИО52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В. о возможности оказать ей содействие в прохождении промежуточной аттестации без фактической проверки ее знаний за денежное вознаграждение, на что последняя ответила согласием. В последующем, в период времени с момента первого обращения ФИО52 и по ДД.ММ.ГГГГ последняя неоднократно обращалась к С.А.ББ., осужденной приговором Октябрьского районного суда &lt;адрес&gt; от 08.11.2024г., с просьбой оказать ей содействие в обучении, заключавшееся в оформлении документов о проведении с ней учебных занятий без ее фактического присутствия, в неосуществлении текущего контроля успеваемости, в проведении промежуточных аттестаций путем проставления положительных оценок по всем видам контроля без проверки знаний, а также в оформлении документов опрохождении практик без фактического присутствия ФИО52 по месту проведения практики с составлением соответствующих отчетов, содержащих в себе сведения, не соответствующие действительности за денежное вознаграждение. ФИО1, осужденная приговором Октябрьского районного суда &lt;адрес&gt; от 08.11.2024г., при каждом обращении ФИО52 с вопросом обоказании ей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ФИО52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последней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ФИО52, достигнув с последней договоренности об оказании ей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ФИО52, в оформлении документов о прохождении практик без фактического присутствия последней поместу их проведения и защите отчетов, об их прохождении, содержащих в себе сведения, не соответствующие действительности, за что в точно неустановленный день и время, но не позднее ДД.ММ.ГГГГ, путем передачи в ходе личной встречи с ФИО1, осужденной приговором Октябрьского районного суда &lt;адрес&gt; от 08.11.2024г., на территории &lt;адрес&gt; получили от ФИО52 взятку в виде денег за совершение вышеперечисленных незаконных действий в наличной форме в сумме 40000 рублей, а также путем перечислений денежных средств безналичным способом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07 часов 07 минут в сумме 18000 рублей. Таким образом, при вышеуказанных обстоятельствах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отФИО52 взятку в виде денег путем безналичных перечислений на банковскую карту и в наличной форме на общую сумму 58 000 рублей, распределив их между собой по своему усмотрению. 26) Кроме того, в точно неустановленное следствием время, но не позднее ДД.ММ.ГГГГ, к ФИО1, осужденной приговором Октябрьского районного суда &lt;адрес&gt; от 08.11.2024г., обратился ФИО12, являвшийся на тот момент студентом Университета с просьбой оказать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ФИО12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ФИО12 поместу их проведения и защите отчетов, об их прохождении, содержащих в себе сведения, не соответствующие действительности.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ФИО12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ФИО12 овозможности оказать ему содействие в прохождении промежуточной аттестации без фактической проверки его знаний за денежное вознаграждение, на что последний ответил согласием. В последующем, в период времени с момента первого обращения ФИО12 и по ДД.ММ.ГГГГ последний неоднократно обращался к С.А.ББ., осужденной приговором Октябрьского районного суда &lt;адрес&gt; от 08.11.2024г.,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ФИО12 по месту проведения практики с составлением соответствующих отчетов, содержащих в себе сведения, не соответствующие действительности, а также в изготовлении (написании) выпускной квалификационной работы без самостоятельного проведения ФИО12 научного исследования и оказании содействия в защите данной работы за денежное вознаграждение. ФИО1, осужденная приговором Октябрьского районного суда &lt;адрес&gt; от 08.11.2024г., при каждом обращении ФИО12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ФИО12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ФИО12, достигнув с последним договоренности об 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ФИО12,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за что путем перечислений денежных средств безналичным способом получили отА.А.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13 часов 05 минут в сумме 6000 рублей; ДД.ММ.ГГГГ в 20 часов 39 минут в сумме 15000 рублей; ДД.ММ.ГГГГ в 14 часов 49 минут в сумме 25000 рублей; ДД.ММ.ГГГГ в 21 час 27 минут в сумме 20000 рублей; ДД.ММ.ГГГГ в 11 часов 14 минут в сумме 5000 рублей; ДД.ММ.ГГГГ в 12 часов 16 минут в сумме 1000 рублей; ДД.ММ.ГГГГ в 10 часов 12 минут в сумме 23000 рублей, а также в ходе личных встреч с ФИО1, осужденной приговором Октябрьского районного суда &lt;адрес&gt; от 08.11.2024г., на территории &lt;адрес&gt; в наличной форме: ДД.ММ.ГГГГ в сумме 23 000 рублей; ДД.ММ.ГГГГ в сумме 35 000 рублей; ДД.ММ.ГГГГ в сумме 50 000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отФИО12 взятку в виде денег путем безналичных перечислений на банковскую карту и в наличной форме на общую сумму 203000 рублей, распределив их между собой по своему усмотрению. 27) Кроме того, в точно неустановленное следствием день и время, между К.В.ВА., ФИО41, ФИО42, ФИО43, К.В.ВБ., ФИО53, ФИО56, ФИО54, ФИО39 достигнута договоренность о том, что в интересах всех перечисленных лиц при общении с ФИО1, осужденной приговором Октябрьского районного суда &lt;адрес&gt; от 08.11.2024г., будет действовать К.В.ВВ., о чем ФИО1, осужденной приговором Октябрьского районного суда &lt;адрес&gt; от 08.11.2024г., было достоверно известно. В точно неустановленное следствием время, но не позднее ДД.ММ.ГГГГ, к ФИО1, осужденной приговором Октябрьского районного суда &lt;адрес&gt; от 08.11.2024г., обратилась ФИО40 в интересах ФИО53, являвшегося на тот момент студентом Университета с просьбой оказать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ФИО40 в интересах ФИО53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П.К.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ФИО53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К.В.ВА., действовавшей в интересах ФИО53, овозможности оказать ему содействие в прохождении промежуточной аттестации без фактической проверки его знаний за денежное вознаграждение, на что К.В.ВВ., согласовав данный вопрос с ФИО53, ответила согласием. В последующем, в период времени с момента первого обращения ФИО40 в интересах ФИО53 и по ДД.ММ.ГГГГ последняя неоднократно обращалась к С.А.ББ., осужденной приговором Октябрьского районного суда &lt;адрес&gt; от 08.11.2024г., с просьбой оказать содействие ФИО53 в обучении, заключавшееся в оформлении документов опроведении с ним учебных занятий без его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ФИО53 по месту проведения практики с составлением соответствующих отчетов, содержащих в себе сведения, не соответствующие действительности, а также в изготовлении (написании) выпускной квалификационной работы без самостоятельного проведения ФИО53 научного исследования и оказании содействия в защите данной работы за денежное вознаграждение. ФИО1, осужденная приговором Октябрьского районного суда &lt;адрес&gt; от 08.11.2024г., при каждом обращении ФИО40 с вопросом обоказании содействия ФИО53 в вышеуказанных вопросах сообщала оданных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ФИО53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созданию возможности по изготовлению (написанию) выпускных квалификационных работ без самостоятельного проведения студентом научного исследования и оказанию содействия в защите данной работы,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а она, в свою очередь, сообщила об этом ФИО40, действовавшей в интересах ФИО53, достигнув с ней договоренности обоказании последнему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ФИО53,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за что путем перечислений денежных средств безналичным способом получили отФИО40, действовавшей в интересах ФИО53,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21 час 31 минуту в сумме 24000 рублей; ДД.ММ.ГГГГ в 10 часов 40 минут в сумме 25000 рублей, а также 14000 рублей, являющиеся частью общего перевода в сумме 42000 рублей, перечисленного ДД.ММ.ГГГГ в 10 часов 30 минут, от ФИО53 на банковскую карту супруга ФИО1, осужденной приговором Октябрьского районного суда &lt;адрес&gt; от 08.11.2024г., – С.Г. № (номер счета карты: 4081 7810 8610 0691 6188, открыт в подразделении № ПАО «Сбербанк», расположенном поадресу: &lt;адрес&gt;) следующими платежами: ДД.ММ.ГГГГ в 21 час 09 минут в сумме 25000 рублей; ДД.ММ.ГГГГ в 16 часов 08 минут в сумме 10000 рублей, от ФИО53 на банковскую карту ФИО1, осужденной приговором Октябрьского районного суда &lt;адрес&gt; от 08.11.2024г., № (номер счета карты: 4081 7810 1610 0691 6189, открыт в подразделении № ПАО«Сбербанк», расположенном поадресу: &lt;адрес&gt;) следующими платежами: ДД.ММ.ГГГГ в 14 часов 32 минуты в сумме 80000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отФИО53, ФИО40, действовавшей в интересах последнего, взятку в виде денег путем безналичных перечислений на банковскую карту на общую сумму 178000 рублей, распределив их между собой по своему усмотрению. 28) Кроме того, в точно неустановленное следствием день и время, между К.В.ВА., ФИО41, ФИО42, ФИО43, К.В.ВБ., ФИО53, ФИО56, ФИО54, ФИО39 достигнута договоренность о том, что в интересах всех перечисленных лиц при общении с ФИО1, осужденной приговором Октябрьского районного суда &lt;адрес&gt; от 08.11.2024г., будет действовать К.В.ВВ., о чем ФИО1, осужденной приговором Октябрьского районного суда &lt;адрес&gt; от 08.11.2024г., было достоверно известно. В точно неустановленное следствием время, но не позднее ДД.ММ.ГГГГ, к ФИО1, осужденной приговором Октябрьского районного суда &lt;адрес&gt; от 08.11.2024г., обратилась ФИО40 в интересах ФИО54, являвшегося на тот момент студентом Университета с просьбой оказать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ФИО40 в интересах ФИО54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ФИО54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ФИО54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К.В.ВА., действовавшей в интересах ФИО54, овозможности оказать ему содействие в прохождении промежуточной аттестации без фактической проверки его знаний за денежное вознаграждение, на что К.В.ВВ., согласовав данный вопрос с ФИО54, ответила согласием. В последующем, в период времени с момента первого обращения ФИО40 в интересах ФИО54 и по ДД.ММ.ГГГГ последняя неоднократно обращалась к С.А.ББ., осужденной приговором Октябрьского районного суда &lt;адрес&gt; от 08.11.2024г., с просьбой оказать содействие ФИО54 в обучении, заключавшееся в оформлении документов опроведении с ним учебных занятий без его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ФИО54 по месту проведения практики с составлением соответствующих отчетов, содержащих в себе сведения, не соответствующие действительности, а также в изготовлении (написании) выпускной квалификационной работы без самостоятельного проведения ФИО54 научного исследования и оказании содействия в защите данной работы за денежное вознаграждение. ФИО1, осужденная приговором Октябрьского районного суда &lt;адрес&gt; от 08.11.2024г., при каждом обращении ФИО40 с вопросом обоказании содействия ФИО54 в вышеуказанных вопросах сообщала оданных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ФИО54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а она, в свою очередь, сообщила об этом ФИО40, действовавшей в интересах ФИО54, достигнув с ней договоренности обоказании последнему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ФИО54,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за что путем перечислений денежных средств безналичным способом получили отФИО40, действовавшей в интересах ФИО54,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16 часов 39 минут в сумме 24000 рублей; ДД.ММ.ГГГГ в 11 часов 26 минут в сумме 25000 рублей, ДД.ММ.ГГГГ в 10 часов 32 минуты в сумме 14000 рублей, от ФИО54 на банковскую карту супруга ФИО1, осужденной приговором Октябрьского районного суда &lt;адрес&gt; от 08.11.2024г., – С.Г. № (номер счета карты: 4081 7810 8610 0691 6188, открыт в подразделении № ПАО «Сбербанк», расположенном поадресу: &lt;адрес&gt;) следующими платежами: ДД.ММ.ГГГГ в 08 часов 49 минут в сумме 25000 рублей; ДД.ММ.ГГГГ в 16 часов 13 минут в сумме 10000 рублей; ДД.ММ.ГГГГ в 19 часов 09 минут в сумме 80000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отФИО54, ФИО40, действовавшей в интересах последнего, взятку в виде денег путем безналичных перечислений на банковскую карту на общую сумму 178000 рублей, распределив их между собой по своему усмотрению. 29) Кроме того, в точно неустановленное следствием время, но не позднее ДД.ММ.ГГГГ, к ФИО1, осужденной приговором Октябрьского районного суда &lt;адрес&gt; от 08.11.2024г., обратился ФИО55 с просьбой оказать содействие по поводу поступления в Университет с целью получения высшего образования в заочной форме. В этот же период времени ФИО1, осужденная приговором Октябрьского районного суда &lt;адрес&gt; от 08.11.2024г., сообщила об обращении ФИО55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ФИО55 вступительных испытаний без проверки его знаний и его фактического присутствия при их проведении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ФИО55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Я. о возможности оказать ему содействие в прохождении вступительных испытаний без проверки его знаний и фактического присутствия в месте их проведения за денежное вознаграждение, на что последний ответил согласием.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п. 1 и 6 ст. 70, п. 6 ст. 69 Закона об образовании, п. 9 Порядка приема, п. 13, п. 61 Правил приема Пр ВГУИТ ДД.ММ.ГГГГ-2018,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оформлении документов о приеме ФИО55 в Университет без прохождения им обязательных вступительных испытаний и его фактического присутствия в месте их проведения, за что ДД.ММ.ГГГГ в 19 часов 14 минут путем перечисления денежных средств безналичным способом получили отЯковлеваЕ.В., взятку в виде денег в сумме 15000 рублей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 адресу: &lt;адрес&gt;). В последующем, в период времени с момента зачисления ФИО55 в Университет и по ДД.ММ.ГГГГ последний неоднократно обращался к С.А.ББ., осужденной приговором Октябрьского районного суда &lt;адрес&gt; от 08.11.2024г., с просьбой оказать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аттестаций путем проставления положительных оценок по всем видам контроля без проверки знаний, а также в оформлении документов опрохождении практик без фактического присутствия ФИО55 поместу проведения практики с составлением соответствующих отчетов, содержащих в себе сведения, не соответствующие действительности за денежное вознаграждение. ФИО1, осужденная приговором Октябрьского районного суда &lt;адрес&gt; от 08.11.2024г., при каждом обращении ФИО55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ФИО55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ФИО55, достигнув с ним договоренности об 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ФИО55,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ДД.ММ.ГГГГ в 18 часов 54 минуты отФИО55, взятку в виде денег в сумме 23000 рублей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6189, открыт в подразделении № ПАО «Сбербанк», расположенном поадресу: &lt;адрес&gt;), а также в ходе личных встреч с ФИО1, осужденной приговором Октябрьского районного суда &lt;адрес&gt; от 08.11.2024г., в кабинете последней, расположенном в ТОГБПОУ «Жердевский колледж сахарной промышленности» по адресу: &lt;адрес&gt; наличной форме: ДД.ММ.ГГГГ в сумме 20000 рублей; ДД.ММ.ГГГГ в сумме 26000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отФИО55, взятку в виде денег путем безналичных перечислений на банковскую карту и в наличной форме на общую сумму 84000 рублей, распределив их между собой по своему усмотрению. 30) Кроме того, в точно неустановленное следствием день и время, между К.В.ВА., ФИО41, ФИО42, ФИО43, К.В.ВБ., ФИО53, ФИО56, ФИО54, ФИО39 достигнута договоренность о том, что в интересах всех перечисленных лиц при общении с ФИО1, осужденной приговором Октябрьского районного суда &lt;адрес&gt; от 08.11.2024г., будет действовать К.В.ВВ., о чем ФИО1, осужденной приговором Октябрьского районного суда &lt;адрес&gt; от 08.11.2024г., было достоверно известно. В точно неустановленное следствием время, но не позднее ДД.ММ.ГГГГ, к ФИО1, осужденной приговором Октябрьского районного суда &lt;адрес&gt; от 08.11.2024г., обратилась ФИО40 в интересах ФИО56, являвшегося на тот момент студентом Университета с просьбой оказать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ФИО40 в интересах ФИО56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ФИО56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ФИО56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К.В.ВА., действовавшей в интересах ФИО56, овозможности оказать ему содействие в прохождении промежуточной аттестации без фактической проверки его знаний за денежное вознаграждение, на что К.В.ВВ., согласовав данный вопрос с ФИО56, ответила согласием. В последующем, в период времени с момента первого обращения ФИО40 в интересах ФИО56 и по ДД.ММ.ГГГГ последняя неоднократно обращалась к С.А.ББ., осужденной приговором Октябрьского районного суда &lt;адрес&gt; от 08.11.2024г., с просьбой оказать содействие ФИО56 в обучении, заключавшееся в оформлении документов опроведении с ним учебных занятий без его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ФИО56 по месту проведения практики с составлением соответствующих отчетов, содержащих в себе сведения, не соответствующие действительности, за денежное вознаграждение. ФИО1, осужденная приговором Октябрьского районного суда &lt;адрес&gt; от 08.11.2024г., при каждом обращении ФИО40 с вопросом обоказании содействия ФИО56 в вышеуказанных вопросах сообщала оданных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&lt;адрес&gt;нного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ФИО56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а она, в свою очередь, сообщила об этом ФИО40, действовавшей в интересах ФИО56, достигнув с ней договоренности обоказании последнему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ФИО56,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отФИО40, действовавшей в интересах ФИО56,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6189, открыт в подразделении № ПАО «Сбербанк», расположенном поадресу: &lt;адрес&gt;) следующими платежами: ДД.ММ.ГГГГ в 13 часов 10 минут в сумме 18000 рублей, а также на банковскую карту супруга ФИО1, осужденной приговором Октябрьского районного суда &lt;адрес&gt; от 08.11.2024г., – С.Г. № (номер счета карты: №, открыт в подразделении № ПАО «Сбербанк», расположенном поадресу: &lt;адрес&gt;) следующими платежами: ДД.ММ.ГГГГ в 10 часов 06 минут в сумме 24000 рублей, от ФИО56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20 часов 00 минут в сумме 5000 рублей, от ФИО57, действовавшей по просьбе ФИО56 и неосведомленной о преступном характере договоренности, достигнутой между ФИО56, ФИО40 и ФИО1, осужденной приговором Октябрьского районного суда &lt;адрес&gt; от 08.11.2024г.,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17 часов 05 минут в сумме 25000 рублей; ДД.ММ.ГГГГ в 16 часов 17 минут в сумме 5000 рублей; ДД.ММ.ГГГГ в 14 часов 13 минут в сумме 34000 рублей, а также от ФИО57, действовавшей по просьбе ФИО56 и неосведомленной о преступном характере договоренности, достигнутой между ФИО56, ФИО40 и ФИО1, осужденной приговором Октябрьского районного суда &lt;адрес&gt; от 08.11.2024г., на банковскую карту ФИО58, действовавшей по просьбе ФИО1, осужденной приговором Октябрьского районного суда &lt;адрес&gt; от 08.11.2024г., и неосведомленной опреступном характере договоренности, достигнутой между ФИО56, ФИО40 и ФИО1, осужденной приговором Октябрьского районного суда &lt;адрес&gt; от 08.11.2024г., № (номер счета карты: №, открыт в подразделении № ПАО«Сбербанк», расположенном по адресу: &lt;адрес&gt; «А») следующими платежами: ДД.ММ.ГГГГ в 16 часов 41 минуту в сумме 29000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отФИО56, ФИО40, действовавшей в интересах последнего, и ФИО57, неосведомленной о преступном характере договоренности, достигнутой между ФИО56, ФИО40 и ФИО1, осужденной приговором Октябрьского районного суда &lt;адрес&gt; от 08.11.2024г., взятку в виде денег путем безналичных перечислений на банковскую карту на общую сумму 140000 рублей, распределив их между собой по своему усмотрению. 31) Кроме того, в точно неустановленное следствием день и время, между К.В.ВА., ФИО41, ФИО42, ФИО43, К.В.ВБ., ФИО53, ФИО56, ФИО54, ФИО39 достигнута договоренность о том, что в интересах всех перечисленных лиц при общении с ФИО1, осужденной приговором Октябрьского районного суда &lt;адрес&gt; от 08.11.2024г., будет действовать К.В.ВВ., о чем ФИО1, осужденной приговором Октябрьского районного суда &lt;адрес&gt; от 08.11.2024г., было достоверно известно. В точно неустановленное следствием время, но не позднее ДД.ММ.ГГГГ, к ФИО1, осужденной приговором Октябрьского районного суда &lt;адрес&gt; от 08.11.2024г., обратилась ФИО40 в интересах ФИО39, являвшейся на тот момент студентом Университета, с просьбой оказать содействие в изготовлении (написании) выпускной квалификационной работы и последующей ее защите. В этот же период времени ФИО1, осужденная приговором Октябрьского районного суда &lt;адрес&gt; от 08.11.2024г., сообщила об обращении ФИО40 в интересах ФИО39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изготовлении (написании) выпускной квалификационной работы без самостоятельного проведения ФИО39 научного исследования и оказании содействия в защите данной работы, то есть совершать незаконные действия в пользу последней за взятку в виде денежного вознаграждения, сообщила об этом С.А.ББ., осужденной приговором Октябрьского районного суда &lt;адрес&gt; от 08.11.2024г.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ФИО39 не желает в установленном законом порядке проходить обучение и самостоятельно изготавливать (писать) выпускную квалификационную работу, в точно неустановленный следствием день, время и месте, но не позднее ДД.ММ.ГГГГ, сообщила ФИО40, действовавшей в интересах ФИО39, овозможности оказать содействие последней в изготовлении (написании) выпускной квалификационной работы без самостоятельного проведения ФИО39 научного исследования и оказании содействия в защите данной работы, за денежное вознаграждение, на что ФИО40, согласовав данный вопрос со ФИО39, ответила согласием.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создании возможности по изготовлению (написанию) выпускных квалификационных работ без самостоятельного проведения студентом научного исследования и оказании содействия в защите данной работы, за что путем перечислений денежных средств безналичным способом получили ДД.ММ.ГГГГ в 13 часов 45 минут от ФИО39 взятку в виде денег в сумме 79000 рублей за совершение вышеперечисленных незаконных действий на банковскую карту на банковскую карту супруга ФИО1, осужденной приговором Октябрьского районного суда &lt;адрес&gt; от 08.11.2024г., – С.Г. № (номер счета карты: № открыт в подразделении № ПАО «Сбербанк», расположенном поадресу: &lt;адрес&gt;). Таким образом, ДД.ММ.ГГГГ ФИО1, осужденная приговором Октябрьского районного суда &lt;адрес&gt; от 08.11.2024г., ФИО2 и С.А.ВВ., осужденный приговором Октябрьского районного суда &lt;адрес&gt; от ДД.ММ.ГГГГ, в составе организованной группы получили от ФИО39 взятку в виде денег путем безналичных перечислений на банковскую карту на общую сумму 79 000 рублей, распределив их между собой по своему усмотрению. 32) Кроме того, в точно неустановленное следствием время, но не позднее ДД.ММ.ГГГГ, к ФИО1, осужденной приговором Октябрьского районного суда &lt;адрес&gt; от 08.11.2024г., обратился ФИО13, являвшийся на тот момент студентом Университета с просьбой оказать ему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К.С.МА.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К.С.МБ.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ФИО13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К.С.МВ., о возможности оказать ему содействие в прохождении промежуточной аттестации без фактической проверки его знаний за денежное вознаграждение, на что последний ответил согласием. В последующем, в период времени с момента первого обращения К.С.МА. и по ДД.ММ.ГГГГ последний неоднократно обращался к С.А.ББ., осужденной приговором Октябрьского районного суда &lt;адрес&gt; от 08.11.2024г.,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аттестаций путем проставления положительных оценок по всем видам контроля без проверки знаний, а также в оформлении документов опрохождении практик без фактического присутствия ФИО59 поместу проведения практики с составлением соответствующих отчетов, содержащих в себе сведения, не соответствующие действительности за денежное вознаграждение. ФИО1, осужденная приговором Октябрьского районного суда &lt;адрес&gt; от 08.11.2024г., при каждом обращении ФИО59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ФИО59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К.С.МВ., достигнув с последним договоренности обоказании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ФИО59,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отФИО59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10 часов 00 минут в сумме 20000 рублей; ДД.ММ.ГГГГ в 15 часов 42 минут в сумме 30000 рублей; ДД.ММ.ГГГГ в 09 часов 46 минут в сумме 3000 рублей; ДД.ММ.ГГГГ в 14 часов 45 минут в сумме 15900 рублей; ДД.ММ.ГГГГ в 12 часов 32 минут в сумме 20000 рублей; ДД.ММ.ГГГГ в 10 часов 34 минут в сумме 16000 рублей; ДД.ММ.ГГГГ в 16 часов 06 минут в сумме 25300 рублей; ДД.ММ.ГГГГ в 13 часов 09 минут в сумме 20000 рублей; ДД.ММ.ГГГГ в 10 часов 53 минут в сумме 34300 рублей; ДД.ММ.ГГГГ в 12 часов 19 минут в сумме 5000 рублей; ДД.ММ.ГГГГ в 13 часов 40 минут в сумме 17000 рублей; ДД.ММ.ГГГГ в 17 часов 40 минут в сумме 17000 рублей; ДД.ММ.ГГГГ в 15 часов 27 минут в сумме 41000 рублей, а также на банковскую карту ФИО1, осужденной приговором Октябрьского районного суда &lt;адрес&gt; от 08.11.2024г., на банковскую карту № (номер счета карты: 4081 7810 9610 0102 2472, открыт в подразделении № ПАО «Сбербанк», расположенном поадресу: &lt;адрес&gt;) следующими платежами: ДД.ММ.ГГГГ в 12 часов 40 минут в сумме 3000 рублей, а всего на общую сумму 267500 рублей, из которых в качестве взятки перечислены 153740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&lt;адрес&gt;нного суда &lt;адрес&gt; от ДД.ММ.ГГГГ, в составе организованной группы получили отФИО59, взятку в виде денег путем безналичных перечислений на банковскую карту на общую сумму 153740 рублей, распределив их между собой по своему усмотрению. 33) Кроме того, в точно неустановленное следствием время, но не позднее ДД.ММ.ГГГГ, к ФИО1, осужденной приговором Октябрьского районного суда &lt;адрес&gt; от 08.11.2024г., обратился ФИО60, являвшийся на тот момент студентом Университета с просьбой оказать ему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Б.А.ВА.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ФИО60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ФИО60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Б.А.ВБ., о возможности оказать ему содействие в прохождении промежуточной аттестации без фактической проверки его знаний за денежное вознаграждение, на что последний ответил согласием. В последующем, в период времени с момента первого обращения Б.А.ВА. и по ДД.ММ.ГГГГ последний неоднократно обращался к С.А.ББ., осужденной приговором Октябрьского районного суда &lt;адрес&gt; от 08.11.2024г.,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аттестаций путем проставления положительных оценок по всем видам контроля без проверки знаний, а также в оформлении документов опрохождении практик без фактического присутствия ФИО60 поместу проведения практики с составлением соответствующих отчетов, содержащих в себе сведения, не соответствующие действительности за денежное вознаграждение. ФИО1, осужденная приговором Октябрьского районного суда &lt;адрес&gt; от 08.11.2024г., при каждом обращении ФИО60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ФИО60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ФИО60, достигнув с последним договоренности обоказании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ФИО60,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отБ.А.ВА.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20 часов 41 минуту в сумме 23000 рублей; ДД.ММ.ГГГГ в 18 часов 58 минут в сумме 22000 рублей; ДД.ММ.ГГГГ в 22 часа 42 минуты в сумме 20000 рублей; ДД.ММ.ГГГГ в 18 часов 08 минут в сумме 25000 рублей; ДД.ММ.ГГГГ в 12 часов 36 минут в сумме 5000 рублей; ДД.ММ.ГГГГ в 20 часов 48 минут в сумме 25000 рублей; ДД.ММ.ГГГГ в 18 часов 56 минут в сумме 5000 рублей, а также в ходе личных встреч ФИО1, осужденной приговором Октябрьского районного суда &lt;адрес&gt; от 08.11.2024г., на территории &lt;адрес&gt; от ФИО61 и ФИО62, действовавших по просьбе ФИО60 и неосведомленных о преступном характере договоренности, достигнутой между последним и ФИО1, осужденной приговором Октябрьского районного суда &lt;адрес&gt; от 08.11.2024г., в наличной форме: ДД.ММ.ГГГГ в сумме 30 000 рублей; ДД.ММ.ГГГГ в сумме 35 000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отФИО60, ФИО61 и ФИО62, действовавших по просьбе ФИО60 и неосведомленных о преступном характере договоренности, достигнутой между последним и ФИО1, осужденной приговором Октябрьского районного суда &lt;адрес&gt; от 08.11.2024г., взятку в виде денег путем безналичных перечислений на банковскую карту и в наличной форме на общую сумму 190 000 рублей, распределив их между собой по своему усмотрению. 34) Кроме того, в точно неустановленное следствием время, но не позднее ДД.ММ.ГГГГ, к ФИО1, осужденной приговором Октябрьского районного суда &lt;адрес&gt; от 08.11.2024г., обратился ФИО14, являвшийся на тот момент студентом Университета с просьбой оказать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ФИО14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ФИО14 поместу их проведения и защите отчетов, об их прохождении, содержащих в себе сведения, не соответствующие действительности.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ФИО14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ФИО14 овозможности оказать ему содействие в прохождении промежуточной аттестации без фактической проверки его знаний за денежное вознаграждение, на что последний ответил согласием. В последующем, в период времени с момента первого обращения ФИО14 и по ДД.ММ.ГГГГ последний неоднократно обращался к С.А.ББ., осужденной приговором Октябрьского районного суда &lt;адрес&gt; от 08.11.2024г.,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ФИО14 поместу проведения практики с составлением соответствующих отчетов, содержащих в себе сведения, не соответствующие действительности, а также в изготовлении (написании) выпускной квалификационной работы без самостоятельного проведения ФИО14 научного исследования и оказании содействия в защите данной работы за денежное вознаграждение. ФИО1, осужденная приговором Октябрьского районного суда &lt;адрес&gt; от 08.11.2024г., при каждом обращении ФИО14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&lt;адрес&gt;нного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ФИО14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П.Е.И., достигнув с последним договоренности об 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ФИО14,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за что путем перечислений денежных средств безналичным способом получили отПочуноваЕ.И.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18 часов 45 минут в сумме 20000 рублей; ДД.ММ.ГГГГ в 20 часов 48 минут в сумме 22000 рублей; ДД.ММ.ГГГГ в 06 часов 30 минут в сумме 50000 рублей; ДД.ММ.ГГГГ в 15 часов 42 минуты в сумме 55000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отФИО14 взятку в виде денег путем безналичных перечислений на банковскую карту на общую сумму 147000 рублей, распределив их между собой по своему усмотрению. 35) Кроме того, в точно неустановленное следствием время, но не позднее ДД.ММ.ГГГГ, к ФИО1, осужденной приговором Октябрьского районного суда &lt;адрес&gt; от 08.11.2024г., обратился ФИО15, являвшийся на тот момент студентом Университета с просьбой оказать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ФИО15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ФИО15 поместу их проведения и защите отчетов, об их прохождении, содержащих в себе сведения, не соответствующие действительности.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ФИО15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ФИО15 овозможности оказать ему содействие в прохождении промежуточной аттестации без фактической проверки его знаний за денежное вознаграждение, на что последний ответил согласием. В последующем, в период времени с момента первого обращения ФИО15 и по ДД.ММ.ГГГГ последний неоднократно обращался к С.А.ББ., осужденной приговором Октябрьского районного суда &lt;адрес&gt; от 08.11.2024г.,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ФИО15 по месту проведения практики с составлением соответствующих отчетов, содержащих в себе сведения, не соответствующие действительности, а также в изготовлении (написании) выпускной квалификационной работы без самостоятельного проведения ФИО15 научного исследования и оказании содействия в защите данной работы за денежное вознаграждение. ФИО1, осужденная приговором Октябрьского районного суда &lt;адрес&gt; от 08.11.2024г., при каждом обращении ФИО15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ФИО15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С.Н., достигнув с последним договоренности об 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ФИО15,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за что путем перечислений денежных средств безналичным способом получили отСоловьеваН.С.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13 часов 37 минут в сумме 29000 рублей; ДД.ММ.ГГГГ в 15 часов 37 минут в сумме 23000 рублей; ДД.ММ.ГГГГ в 10 часов 27 минут в сумме 29000 рублей; ДД.ММ.ГГГГ в 18 часов 46 минут в сумме 20000 рублей, а также на банковскую карту супруга ФИО1, осужденной приговором Октябрьского районного суда &lt;адрес&gt; от 08.11.2024г., – ФИО28 № (номер счета карты: 4081 7810 8610 0691 6188, открыт в подразделении № ПАО «Сбербанк», расположенном поадресу: &lt;адрес&gt;) следующими платежами: ДД.ММ.ГГГГ в 20 часов 40 минут в сумме 100 000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отФИО15 взятку в виде денег путем безналичных перечислений на банковскую карту на общую сумму 201000 рублей, распределив их между собой по своему усмотрению. 36) Кроме того, в точно неустановленное следствием время, но не позднее ДД.ММ.ГГГГ, к ФИО1, осужденной приговором Октябрьского районного суда &lt;адрес&gt; от 08.11.2024г., обратилась ФИО63, являвшаяся на тот момент студентом Университета с просьбой оказать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ФИО63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ФИО63 поместу их проведения и защите отчетов, об их прохождении, содержащих в себе сведения, не соответствующие действительности.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ФИО63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ФИО63 овозможности оказать ей содействие в прохождении промежуточной аттестации без фактической проверки ее знаний за денежное вознаграждение, на что последняя ответила согласием. В последующем, в период времени с момента первого обращения ФИО63 и по ДД.ММ.ГГГГ последняя неоднократно обращалась к С.А.ББ., осужденной приговором Октябрьского районного суда &lt;адрес&gt; от 08.11.2024г., с просьбой оказать ей содействие в обучении, заключавшееся в оформлении документов о проведении с ней учебных занятий без ее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ФИО63 по месту проведения практики с составлением соответствующих отчетов, содержащих в себе сведения, не соответствующие действительности, а также в изготовлении (написании) выпускной квалификационной работы без самостоятельного проведения ФИО63 научного исследования и оказании содействия в защите данной работы за денежное вознаграждение. ФИО1, осужденная приговором Октябрьского районного суда &lt;адрес&gt; от 08.11.2024г., при каждом обращении ФИО63 с вопросом обоказании ей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ФИО63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то есть совершать незаконные действия в пользу последней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К.Ю., достигнув с последней договоренности об оказании ей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ФИО63, в оформлении документов о прохождении практик без фактического присутствия последней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за что путем перечислений денежных средств безналичным способом получили отК.Ю.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10 часов 31 минуту в сумме 20 500 рублей, из которых в 11 часов 01 минуту того же дня 500 рублей возвращены обратно; ДД.ММ.ГГГГ в 08 часов 16 минут в сумме 3000 рублей; ДД.ММ.ГГГГ в 19 часов 44 минуты в сумме 20000 рублей; ДД.ММ.ГГГГ в 14 часов 09 минут в сумме 20000 рублей; ДД.ММ.ГГГГ в 17 часов 09 минут в сумме 25000 рублей; ДД.ММ.ГГГГ в 17 часов 37 минут в сумме 500 рублей; ДД.ММ.ГГГГ в 19 часов 59 минут в сумме 20000 рублей; ДД.ММ.ГГГГ в 20 часов 04 минуты в сумме 5000 рублей; ДД.ММ.ГГГГ в 13 часов 23 минуты в сумме 23000 рублей, на банковскую карту супруга ФИО1, осужденной приговором Октябрьского районного суда &lt;адрес&gt; от 08.11.2024г., – ФИО28 № (номер счета карты: 4081 7810 8610 0691 6188, открыт в подразделении № ПАО «Сбербанк», расположенном поадресу: &lt;адрес&gt;) следующими платежами: ДД.ММ.ГГГГ в 13 часов 53 минуты в сумме 23 000 рублей, а также в ходе личных встреч родителей ФИО63 – ФИО64 и ФИО65, неосведомленных о преступном характере договоренности, достигнутой между ФИО63 и ФИО1, осужденной приговором Октябрьского районного суда &lt;адрес&gt; от 08.11.2024г., с последней на территории &lt;адрес&gt; в наличной форме: ДД.ММ.ГГГГ в сумме 49 000 рублей; ДД.ММ.ГГГГ в сумме 50 000 рублей; ДД.ММ.ГГГГ в сумме 55 000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отФИО63 взятку в виде денег путем безналичных перечислений на банковскую карту и в наличной форме на общую сумму 313500, распределив их между собой по своему усмотрению. 37) Кроме того, в точно неустановленное следствием день и время, между ФИО66, ФИО67 и ФИО68 достигнута договоренность о том, что в интересах всех перечисленных лиц при общении с ФИО1, осужденной приговором Октябрьского районного суда &lt;адрес&gt; от 08.11.2024г., будет действовать ФИО66, о чем ФИО1, осужденной приговором Октябрьского районного суда &lt;адрес&gt; от 08.11.2024г., было достоверно известно. В точно неустановленное следствием время, но не позднее ДД.ММ.ГГГГ, к ФИО1, осужденной приговором Октябрьского районного суда &lt;адрес&gt; от 08.11.2024г., обратилась ФИО66 в интересах ФИО67, являвшегося на тот момент студентом Университета с просьбой оказать ему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ФИО66 в интересах ФИО67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ФИО67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ФИО67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А.Э., действовавшей в интересах ФИО67, овозможности оказать ему содействие в прохождении промежуточной аттестации без фактической проверки его знаний за денежное вознаграждение, на что А.Э. ответила согласием. В последующем, в период времени с момента первого обращения ФИО66 в интересах ФИО67 и по ДД.ММ.ГГГГ последняя неоднократно обращалась к С.А.ББ., осужденной приговором Октябрьского районного суда &lt;адрес&gt; от 08.11.2024г., с просьбой оказать содействие ФИО67 в обучении, заключавшееся в оформлении документов опроведении с ним учебных занятий без его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ФИО67 по месту проведения практики с составлением соответствующих отчетов, содержащих в себе сведения, не соответствующие действительности, а также в изготовлении (написании) выпускной квалификационной работы без самостоятельного проведения ФИО67 научного исследования и оказании содействия в защите данной работы за денежное вознаграждение. ФИО1, осужденная приговором Октябрьского районного суда &lt;адрес&gt; от 08.11.2024г., при каждом обращении ФИО66 в интересах ФИО67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ФИО67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ФИО66, действовавшей в интересах ФИО67, достигнув с ней договоренности обоказании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ФИО67,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за что путем перечислений денежных средств безналичным способом получили отА.Э., действовавшей в интересах ФИО67,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07 часов 50 минут в сумме 20000 рублей; ДД.ММ.ГГГГ в 10 часов 22 минуты в сумме 3000 рублей; ДД.ММ.ГГГГ в 09 часов 25 минут в сумме 20000 рублей; ДД.ММ.ГГГГ в 09 часов 15 минут в сумме 20000 рублей; ДД.ММ.ГГГГ в 10 часов 36 минут в сумме 25000 рублей; ДД.ММ.ГГГГ в 09 часов 41 минуту в сумме 1100 рублей; ДД.ММ.ГГГГ в 10 часов 16 минут в сумме 28000 рублей; ДД.ММ.ГГГГ в 19 часов 04 минуты в сумме 24000 рублей; ДД.ММ.ГГГГ в 18 часов 52 минуты в сумме 65000 рублей; ДД.ММ.ГГГГ в 12 часов 54 минуты в сумме 50000 рублей; ДД.ММ.ГГГГ в 21 час 27 минут в сумме 60000 рублей, на банковскую карту ФИО1, осужденной приговором Октябрьского районного суда &lt;адрес&gt; от 08.11.2024г., № (номер счета карты: 4081 7810 9610 0102 2472, открыт в подразделении № ПАО«Сбербанк», расположенном поадресу: &lt;адрес&gt;) следующими платежами: ДД.ММ.ГГГГ в 18 часов 58 минут в сумме 43000 рублей, а также на банковскую карту супруга ФИО1, осужденной приговором Октябрьского районного суда &lt;адрес&gt; от 08.11.2024г., – ФИО28 № (номер счета карты: 4081 7810 8610 0691 6188, открыт в подразделении № ПАО «Сбербанк», расположенном поадресу: &lt;адрес&gt;) следующими платежами: ДД.ММ.ГГГГ в 09 часов 59 минут в сумме 70000 рублей, на банковскую карту супруга ФИО1, осужденной приговором Октябрьского районного суда &lt;адрес&gt; от 08.11.2024г., – ФИО28 № (номер счета карты: 4081 7810 8610 0691 6188, открыт в подразделении № ПАО «Сбербанк», расположенном поадресу: &lt;адрес&gt;) следующими платежами: ДД.ММ.ГГГГ в 08 часов 15 минут в сумме 25000 рублей; ДД.ММ.ГГГГ в 09 часов 18 минут в сумме 23000 рублей, а всего на общую сумму 477100 рублей, из которых в качестве взятки в интересах ФИО67 перечислены 253000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отФИО66, действовавшей в интересах ФИО67, взятку в виде денег путем безналичных перечислений на банковскую карту на общую сумму 253000 рублей, распределив их между собой по своему усмотрению. 38) Кроме того, в точно неустановленное следствием день и время, между ФИО66, ФИО67 и ФИО68 достигнута договоренность о том, что в интересах всех перечисленных лиц при общении с ФИО1, осужденной приговором Октябрьского районного суда &lt;адрес&gt; от 08.11.2024г., будет действовать ФИО66, о чем ФИО1, осужденной приговором Октябрьского районного суда &lt;адрес&gt; от 08.11.2024г., было достоверно известно. В точно неустановленное следствием время, но не позднее ДД.ММ.ГГГГ, к ФИО1, осужденной приговором Октябрьского районного суда &lt;адрес&gt; от 08.11.2024г., обратилась ФИО66 в интересах ФИО68, являвшегося на тот момент студентом Университета с просьбой оказать ему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ФИО66 в интересах ФИО68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ФИО68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ФИО68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А.Э., действовавшей в интересах ФИО68, овозможности оказать ему содействие в прохождении промежуточной аттестации без фактической проверки его знаний за денежное вознаграждение, на что А.Э. ответила согласием. В последующем, в период времени с момента первого обращения ФИО66 в интересах ФИО68 и по ДД.ММ.ГГГГ последняя неоднократно обращалась к С.А.ББ., осужденной приговором Октябрьского районного суда &lt;адрес&gt; от 08.11.2024г., с просьбой оказать содействие ФИО68 в обучении, заключавшееся в оформлении документов опроведении с ним учебных занятий без его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ФИО68 по месту проведения практики с составлением соответствующих отчетов, содержащих в себе сведения, не соответствующие действительности, а также в изготовлении (написании) выпускной квалификационной работы без самостоятельного проведения ФИО68 научного исследования и оказании содействия в защите данной работы за денежное вознаграждение. ФИО1, осужденная приговором Октябрьского районного суда &lt;адрес&gt; от 08.11.2024г., при каждом обращении ФИО66 в интересах ФИО68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ФИО68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ФИО66, действовавшей в интересах ФИО68, достигнув с ней договоренности обоказании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ФИО68,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за что путем перечислений денежных средств безналичным способом получили отА.Э., действовавшей в интересах ФИО68,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07 часов 50 минут в сумме 20000 рублей; ДД.ММ.ГГГГ в 10 часов 22 минуты в сумме 3000 рублей; ДД.ММ.ГГГГ в 09 часов 25 минут в сумме 20000 рублей; ДД.ММ.ГГГГ в 09 часов 15 минут в сумме 20000 рублей; ДД.ММ.ГГГГ в 10 часов 36 минут в сумме 25000 рублей; ДД.ММ.ГГГГ в 09 часов 41 минуту в сумме 1100 рублей; ДД.ММ.ГГГГ в 10 часов 16 минут в сумме 28000 рублей; ДД.ММ.ГГГГ в 19 часов 04 минуты в сумме 24000 рублей; ДД.ММ.ГГГГ в 18 часов 52 минуты в сумме 65000 рублей; ДД.ММ.ГГГГ в 12 часов 54 минуты в сумме 50000 рублей; ДД.ММ.ГГГГ в 21 час 27 минут в сумме 60000 рублей, на банковскую карту ФИО1, осужденной приговором Октябрьского районного суда &lt;адрес&gt; от 08.11.2024г., № (номер счета карты: 4081 7810 9610 0102 2472, открыт в подразделении № ПАО«Сбербанк», расположенном поадресу: &lt;адрес&gt;) следующими платежами: ДД.ММ.ГГГГ в 18 часов 58 минут в сумме 43000 рублей, а также на банковскую карту супруга ФИО1, осужденной приговором Октябрьского районного суда &lt;адрес&gt; от 08.11.2024г., – ФИО28 № (номер счета карты: 4081 7810 8610 0691 6188, открыт в подразделении № ПАО «Сбербанк», расположенном поадресу: &lt;адрес&gt;) следующими платежами: ДД.ММ.ГГГГ в 09 часов 59 минут в сумме 70000 рублей, на банковскую карту супруга ФИО1, осужденной приговором Октябрьского районного суда &lt;адрес&gt; от 08.11.2024г., – ФИО28 № (номер счета карты: 4081 7810 8610 0691 6188, открыт в подразделении № ПАО «Сбербанк», расположенном поадресу: &lt;адрес&gt;) следующими платежами: ДД.ММ.ГГГГ в 08 часов 15 минут в сумме 25000 рублей; ДД.ММ.ГГГГ в 09 часов 18 минут в сумме 23000 рублей, а всего на общую сумму 477100 рублей, из которых в качестве взятки в интересах ФИО68 перечислены 220000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&lt;адрес&gt;нного суда &lt;адрес&gt; от ДД.ММ.ГГГГ, в составе организованной группы получили отФИО66, действовавшей в интересах ФИО68, взятку в виде денег путем безналичных перечислений на банковскую карту на общую сумму 220000 рублей, распределив их между собой по своему усмотрению. 39) Кроме того, в точно неустановленное следствием время, но не позднее ДД.ММ.ГГГГ, к ФИО1, осужденной приговором Октябрьского районного суда &lt;адрес&gt; от 08.11.2024г., обратилась ФИО69, являвшааяся на тот момент студентом Университета с просьбой оказать ей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ФИО69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&lt;адрес&gt;нного суда &lt;адрес&gt; от ДД.ММ.ГГГГ, она совместно с последним может способствовать в прохождении Б.Н. промежуточной аттестации без проверки ее знаний путем создания соответствующих условий и иных возможностей занимаемых ими должностей, то есть совершать незаконные действия в пользу последней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ФИО69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ФИО69, о возможности оказать ей содействие в прохождении промежуточной аттестации без фактической проверки ее знаний за денежное вознаграждение, на что последняя ответила согласием. В последующем, в период времени с момента первого обращения ФИО69 и по ДД.ММ.ГГГГ последняя неоднократно обращалась к С.А.ББ., осужденной приговором Октябрьского районного суда &lt;адрес&gt; от 08.11.2024г., с просьбой оказать ей содействие в обучении, заключавшееся в оформлении документов опроведении с ней учебных занятий без ее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Б.Н. по месту проведения практики с составлением соответствующих отчетов, содержащих в себе сведения, не соответствующие действительности, а также в изготовлении (написании) выпускной квалификационной работы без самостоятельного проведения Б.Н. научного исследования и оказании содействия в защите данной работы за денежное вознаграждение. ФИО1, осужденная приговором Октябрьского районного суда &lt;адрес&gt; от 08.11.2024г., при каждом обращении ФИО69 с вопросом обоказании ей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ФИО69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то есть совершать незаконные действия в пользу последней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Б.Н., достигнув с ней договоренности обоказании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ФИО69, в оформлении документов о прохождении практик без фактического присутствия последней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за что путем перечислений денежных средств безналичным способом получили отФИО70, действовавшего в интересах ФИО69,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19 часов 43 минуты в сумме 600 рублей; ДД.ММ.ГГГГ в 18 часов 54 минуты в сумме 60000 рублей; ДД.ММ.ГГГГ в 11 часов 04 минуты в сумме 40500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&lt;адрес&gt;нного суда &lt;адрес&gt; от ДД.ММ.ГГГГ, в составе организованной группы получили отФИО70, действовавшего в интересах ФИО69, взятку в виде денег путем безналичных перечислений на банковскую карту на общую сумму 101100 рублей, распределив их между собой по своему усмотрению. 40) Кроме того, в точно неустановленное следствием время, но не позднее ДД.ММ.ГГГГ, к ФИО1, осужденной приговором Октябрьского районного суда &lt;адрес&gt; от 08.11.2024г., обратился ФИО16, являвшийся на тот момент студентом Университета с просьбой оказать ему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ФИО16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ФИО16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ФИО16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О.М., о возможности оказать ему содействие в прохождении промежуточной аттестации без фактической проверки его знаний за денежное вознаграждение, на что последний ответил согласием. В последующем, в период времени с момента первого обращения ФИО16 и по ДД.ММ.ГГГГ последний неоднократно обращался к С.А.ББ., осужденной приговором Октябрьского районного суда &lt;адрес&gt; от 08.11.2024г.,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аттестаций путем проставления положительных оценок по всем видам контроля без проверки знаний, а также в оформлении документов опрохождении практик без фактического присутствия ФИО16 поместу проведения практики с составлением соответствующих отчетов, содержащих в себе сведения, не соответствующие действительности за денежное вознаграждение. ФИО1, осужденная приговором Октябрьского районного суда &lt;адрес&gt; от 08.11.2024г., при каждом обращении ФИО16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ФИО16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ФИО16, достигнув с последним договоренности обоказании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ФИО16,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отФИО16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09 часов 13 минут в сумме 20000 рублей; ДД.ММ.ГГГГ в 12 часов 14 минут в сумме 21000 рублей; ДД.ММ.ГГГГ в 14 часов 36 минут в сумме 18 000 рублей, а также от ФИО71, действовавшей по просьбе ФИО16 и неосведомленной о преступном характере договоренности, достигнутой между последним и ФИО1, осужденной приговором Октябрьского районного суда &lt;адрес&gt; от 08.11.2024г., на банковскую карту последней № (номер счета карты: №, открыт в подразделении № ПАО «Сбербанк», расположенном поадресу: &lt;адрес&gt;) следующими платежами: ДД.ММ.ГГГГ в 17 часов 52 минуты в сумме 5000 рублей. Таким образом, в период с ДД.ММ.ГГГГ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отФИО16 и ФИО71, действовавшей по просьбе ФИО110.Е. и неосведомленной о преступном характере договоренности, достигнутой между последним и ФИО1, осужденной приговором Октябрьского районного суда &lt;адрес&gt; от 08.11.2024г., взятку в виде денег путем безналичных перечислений на банковскую карту на общую сумму 64 000 рублей, распределив их между собой по своему усмотрению. 41) Кроме того, в точно неустановленное следствием время, но не позднее января 2021 года, к ФИО1, осужденной приговором Октябрьского районного суда &lt;адрес&gt; от 08.11.2024г., обратился ФИО17, являвшийся на тот момент студентом Университета с просьбой оказать ему содействие в прохождении промежуточной аттестации. В этот же период времени ФИО1, осужденная приговором Октябрьского районного суда &lt;адрес&gt; от 08.11.2024г., сообщила об обращении ФИО17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К.О.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08.11.2024г. В дальнейшем ФИО1, осужденная приговором Октябрьского районного суда &lt;адрес&gt; от 08.11.2024г.,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ФИО17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января 2021 года, сообщила ФИО17, о возможности оказать ему содействие в прохождении промежуточной аттестации без фактической проверки его знаний за денежное вознаграждение, на что последний ответил согласием. В последующем, в период времени с момента первого обращения ФИО17 и по ДД.ММ.ГГГГ последний неоднократно обращался к С.А.ББ., осужденной приговором Октябрьского районного суда &lt;адрес&gt; от 08.11.2024г.,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аттестаций путем проставления положительных оценок по всем видам контроля без проверки знаний, а также в оформлении документов опрохождении практик без фактического присутствия ФИО17 поместу проведения практики с составлением соответствующих отчетов, содержащих в себе сведения, не соответствующие действительности за денежное вознаграждение. ФИО1, осужденная приговором Октябрьского районного суда &lt;адрес&gt; от 08.11.2024г., при каждом обращении ФИО17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ФИО17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08.11.2024г., а она, в свою очередь, сообщила об этом ФИО17, достигнув с последним договоренности обоказании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ФИО17,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отФИО17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08.11.2024г., № (номер счета карты: №, открыт в подразделении № ПАО «Сбербанк», расположенном поадресу: &lt;адрес&gt;) следующими платежами: ДД.ММ.ГГГГ в 19 часов 16 минут в сумме 25000 рублей, а также в ходе личных встреч с ФИО1, осужденной приговором Октябрьского районного суда &lt;адрес&gt; от 08.11.2024г., на территории &lt;адрес&gt; в точно неустановленные дни и время, но в период с января 2021 года и по ДД.ММ.ГГГГ, в наличной форме на общую сумму 102000 рублей. Таким образом, в период с января 2021 года по ДД.ММ.ГГГГ ФИО1, осужденная приговором Октябрьского районного суда &lt;адрес&gt; от 08.11.2024г., ФИО2 и ФИО26, осужденный приговором Октябрьского районного суда &lt;адрес&gt; от ДД.ММ.ГГГГ, в составе организованной группы получили отФИО17 взятку в виде денег путем безналичных перечислений на банковскую карту и в наличной форме на общую сумму 127 000 рублей, распределив их между собой по своему усмотрению.</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Кроме того, в точно неустановленное следствием время, но не позднее ДД.ММ.ГГГГ, к ФИО1, осужденной приговром &lt;адрес&gt;нного суда &lt;адрес&gt; от ДД.ММ.ГГГГ, обратился ФИО72, являвшийся на тот момент студентом Университета с просьбой оказать содействие в прохождении промежуточной аттестации и практики. В этот же период времени ФИО1, осужденная приговором &lt;адрес&gt;нного суда &lt;адрес&gt; от ДД.ММ.ГГГГ, сообщила об обращении ФИО72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ФИО72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ДД.ММ.ГГГГ ФИО1, осужденная приговором &lt;адрес&gt;нного суда &lt;адрес&gt; от ДД.ММ.ГГГГ,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ФИО72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ФИО72 овозможности оказать ему содействие в прохождении промежуточной аттестации без фактической проверки его знаний за денежное вознаграждение, на что последний ответил согласием.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&lt;адрес&gt;нного суда &lt;адрес&gt; от ДД.ММ.ГГГГ,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ФИО72,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ДД.ММ.ГГГГ в 13 часов 11 минут от ФИО72 взятку в виде денег в сумме 23000 рублей за совершение вышеперечисленных незаконных действий на банковскую карту ФИО1, осужденной приговором &lt;адрес&gt;нного суда &lt;адрес&gt; от ДД.ММ.ГГГГ, № (номер счета карты: № 0691 6189, открыт в подразделении № ПАО «Сбербанк», расположенном поадресу: &lt;адрес&gt;). Таким образом, ДД.ММ.ГГГГ ФИО1, осужденная приговором &lt;адрес&gt;нного суда &lt;адрес&gt; от ДД.ММ.ГГГГ, ФИО2 и С.А.ВВ., осужденный приговором Октябрьского районного суда &lt;адрес&gt; от ДД.ММ.ГГГГ, в составе организованной группы получили отФИО72 взятку в виде денег путем безналичных перечислений на банковскую карту на общую сумму 23 000 рублей, распределив их между собой по своему усмотрению. 43.Кроме того, в точно неустановленное следствием время, но не позднее ДД.ММ.ГГГГ, к ФИО1, осужденной приговором &lt;адрес&gt;нного суда &lt;адрес&gt; от ДД.ММ.ГГГГ, обратилась ФИО73 в интересах ФИО18, являвшегося на тот момент студентом Университета с просьбой оказать ему содействие в прохождении промежуточной аттестации и практики. В этот же период времени ФИО1, осужденная приговором &lt;адрес&gt;нного суда &lt;адрес&gt; от ДД.ММ.ГГГГ, сообщила об обращении ФИО73 в интересах ФИО18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осужденнного приговором Октябрьского районного суда &lt;адрес&gt; от ДД.ММ.ГГГГ, она совместно с последним может способствовать в прохождении ФИО18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ДД.ММ.ГГГГ ФИО1, осужденная приговором Октябрьского районного суда &lt;адрес&gt; от ДД.ММ.ГГГГ,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ФИО18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П.М.ГА., действовавшей в интересах ФИО18, о возможности оказать ему содействие в прохождении промежуточной аттестации без фактической проверки его знаний за денежное вознаграждение, на что П.М.ГБ., согласовав данный вопрос с ФИО18, ответила согласием.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ДД.ММ.ГГГГ,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ФИО18,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отФИО73, действовавшей по просьбе ФИО18,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ДД.ММ.ГГГГ № (номер счета карты: № 6189, открыт в подразделении № ПАО «Сбербанк», расположенном поадресу: &lt;адрес&gt;) следующими платежами: ДД.ММ.ГГГГ в 17 часов 23 минуты в сумме 34000 рублей, а также в ходе личной встречи с ФИО1, осужденной приговором Октябрьского районного суда &lt;адрес&gt; от ДД.ММ.ГГГГ, на территории &lt;адрес&gt; ДД.ММ.ГГГГ в наличной форме на общую сумму 20000 рублей. Таким образом, ДД.ММ.ГГГГ ФИО1, осужденная приговором Октябрьского районного суда &lt;адрес&gt; от ДД.ММ.ГГГГ, ФИО2 и С.А.ВВ., осужденный приговором Октябрьского районного суда &lt;адрес&gt; от ДД.ММ.ГГГГ в составе организованной группы получили отФИО73, действовавшей по просьбе ФИО18, достигнутой между последним и ФИО1, осужденной приговором Октябрьского районного суда &lt;адрес&gt; от ДД.ММ.ГГГГ, взятку в виде денег путем безналичных перечислений на банковскую карту и в наличной форме на общую сумму 54 000 рублей, распределив их между собой по своему усмотрению.</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Кроме того, в точно неустановленное следствием время, но не позднее ДД.ММ.ГГГГ, к ФИО1, осужденной приговором Октябрьского районного суда &lt;адрес&gt; от ДД.ММ.ГГГГ, обратился ФИО74, являвшийся на тот момент студентом Университета с просьбой оказать ему содействие в прохождении промежуточной аттестации. В этот же период времени ФИО1, осужденная приговором Октябрьского районного суда &lt;адрес&gt; от ДД.ММ.ГГГГ, сообщила об обращении Б.А.НА.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Б.А.НБ.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ДД.ММ.ГГГГ. В дальнейшем ФИО1, осужденная приговором Октябрьского районного суда &lt;адрес&gt; от ДД.ММ.ГГГГ,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ФИО74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Б.А.НВ., о возможности оказать ему содействие в прохождении промежуточной аттестации без фактической проверки его знаний за денежное вознаграждение, на что последний ответил согласием. В последующем, в период времени с момента первого обращения Б.А.НА. и по ДД.ММ.ГГГГ последний неоднократно обращался к С.А.ББ., осужденной приговором Октябрьского районного суда &lt;адрес&gt; от ДД.ММ.ГГГГ,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аттестаций путем проставления положительных оценок по всем видам контроля без проверки знаний, а также в оформлении документов опрохождении практик без фактического присутствия Б.А.НА. поместу проведения практики с составлением соответствующих отчетов, содержащих в себе сведения, не соответствующие действительности за денежное вознаграждение. ФИО1, осужденная приговором Октябрьского районного суда &lt;адрес&gt; от ДД.ММ.ГГГГ, при каждом обращении Б.А.НА.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осужденным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Б.А.НА.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ДД.ММ.ГГГГ, а она, в свою очередь, сообщила об этом Б.А.НВ., достигнув с последним договоренности обоказании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ДД.ММ.ГГГГ,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ФИО74,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отФИО74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ДД.ММ.ГГГГ, № (номер счета карты: №, открыт в подразделении № ПАО «Сбербанк», расположенном поадресу: &lt;адрес&gt;) следующими платежами: ДД.ММ.ГГГГ в 16 часов 16 минут в сумме 20000 рублей; ДД.ММ.ГГГГ в 19 часов 32 минуты в сумме 20000 рублей. Таким образом, в период с ДД.ММ.ГГГГ по ДД.ММ.ГГГГ ФИО1, осужденная приговором Октябрьского районного суда &lt;адрес&gt; от ДД.ММ.ГГГГ, ФИО2 и ФИО26, осужденный приговором Октябрьского районного суда &lt;адрес&gt; от ДД.ММ.ГГГГ в составе организованной группы получили отФИО74 взятку в виде денег путем безналичных перечислений на банковскую карту на общую сумму 40 000 рублей, распределив их между собой по своему усмотрению.</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Кроме того, в точно неустановленное следствием время в августе 2021 года к ФИО1, осужденной приговором Октябрьского районного суда &lt;адрес&gt; от ДД.ММ.ГГГГ, обратился ФИО75 по поводу поступления в Университет с целью получения высшего образования в заочной форме. В этот же период времени ФИО1, осужденная приговором Октябрьского районного суда &lt;адрес&gt; от ДД.ММ.ГГГГ, сообщила об обращении ФИО75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ФИО75 вступительных испытаний без проверки его знаний и его фактического присутствия при их проведении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ДД.ММ.ГГГГ В дальнейшем ФИО1, осужденная приговором Октябрьского районного суда &lt;адрес&gt; от ДД.ММ.ГГГГ,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ФИО75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в августе 2021 года, сообщила ФИО75 о возможности оказать ему содействие в прохождении вступительных испытаний без проверки его знаний и фактического присутствия в месте их проведения за денежное вознаграждение, на что последний ответил согласием.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п. 1 и 6 ст. 70, п. 6 ст. 69 Закона об образовании, п. 9 Порядка приема, п. 13, п. 61 Правил приема Пр ВГУИТ ДД.ММ.ГГГГ-2018, ФИО1, осужденная приговором Октябрьского районного суда &lt;адрес&gt; от ДД.ММ.ГГГГ,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оформлении документов о приеме ФИО75 в Университет без прохождения им обязательных вступительных испытаний и его фактического присутствия в месте их проведения, за что в точно неустановленный следствием день и время в августе 2021 года при личной встрече с ФИО1, осужденной приговором Октябрьского районного суда &lt;адрес&gt; от ДД.ММ.ГГГГ, в точно неустановленном следствием месте на территории &lt;адрес&gt; получили от ФИО75 взятку в виде денег в сумме 40000 рублей за совершение вышеперечисленных незаконных действий. В последующем, в период времени с момента первого обращения ФИО75 и по ДД.ММ.ГГГГ последний неоднократно обращался к С.А.ББ., осужденной приговором Октябрьского районного суда &lt;адрес&gt; от ДД.ММ.ГГГГ,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аттестаций путем проставления положительных оценок по всем видам контроля без проверки знаний, а также в оформлении документов опрохождении практик без фактического присутствия ФИО75 поместу проведения практики с составлением соответствующих отчетов, содержащих в себе сведения, не соответствующие действительности за денежное вознаграждение. ФИО1, осужденная приговором Октябрьского районного суда &lt;адрес&gt; от ДД.ММ.ГГГГ, при каждом обращении ФИО75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ФИО75 поместу их проведения и защите отчетов, об их прохождении, содержащих в себе сведения, не соответствующие действительности,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ДД.ММ.ГГГГ, а она, в свою очередь, сообщила об этом ФИО75, достигнув с последним договоренности обоказании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ДД.ММ.ГГГГ,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ФИО75,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за что путем перечислений денежных средств безналичным способом получили отФИО75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ДД.ММ.ГГГГ, № (номер счета карты: №, открыт в подразделении № ПАО «Сбербанк», расположенном поадресу: &lt;адрес&gt;) следующими платежами: ДД.ММ.ГГГГ в 19 часов 08 минут в сумме 23000 рублей; ДД.ММ.ГГГГ в 09 часов 56 минут в сумме 30000 рублей. Таким образом, в период не позднее августа 2021 года и по ДД.ММ.ГГГГ ФИО1, осужденная приговором Октябрьского районного суда &lt;адрес&gt; от ДД.ММ.ГГГГ, ФИО2 и ФИО26, осужденный приговором Октябрьского районного суда &lt;адрес&gt; от ДД.ММ.ГГГГ, в составе организованной группы получили отФИО75 взятку в виде денег путем безналичных перечислений на банковскую карту и в наличной форме на общую сумму 93 000 рублей, распределив их между собой по своему усмотрению.</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Кроме того, в точно неустановленное следствием время, но не позднее ДД.ММ.ГГГГ, к ФИО1, осужденной приговором Октябрьского районного суда &lt;адрес&gt; от ДД.ММ.ГГГГ, обратился ФИО76, являвшийся на тот момент студентом Университета с просьбой оказать содействие в прохождении промежуточной аттестации. В этот же период времени ФИО1, осужденная приговором Октябрьского районного суда &lt;адрес&gt; от ДД.ММ.ГГГГ, сообщила об обращении Х.А.АА.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прохождении ФИО76 промежуточной аттестации без проверки его знаний путем создания соответствующих условий и иных возможностей занимаемых ими должностей, то есть совершать незаконные действия в пользу последнего за взятку в виде денежного вознаграждения, сообщила об этом С.А.ББ., осужденной приговором Октябрьского районного суда &lt;адрес&gt; от ДД.ММ.ГГГГ. В дальнейшем ФИО1, осужденная приговором Октябрьского районного суда &lt;адрес&gt; от ДД.ММ.ГГГГ, ранее давшая согласие объединиться в устойчивую группу для совместного совершения нескольких преступлений – систематического получения взяток за совершение незаконных действий, осведомленная о том, что ФИО76 не желает в установленном законом порядке проходить обучение и посещать представительство в &lt;адрес&gt; (Жердевское представительство) Университета по адресу: &lt;адрес&gt; главный корпус ФГБОУВО«ВГУИТ» поадресу: &lt;адрес&gt;, в точно неустановленный следствием день, время и месте, но не позднее ДД.ММ.ГГГГ, сообщила ФИО76, о возможности оказать ему содействие в прохождении промежуточной аттестации без фактической проверки его знаний за денежное вознаграждение, на что последний ответил согласием. В последующем, в период времени с момента первого обращения Х.А.АА. и по ДД.ММ.ГГГГ последний неоднократно обращался к С.А.ББ., осужденной приговором Октябрьского районного суда &lt;адрес&gt; от ДД.ММ.ГГГГ, с просьбой оказать ему содействие в обучении, заключавшееся в оформлении документов о проведении с ним учебных занятий без его фактического присутствия, в неосуществлении текущего контроля успеваемости, в проведении промежуточных и итоговой аттестаций путем проставления положительных оценок по всем видам контроля без проверки знаний, в оформлении документов о прохождении практик без фактического присутствия Х.А.АА. поместу проведения практики с составлением соответствующих отчетов, содержащих в себе сведения, не соответствующие действительности, а также в изготовлении (написании) выпускной квалификационной работы без самостоятельного проведения Х.А.АБ. научного исследования и оказанию содействия в защите данной работы за денежное вознаграждение. ФИО1, осужденная приговором Октябрьского районного суда &lt;адрес&gt; от ДД.ММ.ГГГГ, при каждом обращении Х.А.АА. с вопросом обоказании ему содействия в вышеуказанных вопросах сообщала о данных фактах своему непосредственному руководителю – декану ФБО Университета Д.О.ПБ. ФИО2, в свою очередь, согласовав данный вопрос с исполняющим обязанности ее заместителя ФИО26, осужденным приговором Октябрьского районного суда &lt;адрес&gt; от ДД.ММ.ГГГГ, действуя из корыстных побуждений, осознавая общественную опасность своих действий, предвидя возможность или неизбежность наступления общественно опасных последствий и желая их наступления, заведомо зная, что в силу своего должностного положения и должностного положения ФИО26, осужденного приговором Октябрьского районного суда &lt;адрес&gt; от ДД.ММ.ГГГГ, она совместно с последним может способствовать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в оформлении документов о прохождении практик без фактического присутствия Х.А.АА.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то есть совершать незаконные действия в пользу последнего за взятку в виде денежного вознаграждения, сообщила обэтом С.А.ББ., осужденной приговором Октябрьского районного суда &lt;адрес&gt; от ДД.ММ.ГГГГ, а она, в свою очередь, сообщила об этом Х.А.АВ., достигнув с последним договоренности об оказании ему содействия в обучении за денежное вознаграждение. Реализуя свой преступный умысел, направленный на получение незаконного денежного вознаграждения, действуя умышленно, из корыстной заинтересованности, с целью личного обогащения, осознавая общественную опасность и противоправность своих действий, в нарушение п. 1,3 и 5 ст. 43 Конституции Российской Федерации, пп. 1 п. 6 ст. 28, пп.1, 11 п. 1 ст. 48 Закона об образовании, п.п. 1.4, 3.1 Положений об экзаменах и зачетах П ВГУИТ ДД.ММ.ГГГГ-2017 и ДД.ММ.ГГГГ-2022, п.п. 4.3 и 4.5 Положений опроведении промежуточной аттестации с применением ДОФИО27 ДД.ММ.ГГГГ-2020 и ДД.ММ.ГГГГ-2022, п. 3.1, 5.1 Положений о рейтинговой оценке П ВГУИТ ДД.ММ.ГГГГ-2017, ДД.ММ.ГГГГ-2018, ДД.ММ.ГГГГ-2022, п.п. 1.1, 1.4, 1.5, 4.3, 5.3.2, 5.3.3 Положений опереаттестации ПВГУИТ ДД.ММ.ГГГГ-2017, ДД.ММ.ГГГГ-2020, п. 1.2, 1.11, 1.5, 4.2, 5.3.2, 5.3.3 Положения опереаттестации ПВГУИТ ДД.ММ.ГГГГ-2022, п. 1.2, абз.6 п.3, п. 6.3 Положений опрактике П ВГУИТ ДД.ММ.ГГГГ-2017 и ДД.ММ.ГГГГ-2018, абз.8 п. 3, п. 6.3 Положения опрактике П ВГУИТ ДД.ММ.ГГГГ-2020, абз. 4 п. 3, п.п.4.7, 4.10, 5.1, 8.3.1, 8.3.6 (8.4.1 и 8.4.6), 9.1, 9.3.1, 9.3.3, 9.3.4, 10.1 Стандартов ДД.ММ.ГГГГ-2017, ДД.ММ.ГГГГ-2019, ДД.ММ.ГГГГ-2022, ФИО1, осужденная приговором Октябрьского районного суда &lt;адрес&gt; от ДД.ММ.ГГГГ, ФИО2 и ФИО26, осужденный приговором Октябрьского районного суда &lt;адрес&gt; от ДД.ММ.ГГГГ, находясь в неустановленном следствием месте, действуя согласованно, в составе организованной группы, распределив между собой преступные роли, совершили незаконные действия, заключившиеся в неосуществлении текущего контроля успеваемости, в оформлении документов об успешном прохождении промежуточных аттестаций путем проставления положительных оценок по всем формам контроля без фактической проверки знаний Х.А.АА., в оформлении документов о прохождении практик без фактического присутствия последнего поместу их проведения и защите отчетов, об их прохождении, содержащих в себе сведения, не соответствующие действительности, в обеспечении успешного прохождения государственной итоговой аттестации путем создания упрощенных условий сдачи государственных экзаменов, а также создания возможности по изготовлению (написанию) выпускных квалификационных работ без самостоятельного проведения студентом научного исследования и оказания содействия в защите данной работы, за что путем перечислений денежных средств безналичным способом получили отХ.А.АА. взятку в виде денег за совершение вышеперечисленных незаконных действий на банковскую карту ФИО1, осужденной приговором Октябрьского районного суда &lt;адрес&gt; от ДД.ММ.ГГГГ, № (номер счета карты: № открыт в подразделении № ПАО «Сбербанк», расположенном поадресу: &lt;адрес&gt;) следующими платежами: ДД.ММ.ГГГГ в 15 часов 53 минут в сумме 23000 рублей; ДД.ММ.ГГГГ в 10 часов 41 минут в сумме 20000 рублей; ДД.ММ.ГГГГ в 10 часов 12 минут в сумме 20000 рублей, а также на банковскую карту ФИО1, осужденной приговором Октябрьского районного суда &lt;адрес&gt; от ДД.ММ.ГГГГ, № (номер счета карты: 4081 7810 9610 0102 2472, открыт в подразделении № ПАО «Сбербанк», расположенном поадресу: &lt;адрес&gt;) следующими платежами: ДД.ММ.ГГГГ в 13 часов 29 минут в сумме 60000 рублей. Таким образом, в период с ДД.ММ.ГГГГ по ДД.ММ.ГГГГ ФИО1, осужденная приговором Октябрьского районного суда &lt;адрес&gt; от ДД.ММ.ГГГГ, ФИО2 и ФИО26, осужденный приговором Октябрьского районного суда &lt;адрес&gt; от ДД.ММ.ГГГГ, в составе организованной группы получили отФИО76 взятку в виде денег путем безналичных перечислений на банковскую карту на общую сумму 123000 рублей, распределив их между собой по своему усмотрению. Подсудимая ФИО2 согласилась с предъявленным обвинением, заявила ходатайство о заключении досудебного соглашения о сотрудничестве (т.46 л.д.172-173). Имеется постановление следователя о возбуждении перед прокурором ходатайства о заключении досудебного соглашения о сотрудничестве, соответствующее требованиям ст. 317.4 УПК РФ (т. 46, л.д.175-177), постановлением прокурора &lt;адрес&gt; от ДД.ММ.ГГГГ заявленное ходатайство удовлетворено, заключено досудебное соглашение о сотрудничестве (т.46 л.д.178-181). Уголовное дело поступило в суд с представлением прокурора о применении особого порядка проведения судебного заседания и вынесении судебного решения в соответствии со ст. 316 УПК РФ и главой 40.1 УПК РФ по уголовному делу в отношении обвиняемой ФИО2, с которой заключено досудебное соглашение о сотрудничестве. Досудебное соглашение о сотрудничестве заключено ею добровольно, после проведения консультации с защитником и в присутствии защитника, о чем свидетельствуют подписи участников подписания соглашения и соответствующие записи в протоколе ознакомления с материалами уголовного дела в соответствии с частью второй статьи 218 УПК РФ ; копия представления прокурора об особом порядке проведения судебного заседания и вынесения судебного решения обвиняемой вручена. В судебном заседании государственный обвинитель поддержал представление о применении особого порядка проведения судебного заседания и вынесении судебного решения в соответствии со ст. 316 УПК РФ и главой 40.1 УПК РФ, подтвердил активное содействие обвиняемой ФИО2 следствию в раскрытии и расследовании вышеуказанных преступлений, выразившихся в подробных показаниях о совершении инкриминируемых ей преступлений, о причастности к их совершению ФИО1 и ФИО26, подробно рассказала об исполнении обвиняемыми конкретных действий, направленных на получение и дачу взяток, о денежных средствах, поступавших в качестве взяток безналичным путем на ее счет, а также переданных впоследствии ФИО26 Кроме того, государственный обвинитель указал на полноту и правдивость сведений, сообщенных ФИО2 при выполнении обязательств по досудебному соглашению о сотрудничестве, они подтверждаются письменными материалами уголовного дела, предоставленными следователю результатами оперативно-розыскной деятельности, вещественными доказательствами, показаниями свидетелей, которые согласуются между собой. В судебном заседании подсудимая ФИО2 показала, что обвинение ей понятно, она с ним согласна, вину признала полностью, заявила о раскаянии в содеянном, поддержала представление прокурора об особом порядке проведения судебного заседания и вынесении судебного решения по уголовному делу в отношении неё, как обвиняемой, с которой заключено досудебное соглашение о сотрудничестве пояснила, что указанное досудебное соглашение о сотрудничестве было ею заключено добровольно и при участии защитника, последствия рассмотрения дела при указанном особом порядке судебного разбирательства она осознает, сообщила какое содействие оказала следствию и в чем оно выразилось. Защитник ФИО77 в судебном заседании поддержала представление прокурора, подтвердила выполнение её подзащитной обязательств и условий, заключенного досудебного соглашения о сотрудничестве. По условиям соглашения (т.46 л.д.182-185) ФИО2 обязалась давать правдивые показания о своей преступной деятельности, сообщить о конкретных фактах совершения преступлений, давать правдивые показания о преступной деятельности ФИО1, сообщить о конкретных фактах совершения преступлений, давать правдивые показания о деятельности ФИО26, который замещал должность заместителя декана факультета безотрывного образования ФГБОУ ВО «ВГУИТ» и принимал участие в получении денежных средств от студентов во взаимодействии с ФИО1, сообщить следствию умысел, мотив, цель, способ совершения расследуемых преступлений, связанных с получением незаконного денежного вознаграждения от студентов ФГБОУ ВО «ВГУИТ» за интересующий следствие период, подробно рассказать об исполнении ею самой, ФИО1, ФИО26 и иными должностными лицами ФГБОУ ВО «ВГУИТ» конкретных действий, направленных на получение незаконного денежного вознаграждения, участвовать во всех следственных действиях, в производстве которых у органа предварительного следствия возникнет необходимость ее участия, подтвердить свои правдивые показания в ходе проведения очных ставок и при производстве других необходимых следственных действий, подтвердить свои правдивые показания в ходе судебных заседаний. В соответствии с требованиями ч.4 ст. 317.7 УПК РФ исследовались характер и пределы содействия подсудимой следствию в раскрытии и расследовании преступлений, изобличении и уголовном преследовании других соучастников преступлений, значение сотрудничества с подсудимой для раскрытия и расследования преступлений. Подсудимая ФИО20 в судебном заседании, полностью подтвердив показания, данные ею при производстве предварительного расследования показала, что полностью признает вину, раскаивается в содеянном. В период времени с октября 2013г. по август 2023г. она состояла в должности декана факультета безотрывного образования ВГУИТ. В ее должностные обязанности входило организация образовательного процесса: составление расписания промежуточных аттестаций для студентов, выдача справок о периоде обучения, выпуск приказов о переводе студентов с курса на курс по результатам промежуточной аттестации, о переводе студентов на другое направление, внесение изменений в электронный документооборот в связи со сменой фамилии обучающегося, перенос сроков промежуточной аттестации студентов по их заявлению, сверка и установление академических задолженностей у студентов, формирование рейтинга студента, а также в ее обязанности входило руководство представительствами, которые были дислоцированы в различных регионах РФ. Она непосредственно была подчиненной ректора, но в основном всю работу она получала от проректора по учебной части. Под контролем успеваемости студентов подразумевалось составление ею отчета об успеваемости студентов на заочном факультете. Также она могла дать поручение руководителям представительств университета, для того, чтобы они связались со студентами, которые были закреплены за их представительствами и выяснили причины наличия задолженностей по успеваемости. Также эти обязанности были вменены инженерам и методистам деканата. Факультет безотрывного образования это обособленная структура университета. Он считался как дополнительный факультет. Она его возглавляла. У нее было два заместителя: ФИО21, который был заместителем по учебной работе, и ФИО21, который был заместителем по работе с представительствами. Так же в структуру университета входило 6 человек инженеров и методистов, но в связи с частой сменой сотрудников. Методисты и инженеры осуществляли деятельность, связанную с документооборотом внутри факультета. Они поддерживают связь со студентами, в части предоставления информации обучения, сроков сессии, и также они готовили пустые ведомости, которые она подписывала, которые передавались преподавателям. В их же обязанности входило собрать эти ведомости у преподавателей и внести сведения в базу электронного документооборота, то есть сами преподаватели к базе не имели доступа. В ее подчинение входило несколько представительств: Ботулиновское, Россошанское, Жердевское и Красноперекопское представительства. Представительства в основном вели только консультационную деятельность, поскольку по закону, организация образовательного процесса в представительствах запрещена. Они оказывали помощь студентам в части вопросов, связанных с прохождением практики, руководители представительств контролировали ход обучения. Далее, образовательный процесс на факультете безотрывного образования организован следующим образом. Классическая форма обучения – студенты два раза в год приезжают на сессию, слушают лекции и выполняют лабораторные и практические работы. Второй способ - с применение дистанционно-образовательных технологий. Для этого в университете имеется платформа Moodle, где каждый преподаватель, согласно своей нагрузке размещает электронный курс с заданиями, и студенты, получив логин и пароль для входа в систему, выполняют задания и знакомятся с лекциями. Студенты, которые поступают через представительства, изначально считаются обучающимися по дистанционной форме обучения. Для этого эти представительства и открывались. Поскольку они территориально удалены от главного корпуса университета, им всем предоставлялась дистанционная форма обучения, с учетом того, что все студенты имеют работу. Она посещала представительства два раза в год. Первое основное посещение – проведение дня открытых дверей с профориентационной работой, второе – проведение установочных сессий, потому что для студентов представительств они выезжали сами, поскольку не у каждого есть возможность выезжать лично. Также, она могла посещать представительства в тех случаях, когда у студентов имелось достаточно большое количество вопросов, на которые не мог ответить руководитель представительства, и она выезжала для того, чтобы ответить на эти вопросы. Также она выезжала в период приемной компании для того, чтобы ответить на вопросы абитуриентов. Как правило, выезды осуществлялись совместно с ФИО21, поскольку он являлся ее заместителем по работе с представительствами. Вступительные испытания в представительствах проходили следующим образом. Руководитель представительства предоставлял в адрес декана списки студентов с указанием направления, на которое они желают поступить. Они своевременно получали в приемной комиссии экзаменационные билеты, составленное расписание, согласованное с проректором по учебной работе, согласованное с ФИО21. Экзамены они сдавали в упрощенной форме, оставляли их одних в аудитории, на написание ответов им предоставлялось 2-3 часа, при этом телефоны у них забирали, и уходили. Потом, спустя определенное время, они возвращались, собирали работы. Эта упрощенная форма работы давала возможность набрать минимальный порог баллов для поступления и стать студентами. Это была вынужденная мера. Она не входила в состав приемной комиссии, но перед ней была поставлена задача о том, чтобы привлечь как можно больше студентов. Учитывая то, что большинство студентов представительств учатся на внебюджетной основе, им достаточно набрать минимальное количество баллов для того, чтобы стать студентами. Не всегда у некоторых абитуриентов имелась возможность сдавать вступительные испытания лично. Руководитель представительства ФИО107 сообщала ей фамилии этих студентов, они по почте отправляли ей экзаменационные билеты. И там уже либо она сама, либо третьи лица, не может точно сказать, решали эти билеты, и направляли им заполненные билеты по электронной почте. Она знала, что за студентов кто-то решает эти билеты. Доступ в электронно-образовательную систему осуществлялся следующим образом. На каждого студента генерировался логин и пароль. Логин был постоянный, пароль разовый. Он генерировался их управлением информационных технологий, непосредственно начальником П-вым. Он присылал эти логины и пароли ей на электронную почту, как декану, а она рассылала руководителям представительств, чтобы они передали их студентам за которыми они закреплены. В деканате всегда имелись логины и пароли и если студент не изменил пароль, в их систему можно было войти и посмотреть успеваемость. Более того, методисты и инженеры в деканате это делали, поскольку у них способ доступа был без права редактирования, только просмотр. Она как декан факультета по результатам каждой сессии составляла отчет для руководства, в котором отражала количество студентов, сдавших предусмотренные зачеты и экзамены, а также указывала процент студентов, которые имели задолженности по тем или иным экзаменам. Также, эту информацию она передавала руководителю представительства, чтобы она могла связаться со студентом и выяснить причины его неуспеваемости. В этом и заключалось осуществление ею контроля за успеваемостью студентов. Она всегда была в курсе результатов промежуточной аттестации. С ФИО21 она знакома очень давно, на протяжении 20 лет. Ранее он являлся студентом университета и она вела у него занятия как внешний совместитель. В то время она еще не являлась сотрудником университета, работала на промышленном предприятии, и вела занятия. В 2007г. она приступила к написанию докторской диссертации и была вынуждена покинуть предыдущее место работы и уйти на постоянное место работы в ВУЗ на ту кафедру, где ФИО21 уже работал в качестве преподавателя. На тот момент они с ним стали коллегами, начали больше общаться, впоследствии дружить, он ей помогал в составлении диаграмм и презентаций для написания ею докторской диссертации. В 2014г. ФИО21 изъявил желание поступить в докторантуру. На тот момент она уже получила ученую степень доктора наук. ФИО21 обратился к ней с просьбой о том, чтобы она стала его научным консультантом. Она была заинтересована в том, чтобы у нее появлялись ученики, поскольку она двигалась дальше и хотела получить звание профессора. Поэтому она согласилась стать его научным руководителем, и он стал соискателем, закрепленным за ней. В это время они стали намного больше общаться, дружили семьями, они ходили друг к другу в гости, совместно отмечали дни рождения. Он стал тем человеком, который постоянно находился рядом. В 2013г., когда она стала деканом факультета безотрывного образования, ей нужен был заместитель, и руководство предложило ей самостоятельно выбрать себе заместителя и вынести его кандидатуру на обсуждение. Она предложила ФИО21 стать его заместителем. Учитывая, что он трудолюбивый и никогда не подводил ее на тот момент, она предложила ему эту должность. Он согласился и с того моментами они стали работать вместе. Он оказывал ей помощь и поддержку, поэтому им было комфортно работать совместно. Она может охарактеризовать его как спокойного, уверенного в себе человека, но очень амбициозного. Это всегда чувствовалось в нем, он хотел занимать руководящие должности, и она как могла, помогала ему, в том числе, и в написании докторской диссертации. В начале 2018г. на должность руководителя Жердевского представительства была назначена ФИО107. Ее порекомендовал директор Жердевского колледжа, в котором она на тот момент работала. Об этом ей сообщил проректор, и она пригласила ее на собеседование. ФИО107 приехала на собеседование к проректору и ее утвердили. Потом она узнала, что у нее (ФИО107) был опыт работы в данной сфере. Официальное назначение ФИО107 произошло в двадцатых числах февраля 2018г., но фактически она приступила к исполнению своих обязанностей раньше, так как в этом была производственная необходимость. На тот момент в этом представительстве не было руководителя, и они были заинтересованы в том, чтобы оно продолжило свою работу. В целом, работа ФИО107 была удовлетворительна, никаких вопросов у нее к ней никогда не возникало. Она может охарактеризовать ее как ответственного человека, все поручения выполнялись достаточно. В одну из их встреч ФИО107 спросила ее как ей поступить в случае, если к ней станут обращаться студенты, которые не могут прибыть в университет или не могут зайти в электронную платформу для сдачи зачетов и экзаменов. Она не помнит, что ответила, но могла сказать, что данный вопрос решаем, поскольку в университете имела возможность закрыть несданные вовремя зачеты и экзамены путем пересдачи. В какой-то момент ФИО107 вновь обратилась к ней и сказала, что с ней на связь вышли студенты, которые просят помощи в сдаче зачетом и экзаменов, а также защите отчетов по прохождению практики. Своими мыслями она сразу поделилась с ФИО21, который сказал, что сначала нужно об этом подумать. Она передала это ФИО107, поэтому ФИО21 изначально знал о том, с какими просьбами к ней обращается ФИО107. Долгое время они не возвращались к этой теме, но позже она (ФИО107) вновь обратилась с этим вопросом. Она стала думать, как они могут помочь этим студентам и пришла к выводу о том, что они могут помочь им за счет проведения переаттестации дисциплин, пройденных ими ранее, при получении предыдущего образования. Большая часть студентов, которые обучались на факультете ФБО, имели предыдущее образование. И те студенты, которые продолжают обучение имеют право на переаттестацию дисциплин. Это регламентируется положением их университета. То есть, берется приложение к диплому студента, на основании которого он поступил, берется учебный план того направления подготовки на котором он числится, и проверяется сверкой дисциплин. Это всегда выполнялось по личному заявлению студента. Есть рекомендуемая процедура. В данный момент студенты, о которых идет речь в уголовном деле, они не обращались с заявлениями к ним и не знали об этой переаттестации. Она делала эту переаттестацию без их уведомления, тем самым закрывая их задолженности. Эта информация не была скрыта, она находилась в открытых источниках на сайте университета, в группе «Вконтакте», также она говорила об этом на установочных сессиях, но к сожалению, студенты не интересовались и они делали это без их заявлений. Она согласовывала с ФИО21 ситуацию о переаттестации дисциплин в отношении каждого студента, после чего именно он определял сумму незаконного вознаграждения, которую ФИО107 должна была получить от студента и передать ей. По какой причине именно ФИО21 всегда называл сумму вознаграждения, может сказать, что в одной из бесед с ним, она сообщила, что она никогда этим заниматься не будет, потому что у нее должность и просить преподавателей, о том, чтобы какому-либо студенту поставили оценку, она не будет. На что он сказал, что все возникающие вопросы он будет решать самостоятельно, и именно в тот момент между ними возникла негласная договоренность о том, что именно он будет определять сумму вознаграждения. Они договорились, что сумму, полученную от ФИО107 она будет делить пополам. Одну часть она оставляла себе, а другую передавала ФИО21. На тот момент они были близкими друзьями, он помогал ей, в том числе с оформлением переаттестации. В связи с этим условия устраивали их обоих. В получении вознаграждения от студентов они были оба заинтересованы, поскольку ФИО21 в тот момент писал докторскую диссертацию, и большинство всех исследований являются дорогостоящими, особенно клинические и доклинические испытания, которые являются основным требованием при защите докторской диссертации, написание различных пособий, статей, они публикуются в высокорейтинговых журналах только на иностранном языке. Поэтому денежные средства были необходимы, в основном эти деньги уходили на научные исследования. Также эти деньги уходили на содержание иновационно-технологического центра, который был открыт под ее руководством по ее идее. У них там стоит установка замкнутого водоснабжения, где они разводили различные виды рыб и в основном, ВУЗ оплачивало только коммунальные услуги, а закупка материала, кормов и так далее происходила на свои средства. Там проходила апробация результатов докторской диссертации ФИО21, и помимо этого, у нее были еще ученики, которые также работали по этой тематике и свои различные экспериментальные исследования проводили именно там. Согласовав с ФИО21 тот факт, что за денежное вознаграждение они смогут оказывать помощь в сдаче зачетов и экзаменов студентам в рамках промежуточной аттестации без фактической проверки знаний, она сообщила об этом ФИО107. Про существование ФИО21 изначально она ей ничего не говорила. Это было сказано позже. Также она сообщила ей сумму денежных средств, которые должен был передать обратившийся к ней студент. Фамилию она ужее не назовет, но такой факт был. И они условно договорились с ней о том, что ФИО107 может уточнять у нее о наличии задолженностей у студентов и при этом она будет сообщать ей (ФИО107) сумму денежных средств, которые последняя должна будет получить. В части вознаграждения ФИО107 может сказать, что в один из моментов между ними состоялся разговор, в котором она спросила зачем ей нужно вести эти разговоры со студентами, подразумевая под этим то, что она может оставлять часть получаемых денежных средств себе, чтобы ее работа выполнялась не просто так. В основном, протоколами переаттестации она занималась самостоятельно, но ФИО21 был в курсе. Иногда она с ним советовалась по этому поводу. Протоколы переаттестации были в основном у студентов 1-3 курсов, ими занималась она. То, что касалось спец. предметов 4-5 курсов, этими дисциплинами занимался ФИО21. Она ему передавала денежные средства, которые ему перевела ФИО107, и дальше он сам решал этот вопрос. ФИО21 называл ей денежную сумму, которую она сообщала ФИО107 и которую последняя ей впоследствии переводила. Как определялась сумма она не знает, но предполагает, что она зависела от трудоемкости дисциплины, количества контрольных точек по ней, а также в зависимости от того зачет или экзамен. ФИО21 не рассказывал о том, каким образом он обеспечивает отражение в ведомостях факта положительной сдачи студентов зачетов и экзаменов, но она предполагает, что он тоже мог заходить в электронную систему и каким-то образом проставлять оценку. В основном это были оценки с переаттестации, потому что остальные оценки выставляли в основном методисты. Были такие моменты, когда преподаватель мог обратиться в деканат, увидев в электронной ведомости оценку, но при этом, сказав, что студент ему этот предмет не сдавал, на что они показывали ему протокол переаттестации, где стояла оценка и вопрос был закрыт. ФИО21 сообщал ей сумму, подлежащую передаче либо в устной форме, либо писал на листе бумаги напротив фамилии студентов, который она фотографировала и отправляла ФИО107 через сервисы мгновенного обмена сообщениями. В основном суммы, которые она получала от ФИО107, она делила пополам и передавала ФИО21 либо в наличной форме, либо переводом на карту. В части защиты студентами отчетов по практике. Она и ФИО21 оказывали помощь студентам, обратившимся через ФИО107, студентам, которые фактически не проходили практику, что являлось нарушениями положения университета «О практической подготовке». Данным вопросом всегда занимался ФИО21. Она ему сообщала о необходимости помочь студентам по просьбе ФИО107, сообщала фамилию. Он ей называл сумму денежных средств. Когда она получала ее от ФИО107, она передавала ему. В этом случае вся сумма передавалась полностью. Подтверждает, что в феврале 2018г. имел место факт обращения к ФИО107 студента ФИО22 с просьбой о закрытии академических задолженностей. Она не помнит, как они с ФИО107 решили, что ФИО22 должна перевести денежные средства именно ей на карту, но перевод в размере 15000 рублей был осуществлен ей. Скорее всего это было за переаттестованные дисциплины, поскольку ФИО22 обучалась на направлениях, которых не было на его кафедре, и он не мог никаким образом поставить ей оценки, особенно по профильным дисциплинам. В целом, их помощь в сдаче зачетов и экзаменов заключалась в том, чтобы тем или иным образом обеспечить выставления положительной оценки с целью избежания образования академических задолженностей, сохранить контингент, а также заинтересованность была в том, что контингент студентов, по сути – это работа преподавателей и всего деканата в целом, от этого зависела также почасовая нагрузка. Были также случаи, что она могла подойти к какому-либо преподавателю и, поручаясь за студента, попросить выставить оценку. Она мотивировала это тем, что она знает этого студента, знает что он работает по специальности на которой он обучается, и у него есть необходимый лимит знаний для получений положительной оценки. Положительный лимит – это тройка. Это было только на безвозмездной основе. Преподавателям денежные средства она никогда не предлагала, просто поручалась за студентов, и преподаватели шли ей на встречу и ставили оценку. В части прохождения студентами практик, данный процесс запускался после выпуска приказа о направлении студентов на практику. Этот приказ готовит кафедра, но все копии предоставляются в деканат. Поэтому они всегда знали, где какие студенты проходят практику. Она, ФИО107 и ФИО21 знали о том, где и когда студенты должны были проходить практику, и от ФИО107 они знали информацию о том, какие студенты не могут ее пройти на указанный период на том предприятии, которое указано в приказе. В связи с этим, по просьбе ФИО107, ею и ФИО21 стал прорабатываться вопрос о помощи студентам по этому вопросу. Как она уже сказала, вопросом практики занимался только он, и она в это не вникала, поскольку у нее в этом не было необходимости, потому что это была не ее кафедра. Она не знала нюансов прохождения практики, и для нее было главным, чтобы вопрос был решен. Согласно положению «О прохождении практики», у них имеется три дня на составление документов и 14 дней на защиту отчета. Чтобы этот процесс не затягивался, было достаточно того, чтобы студент представил только титульный лист отчета по практике, на котором ставилась подпись руководителей отчета по практике и синяя печать. В таких моментах ФИО107 помогала, ставила печати и подписи на титульные листы на предприятиях и предоставляла их им. Оценка в ведомость ставилась на основании этих титульных листов. Содержимое отчета должно было со временем передаться студентом и быть зафиксировано как полноценный отчет. Также были случаи, что она могла посодействовать студентам в части пересдачи практик в дежурную субботу. В таком случае студент мог защитить практику не только закрепленному преподавателю, но и назначенному приказом университета в одну из суббот. Кроме того, большинство студентов уже работали по осваиваемым направлениям, поэтому это позволяло принять защиту отчета по практике без фактического присутствия студента, то есть преподаватели понимали, раз он уже работает, он имеет необходимые знания и навыки специалиста. Государственная итоговая аттестация включает в себя государственный экзамен и защиту выпускной квалификационной работы. Для проведения экзамена устанавливались конкретные дни для сдачи, в которые студенты приезжали в университет и сдавали экзамен в классической форме. Однако, в период пандемии государственный экзамен проводился дистанционно. Студенты подключались к сервису ВКС с любого источника с выходом в интернет. Так как в их распоряжении имелись экзаменационные билеты, они их отправляли ФИО107, она отдавала их студентам и они готовились по ним. Поэтому при сдаче экзамена по ВКС, они были подготовлены в какой-то степени и на минимальную оценку они могли что-то рассказать. Если студенту доставался билет, который не соответствовал тому билету, по которому он готовился, отвечал он все равно по тому билету, который готовил, преподаватели слушали и задавали вопросы. Это принималось как должное, поскольку у преподавателей не было возможности посмотреть вопросы в билете, поэтому процесс предварительной подготовки позволял студентам обучаться дальше. Были случаи, что ФИО107 сообщала о том, что к ней обращаются студенты с просьбой написания выпускных квалификационных работ, в связи, с чем она обсудила этот вопрос с ФИО21 и они прияли решение, что они смогут оказать содействие. Она сообщила ФИО21, что в силу своей занятости, дипломы делать не будет. Он согласился делать их сам, ее задача была вести переговоры с ФИО107 и сообщать ему об этом. Так как в университете на постоянной основе осуществлялось написание всех видов выпускных квалификационных работ по всем направлениям подготовки, соответственно, каждый из сотрудников университета осведомлен о том, как пишется ВКР, какая у нее структура. По сути, зная тему и используя необходимую информацию с предприятия, на котором работает студент, для сотрудника не составляет труда написать и подготовить ВКР. Подготовка речи или доклада также не являлась сложной задачей, поскольку каждый год она делается по определенному шаблону, а презентации выполняются на основании главных моментов в ВКР. Изучив переписку, которая имелась между ней и ФИО107 в «Whats App», она подтверждает, что она соответствует действительности и это те сообщения, которыми она обменивалась с ней. В данной переписке они неоднократно обсуждали сумму вознаграждения, которую ФИО107 должна была получить от студента и передать ей. При этом, есть сообщения, в которых денежные средства не называются напрямую, а они могли указывать цифру и соответствующее количество страниц в документе. Это обозначало сумму которую ФИО107 была готова передать. В некоторых случаях были сообщения в формате, например «ФИО109 – 18», в этом случае речь идет не о денежной сумме, а о количестве невыполненных контрольных точек, из которых потом определялась сумма вознаграждения. Отмечает, что были приложения к протоколу дополнительного осмотра предметов, в котором были изображения листов формата А4, на котором рукописным текстом перечислены фамилии студентом, а напротив них цифры. Данные листы она узнала и хочет сказать, что эти листы передавал ей ФИО21, это его подчерк, и подтверждает, что он ей их передавал, она фотографировала и в последующем направляла ФИО107, чтобы она назвала студентам денежное вознаграждение за оказание им содействия в обучении. Также, сообщила, что чаще ФИО107 осуществляла ей передачу денежных средств в наличной форме, а также путем перечисления денежных средств на карту. Были случаи, когда денежные средства перечисляли на карту ее мужа ФИО78 и ее дочери ФИО79 Однако, она никогда не говорила им за что были эти денежные средства, просто предупреждала, что на их карту придет денежная сумма, которую им необходимо снять и передать ей, либо перевести на ее карту. Они никогда не интересовались для чего это нужно. Поэтому о факте совершения ею незаконных действий они ничего не знали и она ничего им не объясняла. По поводу общения с ФИО107 в месенджерах про Зингер. Зингер это фамилия женщины, которая была на должности Жердевского представительства до ФИО107. Они с ней неоднократно обсуждали помощь студентам, которая оказывалась со стороны Зингер, однако данные события имели место до 2013г., до ее назначения как декана. Когда ее назначили, Зингер приняла решение об увольнении. Зингер самостоятельно ушла с этой должности и таких взаимоотношений, как с ФИО107 у них не было. Из их общения видно, что Зингер помогала студентам, и они впоследствии с этими же вопросами начали обращаться к ФИО107. Также, при общении с ФИО107, она отмечала, что определенные направления подготовки являлись ее, поскольку она была заведующей кафедры и в нагрузке у нее были отчеты по практике. Аудиторной нагрузки в силу занятости у нее было мало. Она помогала студентам в защите отчетов по практике, она могла на многое закрыть глаза, либо поставить оценку без присутствия студентов, и она знала, что некоторые преподаватели тоже так делают, но она никогда этому не препятствовала. Также есть переписка с ФИО107 по поводу ФИО23. Это студент, который изначально поступил в университет на очной форме, но потом его перевели на заочное обучение. И говоря ФИО107, что ФИО23 будет учиться с ней, она имела ввиду что он будет проходить обучение на возглавляемом ею факультете. Также в переписках они с ФИО107 неоднократно обсуждают вопрос о том, что с кафедрой экономики проблем не будет. Данная кафедра в их университете является выпускающей кафедрой, на ней обучается самое большое количество студентов, и при возникновении у них академических задолженностей можно было подойти к преподавателю, поручиться за студента, и он шел на встречу и ставил оценку. В процессе своей трудовой деятельности вместе с ФИО21, так как они находились в доверительных отношениях, в ее распоряжении была его электронная почта. Органам предварительного следствия она сообщила электронную почту и несколько вариантов пароля, поскольку точно не помнила его на тот момент. Можно было просмотреть эту почту и возможно там остались сообщения, которые направлялись в ее адрес, например подготовленные билеты с ответами, готовые ВКР, а также отчеты по практике. Точную сумму денежных средств, которую она получила от ФИО107 за каждого студента, назвать не может. По каждому эпизоду ФИО107 получала деньги и передавала их ей, она согласовывала с ФИО21. Она никогда не называла ФИО107 сумму, и даже часто писала, что она уточнит. Она никогда не определяла сумму. Она сообщала фамилию, ФИО21 смотрел предметы, задолженности и сообщал ей сумму. Если бы учеников отчисляли, это ее репутация как декана, что она не может удержать факультет и контингент. Но она понимала, что имея такую должность, она не сможет заниматься этими вопросами, потому что она не будет выполнять задания, писать работы, выставлять оценки. Она отдавала отчет, что она не может этого делать. Этим всем занимался ФИО21. Когда она ему рассказала, он сказал, что если она не будет этим заниматься, то он будет сам. Так ФИО21 и появился в этой цепочке. Без него она не могла совершить все эти действия. Она могла составить протокол переаттестации, потому что это регламентировалось положением университета. Только она делала это без уведомления студентов. Они не знали, что могли получить эту переаттестацию на безвозмездной основе, если бы подали соответствующее заявление. В каждом случае ей звонила ФИО107 или писала в месенджерах. Сумма определялась, следующим образом, она уточняла фамилию, передавала информацию ФИО21. Он считал количество контрольных точек, которые не выполнены у студента и называл ей сумму, либо писал ее. И она также передавала эти сведения ФИО107. ФИО107 ей передавала ту сумму, которую она ей называла. А какую сумму она называла студентам, она не знает. За все эпизоды ей вменяется более 6 млн. рублей, она с ней согласна. Озвученная сумма получена ею и ФИО21. В ходе следствия не было установлено, и как пояснил ей следователь, у них не было задачи устанавливать конкретные суммы, которые получил каждый. Но она, учитывая свой опыт работы, и зная, что она брала денежные средства только за переаттестованные дисциплины, а они есть в базовой части учебных планов, она смогла посчитать примерную сумму денежных средств, которая была получена именно ею. По ее подсчетам, примерно около 1 млн. 200 тыс. рублей, из той суммы, которая инкриминируется на группу. Также учитывая показания ФИО107 о том, что она тоже оставляла себе денежные средства, в размере от 2 до 3 тыс., но не более 5,и зная, какая сумма была переведена ФИО107 ею, она так же посчитала, какая сумма оставалась ФИО107, у нее получается в районе 800 тыс. То, что передавала ФИО107 им, они делили пополам. Деньги ФИО107 переводила на карту или передавала наличными. Наличными она отдавала общей суммой, когда они ездили в представительство, она передавала там. Ее супруг привозил продукты, денежные средства – нет. Возможно, ФИО107 передавала деньги с продуктами. Она ездила в представительство 2-3 раза в год. И около 2-х раз в год приезжала ФИО107 на собрания. Это было примерно в конце учебного года и в период начала проф. ориентационной работы. Также ФИО107 могла приехать по каким-либо интересующим ее вопросам, примерно раз в семестр. Супруг ФИО107 привозил ее, она всегда приезжала с ним. В рамках досудебного соглашения она выполнила все требования, дала правдивые показания, касающиеся ее, ФИО107 и ФИО21 и рассказала о конкретных фактах и действиях, которые ими были совершены незаконно. Все это ею неоднократно подтверждалось при проведении следственных действий, и также в судебных заседаниях. Все показания, данные относительно ФИО21 она подтвердила в ходе заседания по его уголовному делу, где рассказала, как и какими конкретно способами были получены деньги. Она сообщила следствию ту информацию, которая им была неизвестна. Она сообщила электронную почту ФИО21 и свою, для того, чтобы органы следствия могли проверить, что информация по студентам направлялась ФИО21 ей, а она перенаправляла ФИО107, что доказывает участие в незаконных действиях, которые они совершали. Они с защитником ходатайствовали о запросе документов из ВУЗА, касающихся протоколов переаттестации и справок о периоде обучения. На тот момент следствие не располагало информацией о том, каким способом ею получались денежные средства за переаттестацию дисциплин. Они сами предложили этот вариант, предоставили копии документов, она подробно все рассказала, после чего было заявлено ходатайство и органы следствия приобщили оригиналы к материалам дела. Далее она оказала содействие в работе военного следствия, а именно дала правдивые показания по уголовному делу в отношении взяткодателя, одного из студентов, который входит в эти 46 эпизодов. Также она активно сотрудничала со следствием, неоднократно допрашивалась. Она изобличила своими показаниями действия ФИО21. Она рассказала о том, что именно он определял сумму денежных средств, о том каким образом она ее узнавала, каким образом передавала ее ФИО107 и каким образом шла обратная связь, а именно получение денежных средств. Что касается государственной итоговой аттестации, которую органы предварительного следствия указывают в их деятельности, это непосредственно то, чем занимался ФИО21, что подтверждает переписка в электронной почте от ФИО21 к ней. В случае установления судом ее вины, такое наказание, как штраф, она сможет понести. У нее есть брат, который занимает хорошую должность на оборонном предприятии. У нее есть некоторые сбережения у родителей. У нее есть дочь и зять, которые работают программистами. На данный момент у нее нет работы, ее содержит мама. У нее есть муж. Он работает. Его зарплата на данный момент около 45-50 тыс. рублей. Также у них есть сбережения. В собственности имеется гараж, машина. Квартира принадлежит мужу. Она страдает заболеванием невропатией срединных нервов, проходит наблюдение у невролога и нейрохирурга. Заболевание связано с онемением конечностей рук, а именно пальцев и кистей. Она прошла достаточно много обследований, в том числе и в клиниках Тамбова. Прошла уже несколько курсов лечения, но к сожалению, болезнь прогрессирует. На данный момент решается вопрос о направлении ее к нейрохирургу для решения вопроса об оперативном хирургическом вмешательстве. Проходящий импульс в одной руке у нее 8%, а во второй 11% при минимальном пороге в 50%. У нее нарушена чувствительность пальцев и немеют руки, что может привести к ампутации. У нее идет уже не мышечная невралгия, а невропатия срединных нервов, и это ушло вглубь. Нужно оперировать, разрезать мышцы и вытаскивать нерв наружу, либо если затянуть, то операция тоже не поможет. За время нахождения ее под домашним арестом, она занималась вязанием игрушек. Она передет их через маму в Воскресную школу в городе Воронеж в качестве благотворительной помощи. Раньше она всегда была с ними на связи, каждое воскресенье приходила туда, встречалась с детьми. В данный момент она помогает им таким образом. Также ее мама является постоянным участником помощи бойцам на СВО. Раньше они делали это вместе, на данный момент мама помогает одна. На основании изложенного суд приходит к выводу, что все предусмотренные главой 40.1 УПК РФ условия соблюдены, и считает возможным применить особый порядок судебного разбирательства по уголовному делу в отношении подсудимой, с которой заключено досудебное соглашение о сотрудничестве, поскольку ходатайство, заявленное ФИО20, является осознанным и добровольным, заявлено после проведения консультации с защитником, государственный обвинитель подтвердил активное содействие обвиняемой следствию в раскрытии и расследовании преступления, изобличении и уголовном преследовании других соучастников преступлений; досудебное соглашение о сотрудничестве было заключено добровольно и при участии защитника; условия, предусмотренные ст.ст. , 317.6 УПК РФ соблюдены, подсудимая выполнила обязательства, предусмотренные заключенным с ней досудебным соглашением о сотрудничестве, она осознает последствия постановления приговора без проведения судебного разбирательства, понимает существо обвинения и согласилась с ним в полном объеме. Обвинение, с которым согласилась подсудимая, обоснованно и подтверждается доказательствами, собранными по уголовному делу. По смыслу пункта 22 статьи , пунктов 4, 5 части 2 статьи и части 1 статьи 220 УПК РФ применительно к особому порядку судебного разбирательства под обвинением, с которым соглашается обвиняемый, заявляя ходатайство о постановлении приговора без проведения судебного разбирательства в общем порядке, следует понимать фактические обстоятельства содеянного обвиняемым, форму вины, мотивы совершения деяния, юридическую оценку содеянного, а также характер и размер вреда, причиненного деянием обвиняемого. Исходя из установленных обстоятельств предъявленного подсудимой обвинения, суд квалифицирует действия подсудимой ФИО20: 1) по преступлению в получении взятки от ФИО3 по п.п. «а,в»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крупном размере, 2) по преступлению в получении взятки от ФИО4 по п.п. «а, в»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крупном размере, 3) по преступлению в получении взятки от ФИО5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4) по преступлению в получении взятки от ФИО29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5) по преступлению в получении взятки от ФИО30 и ФИО32, действовавшей по просьбе ФИО30, по п.п. «а, в» ч. 5 ст. 290 УК РФ , как получение должностным лицом лично, через посредника взятки в виде денег за совершение незаконных действий, в пользу представляемого взяткодателем лица, организованной группой, в крупном размере, 6) по преступлению в получении взятки от ФИО6 и ФИО33, по п. «а» ч. 5 ст. 290 УК РФ , как получение должностным лицом лично, через посредника взятки в виде денег за совершение незаконных действий, в пользу взяткодателя и в пользу представляемого взяткодателем лица, организованной группой, в значительном размере, 7) по преступлению в получении взятки отФИО34 и ФИО35, по п. «а»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значительном размере, 8) по преступлению в получении взятки от ФИО7 по п.п. «а, в»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крупном размере, 9) по преступлению в получении взятки от ФИО8по п.п. «а, в»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крупном размере, 10) по преступлению в получении взятки от ФИО37 по п. «а»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значительном размере. 11) по преступлению в получении взятки от ФИО38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12) по преступлению в получении взятки от ФИО9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13) по преступлению в получении взятки от ФИО41 по п. «а»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значительном размере, 14) по преступлению в получении взятки от ФИО40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15) по преступлению в получении взятки от ФИО42 по п. «а»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значительном размере, 16) по преступлению в получении взятки от ФИО43 по п.п. «а», «в»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крупном размере, 17) по преступлению в получении взятки от ФИО45 и ФИО40 по п.п. «а», «в»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крупном размере, 18) по преступлению в получении взятки от ФИО46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19) по преступлению в получении взятки от ФИО47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20) по преступлению в получении взятки от ФИО48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21) по преступлению в получении взятки от ФИО49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22) по преступлению в получении взятки от ФИО50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23) по преступлению в получении взятки от ФИО10 и ФИО51 по п.п. «а», «в»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крупном размере, 24) по преступлению в получении взятки от ФИО11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25) по преступлению в получении взятки от ФИО52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26) по преступлению в получении взятки от ФИО12 по п.п. «а», «в»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крупном размере, 27) по преступлению в получении взятки от ФИО53, ФИО40 по п.п. «а», «в»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крупном размере, 28) по преступлению в получении взятки от ФИО54, ФИО40 по п.п. «а», «в»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крупном размере, 29) по преступлению в получении взятки от ФИО55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30) по преступлению в получении взятки от ФИО56, ФИО40 по п. «а»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значительном размере, 31) по преступлению в получении взятки от ФИО39 по п. «а»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значительном размере, 32) по преступлению в получении взятки от ФИО59 по п.п. «а», «в»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крупном размере, 33) по преступлению в получении взятки от ФИО60, ФИО61, ФИО62 по п.п. «а», «в» ч. 5 ст. 290 УК РФ , как получение должностным лицом лично, через посредников взятки в виде денег за совершение незаконных действий, в пользу взяткодателя, организованной группой, в крупном размере, 34) по преступлению в получении взятки от ФИО14 по п. «а» ч. 5 ст. 290 УК РФ ,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35) по преступлению в получении взятки от ФИО15 по п.п. «а, в»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крупном размере, 36) по преступлению в получении взятки от ФИО63 по п.п.«а, в»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крупном размере, 37) по преступлению в получении взятки от ФИО66 в интересах ФИО67 по п.п. «а, в» ч. 5 ст. 290 УК РФ , как получение должностным лицом лично взятки в виде денег за совершение незаконных действий, в пользу представляемого взяткодателем лица, организованной группой, в крупном размере, 38) по преступлению в получении взятки от ФИО66 в интересах ФИО68 по п.п. «а, в» ч. 5 ст. 290 УК РФ , как получение должностным лицом лично взятки в виде денег за совершение незаконных действий, в пользу представляемого взяткодателем лица, организованной группой, в крупном размере. 39) по преступлению в получении взятки от ФИО70, по п. «а»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значительном размере, 40) по преступлению в получении взятки отФИО16 и ФИО71, действовавшей по просьбе ФИО110.Е. в период с ДД.ММ.ГГГГ по ДД.ММ.ГГГГ по п. «а»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значительном размере, 41) по преступлению в получении взятки от ФИО17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42) по преступлению в получении взятки от ФИО72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43) по преступлению в получении взятки от ФИО73, действовавшей по просьбе ФИО18, по п. «а» ч. 5 ст. 290 УК РФ , как получение должностным лицом лично, через посредника взятки в виде денег за совершение незаконных действий, в пользу взяткодателя, организованной группой, в значительном размере, 44) по преступлению в получении взятки от ФИО74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45) по преступлению в получении взятки от ФИО75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46) по преступлению в получении взятки от ФИО76 по п. «а» ч. 5 ст. 290 УК РФ , как получение должностным лицом лично взятки в виде денег за совершение незаконных действий, в пользу взяткодателя, организованной группой, в значительном размере. При решении вопроса о назначении наказания по каждому преступлению суд учитывает соблюдение подсудимой условий и выполнение обязательств, предусмотренных заключенным с ней досудебным соглашением о сотрудничестве, характер и степень общественной опасности совершенных преступлений, смягчающие наказание обстоятельства, отсутствие отягчающих наказание обстоятельств, данные о личности подсудимой, влияние назначенного наказания на исправление осужденной, на условия жизни её семьи. Кроме того, п.36 Пленума Верховного Суда РФ от ДД.ММ.ГГГГ№ «О судебной практике по делам о взяточничестве и об иных коррупционных преступлениях», обращает внимание судов на необходимость исполнения требования закона о строгом индивидуальном подходе к назначению наказания лицам, совершившим коррупционные преступления с использованием своего служебного положения, учитывать при оценке степени общественной опасности содеянного содержание мотивов и целей, значимость обязанностей, которые были нарушены, продолжительность преступных действий (бездействия), характер и тяжесть причиненного вреда, другие фактические обстоятельства и данные о личности. ФИО2 совершила сорок шесть особо тяжких умышленных преступлений. Подсудимая имеет семью, по месту жительства участковым уполномоченным, по месту содержания под стражей характеризуется исключительно положительно, на учете у нарколога и психиатра не состоит. В силу п.«и» ч.1 ст. 61 УК РФ смягчающим наказание обстоятельством по каждому преступлению, суд признает активное способствование раскрытию и расследованию преступления, изобличению и уголовному преследованию других соучастников преступления. Иными смягчающими наказание обстоятельствами по каждому преступлению суд в соответствии с ч.2 ст. 61 УК РФ признает полное признание вины, раскаяние в содеянном, прогрессирующее ухудшение состояния здоровья, требующего хирургического вмешательства, подтвержденное соответствующими медицинскими документами, многочисленные награждения дипломами, почетными грамотами, в том числе, правительственными, наличие ученых званий «Профессора», «Доцента», «Доктора», оказание помощи пожилым родителям, оказание благотворительной помощи онкобольным детям, оказание благотворительной помощи участникам СВО через гуманитарный центр «Бригада 68 Опора России». О наличии иных обстоятельств, имеющих значение для решения вопроса о виде и размере наказания, подсудимая ФИО20 и ее защитник суду не сообщили, и учесть их в качестве смягчающих не просили. Обстоятельств, отягчающих наказание, по каждому преступлению, судом не установлено. С учетом фактических обстоятельств совершенных ФИО20 особо тяжких преступлений и степени их общественной опасности, суд, несмотря на наличие смягчающих и отсутствие отягчающих обстоятельств по делу, считает невозможным применить по настоящему уголовному делу положения ч. 6 ст. 15 УК РФ и изменить категорию каждого из преступлений на менее тяжкую. С учетом совокупности указанных обстоятельств, принципов справедливости и гуманизма, закрепленных в ст.ст. , 7 УК РФ соответственно, суд находит возможным достижение целей наказания, предусмотренных ст. 43 УК РФ , т.е. в первую очередь восстановление социальной справедливости, а также исправление осужденной и предупреждение совершения ею новых преступлений, лишь при назначении ей самого строгого наказания за каждое из совершенных преступлений в виде лишения свободы, не в максимально возможном размере. Кроме того, суд находит необходимым с учетом обстоятельств преступлений, связанных с совершением ФИО20 преступлений с использованием служебного положения, назначить дополнительное наказание в виде лишения права занимать определенные должности, а именно, руководящие должности в органах государственной власти, органах местного самоуправления, а также в учреждениях образования, не в максимально возможном размере, которое с очевидностью будет способствовать наиболее полному достижению целей наказания в виде исправления осужденной и предупреждения совершения ею новых преступлений. При определении размера основного наказания за каждое из преступлений суд учитывает правила назначения наказания, установленные ч. 2 ст. 62 УК РФ , ввиду заключения с подсудимой досудебного соглашения о сотрудничестве, наличия в её действиях смягчающих наказание обстоятельств, предусмотренных п. «и» ч. 1 ст. 61 УК РФ , отсутствия отягчающих наказание обстоятельств, и назначает ей срок наказания не превышающий половины максимального срока наиболее строгого вида наказания, предусмотренного соответствующей статьей Особенной части Уголовного Кодекса. При этом, по смыслу п. 34 Постановления Пленума Верховного Суда РФ от ДД.ММ.ГГГГ N 58 "О практике назначения судами Российской Федерации уголовного наказания", наказание назначается ниже низшего предела без ссылки на ст. 64 УК РФ если в результате применения ст. 62 УК РФ срок или размер наказания, который может быть назначен осужденному, окажется менее строгим, чем низший предел наиболее строгого вида наказания, предусмотренного санкцией соответствующей статьи Особенной части УК РФ. Таким же образом разрешается вопрос назначения наказания в случае совпадения верхнего предела наказания, которое может быть назначено осужденному в результате применения указанных норм, с низшим пределом наиболее строгого вида наказания, предусмотренного санкцией соответствующей статьи Особенной части УК РФ. При назначении размера наказания за преступления, совершенные в соучастии, суд, в соответствии со ст. 67 УК РФ , учитывает характер и степень фактического участия подсудимой в совершении группового преступления, значение этого участия для достижения цели преступлений, его влияние на характер и размер причиненного или возможного вреда. Учитывая в совокупности все вышеприведенные обстоятельства, связанные с характером и степенью общественной опасности совершенных подсудимой ФИО2 преступлений, её личность, внесшей объемный вклад в развитие науки и образования, который не теряет своей весомости, невзирая на совершение ею преступлений с использованием своего служебного положения, отсутствие отягчающих наказание обстоятельств, наличие совокупности смягчающих наказание обстоятельств и первичных признаков исправления подсудимой в виде признания вины, раскаяния в содеянном, активного способствования раскрытию и расследованию преступлений, выразившегося в заключении досудебного соглашения о сотрудничестве, в ходе выполнения условий которого, ФИО2 давала правдивые показания не только о своей преступной деятельности, но и о деятельности ФИО26, который замещал должность заместителя декана факультета безотрывного образования ФГБОУ ВО «ВГУИТ» и принимал участие в получении денежных средств от студентов во взаимодействии с ФИО1, (так же заключившей досудебное соглашение о сотрудничестве, осужденной приговором Октябрьского районного суда &lt;адрес&gt; от 08.11.2024г. по п.п. «а,в» ч.5 ст. 290 УК РФ (17 преступлений), п. «а» ч.5 ст. 290 УК РФ (29 преступлений), ч.3 ст. 69 УК РФ к лишению свободы сроком на 5 лет 6 месяцев с лишением права занимать руководящие должности в органах государственной власти, органах местного самоуправления, а также в учреждениях образования сроком на 5 лет), сообщила о роли каждого в совершенных преступлениях, сообщила и выдала безоговорочные доказательства причастности ФИО26 и ФИО1 к совершению преступлений группой лиц, которыми следствие не располагало, суд считает возможным исправление подсудимой без реального отбывания наказания, и применяет ст. 73 УК РФ - условное осуждение, устанавливая для осужденной испытательный срок в размере достаточном для того, чтобы она своим поведением могла доказать свое исправление. Суд, в соответствии с ч.5 ст. 73 УК РФ возлагает на осужденную исполнение ряда обязанностей, которые будут способствовать её исправлению и контролю за ней. Суд не усматривает оснований для применения положений ст. 53.1 УК РФ . Постановлением Ленинского районного суда &lt;адрес&gt; от ДД.ММ.ГГГГ (том 50 л.д.233-234) разрешено наложение ареста на имущество ФИО2 а именно: жилое помещение с кадастровым номером 36:34:0602001:8408, расположенное по адресу: &lt;адрес&gt;, ГСК «Орион-11», гараж 80. Постановлением Ленинского районного суда &lt;адрес&gt; от ДД.ММ.ГГГГ (том 50 л.д.248-251) разрешено наложение ареста на имущество ФИО2 а именно: жилое помещение с кадастровым номером 36:34:0602001:39459, расположенное по адресу: &lt;адрес&gt;. Суд считает возможным отменить арест на вышупомянутое имущество в связи с назначением наказания в виде лишения свободы и отсутствия имущественных взысканий. По смыслу ч. 1 ст. 290 УК РФ , у подсудимой подлежит конфискации имущество в виде денег, полученное в результате совершения преступления, предусмотренного ст. 290 УК РФ . Вместе с тем, материалы уголовного дела не содержат указания на сумму денежных средств, полученную непосредственно подсудимой ФИО2 в результате совершения вмененных ей в вину преступлений, таким образом, суд, лишен возможности применить конфискацию имущества в отношении подсудимой при вынесении приговора, поскольку не установлена сумма подлежащих конфискации у подсудимой денежных средств. Вопрос о вещественных доказательствах по делу подлежит разрешению в порядке ст. 81 УПК РФ . Руководствуясь ст.ст. - , , 317.7 УПК РФ , суд П Р И Г О В О Р И Л: ФИО20 признать виновной в совершении семнадцати преступлений, каждое из которых предусмотрено п.п. «а, в» ч. 5 ст. 290 УК РФ (по преступлениям в получении взятки от студентов ФИО3, ФИО4, ФИО31, ФИО7, ФИО8, ФИО43, ФИО45, ФИО10, ФИО12, ФИО53, ФИО54, ФИО59, ФИО60, ФИО15, ФИО63, ФИО67, ФИО68) и назначить наказание в виде лишения свободы сроком на 4 (четыре) года 6 (шесть) месяцев с лишением права занимать руководящие должности в органах государственной власти, органах местного самоуправления, а так же в учреждениях образования, на срок 4 года, по каждому преступлению. Её же признать виновной в совершении двадцати девяти преступлений, каждое из которых предусмотрено п. «а» ч. 5 ст. 290 УК РФ (по преступлениям в получении взятки от студентов ФИО5, ФИО29, ФИО6, ФИО34, ФИО36, ФИО38, ФИО9, ФИО41, ФИО40, ФИО42, ФИО46, ФИО47, ФИО48, ФИО11, ФИО52, ФИО55, ФИО56, ФИО39, ФИО14, ФИО69, ФИО16, ФИО17, ФИО18, ФИО74, ФИО75, ФИО76, ФИО49, ФИО50, ФИО72) и назначить наказание в виде лишения свободы сроком на 4 (четыре) года с лишением права занимать руководящие должности в органах государственной власти, органах местного самоуправления, а так же в учреждениях образования, на срок 3 года, по каждому преступлению. На основании ч.3 ст. 69 УК РФ по совокупности преступлений, применяя принцип частичного сложения назначенных наказаний, окончательно назначить ФИО20 наказание в виде лишения свободы сроком на 5 (пять) лет 6 (шесть) месяцев с лишением права занимать руководящие должности в органах государственной власти, органах местного самоуправления, а так же в учреждениях образования, на срок 5 лет. На основании ст. 73 УК РФ назначенное основное наказание ФИО20 в виде лишения свободы считать условным с испытательным сроком 5 лет. В соответствии с ч.5 ст. 73 УК РФ в период испытательного срока возложить на нее обязанности один раз в месяц являться на регистрацию в специализированный государственный орган, осуществляющий контроль за поведением условно осужденных, не менять места жительства без уведомления указанного органа. Меру пресечения в отношении ФИО20 в виде домашнего ареста до вступления приговора в законную силу изменить на подписку о невыезде и надлежащем поведении. Отменить арест на имущество наложенный протоколами о наложении ареста на имущество от 22.08.2023 и 05.02.2024, на основании постановлений Ленинского районного суда &lt;адрес&gt; от ДД.ММ.ГГГГ и ДД.ММ.ГГГГ на имущество ФИО2, а именно: жилое помещение с кадастровым номером 36:34:0602001:8408, расположенное по адресу: &lt;адрес&gt;, ГСК «Орион-11», гараж 80; жилое помещение с кадастровым номером 36:34:0602001:39459, расположенное по адресу: &lt;адрес&gt;. Вещественные доказательства по уголовному делу: 1) оптические диски № и № с результатами оперативно-розыскного мероприятия «Прослушивание телефонных переговоров», представленные на основании постановлений начальника ОМВД России по &lt;адрес&gt; полковника полиции ФИО80 о представлении результатов оперативно-розыскной деятельности органу дознания, следователю или в суд от ДД.ММ.ГГГГ, - оптические диски № н/с и № с результатами оперативно-розыскного мероприятия «Прослушивание телефонных переговоров», представленные на основании постановления заместителя начальника УМВД России по &lt;адрес&gt; – начальника полиции полковника полиции ФИО81 о предоставлении результатов оперативно-розыскной деятельности органу дознания, следователю или в суд отДД.ММ.ГГГГ, - оптические диски № и № с результатами оперативно-розыскного мероприятия «Прослушивание телефонных переговоров», представленные на основании постановлений начальника ОМВД России по &lt;адрес&gt; полковника полиции ФИО80 опредставлении результатов оперативно-розыскной деятельности органу дознания, следователю или в суд от ДД.ММ.ГГГГ, - оптический диск с результатами оперативно-розыскного мероприятия «Прослушивание телефонных переговоров», представленный на основании постановления заместителя начальника УМВД России по&lt;адрес&gt; – начальника полиции полковника полиции ФИО81 о предоставлении результатов оперативно-розыскной деятельности органу дознания, следователю или в суд от ДД.ММ.ГГГГ, - оптический диск с результатами оперативно-розыскного мероприятия «Прослушивание телефонных переговоров», представленный на основании постановления заместителя начальника УМВД России по&lt;адрес&gt; – начальника полиции полковника полиции ФИО81 о предоставлении результатов оперативно-розыскной деятельности органу дознания, следователю или в суд от ДД.ММ.ГГГГ, - оптические диски № и № (№) с результатами оперативно-розыскного мероприятия «Прослушивание телефонных переговоров», представленный на основании постановления врио начальника полиции УМВД России по &lt;адрес&gt; полковника полиции ФИО82 о представлении результатов оперативно-розыскной деятельности органу дознания, следователю или в суд от ДД.ММ.ГГГГ, - оптические диски № и № с результатами оперативно-розыскного мероприятия «Прослушивание телефонных переговоров», представленные на основании постановлений начальника ОМВД России по &lt;адрес&gt; полковника полиции ФИО80 опредставлении результатов оперативно-розыскной деятельности органу дознания, следователю или в суд от ДД.ММ.ГГГГ, - оптический диск № с результатами оперативно-розыскного мероприятия «Прослушивание телефонных переговоров», представленный на основании постановления врио начальника УМВД России по &lt;адрес&gt; полковника полиции ФИО81 опредоставлении результатов оперативно-розыскной деятельности органу дознания, следователю или в суд от ДД.ММ.ГГГГ, - оптический диск № с результатами оперативно-розыскного мероприятия «Прослушивание телефонных переговоров», представленный на основании постановления врио начальника УМВД России по &lt;адрес&gt; полковника полиции ФИО81 опредоставлении результатов оперативно-розыскной деятельности органу дознания, следователю или в суд от ДД.ММ.ГГГГ, - оптический диск № с результатами оперативно-розыскного мероприятия «Прослушивание телефонных переговоров», представленный на основании постановления врио начальника УМВД России по &lt;адрес&gt; полковника полиции ФИО81 опредоставлении результатов оперативно-розыскной деятельности органу дознания, следователю или в суд от ДД.ММ.ГГГГ, - оптический диск № с результатами оперативно-розыскного мероприятия «Прослушивание телефонных переговоров», представленный на основании постановления врио начальника УМВД России по &lt;адрес&gt; полковника полиции ФИО81 опредоставлении результатов оперативно-розыскной деятельности органу дознания, следователю или в суд от ДД.ММ.ГГГГ, - оптический диск с результатами оперативно-розыскного мероприятия «Прослушивание телефонных переговоров», представленный на основании постановления заместителя начальника УМВД России по&lt;адрес&gt; – начальника полиции полковника полиции ФИО81 о предоставлении результатов оперативно-розыскной деятельности органу дознания, следователю или в суд от ДД.ММ.ГГГГ, - оптический диск с результатами оперативно-розыскного мероприятия «Прослушивание телефонных переговоров», представленный на основании постановления заместителя начальника УМВД России по&lt;адрес&gt; – начальника полиции полковника полиции ФИО81 о предоставлении результатов оперативно-розыскной деятельности органу дознания, следователю или в суд от ДД.ММ.ГГГГ, - оптический диск с результатами оперативно-розыскного мероприятия «Прослушивание телефонных переговоров», представленный на основании постановления заместителя начальника УМВД России по&lt;адрес&gt; – начальника полиции полковника полиции ФИО81 о предоставлении результатов оперативно-розыскной деятельности органу дознания, следователю или в суд от ДД.ММ.ГГГГ, - оптический диск с результатами оперативно-розыскного мероприятия «Наблюдение», представленный на основании постановления начальника ОМВД России по &lt;адрес&gt; полковника полиции ФИО80 о представлении результатов оперативно-розыскной деятельности органу дознания, следователю или в суд от ДД.ММ.ГГГГ, который содержит в себе результаты оперативно-розыскного мероприятия «Наблюдение», проведенных ГЭБ и ПК ОМВД России по &lt;адрес&gt; в отношении ФИО1, - оптические диски, представленные отделом обработки запросов правоохранительных органов Управления обработки запросов Регионального центра сопровождения розничного бизнеса &lt;адрес&gt; ОЦ ПАО «Сбербанк» с сопроводительным письмом отДД.ММ.ГГГГ № ЗНО0262768914,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№ЗНО0286138203, - оптические диски, представленные отделом обработки запросов правоохранительных органов Управления обработки запросов Регионального центра сопровождения розничного бизнеса &lt;адрес&gt; ОЦ ПАО «Сбербанк» с сопроводительным письмом отДД.ММ.ГГГГ № ЗНО0262768914,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№ЗНО0286138203,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№ЗНО0286138203,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№ЗНО0286138203,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№ЗНО0286138203,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№ЗНО0286138203, - оптические диски с условными номерами № и №, представленные отделом обработки запросов правоохранительных органов Управления обработки запросов Регионального центра сопровождения розничного бизнеса &lt;адрес&gt; ОЦ ПАО «Сбербанк» с сопроводительным письмом от ДД.ММ.ГГГГ № ЗНО0262768914,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 представленный отделом обработки запросов правоохранительных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№ЗНО0295596267,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с ФИО4 и ФИО2,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с ФИО5 и ФИО2,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со ФИО29 и ФИО2,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с ФИО30 и ФИО2,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с ФИО6, ФИО33 и ФИО2, - оптический диск и оптический диск с условным номером 2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с ФИО34 и ФИО2, - оптический диск и оптический диск с условным номером 2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с ФИО7 и ФИО2,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сервисах мгновенного обмена сообщениями (мессенджере) «WhatsApp» и «Telegram» с ФИО2 (про ФИО8),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сервисах мгновенного обмена сообщениями (мессенджере) «WhatsApp» и «Telegram» с ФИО2 про ФИО36,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и «Telegram» с ФИО38 и ФИО2,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с ФИО2 и ФИО9,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сервисах мгновенного обмена сообщениями (мессенджере) «WhatsApp» и «Telegram» с ФИО2 про ФИО41 и ФИО40, -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и «Telegram» с ФИО2 и ФИО40,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чатов в сервисах мгновенного обмена сообщениями (мессенджере) «WhatsApp» и «Telegram» с ФИО2 (про ФИО24 и ФИО43) и ФИО40 (про ФИО43), - оптический диск с результатами ОРМ «Исследование предметов и документов», проведенного УЭБ и ПК УМВД России по &lt;адрес&gt;, содержащий в себе скриншоты чатов в мессенджере «WhatsApp» и «Telegram» с ФИО2 и ФИО40 (про ФИО43), - диск с результатами ОРМ «Исследование предметов и документов», проведенного УЭБ и ПК УМВД России по &lt;адрес&gt;, содержащий в себе скриншоты чатов в мессенджере «WhatsApp» и «Telegram» с ФИО2 и ФИО40 (про ФИО45), - оптический диск с результатами ОРМ «Исследование предметов и документов», проведенного УЭБ и ПК УМВД России по &lt;адрес&gt;, содержащий в себе скриншоты чатов в мессенджере «WhatsApp» и «Telegram» с ФИО2 (про ФИО46), - оптический диск с результатами ОРМ «Исследование предметов и документов», проведенного УЭБ и ПК УМВД России по &lt;адрес&gt;, содержащий в себе скриншоты чатов в мессенджере «WhatsApp» и «Telegram» с ФИО2 и ФИО47, - оптический диск с результатами ОРМ «Исследование предметов и документов», проведенного УЭБ и ПК УМВД России по &lt;адрес&gt;, содержащий в себе скриншоты чатов в мессенджере «WhatsApp» и «Telegram» с ФИО2 и ФИО48, - оптический диск с результатами ОРМ «Исследование предметов и документов», проведенного УЭБ и ПК УМВД России по &lt;адрес&gt;, содержащий в себе скриншоты чатов в мессенджере «WhatsApp» с ФИО2 и ФИО49, - оптический диск с результатами ОРМ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«WhatsApp» с ФИО2 (про ФИО50), - оптический диск с результатами ОРМ «Исследование предметов и документов», проведенного УЭБ и ПК УМВД России по &lt;адрес&gt;, содержащий в себе скриншоты чатов в сервисе мгновенного обмена сообщениями «WhatsApp» с ФИО2 и ФИО10, - оптический диск с результатами ОРМ «Исследование предметов и документов», проведенного УЭБ и ПК УМВД России по &lt;адрес&gt;, содержащий в себе скриншоты чатов в сервисах мессенджере «WhatsApp» и «Telegram» с ФИО2 и ФИО11, - диск с результатами ОРМ «Исследование предметов и документов», проведенного УЭБ и ПК УМВД России по &lt;адрес&gt;, содержащий в себе скриншоты чатов в мессенджере «WhatsApp» и «Telegram» с ФИО2 и ФИО52, - диск с результатами ОРМ «Исследование предметов и документов», проведенного УЭБ и ПК УМВД России по &lt;адрес&gt;, содержащий в себе скриншоты чатов в мессенджере «WhatsApp» и «Telegram» с ФИО2 и ФИО12, - диск с результатами ОРМ «Исследование предметов и документов», проведенного УЭБ и ПК УМВД России по &lt;адрес&gt;, содержащий в себе скриншоты чатов в сервисе мгновенного обмена сообщениями «WhatsApp» и «Telegram» с ФИО2 и ФИО40 (про ФИО53), - диск с результатами ОРМ «Исследование предметов и документов», проведенного УЭБ и ПК УМВД России по &lt;адрес&gt;, содержащий в себе скриншоты чатов в сервисах мгновенного обмена сообщениями «WhatsApp» и «Telegram» с ФИО2 и ФИО40 (про ФИО54), - диск с результатами ОРМ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«WhatsApp» с ФИО55 и ФИО2,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сервисах мгновенного обмена сообщениями (мессенджере) «WhatsApp» и «Telegram» с ФИО40, действовавшей в интересах ФИО56, и с ФИО2 (про ФИО56),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и «Telegram» с ФИО40, действовавшей в интересах ФИО39, и с ФИО2 (про ФИО39),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и «Telegram» с ФИО13 и с ФИО2, -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сервисах мгновенного обмена сообщениями (мессенджере) «WhatsApp» и «Telegram» с ФИО60 и с ФИО2,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и «Telegram» с ФИО2 (про ФИО14),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и «Telegram» с ФИО2 (про ФИО15),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сервисах мгновенного обмена сообщениями (мессенджере) «WhatsApp» и «Telegram» с ФИО2 (про ФИО63),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сервисах мгновенного обмена сообщениями (мессенджере) «WhatsApp» и «Telegram» с ФИО2 (про ФИО67),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сервисах мгновенного обмена сообщениями (мессенджере) «WhatsApp» и «Telegram» с ФИО2 (про ФИО68),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с ФИО2 (про ФИО69),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и «Telegram» с ФИО2 (про ФИО16),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и «Telegram» с ФИО2 (про ФИО17),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с ФИО2 (про ФИО72),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и «Telegram» с ФИО2 (про ФИО18), -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сервисах мгновенного обмена сообщениями (мессенджере) «WhatsApp» и «Telegram» с ФИО2 (про ФИО74), -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сервисе мгновенного обмена сообщениями (мессенджере) «WhatsApp» и «Telegram» с ФИО2 (про ФИО75), - оптический диск с результатами оперативно-розыскного мероприятия «Исследование предметов и документов», проведенного УЭБ и ПК УМВД России по &lt;адрес&gt;, содержащий в себе скриншоты чата в сервисах мгновенного обмена сообщениями (мессенджере) «WhatsApp» и «Telegram» с ФИО2 (про ФИО76), - оптический диск, представленный отделом обработки запросов государственных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 ЗНО0339530534, - оптический диск, представленный отделом обработки запросов государственных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 ЗНО0288261155, - оптический диск, представленный отделом обработки запросов государственных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 ЗНО0296771841, - оптический диск, представленный отделом обработки запросов государственных органов Управления обработки запросов Регионального центра сопровождения операций розничного бизнеса &lt;адрес&gt; ЦС государственных продуктов и сервисов ПЦП ОЦ ПАО «Сбербанк с сопроводительным письмом от ДД.ММ.ГГГГ №, - оптический диск, представленный ООО «Т2 Мобайл» с сопроводительным письмом от ДД.ММ.ГГГГ № с информацией об абонентских соединениях ФИО2, использующей абонентский №, - оптический диск, представленный ПАО «Мегафон» с сопроводительным письмом от ДД.ММ.ГГГГ № с информацией об абонентских соединениях ФИО1, использующей абонентский №, - флеш-накопитель, представленный ФГБОУ ВО «Воронежский государственный университет инженерных технологий» с сопроводительными письмами от ДД.ММ.ГГГГ № и от ДД.ММ.ГГГГ №, - черновые записи о преимуществах ФГБОУ ВО «Воронежский государственный университет инженерных технологий» на 09 л., - папка-скоросшиватель из полимерного материала синего цвета с черновыми записями с перечнем студентов Университета с разбивкой по направлениям подготовки на 24 л., - реквизиты счета карты на 01 л., - два фрагмента листа, на котором имеется текст с информацией о способах входа в электронную образовательную среду ФГБОУ ВО «Воронежский государственный университет инженерных технологий» и логинах и паролях, выданных на имя ФИО83 и ФИО15, - ежедневник синего цвета с надписью на обложке следующего содержания: «40 лет ООО «Атмис-Сахар», принадлежащий, согласно записям в графе «Личные данные» ФИО1, - листы с черновыми записями, свидетельствующими о получении от студентов денежных средств в качестве взятки, - ежедневник темно-синего цвета, имеющий на лицевой стороне оттиск с изображением официальной символики ФСБ России, а также надписью, имеющей следующее содержание: «УФСБ России по &lt;адрес&gt; и городу Севастополю», - фрагменты бумаги с текстом, свидетельствующим о поступлении денежных средств от ФИО1 на банковские счета (банковские карты), принадлежащие ФИО2, - оптический диск №, содержащий в себе сведения из электронного журнала электронной информационно-образовательной среды, системы управления образовательными электронными ресурсами – виртуальной обучающей среды «Moodle», используемой ФГБОУВО«Воронежский государственный университет инженерных технологий» при обучении с применением дистанционных образовательных технологий, - оптический диск, содержащий в себе сведения из электронного журнала электронной информационно-образовательной среды, системы управления образовательными электронными ресурсами – виртуальной обучающей среды «Moodle», используемой ФГБОУВО«Воронежский государственный университет инженерных технологий» при обучении с применением дистанционных образовательных технологий, хранящиеся в камере вещественных доказательств следственного управления Следственного комитета Российской Федерации по &lt;адрес&gt; – хранить при материалах уголовного дела; 2) мобильный телефон марки и модели «Samsung Galaxy A51» в корпусе белого цвета, принадлежащий ФИО1, хранящийся в камере вещественных доказательств следственного управления Следственного комитета Российской Федерации по &lt;адрес&gt; – уничтожить; 3) студенческие билеты на имя ФИО84 (№), ФИО85 (№), ФИО86 (№), ФИО34 (№), К.Е.С. (№), ФИО87 (№), ФИО50 (№), ФИО88 (№), ФИО15 (№), ФИО59 (№), ФИО89 (№), ФИО90 (№), ФИО91 (№), ФИО92 (№), ФИО93 (№), ФИО94 (№), И.Ю. (№), ФИО95 (№), ФИО96 (№), ФИО97 (№), ФИО68 (№), ФИО67 (№), ФИО98 (№), Е. (№), ФИО60 (№), ФИО83 (№), ФИО99 (№), ФИО100 (№); зачетные книжки на имя ФИО101 (№), ФИО102 (№), ФИО83 (№), ФИО100 (№), ФИО96 (№), - дополнительные соглашения к договорам обобучении в общем количестве на 374 л., - договоры об обучении отДД.ММ.ГГГГ №/зо/жер на 01 л. в 03 экз., всего на 03 л., отДД.ММ.ГГГГ №/зо/жер на 01 л. в 03 экз., всего на 03 л., отДД.ММ.ГГГГ №/зо/жер на 01 л. в 03 экз., всего на 03 л., отДД.ММ.ГГГГ №/зо/жер на 01 л. в 03 экз., всего на 03 л., отДД.ММ.ГГГГ №а-18-02/зо жер на 01 л. в 01 экз., от ДД.ММ.ГГГГ №/зо ж на 01 л. в 02 экз., всего на 02 л., от ДД.ММ.ГГГГ №/зо на 01 л. в 02 экз., всего на 02 л., от ДД.ММ.ГГГГ №/зо/жер на 01 л. в 02 экз., всего на 02 л., от ДД.ММ.ГГГГ №/зо/жер на 01 л. в 03 экз., всего на 03 л., от ДД.ММ.ГГГГ №/зо/жер на 01 л. в 02 экз., всего на 02 л., от ДД.ММ.ГГГГ №/зо/м/жер на 01 л. в 01 экз., отДД.ММ.ГГГГ №/зо/жер на 01 л. в 02 экз., всего на 02 л., отДД.ММ.ГГГГ №/зо ж на 01 л. в 01 экз., от ДД.ММ.ГГГГ №/зо ж на 01 л. в 01 экз., от ДД.ММ.ГГГГ №/зо ж на 01 л. в 01 экз., от ДД.ММ.ГГГГ №/зо/м/жер на 01 л. в 03 экз., всего на 03 л., отДД.ММ.ГГГГ №/зо на 01 л. в 02 экз., всего на 02 л., отДД.ММ.ГГГГ №/зо/жер на 01 л. в 01 экз., от ДД.ММ.ГГГГ №/зо/жер на 01 л. в 01 экз., от ДД.ММ.ГГГГ №/зо/жер на 01 л. в 03 экз., всего на 03 л., от ДД.ММ.ГГГГ №/зо/жер на 01 л. в 03 экз., всего на 03 л., от ДД.ММ.ГГГГ №/зо/жер на 01 л. в 02 экз., всего на 02 л., от ДД.ММ.ГГГГ №/зо/жер на 01 л. в 03 экз., всего на 03 л., - договоры на обучение по дополнительной профессиональной программе – повышению квалификации на 07 л., - картонный скоросшиватель, содержащий в себе копии договора о практической подготовке обучающихся от ДД.ММ.ГГГГ с приложениями всего на 06 л., приказов от ДД.ММ.ГГГГ №/ст, от ДД.ММ.ГГГГ №/ст, от ДД.ММ.ГГГГ №/ст, от ДД.ММ.ГГГГ №/ст, от ДД.ММ.ГГГГ №/ст, от ДД.ММ.ГГГГ №/ст, от ДД.ММ.ГГГГ №/ст, от ДД.ММ.ГГГГ №/ст, от ДД.ММ.ГГГГ №/ст всего на 47 л., - справки-вызовы (в том числе их копии) на имя студентов Университета в заполненном виде, а также бланки справок-вызовов, подписанных ФИО2, - папка-скоросшиватель из полимерного материала голубого цвета со скрепленными внутри нее мультифорами, содержащими в себе копии документов о предыдущем образовании, - ведомость на выдачу студенческих билетов на 02 л., в которой частично имеются подписи студентов; перечень студентов ФГБОУ ВО «Воронежский государственный университет инженерных технологий» с разбивкой по направлениям подготовки на 09 л., - памятка руководителю представительства о практиках на 01 л., - копия приказа отДД.ММ.ГГГГ №/ф «О стоимости образовательных услуг для обучающихся приема 2020 года» с приложениями всего на 11 л.; - список необходимой информации от абитуриентов (представительства) на 06 л., - табель учета использования рабочего времени в отношении ФИО1 на 01 л., - договор о создании базовой кафедры от ДД.ММ.ГГГГ № на 03 л., согласно которой на базе ООО «Русагро-Тамбов» планируется проведение практик студентам ФГБОУ ВО «Воронежский государственный университет инженерных технологий», - положение обазовой кафедре ФГБОУ ВО «Воронежский государственный университет инженерных технологий» в &lt;адрес&gt; на 09 л.; копия трудового договора от ДД.ММ.ГГГГ №/АДМ/9 (?) на 04 л., - тетрадь салатового цвета, имеющая на лицевой стороне надпись, выполненную рукописным способом со следующим содержанием: «Журнал регистрации справок-вызовов ВГУИТ», - заявление ФИО1 об увольнении, датированное ДД.ММ.ГГГГ на 01 л., - справка за период обучения на имя ФИО14 на 01 л., - заявление ФИО5 о его переводе с одного направления подготовки на другой на 01 л., - счет от ДД.ММ.ГГГГ № на 01 л., свидетельствующий об оплате обучения ФИО14, согласно договору об обучении, хранящиеся в камере вещественных доказательств следственного управления Следственного комитета Российской Федерации по &lt;адрес&gt; – возвратить в ТОГБПОУ «Жердевский колледж сахарной промышленности» и представительства в &lt;адрес&gt; (Жердевского представительства) ФГБОУ ВО «Воронежский государтсвенный университет инженерных технологий» (&lt;адрес&gt;) 4) отчет по производственной практике, преддипломной практике на 46 листах, помещенный в скоросшиватель синего цвета; отчет по производственной практике, преддипломной практике на 23 листах, помещенный в пластиковый скоросшиватель синего цвета; отчет по производственной практике, преддипломной практике на 31 листе, помещенный в пластиковый скоросшиватель зеленого цвета; отчет по производственной практике, преддипломной практике на 34 листах, помещенный в пластиковый скоросшиватель красного цвета; отчет по производственной практике, преддипломной практике на 26 листах, помещенный в пластиковый скоросшиватель серого цвета; отчет по производственной практике, преддипломной практике на 24 листах, помещенный в пластиковый скоросшиватель красного цвета, - картонные скоросшиватели, содержащие в себе личные дела на имя ФИО7, ФИО6, ФИО3, ФИО34, ФИО29, ФИО8, ФИО5, ФИО31, ФИО74, ФИО14, ФИО68, ФИО67, - полимерный файл с документацией: заявление ФИО4 о зачислении в ВГУИТ на 3 курс заочной формы обучения по специальности 3ДД.ММ.ГГГГ «Управление персоналом», на внебюджетной основе в порядке перевода из другого вуза; справка об обучении из ФГБОУ ВО «Московский государственный университет технологий и управления имени ФИО103»; копия выписки из приказа об отчислении; копия приложения к диплому осреднем профессиональном образовании; копия диплома о среднем профессиональном образовании; копия договора об образовании на обучение в ФГБОУ ВО «ВГУИТ»; копия выписки из приказа ФГБОУВО«ВГУИТ» о зачислении ФИО4 на внебюджетное место заочной формы обучения, - должностная инструкция руководителя Жердевского представительства ДИ ВГУИТ ДД.ММ.ГГГГ.01-2018, утвержденная и.о. ректора ФГБОУ ВО «ВГУИТ» ДД.ММ.ГГГГ, - должностная инструкция декана факультета безотрывного образования ДИ ВГУИТ ДД.ММ.ГГГГ.01-2022, утвержденная ректором ФГБОУВО«ВГУИТ» ДД.ММ.ГГГГ, - бумажный скоросшиватель с рукописными надписями на лицевой стороне: «Дело №-П», а также машинописным текстом: «ФГБОУ ВО «ВГУИТ» Жердевское представительство Управление кадров; ФИО1; Личное дело», - картонный скоросшиватель с бумажной биркой с машинописным текстом: «Личное дело № ФГБОУ ВО «Воронежский государственный университет инженерных технологий; ФИО2», - картонные скоросшиватели, содержащие в себе личные дела на имя ФИО36, ФИО38, ФИО9, ФИО43, ФИО45, ФИО46, ФИО47, ФИО48, ФИО49, ФИО50, ФИО10, ФИО52, А.А., ФИО53, ФИО55, ФИО56, К.С.МА., ФИО60, ФИО15, ФИО63, ФИО69, ФИО16, ФИО17, ФИО72, ФИО75, ФИО76, ФИО41, а также мультифоры с документами на имя ФИО40, ФИО42, ФИО39, приказы о зачислении от ДД.ММ.ГГГГ №/ПК, от ДД.ММ.ГГГГ №/ПК, от ДД.ММ.ГГГГ №а/ПК, от ДД.ММ.ГГГГ №б/ПК, отДД.ММ.ГГГГ №/ПК, от ДД.ММ.ГГГГ №/ПК, от ДД.ММ.ГГГГ №/ПК, от ДД.ММ.ГГГГ №/ПК, от ДД.ММ.ГГГГ №/ПК, отДД.ММ.ГГГГ №/ПК, от ДД.ММ.ГГГГ №/ПК, от ДД.ММ.ГГГГ №/ПК, от ДД.ММ.ГГГГ №/ПК, от ДД.ММ.ГГГГ №/ПК, отДД.ММ.ГГГГ №/ПК, приказы о переводе от ДД.ММ.ГГГГ №/ФБО, от ДД.ММ.ГГГГ №/ФБО, от ДД.ММ.ГГГГ №/ФБО, приказы оботчислении от ДД.ММ.ГГГГ №/ФБО от ДД.ММ.ГГГГ №/ФБО, отДД.ММ.ГГГГ №А/ФБО, копию из книги учета студентов, переведенных на заочный (ФБО) факультет, мультифоры с условными номерами 1, 4-11, 13-16, 18, 20-24, 29-32, - полимерный скоросшиватель с условным номером 2, содержащие в себе зачетные и экзаменационные ведомости с разбивкой по направлениям подготовки, полимерные скоросшиватели, содержащие в себе отчеты о прохождении преддипломной практики ФИО12 и ФИО25 (в настоящее время – Карповой) Ю.В., - приказы о направлении на практику отДД.ММ.ГГГГ №/ст, от ДД.ММ.ГГГГ №/ст, от ДД.ММ.ГГГГ №/ст, от ДД.ММ.ГГГГ №/ст, от ДД.ММ.ГГГГ №/ст, от ДД.ММ.ГГГГ №/ст, отДД.ММ.ГГГГ №/ст, от ДД.ММ.ГГГГ №/ст, от ДД.ММ.ГГГГ №/ст, от ДД.ММ.ГГГГ №/ст, от ДД.ММ.ГГГГ №/ст, от ДД.ММ.ГГГГ №/ст, от ДД.ММ.ГГГГ №/ст, от ДД.ММ.ГГГГ №/ст, от ДД.ММ.ГГГГ №/ст, от ДД.ММ.ГГГГ №/ст, от ДД.ММ.ГГГГ №/ст, от ДД.ММ.ГГГГ №/ст, от ДД.ММ.ГГГГ №/ст, от ДД.ММ.ГГГГ №/ст, от ДД.ММ.ГГГГ №/ст, от ДД.ММ.ГГГГ №/ст, от ДД.ММ.ГГГГ №/ст, от ДД.ММ.ГГГГ №а/ст, от ДД.ММ.ГГГГ №/ст, от ДД.ММ.ГГГГ №/ст, отДД.ММ.ГГГГ №/ст, от ДД.ММ.ГГГГ №/ст, от ДД.ММ.ГГГГ №/ст, от ДД.ММ.ГГГГ №/ст, от ДД.ММ.ГГГГ №/ст, от ДД.ММ.ГГГГ №А/ст, от ДД.ММ.ГГГГ №/ст, от ДД.ММ.ГГГГ №/ст, от ДД.ММ.ГГГГ №/ст, от ДД.ММ.ГГГГ №/ст, от ДД.ММ.ГГГГ №/ст, от ДД.ММ.ГГГГ №А/ст, от ДД.ММ.ГГГГ №а/ст, от ДД.ММ.ГГГГ №/ст, отДД.ММ.ГГГГ №/ст, от ДД.ММ.ГГГГ №/ст, от ДД.ММ.ГГГГ №/ст, от ДД.ММ.ГГГГ №/ст, от ДД.ММ.ГГГГ №/ст, от ДД.ММ.ГГГГ №А/ст, отДД.ММ.ГГГГ №/ст, от ДД.ММ.ГГГГ №/ст, от ДД.ММ.ГГГГ №/ст, отДД.ММ.ГГГГ №/ст, от ДД.ММ.ГГГГ №/ст, от ДД.ММ.ГГГГ №/ст, от ДД.ММ.ГГГГ №/ст, от ДД.ММ.ГГГГ №/ст, отДД.ММ.ГГГГ №/ст, от ДД.ММ.ГГГГ №/ст, от ДД.ММ.ГГГГ №/ст, отДД.ММ.ГГГГ №/ст, - приказы о присвоении квалификации и выдаче диплома от ДД.ММ.ГГГГ №/ФБО, от ДД.ММ.ГГГГ №/ФБО, отДД.ММ.ГГГГ №/ФБО, от ДД.ММ.ГГГГ №а/ФБО, от ДД.ММ.ГГГГ №/ФБО, от ДД.ММ.ГГГГ №/ФБО, от ДД.ММ.ГГГГ №/ФБО, отДД.ММ.ГГГГ №/ФБО, - протокол от ДД.ММ.ГГГГ № заседания комиссии по переаттестации дисциплин (ФИО3, ДД.ММ.ГГГГ года рождения), протокол от ДД.ММ.ГГГГ б/н заседания комиссии по переаттестации дисциплин (ФИО4, ДД.ММ.ГГГГ года рождения) с приложениями, протокол от ДД.ММ.ГГГГ № заседания комиссии попереаттестации дисциплин (ФИО5, ДД.ММ.ГГГГ года рождения) с приложениями, протокол от ДД.ММ.ГГГГ б/н заседания комиссии по переаттестации дисциплин (ФИО6, ДД.ММ.ГГГГ года рождения) с приложениями, протокол от ДД.ММ.ГГГГ б/н заседания комиссии по переаттестации дисциплин (ФИО7, ДД.ММ.ГГГГ года рождения), протокол от ДД.ММ.ГГГГ № заседания комиссии по переаттестации дисциплин (ФИО8, ДД.ММ.ГГГГ года рождения) с приложениями, протокол отДД.ММ.ГГГГ б/н заседания комиссии по переаттестации дисциплин (ФИО9, ДД.ММ.ГГГГ года рождения), протокол отДД.ММ.ГГГГ б/н заседания комиссии по переаттестации дисциплин (ФИО10, ДД.ММ.ГГГГ года рождения), протокол отДД.ММ.ГГГГ б/н заседания комиссии по переаттестации дисциплин (ФИО11, ДД.ММ.ГГГГ года рождения) с приложениями, протокол от ДД.ММ.ГГГГ № заседания комиссии попереаттестации дисциплин (ФИО12, ДД.ММ.ГГГГ года рождения), протокол от ДД.ММ.ГГГГ б/н заседания комиссии попереаттестации дисциплин (ФИО13, ДД.ММ.ГГГГ года рождения), протокол от ДД.ММ.ГГГГ б/н заседания комиссии попереаттестации дисциплин (ФИО106, ДД.ММ.ГГГГ года рождения), протокол от ДД.ММ.ГГГГ № заседания комиссии попереаттестации дисциплин (ФИО14, ДД.ММ.ГГГГ года рождения), протокол от ДД.ММ.ГГГГ б/н заседания комиссии попереаттестации дисциплин (ФИО15, ДД.ММ.ГГГГ года рождения), протокол от ДД.ММ.ГГГГ б/н заседания комиссии попереаттестации дисциплин и протокол от ДД.ММ.ГГГГ б/н/ заседания комиссии по переаттестации дисциплин с приложениями (ФИО16, ДД.ММ.ГГГГ года рождения), протокол от ДД.ММ.ГГГГ б/н заседания комиссии по переаттестации дисциплин (ФИО17, ДД.ММ.ГГГГ года рождения), протокол от ДД.ММ.ГГГГ б/н заседания комиссии по переаттестации дисциплин (ФИО18, ДД.ММ.ГГГГ года рождения) с приложениями, хранящиеся в камере вещественных доказательств следственного управления Следственного комитета Российской Федерации по &lt;адрес&gt; – возвратить в ФГБОУ ВО «ВГУИТ» (&lt;адрес&gt;) 5) мобильный телефон «realme 6s» в корпусе черного цвета, в защитном чехле черного цвета, принадлежащий ФИО104, переданный на ответственное хранение ФИО104 – оставить последнему по принадлежности; 6) мобильный телефон «Iphone» в корпусе черного цвета, в защитном чехле черного цвета, принадлежащий ФИО105, переданный на ответственное хранение ФИО105 - оставить последнему по принадлежности. Приговор может быть обжалован в апелляционном порядке в судебную коллегию по уголовным делам Тамбовского областного суда, через Октябрьский районный суд &lt;адрес&gt; в течение 15 суток со дня его постановления. В случае подачи апелляционных жалоб и принесения апелляционного представления, затрагивающих его интересы, осужденный вправе ходатайствовать о своем участии в рассмотрении уголовного дела судом апелляционной инстанции, а также поручить осуществление своей защиты избранному им защитнику либо ходатайствовать перед судом о назначении защитника. Приговор также может быть обжалован в судебную коллегию по уголовным делам Второго кассационного суда общей юрисдикции в порядке, установленном главой 47.1 УПК РФ, в течение 6 месяцев со дня вступления в законную силу, при этом осужденный вправе ходатайствовать об участии в рассмотрении уголовного дела судом кассационной инстанции. Судья И.И. Сафронова Апелляционным определением судебной коллегии по уголовным делам Тамбовского областного суда от ДД.ММ.ГГГГ приговор Октябрьского районного суда &lt;адрес&gt; от ДД.ММ.ГГГГг. в отношении ФИО20 изменен. Назначено ФИО20 за каждое из семнадцати преступлений, предусмотренных пп. «а», «в» ч. 5 ст. 290 УК РФ (по преступлениям в получении взятки от ФИО3, ФИО4, ФИО31, ФИО7, ФИО8, ФИО43, ФИО45, ФИО10, ФИО12, ФИО53, ФИО54, ФИО59, ФИО60, ФИО15, ФИО63, ФИО67, ФИО68) наказание в виде лишения свободы на срок 4 года 6 месяцев с лишением права занимать должности, связанные с выполнением организационно-распорядительных и административно-хозяйственных полномочий в образовательных учреждениях, на срок 4 года; Назначено ФИО2 за каждое из двадцати девяти преступлений, предусмотренных п. «а» ч. 5 ст. 290 УК РФ (по преступлениям в получении взятки от ФИО5, ФИО29, ФИО6, ФИО34, ФИО36, ФИО38, ФИО9, ФИО41, ФИО40, ФИО42, ФИО46, ФИО47, ФИО48, ФИО11, ФИО52, ФИО55, ФИО56, ФИО39, ФИО14, ФИО69, ФИО16, ФИО17, ФИО18, ФИО74, ФИО75, ФИО76, ФИО49, ФИО50, ФИО72), наказание в виде лишения свободы на срок 4 года с лишением права занимать должности, связанные с выполнением организационно-распорядительных и административно-хозяйственных полномочий в образовательных учреждениях, на срок 3 года; на основании ч. 3 ст. 69 УК РФ по совокупности преступлений, путём частичного сложения назначенных наказаний, окончательно назначить ФИО2 наказание в виде лишения свободы на срок 5 лет 6 месяцев с отбыванием с исправительной колонии общего режима, с лишением права занимать должности, связанные с выполнением организационно-распорядительных и административно-хозяйственных полномочий в образовательных учреждениях, на срок 5 лет; исключено из приговора указание суда о применении ст. 73 УК РФ при назначении наказания ФИО20; меру пресечения ФИО20 в виде подписки о невыезде и надлежащем поведении отменить, взять её под стражу; срок отбывания наказания ФИО20 исчислять с момента её фактического задержания; на основании п. «б» ч. 3.1 ст. 72 УК РФ время задержания ФИО20 в порядке ст. , ст. 92 УПК РФ и содержания под стражей с 27 апреля 2023г. по 24 октября 2023г. зачесть в срок лишения свободы из расчёта один день за полтора дня отбывания наказания в исправительной колонии общего режима. на основании ч. 3.4 ст. 72 УК РФ время нахождения ФИО20 под домашним арестом с ДД.ММ.ГГГГг. по ДД.ММ.ГГГГг. зачесть в срок лишения свободы из расчёта два дня нахождения под домашним арестом за один день лишения свободы; вещественное доказательство: мобильный телефон марки и модели «Samsung Galaxy A51» принадлежащего ФИО1, хранить в камере вещественных доказательств СУ СК РФ по &lt;адрес&gt; до рассмотрения уголовных дел в отношении иных соучастников преступлений. В остальной части указанный приговор оставлен без изменения. Суд: Октябрьский районный суд г. Тамбова (Тамбовская область) (подробнее) Судьи дела: Сафронова Ирина Игоревна (судья) (подробнее) Последние документы по делу: Приговор от 22 октября 2025 г. по делу № 1-100/2025 Приговор от 19 августа 2025 г. по делу № 1-100/2025 Приговор от 4 февраля 2025 г. по делу № 1-100/2025 Приговор от 20 января 2025 г. по делу № 1-100/2025 Показать все документы по этому делу Судебная практика по: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