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 иерархичностью. а) Наличием в организованной группе организационно-управленческой структуры (иерархии), разграничением функций, специализаций и обязанностей по выполнению конкретных действий при совершении преступлений, но в строгой согласованности между собой при взаимодействии, дисциплиной иерархического подчинения. б) Разработкой и применением специальных мер защиты от разоблачения, а также соблюдением мер конспирации. Руководитель и участники организованной группы заранее определяли для себя возможные препятствия при совершении преступных действий, прежде всего в части касающейся их разоблачения и задержания сотрудниками правоохранительных органов, а поэтому: - тщательно планировали преступления, предварительно подготавливали совершение преступлений, а именно: подбор подходящих участков для изготовления несанкционированных врезок в тело МНПП с учетом окружающей обстановки; прокладка криминальных отводов в местах, затрудняющих их поиск; выполнение преступных действий в ночное или темное время суток; приискание перчаток; противодействие сотрудникам правоохранительных органов, осуществляющим выявление, раскрытие и расследование преступлений данной категории; осуществление наблюдения и контрнаблюдения за окружающей обстановкой; выполнение проверочных мероприятий для обнаружения скрытого наблюдения со стороны правоохранительных органов; использование при выполнении преступных действий транспортных средств, радиостанций, аппаратов сотовой связи; - проводили предварительный инструктаж участников организованной группы в выполнении своих преступных функций и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создана Свидетель №14, которым были подысканы ее участники – ФИО7, ФИО8, ФИО6 и неустановленные лица, которыми, в свою очередь, подысканы иные участники – Свидетель №1, ФИО2, и неустановленные следствием лица, которые вошли в нее исключительно в целях получения незаконного высокодоходного обогащения, путем совершения тяжких преступлений, с систематическим извлечением из этого денежной выгоды. В связи с чем, сознание и воля каждого члена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группе в составе Свидетель №14, ФИО7, ФИО8, ФИО6, Свидетель №1, ФИО2, лица, в отношении которого уголовное дело выделено в отдельное производство было присуще постоянство форм и методов преступной деятельности, связанной с хищением и сбытом нефтепродуктов. Совершение преступлений было возможным исключительно из-за сплоченности руководителя организованной группы и ее участников, согласованности их действий. Достижение единой цели создания и функционирования организованной группы усиливало постоянство их связей между собой. Организованная группа имела постоянный состав, основанный на дружеских отношениях, возникших в результате продолжительного знакомства между руководителем и участниками, общности интересов и склонности к совершению преступлений, не допущением вовлечения посторонних (не проверенных) лиц, что усиливало постоянство связей между ними и отличало их высокой степенью сплоченности при подготовке и совершении преступлений.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хищения нефтепродукта.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Материально-технической оснащенностью. Для осуществления совместной преступной деятельности, связанной с хищением нефтепродуктов, руководитель организованной группы оплачивал участникам организованной группы транспортные расходы, аренду жилых помещений в местах дислокации, эксплуатацию транспортных средств, пользование сотовой связью, элементов и составляющих устройств для осуществления хищения нефтепродукта, в том числе приобретения рукавов высокого давления и соединений к ним, инструментов, оборудования.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осуществлялось хищение исключительно высококачественного дизельного топлива марки ДТ-Л-К5 по ГОСТ 32511-2013.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 и участники организованной группы определили схемы движения денежных средств и разработали систему вознаграждения всех участников организованной группы, часть из которых затрачивали на функционирование организованной группы, а именно: приобретение средств и оборудования для совершения преступлений, оплату средств мобильной связи для нужд организованной группы, оплату аренды жилых помещений, которые нанимали участники организованной группы, оплату транспортных расходов и аренды территории, где располагались резервуары-накопители для хранения похищенного нефтепродукта. Конкретная преступная деятельность организованной группы в составе Свидетель №14, ФИО7, ФИО8, ФИО6, Свидетель №1, ФИО2 и иных неустановленных следствием лиц, направленная на совершение повреждения нефтепродуктопровода, которое могло повлечь нарушение его нормальной работы и было совершено из корыстных побуждений, в отношении магистрального трубопровода, принадлежащего АО «Транснефть-Дружба», заключалась в следующем. Реализуя указанный преступный умысел, действуя по указанию организатора и руководителя организованной группы Свидетель №14, умышленно, из корыстных побуждений, в соответствие с разработанным планом и отведенной каждому преступной ролью, неустановленное в ходе следствия лицо, имея на руках документы на имя ФИО9 в 2022 году, но не позднее ДД.ММ.ГГГГ, более точные дата, время и место в ходе следствия не установлены, приискало и арендовало у неосведомленного о его преступных намерениях Свидетель №23 земельный участок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с целью использования их для хранения похищенного дизельного топлива. Далее, Свидетель №14, ФИО7, ФИО8, ФИО6, Свидетель №1, ФИО2 и иные неустановленные в ходе следствия лица, осуществляя свою преступную деятельность в составе организованной группы, действуя умышленно, из корыстных побуждений, не меняя установленных преступных ролей, действуя в соответствии с разработанным планом и отведенной каждому преступной ролью, в 2022 году, но не позднее ДД.ММ.ГГГГ, более точные дата и время в ходе следствия не установлены, находясь около &lt;адрес&gt; приискали место и с помощью заранее приготовленного оборудования и инструментов в тот же период времени в целях совершения несанкционированной врезки в тело нефтепродуктопровода, расположенного на 725 км МНПП, в районе &lt;адрес&gt;, принадлежащего АО «Транснефть-Дружба», проложили шланг высокого давления, предназначенный для несанкционированного, незаконного, систематического изъятия на протяжении длительного периода времени из МНПП нефтепродукта, а именно хищения дизельного топлива марки ДТ-Л-К5 по ГОСТ 32511-2013, принадлежащего АО «Транснефть-Дружба». В целях реализации преступного умысла Свидетель №14, ФИО7, ФИО8, ФИО6, Свидетель №1, ФИО2 и иные неустановленные в ходе следствия лица осуществляя свою преступную деятельность в составе организованной группы, действуя умышленно, из корыстных побуждений, не меняя установленных преступных ролей, действуя в соответствие с разработанным планом и отведенной каждому преступной ролью, в 2022 году, но не позднее ДД.ММ.ГГГГ, более точные дата и время в ходе следствия не установлены, находясь около &lt;адрес&gt; под слоем грунта в поле, расположенном на участке с кадастровым номером 73:11:000000:205 осуществили прокладку отвода, состоящего из приисканных ими в этот же период времени рукавов высокого давления, соединительных штуцеров и шаровых кранов, обеспечивающего возможность скрытного хищения дизельного топлива, один конец которого располагался в 1,8 м от тела нефтепродуктопровода, расположенного на 725 км МНПП (географические координаты: 53.184932, 47.888338), в районе &lt;адрес&gt;, принадлежащего АО «Транснефть-Дружба», осуществляя при этом прокладку отвода с целью недопущения обнаружения преступной деятельности, проложив, таким образом, в поле под слоем грунта 755 метров рукавов высокого давления в районе &lt;адрес&gt;, предназначенных в качестве отвода несанкционированной врезки, обеспечивающего возможность хищения дизельного топлива из МНПП, принадлежащего АО «Транснефть-Дружба». Однако, по независящим от Свидетель №14, ФИО7, ФИО8, ФИО6, Свидетель №1, ФИО2 и иных неустановленных в ходе следствия лиц обстоятельствам, данные преступные действия не были доведены до конца. После этого, продолжая реализовывать преступный умысел, действуя по указанию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неустановленное в ходе следствия лицо, обладающее соответствующими познаниями в области обеспечения транспортировки нефтепродуктов по магистральным нефтепродуктопроводам, в 2022 году, но не позднее ДД.ММ.ГГГГ, более точные дата и время в ходе следствия не установлены, находясь около &lt;адрес&gt; приискало место наиболее подходящее для изготовления несанкционированной врезки в тело нефтепродуктопровода, а именно участок на 724 км МНПП (МНПП «Уфа-Западное направление») (географические координаты: 53011`14.80108, 47054`29.98231), принадлежащего АО «Транснефть-Дружба», в районе &lt;адрес&gt; с целью подключения и прокладки первоначального участка криминального отвода от врезки в сторону &lt;адрес&gt;, о чем сообщило Свидетель №14 В 2022 году, но не позднее ДД.ММ.ГГГГ, более точные дата и время в ходе следствия не установлены, в неустановленном в ходе следствия месте и неустановленным в ходе следствия способом связи участники организованной группы ФИО7, ФИО8 и иные неустановленные лица получили указания от ее организатора и руководителя – Свидетель №14 об изготовлении несанкционированной врезки в тело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а так же последующего подключения и прокладки первоначального участка криминального отвода от врезки в направлении &lt;адрес&gt;, к ранее приисканному земельному участку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В 2022 году, но не позднее ДД.ММ.ГГГГ, более точные дата и время в ходе следствия не установлены, в неустановленном в ходе следствия месте участники организованной группы ФИО7, ФИО8 и иные неустановленные лица, реализуя преступный умысел, выполняя обязательные для исполнения указания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дали указания Свидетель №1 и иным неустановленным лицам – участникам организованной преступной группы, раскопать тело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Свидетель №1 и иные неустановленные лица как участники организованной группы в 2022 году, но не позднее ДД.ММ.ГГГГ, более точные дата и время в ходе следствия не установлены, находясь около &lt;адрес&gt; реализуя преступный умысел и выполняя указания ФИО7, ФИО8 и иных неустановленных лиц, умышленно, из корыстных побуждений, в соответствие с разработанным планом и отведенной каждому преступной ролью, используя лопаты и другие подручные средства, совместными действиями проложили под слоем грунта через лесополосу от участка расположения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вдоль русла реки Томышевка и по участку болота до участка, расположенного возле водонапорной башни в &lt;адрес&gt; (географические координаты: 530179.147`, 470911.767`) в направлении земельного участка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рукава высокого давления с соединительными муфтами, тем самым создав криминальный отвод, после чего вскрыли почву и выкопали шурф, оголив верхнюю часть трубы и тем самым обеспечив доступ к МНПП на 724 км МНПП (МНПП «Уфа-Западное направление») (географические координаты: 53011`14.80108, 47054`29.98231), принадлежащего АО «Транснефть-Дружба», в районе &lt;адрес&gt;. После этого, в 2022 году, но не позднее ДД.ММ.ГГГГ, более точные дата и время в ходе следствия не установлены, находясь около &lt;адрес&gt; ФИО7, ФИО8 и иные неустановленные лица как участники организованной группы реализуя преступный умысел и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присоединили один конец криминального отвода – конец рукава высокого давления - к приваренной к телу МНПП на 724 км МНПП (МНПП «Уфа-Западное направление») (географические координаты: 53011`14.80108, 47054`29.98231), принадлежащего АО «Транснефть-Дружба», в районе &lt;адрес&gt;, конструкции, а второй конец криминального отвода – конец рукава высокого давления к концу проложенного рукава высокого давления, проходящего от участка возле водонапорной башни в &lt;адрес&gt; (географические координаты: 530179.147`, 470911.767`), выходящего на территорию земельного участка общей площадью 3400,00 кв.м по адресу: &lt;адрес&gt;, в 82-х метрах по направлению на юг от строения № по &lt;адрес&gt; с кадастровым номером 73:№218, подведя конец рукава к накопительным резервуарам в количестве 3-х штук номинальной вместимостью 60 м3 каждый, создав тем самым условия для осуществления криминальной врезки. После этого, ФИО1, как участник организованной группы, реализуя совместный преступный умысел, действуя из корыстных побуждений, осознавая противоправность своих действий, а также последствий в результате таковых, и желая их наступления, в 2022 году, но не позднее ДД.ММ.ГГГГ, более точные дата и время в ходе следствия не установлены, находясь около &lt;адрес&gt;, спустился в шурф, где обладая профессиональными навыками сварщика и соответствующим опытом, соблюдая меры конспирации с помощью неустановленного в ходе следствия сварочного аппарата и неустановленных в ходе следствия конструктивных элементов и инструментов изготовил несанкционированную врезку в тело МНПП на 724 км МНПП (МНПП «Уфа-Западное направление») (географические координаты: 53011`14.80108, 47054`29.98231), принадлежащего АО «Транснефть-Дружба», в районе &lt;адрес&gt;, вскрыв изоляционное покрытие МНПП и приварив конструкцию, предназначенную для несанкционированного, незаконного, систематического изъятия на протяжении длительного периода времени из МНПП нефтепродукта. После чего, в 2022 году, но не позднее ДД.ММ.ГГГГ, более точные дата и время в ходе следствия не установлены, находясь около &lt;адрес&gt; участники организованной группы ФИО7, ФИО8 и иные неустановленные лица реализуя преступный умысел,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сделали прокол в теле МНПП на 724 км МНПП (МНПП «Уфа-Западное направление») (географические координаты: 53011`14.80108, 47054`29.98231), принадлежащего АО «Транснефть-Дружба», в районе &lt;адрес&gt;, тем самым организовав хищение дизельного топлива марки ДТ-Л-К5 по ГОСТ 32511-2013, принадлежащего АО «Транснефть-Дружба», после чего дав указание Свидетель №1 и иным неустановленным лицам – участникам организованной группы, в целях соблюдения мер конспирации и сокрытия фактов наличия в теле МНПП изготовленной несанкционированной врезки и проложенного криминального отвода от правоохранительных органов и сотрудников АО «Транснефть-Дружба», осуществляющих их поиск и ликвидацию, с целью дальнейшего функционирования преступной деятельности созданной Свидетель №14 организованной группы, оставаясь неразоблаченными правоохранительными органами и сотрудниками АО «Транснефть-Дружба» приняли меры к сокрытию совершенной криминальной врезки, для чего Свидетель №1 и иные неустановленные лица скрыли подручным изоляционным материалом из мешков приваренный к телу МНПП элемент и засыпали шурф грунтом, восстановив в месте раскопки первоначальный (естественный) внешний вид ландшафта, а так же приняв аналогичные меры по восстановлению внешнего вида грунта и ландшафта в местах прохождения под грунтом криминального отвода. О выполненных преступных действиях по прокладке криминального отвода от врезки ФИО7 и ФИО8 сообщили Свидетель №14 В процессе подготовки и совершения криминальной врезки, последующего хищения дизельного топлива участники организованной группы ФИО6 и иные неустановленные лица используя неустановленные в ходе следствия средства наблюдения (бинокли, тепловизор, фотоловушку, видеорегистратор, оптический прицел, квадрокоптер), осуществляли наблюдение и контрнаблюдение за окружающей обстановкой, выполняли разведку окружающей местности с целью выявления в районе хищения топлива сотрудников правоохранительных органов и охраны АО «Транснефть-Дружба» и предупреждения соучастников. ДД.ММ.ГГГГ в период с 11 часов 28 минут до 16 часов 37 минут в ходе проведения осмотра места происшествия сотрудниками МО МВД России «Новоспасский» была обнаружена и ликвидирована несанкционированная врезка в МНПП «Уфа-Западное направление» АО «Транснефть-Дружба» на 724 км МНПП (МНПП «Уфа-Западное направление») (географические координаты: 53011`14.80108, 47054`29.98231), в районе &lt;адрес&gt;, а также отвод от врезки, идущий к участку, расположенному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В результате совместных преступных действий Свидетель №14, ФИО7, ФИО8, ФИО6, Свидетель №1, ФИО2 и иных неустановленных следствием лиц совершенных организованной группой, из корыстных побуждений, был поврежден магистральный нефтепродуктопровод на 724 км МНПП (МНПП «Уфа-Западное направление») (географические координаты: 53011`14.80108, 47054`29.98231), принадлежащий АО «Транснефть-Дружба», в районе &lt;адрес&gt;, что могло повлечь нарушение его нормальной работы, выразившееся в снижении пропускной способности нефтепродуктопровода, и могло повлечь разрушение нефтепродуктопровода, прекращение движения и разлив нефтепродуктов, и, как следствие, создание аварийной пожаро-взрывоопасной ситуации, загрязнение окружающей среды. Кроме того, в результате совместных преступных действий Свидетель №14, ФИО7, ФИО8, ФИО6, Свидетель №1, ФИО2 и иных неустановленных следствием лиц по повреждению магистрального нефтепродуктопровода на 724 км МНПП (МНПП «Уфа-Западное направление») (географические координаты: 53011`14.80108, 47054`29.98231) АО «Транснефть-Дружба» был причинен материальный ущерб на сумму 109 864рубля 58 копеек. Он же, ФИО2, в 2022 году, но не позднее ДД.ММ.ГГГГ, более точные дата, время и место в ходе следствия не установлены, Свидетель №14, обладая организаторскими способностями, волевыми и лидерскими качествами, решимостью в достижении преступных целей, располагая сведениями об организации работы по транспортировке нефтепродуктов по магистральным нефтепродуктопроводам и их охране в Российской Федерации, осведомленный о том, что совершение систематических тайных хищений нефтепродуктов из магистральных нефтепродуктопроводов образует состав тяжких преступлений, однако, является высокодоходным, выгодным и эффективным способом совершения преступлений в сфере топливно-энергетического комплекса, понимая, что сложность и масштабность подобного вида хищений чужого имущества требуют создания и функционирования сплоченной и четко скоординированной организованной группы, из личных корыстных побуждений, с целью получения незаконного обогащения и постоянного источника дохода от данного вида преступной деятельности решил создать на территории &lt;адрес&gt; организованную группу в целях совместного совершения тяжких преступлений – повреждения магистрального нефтепродуктопровода «Уфа – Западное направление» (далее по тексту – МНПП) и последующего тайного хищения нефтепродукта из МНПП, принадлежащего АО «Транснефть-Дружба». Свидетель №14, как руководитель организованной группы, разработал преступную схему повреждения МНПП и хищения нефтепродукта (дизельного топлива) из нефтепродуктопровода посредством его откачки (отбора) путем несанкционированных подключений, т.е. изготовления криминальных врезок в тело МНПП и прокладки протяженных криминальных отводов (шлейфов) в накопительные резервуары. Кроме того, Свидетель №14, как руководитель организованной группы, достоверно осознавая, что успешная и эффективная реализация разработанной преступной схемы повреждения МНПП и хищения нефтепродукта единолично невозможна, так как содержит существенные риски, а выполнение работ требует наличие специфических знаний и навыков, материальных ресурсов и техники, в целях реализации задуманного, в осуществлении преступной деятельности, связанной с повреждением МНПП и хищением нефтепродуктов на территории &lt;адрес&gt;, для совместного руководства организованной группой в 2022 году, но не позднее ДД.ММ.ГГГГ, в неустановленные следствием дату, время и месте объединился с ранее знакомыми ему ФИО7, ФИО6, ФИО8 и иными неустановленными лицами, последовательно подыскав их в качестве активных членов организованной группы, через которых в свою очередь обеспечил в том числе привлечение иных участников организованной группы, мотивировав их получением материальной выгоды на систематической основе. Так, по указанию Свидетель №14, как создателя организованной группы, в 2022 году, но не позднее ДД.ММ.ГГГГ, более точные дата и время следствием не установлены, на территории &lt;адрес&gt;, точное место следствием не установлено, для осуществления в составе организованной группы, преступной деятельности, связанной с повреждением МНПП и хищением дизельного топлива из нефтепродуктопроводов на территории &lt;адрес&gt;, ФИО7 подыскал Свидетель №1, ФИО2 и иных неустановленных лиц, которым предложил заниматься повреждением МНПП и хищением дизельного топлива из МНПП в составе организованной группы на территории &lt;адрес&gt; за денежное вознаграждение. Свидетель №1, ФИО2 и иные неустановленные лица в неустановленном месте в 2022 году, но не позднее ДД.ММ.ГГГГ, более точные дата и время следствием не установлены, осознавая преступный характер сделанного им предложения, согласились с ним, тем самым, вошли в состав организованной группы. При этом, по указанию организатора Свидетель №14 члены преступной группы ФИО7, ФИО6, ФИО8 и неустановленные лица провели инструктаж с Свидетель №1, ФИО2, а также иными неустановленными лицами о мерах безопасности и конспирации. В целях создания условий для реализации преступных намерений руководитель организованной группы и их участники использовали средства мобильной связи – сотовые телефоны, рации, необходимые для связи между организатором группы и ее участниками. В целях безопасности деятельности организованной группы Свидетель №14 в 2022 году, но не позднее ДД.ММ.ГГГГ, более точные дата, время и место в ходе следствия не установлены, было налажено взаимодействие между членами организованной преступной группы. Так, Свидетель №14, как создателем и руководителем организованной группы, и ее членами – ФИО7, ФИО6, ФИО8 и неустановленными лицами, взаимодействие строилось в основном на дистанционном общении с использованием информационно-телекоммуникационной сети «Интернет», сети мобильной связи, а также периодически в ходе личных встреч. Взаимодействие с остальными участниками – Свидетель №1, ФИО2, лицом, в отношении которогго уголовное дело выделено в отдельное производство и иными неустановленными лицами, строилось как на дистанционном общении с использованием информационно-телекоммуникационной сети «Интернет», сети мобильной связи, так и в ходе личных встреч. Настоящая схема взаимодействия в ходе преступной деятельности позволяла Свидетель №14, как организатору и руководителю организованной группы, находясь за пределами территории, где непосредственно осуществлялось хищение нефтепродуктов и их сбыт, не имея непосредственного контакта с похищенным имуществом, и исключая возможность его задержания сотрудниками правоохранительных органов при совершении преступлений, дистанционно управлять процессом хищений нефтепродуктов из нефтепродуктопровода, отслеживать поступление и распределение денежных средств, незаконно полученных от сбыта похищенного имущества. Кроме того, указанная схема взаимодействия в ходе преступной деятельности позволяла при задержании правоохранительными органами одного исполнителя преступных действий – участника организованной преступной группы, оставаться не задержанными руководителю организованной группы, а также остальным ее участникам. Созданная Свидетель №14 разветвленная структура организованной группы и схема ее преступной деятельности определялась функционированием всех участников под единым руководством, с осознанием всеми участниками организованной группы общих целей данной организованной группы и своей принадлежности к ней, устойчивостью преступных связей, в условиях соблюдения мер конспирации. Так, Свидетель №14 (организатор и руководитель организованной группы) взял на себя функции: - внутригруппового распределения ролей среди ее участников, в которой отвел себе роль лидера организованной группы, вовлекая в преступную деятельность новых членов организованной группы; - общего руководства как непосредственно, так и удаленно; - координирования и планирования деятельности участников организованной группы в условиях конспирации; - осуществления непосредственно и лично поиска территории, расположенной в непосредственной близости от магистрального нефтепродуктопровода, в целях ее оборудования и длительного использования в преступных целях; - привлечения неустановленного в ходе следствия лица, имеющего на руках документы на имя ФИО9, в целях исключения личного участия и конспирации преступной деятельности для заключения договора аренды земельного участка общей площадью 3400,00 кв.м по адресу: &lt;адрес&gt;, в 82-х метрах по направлению на юг от строения № по &lt;адрес&gt; с кадастровым номером 73:11:021904:218, имеющего ограждение с въездными воротами, строения бытового и хозяйственного назначения, накопительные резервуары в количестве 3-х штук номинальной вместимостью 60 м3 каждый, и внесения ежемесячной платы за пользование арендованным участком; - распределения преступных ролей и обязанностей между членами организованной группы, путем дачи им указаний и распоряжений, обязательных для исполнения; - организации связи между участниками организованной группы в условиях конспирации, путем использования мобильных средств связи; - осуществления инструктажа членов организованной группы по соблюдению мер конспирации при совершении хищения нефтепродуктов и после него; - организации изготовления криминальной врезки в тело МНПП и схемы прокладки несанкционированного отвода от тела МНПП на 724 км (географические координаты: 53011`14.80108, 47054`29.98231), принадлежащего АО «Транснефть-Дружба», в районе &lt;адрес&gt; до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дав соответствующие поручения участникам организованной группы ФИО7, ФИО8 и иным неустановленным в ходе следствия лицам; - организации схемы транспортировки похищенного нефтепродукта, для чего поручил участнику организованной группы ФИО8, а затем вовлеченному в организованную группу участнику лицу, в отношении которого уголовное дело выделено в отдельное производство. и неустановленному в ходе следствия лицу на автомашинах: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специально оборудованных скрытыми емкостями, транспортировку в условиях конспирации похищенных нефтепродуктов для исполнения поставленных задач; - поручения члену организованной группы – ФИО6, на изготовление документов прикрытия на перевозку отобранного нефтепродукта под видом транспортировки иного груза; - распределения полученных от реализации похищенного нефтепродукта денежных средств между членами организованной группы. При этом Свидетель №14 в 2022 году, но не позднее ДД.ММ.ГГГГ, более точные дата, время и место в ходе следствия не установлены, для функционирования организованной группы поручены следующие обязанности для членов группы – ФИО7, ФИО8, Свидетель №1, ФИО2 и неустановленных лиц: - проведение под контролем ФИО7 и ФИО8 раскопки грунта от поверхности до нефтепродуктопровода – тела МНПП с привлечением к данным работам Свидетель №1 и неустановленных лиц; - изготовление под контролем ФИО7 и ФИО8 несанкционированной врезки в тело МНПП, с привлечением к данным работам ФИО2 и неустановленных лиц; - прокладка под контролем ФИО7 и ФИО8 криминального отвода от несанкционированной врезки до места расположения резервуаров-накопителей, предназначенных для хранения похищенного дизельного топлива, с учетом ландшафта местности, с привлечением к данным работам Свидетель №1 и неустановленных лиц; - обустройство под контролем ФИО7 и ФИО8 мест расположений резервуаров-накопителей, постройки и возведения сооружений и создания в них условий, предназначенных для хранения похищенного дизельного топлива после его отбора из нефтепродуктопровода (мест выводов криминальных отводов) с привлечением к данным работам Свидетель №1 и неустановленных лиц; - охрана с привлечением к данным работам Свидетель №1 и неустановленных лиц места расположения резервуаров-накопителей, предназначенных для хранения похищенного дизельного топлива после его отбора из нефтепродуктопровода; контроля обстановки на территории расположения накопительных емкостей, предназначенных для хранения нефтепродукта после его откачки из МНПП; контроля за окружающей обстановкой на дальних и ближних подступах в месте незаконной врезки и отбора нефтепродукта (дизельного топлива), в целях своевременного оповещения соучастников преступления о появлении посторонних граждан, охранников МНПП и сотрудников правоохранительных органов. Члены созданной и руководимой Свидетель №14 организованной преступной группы – ФИО6, ФИО8, Лицо, в отношении которого уголовное дело выделено в отдельное производство и неустановленные лица, осуществляли функции: - отгрузки (перекачивания) с помощью неустановленной в ходе следствия системы оборудования похищенного нефтепродукта из резервуаров-накопителей, установленных в местах его хранения, в специально оборудованные транспортные средства – автомашины: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изготовления сопроводительных документов для придания преступной деятельности признаков легальности, транспортировки похищенного нефтепродукта и разгрузки в местах сбыта похищенного; - контроля за техническим состоянием резервуаров-накопителей и наблюдение за их наполняемостью похищенным дизельным топливом; - сопровождения, наблюдения и контрнаблюдения за окружающей обстановкой в целях своевременного оповещения соучастников преступления о появлении нештатных ситуаций, дорожно-транспортных происшествий, охранников МНПП и сотрудников правоохранительных органов при транспортировке похищенного нефтепродукта транспортными средствами – автомашинами: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с установленными в их кузове специализированными емкостями, предназначенными для перевозки похищенного дизельного топлива, во время передвижения к месту установки резервуаров-накопителей для загрузки похищенным дизельным топливом, при перевозке похищенного дизельного топлива от места установки резервуаров-накопителей к местам его хранения и во время передвижения транспортных средств (пустыми), а также выполнения проверочных действий с целью установления факта ведения наблюдения за соучастниками и выполняемыми ими действиями со стороны сотрудников правоохранительных органов; - организации сбыта похищенного нефтепродукта путем приискания организаций и лиц, неосведомленных об обстоятельствах происхождения приобретаемого ими дизельного топлива. В рамках реализации совместного преступного умысла к обязанностям ФИО7 согласно распределенным Свидетель №14 ролям также относилось: - выполнение указаний и распоряжений лидера организованной группы – Свидетель №14; - проведение совместно с другим участниками организованной группы ФИО8 и иными поисковых мероприятий по обнаружению месторасположения тела МНПП и места его залегания под грунтом и подбор конкретных мест, подходящих для изготовления несанкционированных врезок в тело МНПП, с учетом окружающей обстановки (в глубине лесного массива или лесополосы, вдали от проезжих частей и полевых (грунтовых) дорог, отсутствие поблизости освещенности, видеонаблюдения и фотофиксации, вдали от жилых домов, в местах, с учетом сложности элементов рельефа местности, затрудняющих поиск несанкционированных врезок специальными приборами, места с учетом ландшафта местности, где несанкционированные врезки в тело нефтепродуктопровода будут располагаться выше (по высоте) мест расположения резервуаров-накопителей (мест выводов криминальных отводов); - организация раскопки грунта от поверхности до нефтепродуктопровода – тела МНПП с привлечением к данным работам иных членов организованной группы; - организация совместно со ФИО8 изготовления несанкционированной врезки в тело МНПП, подключение начальной части криминального отвода к врезке и вывода отвода от тела МНПП на поверхность; - подключение совместно со ФИО8 к начальной части криминального отвода его основного шлейфа; - организация совместно со ФИО8 прокладки криминального отвода от несанкционированной врезки до места расположения резервуаров-накопителей, предназначенных для хранения похищенного дизельного топлива, с учетом ландшафта местности, с привлечением к данным работам иных членов группы; - организация обустройства мест расположений резервуаров-накопителей, постройки и возведения сооружений и создание в них условий, предназначенных для хранения похищенного дизельного топлива после его отбора из нефтепродуктопровода (мест выводов криминальных отводов), с привлечением к данным работам иных членов организованной группы; - выполнение с привлечением к данным работам иных членов организованной группы подготовительных подсобных работ с накопительными емкостями для похищенного нефтепродукта: подключение резервуаров-накопителей, предназначенных для хранения похищенного дизельного топлива после его отбора из нефтепродуктопровода, к криминальным отводам от несанкционированной врезки; подключение к резервуарам-накопителям и окончанию криминального отвода от несанкционированной врезки неустановленного в ходе следствия оборудования, для несанкционированного отбора дизельного топлива, не позволяющего сотрудникам АО «Транснефть-Дружба» выявлять факты хищений дизельного топлива; подключение к резервуарам-накопителям системы неустановленного в ходе следствия оборудования, позволяющего перекачивать похищенное дизельное топливо из резервуаров-накопителей в специализированные емкости, № с полуприцепом «НАРКО» государственный регистрационный знак №; ГАЗель государственный регистрационный №, для последующей перевозки похищенного нефтепродукта; - настройка, запуск, обслуживание, ремонт и контроль исправности работы оборудования, предназначенного для осуществления несанкционированного отбора нефтепродукта; - непосредственное участие в хищении дизельного топлива путем контроля за исправной работой неустановленного в ходе следствия оборудования для несанкционированного отбора дизельного топлива, не позволяющего сотрудникам АО «Транснефть-Дружба» выявлять факты хищений дизельного топлива, являющимся составляющим элементом в конструкции незаконного отбора нефтепродукта; - охрана с привлечением к данным работам иных членов организованной группы места расположения резервуаров-накопителей, предназначенных для хранения похищенного дизельного топлива после его отбора из нефтепродуктопровода; - контроль обстановки на территории расположения накопительных емкостей, предназначенных для хранения нефтепродукта после его откачки из МНПП; - контроль за окружающей обстановкой на дальних и ближних подступах в месте незаконной врезки и отбора нефтепродукта (дизельного топлива) в целях своевременного оповещения соучастников преступления о появлении посторонних граждан, охранников МНПП и сотрудников правоохранительных органов; - обустройство и содержание подъездных путей, ведущих к территории расположения накопительных емкостей, предназначенных для хранения нефтепродукта после его откачки из МНПП, в состоянии, необходимом для беспрепятственного и безопасного проезда транспортных средств, оборудованных скрытыми емкостями, предназначенными для перевозки похищенного дизельного топлива; - контроль за окружающей обстановкой на дальних подступах в месте отбора нефтепродукта (дизельного топлива) в целях своевременного оповещения соучастников преступления о появлении посторонних граждан, охранников МНПП и сотрудников правоохранительных органов. В рамках реализации совместного преступного умысла к обязанностям ФИО8 согласно распределенным Свидетель №14 ролям также относилось: - выполнение указаний и распоряжений лидера организованной группы – Свидетель №14; - проведение совместно с ФИО7 поисковых мероприятий по обнаружению месторасположения МНПП и места его залегания под грунтом и подбор конкретных мест, подходящих для изготовления несанкционированных врезок в тело МНПП, с учетом окружающей обстановки (в глубине лесного массива или лесополосы, вдали от проезжих частей и полевых (грунтовых) дорог, отсутствие поблизости освещенности, видеонаблюдения и фотофиксации, вдали от жилых домов, в местах, с учетом сложности элементов рельефа местности, затрудняющих поиск несанкционированных врезок специальными приборами, места с учетом ландшафта местности, где несанкционированные врезки в тело нефтепродуктопровода будут располагаться выше (по высоте) мест расположения резервуаров-накопителей (мест выводов криминальных отводов); - организация раскопки грунта от поверхности до нефтепродуктопровода – тела МНПП с привлечением к данным работам иных членов организованной группы; - организация совместно с ФИО7 изготовления несанкционированной врезки в тело МНПП, подключение начальной части криминального отвода к врезке и вывода отвода от тела МНПП на поверхность; - подключение совместно с ФИО7 к начальной части криминального отвода его основного шлейфа; - организация совместно с ФИО7 прокладки криминального отвода от несанкционированной врезки до места расположения резервуаров-накопителей, предназначенных для хранения похищенного дизельного топлива, с учетом ландшафта местности, с привлечением к данным работам иных членов организованной группы; - организация обустройства мест расположений резервуаров-накопителей, постройки и возведения сооружений и создание в них условий, предназначенных для хранения похищенного дизельного топлива после его отбора из нефтепродуктопровода (мест выводов криминальных отводов), с привлечением к данным работам иных членов организованной группы; - выполнение с привлечением к данным работам иных членов организованной группы подготовительных подсобных работ с накопительными емкостями для похищенного нефтепродукта: подключение резервуаров-накопителей, предназначенных для хранения похищенного дизельного топлива после его отбора из нефтепродуктопровода, к криминальным отводам от несанкционированной врезки; подключение к резервуарам-накопителям и окончанию криминального отвода от несанкционированной врезки неустановленного в ходе следствия оборудования, для несанкционированного отбора дизельного топлива, не позволяющего сотрудникам АО «Транснефть-Дружба» выявлять факты хищений дизельного топлива; подключение к резервуарам-накопителям системы неустановленного в ходе следствия оборудования, позволяющего перекачивать похищенное дизельное топливо из резервуаров-накопителей в специализированные емкости, установленные в специально оборудованные транспортные средства – автомашины: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для последующей перевозки похищенного нефтепродукта; - настройка, запуск, обслуживание, ремонт и контроль исправности работы оборудования, предназначенного для осуществления несанкционированного отбора нефтепродукта; - непосредственное участие в хищении дизельного топлива путем контроля за исправной работой неустановленного в ходе следствия оборудования для несанкционированного отбора дизельного топлива, не позволяющего сотрудникам АО «Транснефть-Дружба» выявлять факты хищений дизельного топлива, являющимся составляющим элементом в конструкции незаконного отбора нефтепродукта; - непосредственное участие в хищении дизельного топлива путем транспортировки похищенного нефтепродукта транспортными средствами – автомашинами: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с установленными в их кузове специализированными емкостями, предназначенными для перевозки похищенного дизельного топлива во время передвижения к месту установки резервуаров-накопителей для загрузки похищенным дизельным топливом, при перевозке похищенного дизельного топлива от места установки резервуаров-накопителей к местам его сбыта и во время передвижения транспортных средств (пустыми); - охрана с привлечением к данным работам иных членов организованной группы места расположения резервуаров-накопителей, предназначенных для хранения похищенного дизельного топлива после его отбора из нефтепродуктопровода; контроль обстановки на территории расположения накопительных емкостей, предназначенных для хранения нефтепродукта после его откачки из МНПП; контроль за окружающей обстановкой на дальних и ближних подступах в месте незаконной врезки и отбора нефтепродукта (дизельного топлива) в целях своевременного оповещения соучастников преступления о появлении посторонних граждан, охранников МНПП и сотрудников правоохранительных органов; - обустройство и содержание подъездных путей, ведущих к территории расположения накопительных емкостей, предназначенных для хранения нефтепродукта после его откачки из МНПП, в состоянии, необходимом для беспрепятственного и безопасного проезда транспортных средств, оборудованных скрытыми емкостями, предназначенными для перевозки похищенного дизельного топлива; - контроль за окружающей обстановкой на дальних подступах в месте отбора нефтепродукта (дизельного топлива) в целях своевременного оповещения соучастников преступления о появлении посторонних граждан, охранников МНПП и сотрудников правоохранительных органов. В рамках реализации совместного преступного умысла к обязанностям ФИО6 согласно распределенным Свидетель №14 ролям также относилось: - выполнение указаний и распоряжений лидера организованной группы – Свидетель №14; - контроль отгрузки (перекачивания) с помощью неустановленной в ходе следствия системы оборудования похищенного нефтепродукта из резервуаров-накопителей, установленных в местах его хранения, в специально оборудованные транспортные средства – автомашины: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 изготовление сопроводительных документов для придания преступной деятельности признаков легальности транспортировки похищенного нефтепродукта и разгрузки в местах сбыта похищенного; - сопровождение, наблюдение и контрнаблюдение за окружающей обстановкой в целях своевременного оповещения соучастников преступления о появлении нештатных ситуаций, дорожно-транспортных происшествий, охранников МНПП и сотрудников правоохранительных органов при транспортировке похищенного нефтепродукта транспортными средствами – автомашинами: «МАЗ» государственный регистрационный знак № с полуприцепом государственный регистрационный знак №; «Скания» государственный регистрационный знак № с полуприцепом «НАРКО» государственный регистрационный знак № ГАЗель государственный регистрационный знак №, с установленными в их кузове специализированными емкостями, предназначенными для перевозки похищенного дизельного топлива, во время передвижения к месту установки резервуаров-накопителей для загрузки похищенным дизельным топливом, при перевозке похищенного дизельного топлива от места установки резервуаров-накопителей к местам его сбыта и во время передвижения транспортных средств (пустыми), а также выполнения проверочных действий с целью установления факта ведения наблюдения за соучастниками и выполняемыми им действиями со стороны сотрудников правоохранительных органов; - организация сбыта похищенного нефтепродукта путем приискания организаций и лиц, неосведомленных об обстоятельствах происхождения приобретаемого ими дизельного топлива. В целях выполнения задач по перевозке похищенного дизельного топлива от места расположения резервуаров - накопителей к местам его хранения и последующего сбыта, так как деятельность водителя грузового транспорта, осуществляющего подобные перевозки, наиболее подвержена пресечению со стороны правоохранительных органов, в целях конспирации и личной безопасности ФИО8 неустановленным в ходе следствия лицом, в 2023 году, но не позднее ДД.ММ.ГГГГ, более точные дата, время и место в ходе следствия не установлены, было принято решение о вовлечении в преступную деятельность нового участника, действующего в общих интересах функционирования созданной организованной группы, привлекаемого для выполнения за денежное вознаграждение постоянных преступных обязанностей в качестве перевозчика похищенного дизельного топлива, с целью оптимизации процесса перевозки похищенного нефтепродукта к месту хранения и его разгрузки (перекачивания), обеспечивая конкретизацию преступных ролей для более тщательного, качественного и эффективного исполнения каждым участником организованной группы преступных обязанностей, исключения фактов взаимозаменяемости участников при исполнении преступных ролей друг за друга и обеспечивая минимальную осведомленность участников о действиях друг друга, в частности, для исключения выполнения ФИО8 совмещенных преступных обязанностей по загрузке (перекачиванию) похищенного нефтепродукта в месте вывода криминального отвода и перевозки похищенного нефтепродукта к месту хранения, а также преступных обязанностей по разгрузке (перекачиванию) похищенного нефтепродукта в месте хранения и отгрузки (перекачиванию) похищенного нефтепродукта при сбыте похищенного. Неустановленное в ходе следствия лицо из числа участников организованной преступной группы в 2023 году, но не позднее ДД.ММ.ГГГГ, более точные дата и время в ходе следствия не установлены, находясь на территории &lt;адрес&gt;, более точное место следствием не установлено, выполняя обязательное для исполнения поручение руководителя организованной группы Свидетель №14 и обязанность по вовлечению в преступную деятельность нового участника, действующего в общих интересах функционирования созданной организованной группы, привлекаемого для выполнения за денежное вознаграждение постоянных преступных обязанностей в качестве перевозчика похищенного дизельного топлива, предложил лицу, в отношении которого уголовное дело выделено в отдельное производство, заниматься хищением дизельного топлива в составе организованной группы на территории &lt;адрес&gt; за денежное вознаграждение, осуществляя обязанности в качестве перевозчика похищенного нефтепродукта. Лицо, в отношении которого уголовное дело выделено в отдельное производство, осознавая преступный характер сделанного ему предложения, согласился с ним, тем самым в 2023 году, но не позднее ДД.ММ.ГГГГ, находясь на территории &lt;адрес&gt;, более точные дата, время и место следствием не установлены, вошел в состав организованной группы. При этом, по указанию руководителя организованной группы Свидетель №14 данным неустановленным участником преступной группы был проведен первоначальный инструктаж с лицом, в отношении которого уголовное дело выделено в отдельное производство о возложенных на него преступных обязанностях, мерах безопасности и конспирации. Организация и деятельность самой организованной группы не предполагала знакомство всех ее участников друг с другом. Количество всех задействованных в общей работе участников делало возможным выполнение целей организованной группы без вовлечения в нее иных участников. Разработанные и принятые методы конспирации и личной безопасности, их соблюдение каждым участником являлось одним из основных принципов деятельности организованной группы, которые позволяли бесперебойно функционировать данной организованной группе длительное время, при этом задержание одного из ее участников не отражалось на деятельности всей организованной группы. Участники организованной группы Свидетель №14, ФИО7, ФИО8, ФИО6, Свидетель №1, ФИО2, Лицо, в отношении которого уголовное дело выделено в отдельное производство и иные неустановленные следствием лица не могли не понимать свою принадлежность к организованной группе, осознавали, что они и неустановленные лица выполняют разные роли. Свидетель №14, ФИО7, ФИО8, ФИО6, Свидетель №1, ФИО2, Лицо, в отношении которого уголовное дело выделено в отдельное производство и неустановленные следствием лица выполняли не разовые поручения по исполнению возложенных на каждого из них преступных обязанностей, а систематически изо дня в день выполняли преступные задания, реализуя общие преступные намерения на повреждение МНПП и хищение нефтепродуктов, то есть осуществляли преступную деятельность в соответствии с целями организованной группы. При этом масштаб организационных действий при подготовке и совершении преступлений, средства, орудия, оборудования и ресурсы, представленные для осуществления преступной деятельности, само количество похищаемого дизельного топлива, позволяли им правильно оценить масштабность функционирования организованной группы. Таким образом, созданная организованная преступная группа характеризовалась следующими основными признаками: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 иерархичностью. а) Наличием в организованной группе организационно-управленческой структуры (иерархии), разграничением функций, специализаций и обязанностей по выполнению конкретных действий при совершении преступлений, но в строгой согласованности между собой при взаимодействии, дисциплиной иерархического подчинения. б) Разработкой и применением специальных мер защиты от разоблачения, а также соблюдением мер конспирации. Руководитель и участники организованной группы заранее определяли для себя возможные препятствия при совершении преступных действий, прежде всего в части касающейся их разоблачения и задержания сотрудниками правоохранительных органов, а поэтому: - тщательно планировали преступления, предварительно подготавливали совершение преступлений, а именно: подбор подходящих участков для изготовления несанкционированных врезок в тело МНПП с учетом окружающей обстановки; прокладка криминальных отводов в местах, затрудняющих их поиск; выполнение преступных действий в ночное или темное время суток; приискание перчаток; противодействие сотрудникам правоохранительных органов, осуществляющим выявление, раскрытие и расследование преступлений данной категории; осуществление наблюдения и контрнаблюдения за окружающей обстановкой; выполнение проверочных мероприятий для обнаружения скрытого наблюдения со стороны правоохранительных органов; использование при выполнении преступных действий транспортных средств, радиостанций, аппаратов сотовой связи; - проводили предварительный инструктаж участников организованной группы в выполнении своих преступных функций и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создана Свидетель №14, которым были подысканы ее участники – ФИО7, ФИО8, ФИО6 и неустановленные лица, которыми, в свою очередь, подысканы иные участники – Свидетель №1, ФИО2, Лицо, в отношении которого уголовное дело выделено в отдельное производство и неустановленные следствием лица, которые вошли в нее исключительно в целях получения незаконного высокодоходного обогащения, путем совершения тяжких преступлений, с систематическим извлечением из этого денежной выгоды. В связи с чем, сознание и воля каждого члена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группе в составе Свидетель №14, ФИО7, ФИО8, ФИО6, Свидетель №1, ФИО2, лица, в отношении которого уголовное дело выделено в отдельное производство, было присуще постоянство форм и методов преступной деятельности, связанной с хищением и сбытом нефтепродуктов. Совершение преступлений было возможным исключительно из-за сплоченности руководителя организованной группы и ее участников, согласованности их действий. Достижение единой цели создания и функционирования организованной группы усиливало постоянство их связей между собой. Организованная группа имела постоянный состав, основанный на дружеских отношениях, возникших в результате продолжительного знакомства между руководителем и участниками, общности интересов и склонности к совершению преступлений, не допущением вовлечения посторонних (не проверенных) лиц, что усиливало постоянство связей между ними и отличало их высокой степенью сплоченности при подготовке и совершении преступлений.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хищения нефтепродукта.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Материально-технической оснащенностью. Для осуществления совместной преступной деятельности, связанной с хищением нефтепродуктов, руководитель организованной группы оплачивал участникам организованной группы транспортные расходы, аренду жилых помещений в местах дислокации, эксплуатацию транспортных средств, пользование сотовой связью, элементов и составляющих устройств для осуществления хищения нефтепродукта, в том числе приобретения рукавов высокого давления и соединений к ним, инструментов, оборудования.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осуществлялось хищение исключительно высококачественного дизельного топлива марки ДТ-Л-К5 по ГОСТ 32511-2013.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 и участники организованной группы определили схемы движения денежных средств и разработали систему вознаграждения всех участников организованной группы, часть из которых затрачивали на функционирование организованной группы, а именно: приобретение средств и оборудования для совершения преступлений, оплату средств мобильной связи для нужд организованной группы, оплату аренды жилых помещений, которые нанимали участники организованной группы, оплату транспортных расходов и аренды территории, где располагались резервуары-накопители для хранения похищенного нефтепродукта. Конкретная преступная деятельность организованной группы в составе Свидетель №14, ФИО7, ФИО8, ФИО6,Свидетель №1, ФИО2, лица, в отношении которого уголовное дело выделено в отдельное производство и иных неустановленных следствием лиц, направленная на тайное хищение дизельного топлива, транспортируемого по МНПП, принадлежащего АО «Транснефть-Дружба», заключалась в следующем. Реализуя преступный умысел, направленный на тайное хищение чужого имущества – дизельного топлива из МНПП, принадлежащего АО «Транснефть-Дружба», организованной группой, в особо крупном размере, действуя по указанию организатора и руководителя организованной группы Свидетель №14, умышленно, из корыстных побуждений, в соответствие с разработанным планом и отведенной каждому преступной ролью, неустановленное в ходе следствия лицо, имея на руках документы на имя ФИО9 в 2022 году, но не позднее ДД.ММ.ГГГГ, более точные дата, время и место в ходе следствия не установлены, приискало и арендовало у неосведомленного о его преступных намерениях Свидетель №23 земельный участок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с целью использования их для хранения похищенного дизельного топлива. Далее, Свидетель №14, ФИО7, ФИО8, ФИО6, Свидетель №1, ФИО2 и иные неустановленные в ходе следствия лица, осуществляя свою преступную деятельность в составе организованной группы, действуя умышленно, из корыстных побуждений, не меняя установленных преступных ролей, действуя в соответствии с разработанным планом и отведенной каждому преступной ролью, в 2022 году, но не позднее ДД.ММ.ГГГГ, более точные дата и время в ходе следствия не установлены, находясь около &lt;адрес&gt; приискали место и с помощью заранее приготовленного оборудования и инструментов в тот же период времени в целях совершения несанкционированной врезки в тело нефтепродуктопровода, расположенного на 725 км МНПП, в районе &lt;адрес&gt;, принадлежащего АО «Транснефть-Дружба», проложили шланг высокого давления, предназначенный для несанкционированного, незаконного, систематического изъятия на протяжении длительного периода времени из МНПП нефтепродукта, а именно хищения дизельного топлива марки ДТ-Л-К5 по ГОСТ 32511-2013, принадлежащего АО «Транснефть-Дружба». В целях реализации преступного умысла Свидетель №14, ФИО7, ФИО8, ФИО6, Свидетель №1, ФИО2 и иные неустановленные в ходе следствия лица осуществляя свою преступную деятельность в составе организованной группы, действуя умышленно, из корыстных побуждений, не меняя установленных преступных ролей, действуя в соответствие с разработанным планом и отведенной каждому преступной ролью, в 2022 году, но не позднее ДД.ММ.ГГГГ, более точные дата и время в ходе следствия не установлены, находясь около &lt;адрес&gt; под слоем грунта в поле, расположенном на участке с кадастровым номером 73:11:000000:205 осуществили прокладку отвода, состоящего из приисканных ими в этот же период времени рукавов высокого давления, соединительных штуцеров и шаровых кранов, обеспечивающего возможность скрытного хищения дизельного топлива, один конец которого располагался в 1,8 м от тела нефтепродуктопровода, расположенного на 725 км МНПП (географические координаты: 53.184932, 47.888338), в районе &lt;адрес&gt;, принадлежащего АО «Транснефть-Дружба», осуществляя при этом прокладку отвода с целью недопущения обнаружения преступной деятельности, проложив, таким образом, в поле под слоем грунта 755 метров рукавов высокого давления в районе &lt;адрес&gt;, предназначенных в качестве отвода несанкционированной врезки, обеспечивающего возможность хищения дизельного топлива из МНПП, принадлежащего АО «Транснефть-Дружба». Однако, по независящим от Свидетель №14, ФИО7, ФИО8, ФИО6, Свидетель №1, ФИО2 и иных неустановленных в ходе следствия лиц обстоятельствам, данные преступные действия не были доведены до конца. После этого, продолжая реализовывать преступный умысел, действуя по указанию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неустановленное в ходе следствия лицо, обладающее соответствующими познаниями в области обеспечения транспортировки нефтепродуктов по магистральным нефтепродуктопроводам, в 2022 году, но не позднее ДД.ММ.ГГГГ, более точные дата и время в ходе следствия не установлены, находясь около &lt;адрес&gt; приискало место наиболее подходящее для изготовления несанкционированной врезки в тело нефтепродуктопровода, а именно участок на 724 км МНПП (МНПП «Уфа-Западное направление») (географические координаты: 53011`14.80108, 47054`29.98231), принадлежащего АО «Транснефть-Дружба», в районе &lt;адрес&gt; с целью подключения и прокладки первоначального участка криминального отвода от врезки в сторону &lt;адрес&gt;, о чем сообщило Свидетель №14 В 2022 году, но не позднее ДД.ММ.ГГГГ, более точные дата и время в ходе следствия не установлены, в неустановленном в ходе следствия месте и неустановленным в ходе следствия способом связи ФИО7, ФИО8 и иные неустановленные лица, как участники организованной преступной группы, получили указания от ее организатора и руководителя – Свидетель №14 об изготовлении несанкционированной врезки в тело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а так же последующего подключения и прокладки первоначального участка криминального отвода от врезки в направлении &lt;адрес&gt;, к ранее приисканному земельному участку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В 2022 году, но не позднее ДД.ММ.ГГГГ, более точные дата и время в ходе следствия не установлены, в неустановленном в ходе следствия месте участники организованной группы ФИО7, ФИО8 и иные неустановленные лица, реализуя преступный умысел,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дали указания Свидетель №1 и иным неустановленным лицам раскопать тело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Свидетель №1 и иные неустановленные лица как участники организованной группы в 2022 году, но не позднее ДД.ММ.ГГГГ, более точные дата и время в ходе следствия не установлены, находясь около &lt;адрес&gt; реализуя преступный умысел и выполняя указания ФИО7, ФИО8 и иных неустановленных лиц, умышленно, из корыстных побуждений, в соответствие с разработанным планом и отведенной каждому преступной ролью, используя лопаты и другие подручные средства, совместными действиями проложили под слоем грунта через лесополосу от участка расположения нефтепродуктопровода на 724 км МНПП (МНПП «Уфа-Западное направление») (географические координаты: 53011`14.80108, 47054`29.98231), принадлежащего АО «Транснефть-Дружба», в районе &lt;адрес&gt;, вдоль русла реки Томышевка и по участку болота до участка, расположенного возле водонапорной башни в &lt;адрес&gt; (географические координаты: 530179.147`, 470911.767`) в направлении земельного участка общей площадью 3400,00 кв.м по адресу: &lt;адрес&gt;, в 82-х метрах по направлению на юг от строения № по &lt;адрес&gt; с кадастровым номером 73:11:021904:218 с накопительными резервуарами в количестве 3-х штук номинальной вместимостью 60 м3 каждый, рукава высокого давления с соединительными муфтами, тем самым создав криминальный отвод, после чего вскрыли почву и выкопали шурф, оголив верхнюю часть трубы и тем самым обеспечив доступ к МНПП на 724 км МНПП (МНПП «Уфа-Западное направление») (географические координаты: 53011`14.80108, 47054`29.98231), принадлежащего АО «Транснефть-Дружба», в районе &lt;адрес&gt;. После этого, в 2022 году, но не позднее ДД.ММ.ГГГГ, более точные дата и время в ходе следствия не установлены, находясь около &lt;адрес&gt; ФИО7, ФИО8 и иные неустановленные лица как участники организованной группы реализуя преступный умысел и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присоединили один конец криминального отвода – конец рукава высокого давления - к приваренной к телу МНПП на 724 км МНПП (МНПП «Уфа-Западное направление») (географические координаты: 53011`14.80108, 47054`29.98231), принадлежащего АО «Транснефть-Дружба», в районе &lt;адрес&gt;, конструкции, а второй конец криминального отвода – конец рукава высокого давления к концу проложенного рукава высокого давления, проходящего от участка возле водонапорной башни в &lt;адрес&gt; (географические координаты: 530179.147`, 470911.767`), выходящего на территорию земельного участка общей площадью 3400,00 кв.м по адресу: &lt;адрес&gt;, в 82-х метрах по направлению на юг от строения № по &lt;адрес&gt; с кадастровым номером 73:11:021904:218, подведя конец рукава к накопительным резервуарам в количестве 3-х штук номинальной вместимостью 60 м3 каждый, создав тем самым условия для осуществления криминальной врезки. После этого, ФИО2, как участник организованной группы, реализуя совместный преступный умысел, действуя из корыстных побуждений, осознавая противоправность своих действий, а также последствий в результате таковых, и желая их наступления, в 2022 году, но не позднее ДД.ММ.ГГГГ, более точные дата и время в ходе следствия не установлены, находясь около &lt;адрес&gt;, спустился в шурф, где обладая профессиональными навыками сварщика и соответствующим опытом, соблюдая меры конспирации с помощью неустановленного в ходе следствия сварочного аппарата и неустановленных в ходе следствия конструктивных элементов и инструментов изготовил несанкционированную врезку в тело МНПП на 724 км МНПП (МНПП «Уфа-Западное направление») (географические координаты: 53011`14.80108, 47054`29.98231), принадлежащего АО «Транснефть-Дружба», в районе &lt;адрес&gt;, вскрыв изоляционное покрытие МНПП и приварив конструкцию, предназначенную для несанкционированного, незаконного, систематического изъятия на протяжении длительного периода времени из МНПП нефтепродукта. Далее, в 2022 году, но не позднее ДД.ММ.ГГГГ, более точные дата и время в ходе следствия не установлены, находясь около &lt;адрес&gt; участники организованной группы ФИО7, ФИО8 и иные неустановленные лица реализуя преступный умысел,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сделали прокол в теле МНПП на 724 км МНПП (МНПП «Уфа-Западное направление») (географические координаты: 53011`14.80108, 47054`29.98231), принадлежащего АО «Транснефть-Дружба», в районе &lt;адрес&gt;, тем самым организовав хищение дизельного топлива марки ДТ-Л-К5 по ГОСТ 32511-2013, принадлежащего АО «Транснефть-Дружба», после чего дав указание Свидетель №1 и иным неустановленным лицам – участникам организованной группы, в целях соблюдения мер конспирации и сокрытия фактов наличия в теле МНПП изготовленной несанкционированной врезки и проложенного криминального отвода от правоохранительных органов и сотрудников АО «Транснефть-Дружба», осуществляющих их поиск и ликвидацию, с целью дальнейшего функционирования преступной деятельности созданной Свидетель №14 организованной группы, оставаясь неразоблаченными правоохранительными органами и сотрудниками АО «Транснефть-Дружба» приняли меры к сокрытию совершенной криминальной врезки, для чего Свидетель №1 и иные неустановленные лица скрыли подручным изоляционным материалом из мешков приваренный к телу МНПП элемент и засыпали шурф грунтом, восстановив в месте раскопки первоначальный (естественный) внешний вид ландшафта, а так же приняв аналогичные меры по восстановлению внешнего вида грунта и ландшафта в местах прохождения под грунтом криминального отвода. О выполненных преступных действиях по прокладке криминального отвода от врезки ФИО7 и ФИО8 сообщили Свидетель №14 В 2022 году, но не позднее ДД.ММ.ГГГГ, более точные дата, время и место в ходе следствия не установлены, организатор Свидетель №14 реализуя преступный умысел приискал автомобиль – грузовую автомашину «Скания» государственный регистрационный знак &lt;***&gt; с полуприцепом «НАРКО» государственный регистрационный знак &lt;***&gt;, принадлежащую ФИО8, с установленными в кузове емкостями, объёмом по 1м3, в количестве 20 шт., предназначенными для скрытной перевозки похищенного дизельного топлива от оборудованной для хищения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до места его хранения и последующего сбыта. В 2022 году, но не позднее ДД.ММ.ГГГГ, более точные дата, время и место в ходе следствия не установлены, организатор Свидетель №14 реализуя преступный умысел в целях организации хищения дизельного топлива, конспирации и сокрытия преступной деятельности, дал указания участникам организованной группы ФИО7, ФИО8 и иным неустановленным лицам, об организации обустройства места хранения похищенного дизельного топлива, подключения заправочных шлангов и неустановленного в ходе следствия оборудования к резервуарам-накопителям для перекачивания похищенного дизельного топлива, осуществления действий по загрузке транспорта похищенным дизельным топливом из указанных резервуаров для последующей его транспортировки к месту сбыта, в целях осуществления контроля за ситуацией, осуществления наблюдения за окружающей обстановкой и контрнаблюдение за возможными действиями сотрудников службы безопасности АО «Транснефть-Дружба» либо сотрудников правоохранительных органов с целью пресечения задержания соучастников, обеспечивая безопасность совершения преступных действий, а так же на привлечение к указанной преступной деятельности лица, обязанного постоянно находиться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подводить конец рукава к накопительным резервуарам в количестве 3-х штук номинальной вместимостью 60 м3 каждый и следить за наполнением указанных емкостей. Участники организованной группы ФИО7, ФИО8 и иные неустановленные лица в 2022 году, но не позднее ДД.ММ.ГГГГ, более точные дата и время в ходе следствия не установлены, в неустановленном в ходе следствия месте, реализуя преступный умысел, выполняя обязательные для исполнения указания ее организатора и руководителя Свидетель №14, умышленно, из корыстных побуждений, в соответствие с разработанным планом и отведенной каждому преступной ролью, дали указания неустановленным в ходе следствия лицам – участникам организованной группы, постоянно находиться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с резервуарами в количестве 3-х штук номинальной вместимостью 60 м3 каждый, следить за наполнением указанных емкостей, осуществлять действия по загрузке транспорта похищенным дизельным топливом из указанных резервуаров для последующей его транспортировки к месту сбыта, а так же в целях осуществления контроля за ситуацией, осуществлять наблюдение за окружающей обстановкой и контрнаблюдение за возможными действиями сотрудников службы безопасности АО «Транснефть-Дружба» либо сотрудников правоохранительных органов с целью пресечения задержания соучастников, обеспечивая безопасность совершения преступных действий, для чего организовали техническое обеспечение соучастников средствами, необходимыми для исполнения ими своих преступных обязанностей, обеспечив указанных лиц заправочными шлангами, электронасосом, электрошнурами и удлинителями, а также денежными средствами, необходимыми для оплаты аренды указанной территории. О выполненных преступных действиях ФИО7 и ФИО8 сообщили Свидетель №14 Далее, участники организованной группы, используя вышеуказанную конструкцию отбора нефтепродукта, в целях обеспечения скрытого характера хищения дизельного топлива, необходимого для заполнения накопительных емкостей партией нефтепродукта, осуществляли периодическую откачку (отбор) нефтепродукта из тела магистрального нефтепродуктопровода, небольшими промежутками времени, на протяжении длительного периода времени с ДД.ММ.ГГГГ по ДД.ММ.ГГГГ, более точные дата и время в ходе следствия не установлены, находясь около &lt;адрес&gt; с использованием неустановленного устройства (электронного прибора), позволяющего автономно, без ручного управления человеком, осуществлять несанкционированный отбор дизельного топлива из МНПП, что исключало существенное падение давления нефтепродукта в магистрали, тем самым не позволяло сотрудникам АО «Транснефть-Дружба» своевременно выявлять факты резкого падения давления в МНПП, а следовательно, хищения дизельного топлива, то есть не способствовало установлению точного места расположения несанкционированной врезки специальными техническими возможностями АО «Транснефть-Дружба», обеспечивая при этом возможность беспрепятственного скрытного хищения нефтепродукта в последующем на протяжении продолжительного периода времени. В процессе подготовки и совершения криминальной врезки, последующего хищения дизельного топлива участники организованной группы ФИО6 и иные неустановленные лица используя неустановленные в ходе следствия средства наблюдения (бинокли, тепловизор, фотоловушку, видеорегистратор, оптический прицел, квадрокоптер), осуществляли наблюдение и контрнаблюдение за окружающей обстановкой, выполняли разведку окружающей местности с целью выявления в районе хищения топлива сотрудников правоохранительных органов и охраны АО «Транснефть-Дружба» и предупреждения соучастников. В процессе хищения дизельного топлива неустановленные в ходе следствия лица осуществляли техническое облуживание оборудования врезки, предназначенного для отбора дизельного топлива из МНПП. В период времени с ДД.ММ.ГГГГ по ДД.ММ.ГГГГ, более точные дата и время следствием не установлены, в зависимости от наполняемости похищенным дизельным топливом резервуаров-накопителей, участник организованной группы ФИО8 на специально оборудованной грузовой автомашине «Скания» государственный регистрационный знак &lt;***&gt; с полуприцепом «НАРКО» государственный регистрационный знак &lt;***&gt;, с установленными в кузове емкостями для транспортировки похищенного дизельного топлива, прибывал к месту нахождения резервуаров-накопителей, расположенных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в целях соблюдения конспирации и сокрытия факта незаконной врезки, придания действиям видимости легальности, указанную автомашину ставил на территорию стоянки АО «Центротех-АЗС», в плотную к разделяющему данные территории ограждению, где в ограждении имелось изготовленное неустановленным лицом отверстие для подачи шланга, после чего самостоятельно, либо с помощью неустановленных в ходе следствия лиц, посредством технических средств осуществляли перекачку похищенного дизельного топлива из резервуаров-накопителей в ёмкости, установленные в кузове грузовой автомашины. В целях выполнения задач по перевозке похищенного дизельного топлива от места расположения резервуаров-накопителей к месту его слива, так как деятельность водителя грузового автомобиля, осуществляющего подобные перевозки, наиболее подвержена пресечению со стороны правоохранительных органов, в целях конспирации и личной безопасности участника организованной группы ФИО8, ее организатором Свидетель №14 в период времени с ДД.ММ.ГГГГ по ДД.ММ.ГГГГ, более точные дата, время и место следствием не установлены, было дано указание ФИО8, а так же иным неустановленным лицам – участникам организованной группы, на вовлечение в преступную деятельность нового участника, действующего в общих интересах функционирования организованной группы, привлекаемого для выполнения за денежное вознаграждение постоянных преступных обязанностей в качестве перевозчика похищенного дизельного топлива, с целью оптимизации процесса перевозки похищенного нефтепродукта к месту хранения и его разгрузки (перекачивания), обеспечивая конкретизацию преступных ролей для более тщательного, качественного и эффективного исполнения каждым участником организованной группы своих преступных обязанностей, исключения фактов взаимозаменяемости участников при исполнении преступных ролей друг за друга и выполнения участниками преступных обязанностей в организованной группе, обеспечивая минимальную осведомленность участников о действиях друг друга, в частности, для исключения выполнения ФИО8 совмещенных преступных обязанностей по загрузки (перекачиванию) похищенного нефтепродукта в месте вывода криминального отвода -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и перевозки похищенного нефтепродукта к месту слива, а также преступных обязанностей по разгрузке (перекачиванию) похищенного нефтепродукта в месте слива и отгрузке (перекачиванию) похищенного нефтепродукта в емкости при сбыте похищенного. Неустановленное в ходе следствия лицо, в 2023 году, но не позднее ДД.ММ.ГГГГ, находясь на территории &lt;адрес&gt;, более точные дата, время и место следствием не установлены, как участник организованной преступной группы, выполняя обязательное для исполнения указание ее организатора Свидетель №14 по вовлечению нового соучастника, действующего в общих интересах функционирования созданной организованной группы, привлекаемого для выполнения за денежное вознаграждение постоянных преступных обязанностей в качестве перевозчика похищенного дизельного топлива, предложил лицу, в отношении которого уголовное дело выделено в отдельное производство, заниматься хищением дизельного топлива в составе организованной группы на территории &lt;адрес&gt; за денежное вознаграждение, осуществляя обязанности в качестве перевозчика похищенного нефтепродукта. Лицо, в отношении которого уголовное дело выделено в отдельное производство, осознавая преступный характер сделанного ему предложения, согласился с ним, тем самым в 2023 году, но не позднее ДД.ММ.ГГГГ, находясь на территории &lt;адрес&gt;, более точные дата, время и место следствием не установлены, вошел в состав организованной группы. При этом, по указанию организатора Свидетель №14 участники организованной группы ФИО7, ФИО8, ФИО6 и иные неустановленные лица в 2023 году, но не позднее ДД.ММ.ГГГГ, более точные дата, время и место следствием не установлены, посвятили лицо, в отношении которого уголовное дело выделено в отдельное производство в его преступные обязанности в качестве перевозчика похищенного дизельного топлива, провели инструктаж с указанным лицом о мерах безопасности и конспирации, предоставили для выполнения лицу, в отношении которого уголовное дело выделено в отдельное производство своих преступных обязанностей в пользование – автомашину «МАЗ» государственный регистрационный знак № с полуприцепом государственный регистрационный знак &lt;***&gt;, в кузове которой были оборудованы емкости, предназначенные для скрытной перевозки похищенного топлива от оборудованной для хищения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до места его хранения и последующего сбыта. В последующем в период с января 2023 года по ДД.ММ.ГГГГ, точные дата и время следствием не установлены, в зависимости от наполняемости похищенным дизельным топливом резервуаров-накопителей, участники организованной группы Лицо, в отношении которого уголовное дело выделено в отдельное производство, а также иные неустановленные в ходе следствия лица, на специально оборудованной грузовой автомашине «МАЗ» государственный регистрационный знак № с полуприцепом государственный регистрационный знак №, с установленными в кузове емкостями для транспортировки похищенного дизельного топлива, прибывали к месту нахождения резервуаров-накопителей, расположенных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в целях соблюдения конспирации и сокрытия факта незаконной врезки, придания своим действиям видимости легальности, ставили указанную автомашину на территорию стоянки АО «Центротех-АЗС» вплотную к разделяющему данные территории ограждению, где в ограждении имелось изготовленное неустановленным лицом отверстие для подачи шланга, после чего самостоятельно, либо с помощью неустановленных в ходе следствия лиц, посредством технических средств осуществляли перекачку похищенного дизельного топлива из резервуаров-накопителей в ёмкости, установленные в кузове грузовой автомашины. В это же время Свидетель №14, ФИО7, ФИО6, Свидетель №1 и иные неустановленные лица, находясь неподалеку, вблизи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используя средства наблюдения (бинокли, тепловизор, фотоловушку, видеорегистратор, оптический прицел, квадрокоптер), осуществляли наблюдение и контрнаблюдение за окружающей обстановкой, выполняли разведку окружающей местности с целью выявления в районе хищения топлива сотрудников правоохранительных органов и охраны АО «Транснефть-Дружба» и предупреждения о подобных фактах соучастников. Впоследствии в период с января 2023 года по ДД.ММ.ГГГГ, точные дата и время следствием не установлены, заполненные похищенным топливом ёмкости ФИО8 на специально оборудованной грузовой автомашине «Скания» государственный регистрационный знак № с полуприцепом «НАРКО» государственный регистрационный знак №, лицом, в отношении которого уголовное дело выделено в отдельное производство, и иными неустановленными в ходе следствия лицами, на специально оборудованной грузовой автомашине «МАЗ» государственный регистрационный знак № с полуприцепом государственный регистрационный знак &lt;***&gt;, по подложным сопроводительным документам, в которых в целях конспирации в качестве груза был внесен иной груз, а не дизельное топливо, изготовленных ФИО6 и передаваемых им ФИО8, лицу, в отношении которого уголовное дело выделено в отдельное производство и иным неустановленным в ходе следствия лицам, вывозились с территории &lt;адрес&gt; на территорию &lt;адрес&gt;, где в последующем похищенное таким образом дизельное топливо реализовывалось неосведомленным о преступных намерениях участников организованной группы лицам, путем перекачки похищенного дизельного топлива в резервуары, предназначенные для хранения дизельного топлива, лиц, не осведомленных о преступных намерениях участников организованной группы. В период с января 2023 года по ДД.ММ.ГГГГ, точные дата и время следствием не установлены, Свидетель №14, ФИО6, ФИО7 и иные неустановленные лица на неустановленных в ходе следствия транспортных средствах сопровождали грузовую автомашину «Скания» государственный регистрационный знак № с полуприцепом «НАРКО» государственный регистрационный знак № и грузовую автомашину «МАЗ» государственный регистрационный знак № с полуприцепом государственный регистрационный знак №, вывозившие похищенное дизельное топливо с территории &lt;адрес&gt; на территорию &lt;адрес&gt;, осуществляя наблюдение за окружающей обстановкой с целью обнаружения постов либо нарядов ДПС на маршруте и предупреждения водителя об этом, а также осуществляли контрнаблюдение и выполнение проверочных мероприятий с целью обнаружения скрытого наблюдения со стороны правоохранительных органов. В это же время, на территории &lt;адрес&gt;, точное место в ходе следствия не установлено, по окончании перекачивания похищенного дизельного топлива из грузового транспорта, неосведомленные о преступном происхождении приобретаемого дизельного топлива лица, передавали членам организованной группы денежные средства за приобретаемый нефтепродукт. Похищенное дизельное топливо, сбывалось третьим лицам в &lt;адрес&gt;, а полученные от сбыта похищенного дизельного топлива денежные средства распределялись Свидетель №14 между всеми участниками организованной преступной группы. Помимо этого, похищенным дизельным топливом осуществлялись заправки транспортных средств и техники, используемой участником организованной группы ФИО7, для чего похищенное дизельное топливо в период времени с ДД.ММ.ГГГГ по ДД.ММ.ГГГГ, более точные дата и время в ходе следствия не установлены, неустановленным лицом на автомашине ГАЗель государственный регистрационный знак &lt;***&gt; с установленными в кузове емкостями для транспортировки похищенного дизельного топлива, который прибывал к месту нахождения резервуаров-накопителей, расположенных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где им самостоятельно, либо с помощью Свидетель №1 и неустановленных в ходе следствия лиц, посредством технических средств осуществлялась перекачка похищенного дизельного топлива из резервуаров-накопителей в ёмкости, установленные в кузове грузовой автомашины, которое вывозилось на территорию КФХ ФИО3, где использовалось по назначению для заправки техники и транспорта. ДД.ММ.ГГГГ в период с 11 часов 28 минут до 16 часов 37 минут в ходе проведения осмотра места происшествия сотрудниками МО МВД России «Новоспасский» была обнаружена и ликвидирована несанкционированная врезка в МНПП «Уфа-Западное направление» АО «Транснефть-Дружба» на 724 км МНПП (МНПП «Уфа-Западное направление») (географические координаты: 53011`14.80108, 47054`29.98231), в районе &lt;адрес&gt;, а также отвод от врезки, идущий к участку, расположенному на территории земельного участка общей площадью 3400,00 кв.м по адресу: &lt;адрес&gt;, в 82-х метрах по направлению на юг от строения № по &lt;адрес&gt; с кадастровым номером 73:11:021904:218. ДД.ММ.ГГГГ преступная деятельность организатора и участников организованной преступной группы была пресечена сотрудниками правоохранительных органов. Таким образом, Свидетель №14, ФИО7, ФИО8, ФИО6, Свидетель №1, ФИО2, Лицо, в отношении которого уголовное дело выделено в отдельное производство и иные неустановленные следствием лица в период с ДД.ММ.ГГГГ по ДД.ММ.ГГГГ, более точные дата и время в ходе следствия не установлены, осуществляя свою преступную деятельность в составе организованной группы, действуя умышленно из корыстных побуждений, согласно описанной выше преступной схеме, в соответствие с разработанным планом и отведенной каждому преступной ролью, используя несанкционированную врезку в нефтепродуктопровод, расположенную на 724 км МНПП (МНПП «Уфа-Западное направление») (географические координаты: 53011`14.80108, 47054`29.98231), принадлежащий АО «Транснефть-Дружба», в районе &lt;адрес&gt;, совершили тайное хищение 479,89 тонны дизельного топлива марки ДТ-Л-К5 по ГОСТ 32511-2013 стоимостью 23 619092 рубля 44 копейки, то есть в особо крупном размере, причинив тем самым юридическому лицу - АО «Транснефть-Дружба» имущественный ущерб на указанную сумму, которое реализовали частным лицам, неосведомленным о преступном происхождении приобретенного ими дизельного топлива, а полученными в результате преступной деятельности денежными средствами распорядились по своему усмотрению. В судебном заседании подсудимый свою вину в предъявленном обвинении признал полностью, подтвердила свое ходатайство о рассмотрении дела без проведения судебного разбирательства, то есть в особом порядке. С предъявленным обвинением согласился в полном объеме. Последствия постановления приговора в особом порядке ему известны. Кроме того, подозреваемым ФИО2 в ходе предварительного следствия было заявлено ходатайство о заключении досудебного соглашения о сотрудничестве, которое ДД.ММ.ГГГГ было удовлетворено прокурором &lt;адрес&gt;. В рамках досудебного соглашения о сотрудничестве, заключенного ДД.ММ.ГГГГ в ходе предварительного следствия по уголовному делу ФИО2, признав собственную вину в совершенных им преступлениях в полном объеме, дал правдивые показания об обстоятельствах указанных преступлений, согласующиеся с материалами уголовного дела, а также сообщил об ином преступлении и причастности к нему ФИО7, Свидетель №14, ФИО6, ФИО8 Свидетель №1 и иных лиц. В частности, З ФИО2 сообщил о совершении указанными лицами действий по прокладыванию шланга высокого давления, предназначенного для несанкционированной врезки в тело магистрального нефтепродуктопровода «Уфа-Западное направление» на 725 км. в районе &lt;адрес&gt;, принадлежащего АО «Транснефть-Дружба». Ранее ДД.ММ.ГГГГ сотрудниками МО МВД России «Новоспасское» по данному факту возбуждено уголовное дело № по п. 3 ст. п. «б» ч. 3 ст. 158 УК РФ , расследование по которому было приостановлено на основании п. 1 ч. 1 ст. 208 УПК РФ , в связи с не установлением лица, совершившего преступление. С учетом показаний ФИО2 о причастности конкретных лиц к данному преступлению вышеуказанное уголовное дело было соединено в одно производство с уголовным делом №. Таким образом, показания ФИО2, полнота и правдивость сведений, указанных в ходе предварительного следствия при выполнении им обязательств, предусмотренных заключенным с ним досудебным соглашением о сотрудничестве, способствовали уголовному преследованию лиц, совершивших преступления против общественной безопасности, а также против собственности. В связи с заключением досудебного соглашения о сотрудничестве, согласно ст. 317.5 УПК РФ , прокурор &lt;адрес&gt; обратился в суд с представлением о применении особого порядка проведения судебного заседания и вынесения судебного решения в соответствие со ст. 316 и главой 40.1 УПК РФ по уголовному делу в отношении ФИО2, с которым заключено досудебное соглашение о сотрудничестве. Указав, что ФИО2 выполнены условия досудебного соглашения в полном объеме. Выслушав подсудимого, а также защитника, не возражавших против постановления приговора без проведения судебного разбирательства, государственного обвинителя, поддержавшего доводы представления и подтвердившего выполнение ФИО2 условий досудебного соглашения, изучив материалы дела, суд приходит к выводу, что условия постановления приговора без проведения судебного разбирательства в связи с заключением досудебного соглашения о сотрудничестве соблюдены, соглашение заключено добровольно и при участии защитника. Подсудимый осознает характер и последствия заявленного ею ходатайства, понимает существо обвинения и согласен с ним в полном объеме. При этом обвинение обоснованно и подтверждается собранными по делу доказательствами, в том числе признательными показаниями подсудимого. Процедура заключения соглашения о сотрудничестве в соответствии с положениями главы 40.1 УПК РФ соблюдена. В соответствии с положениями ч. 5 ст. 317.7 УПК РФ ФИО2 соблюдены все условия и выполнены все обязательства, предусмотренные заключенным с ним досудебным соглашением о сотрудничестве, что подтвердил участвующий в деле государственный обвинитель, пояснив значение сотрудничества с подсудимым для раскрытия и расследования других преступлений. Судом установлено, что ФИО2 добровольно, после консультации с защитником и при его непосредственном участии, заявил ходатайство о заключении досудебного соглашения о сотрудничестве. Государственный обвинитель поддержал ходатайство о рассмотрении уголовного дела в особом порядке, подтвердил выполнение ФИО2 условий и обязательств досудебного соглашения о сотрудничестве, активное способствование раскрытию и расследованию преступлений. ФИО2 согласился с предъявленным обвинением в полном объеме, ему были разъяснены процессуальные права, а также последствия заключения досудебного соглашения и рассмотрения уголовного дела в особом порядке. Суд, учитывая отсутствие возражений со стороны участников судебного разбирательства, не усматривает обстоятельств, препятствующих рассмотрению уголовного дела в особом порядке судебного разбирательства. По смыслу закона под обвинением, с которым соглашается обвиняемый, заявляя ходатайство о постановлении приговора без проведения судебного разбирательства в общем порядке, понимаются фактические обстоятельства содеянного, форма вины, мотивы совершения деяния, юридическая оценка содеянного, характер и размер вреда, причиненного деянием. Представитель потерпевшего ФИО13 в судебном заседании высказал согласие на рассмотрении уголовного дела в особом порядке. С учетом изложенного, суд постановляет приговор без проведения судебного разбирательства в порядке главы 40.1 УПК РФ и квалифицирует действия ФИО2 по п.п. «а, б» ч. 4 ст. 215.3 УК РФ , как повреждение нефтепродуктопровода, которое могло повлечь нарушение его нормальной работы и было совершено из корыстных побуждений, совершенное группой лиц по предварительному сговору, в отношении магистральных трубопроводов, и по п.п. «а, б» ч. 4 ст. 158 УК РФ , как кража, то есть тайное хищение чужого имущества, совершенная из нефтепродуктопровода, совершенная организованной группой, в особо крупном размере. При назначении наказания суд учитывает характер и степень общественной опасности совершенных преступлений, данные о личности виновного, смягчающие наказание обстоятельства, его роль, характер и степень участия, значение его участия для достижения преступных целей, а также влияние наказания на исправление подсудимого и на условия его жизни. Как личность ФИО2 женат, имеет на иждивении двоих малолетних детей 2014 и 2019 годов рождения, официально не трудоустроен, средства имеет от разовых заработков, пенсии по инвалидности жены, пособий на детей. Согласно сведений ИЦ УМВД России по &lt;адрес&gt; и ГИАЦ МВД РФ ранее не судим, к административной ответственности не привлекался. Согласно справок ГУЗ «&lt;адрес&gt; больница», ГУЗ «Ульяновская областная клиническая психиатрическая больница им. ФИО10, ГУЗ УОКНБ на учете у врача нарколога и психиатра не состоит. Согласно амбулаторной судебно-психиатрической экспертизе № от ДД.ММ.ГГГГ, ФИО2 хроническим психическим расстройством, слабоумием или иным болезненным расстройством психики не страдал и не страдает. В момент совершения преступления он, как видно из материалов уголовного дела и направленной беседы, болезненных расстройств психики, в том числе временного характера, также не обнаруживал и мог осознавать фактический характер и общественную опасность своих действий либо руководить ими. По психическому состоянию в принудительных мерах медицинского характера не нуждается. Принимать участие в следственных действиях и в суде может. т.9 (л.д. 193-196) С учетом заключения судебно-психиатрической экспертизы и поведения подсудимого в ходе судопроизводства, суд признает ФИО2 вменяемым, подлежащим уголовной ответственности за содеянное. К обстоятельствам, смягчающим наказание, в соответствие со ст. 61 УК РФ , по всем эпизодам совершенных им преступлений, суд относит полное признание вины, раскаяние в содеянном, активное способствование раскрытию и расследованию всех преступлений, выразившееся в даче подробных и признательных показаний на протяжении всего предварительного расследования, изобличение других соучастников преступлений, розыска имущества, добытого в результате преступления, явку с повинной, так как подсудимый в своем заявлении добровольно сообщил о совершенных им преступлениях, при этом потерпевшие и правоохранительные органы не располагали достаточной информацией о совершении данных преступлений именно ФИО2, а не иным лицом; совершение преступлений впервые, положительные характеристики, наличие на иждивении двоих малолетних детей, службу в армии, инвалидность жены и состояние здоровья самого подсудимого и его матери. Обстоятельств отягчающих наказание, в соответствие со ст. 63 УК РФ , суд не усматривает. Преступления, совершенные ФИО2, в соответствие со ст. 15 УК РФ , относятся к категории тяжких. С учетом фактических обстоятельств совершенных преступлений и степени их общественной опасности, несмотря на наличие смягчающих наказание обстоятельств и отсутствие отягчающих наказание обстоятельств, оснований для изменения категории преступления на менее тяжкую, суд не находит. Кроме того, каких 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преступлений, по делу не установлено, а потому суд не находит оснований к применению положений статьи 64 УК РФ . Санкция ч. 4 ст. 158 УК РФ наряду с основным наказанием в виде лишения свободы предусматривает альтернативную возможность назначения либо не назначения виновным дополнительных видов наказания в виде штрафа и (или) ограничения свободы. Учитывая наличие вышеуказанных смягчающих наказание обстоятельств, данные о личности виновного, все обстоятельства уголовного дела, суд полагает возможным не назначать подсудимому ФИО2 по п.п. «а,б» ч.4 ст. 158 УК РФ дополнительные наказание в виде штрафа и (или) ограничения свободы. Таким образом, при назначении ФИО2 наказания по ч. 4 ст. и ч. 4 ст. 215.3 УК РФ , суд учитывает требования ст. , , , ч. 2 ст. 62 УК РФ , характер и степень общественной опасности совершенных преступлений, его роль, характер и степень участия, значение его участия для достижения преступных целей, влияние назначенного наказания на исправление осужденного, условия жизни его семьи, данные о его личности, смягчающие наказание обстоятельства и отсутствие отягчающих наказание обстоятельств, позицию потерпевшего, не настаивающего на строгом наказании. В соответствии с п.п. 5,7 ч.2 ст. , ч.1 ст. , ч.10 ст. 316 УПК РФ процессуальные издержки в виде сумм, выплаченных адвокату за оказание юридической помощи по назначению в ходе предварительного следствия, не подлежат взысканию с осужденных в случае рассмотрения дела в особом порядке судебного разбирательства. В ходе предварительного следствия адвокату Акимову А.Н. за осуществление защиты ФИО2 на предварительном следствие, в порядке ст. ст. , 51 УПК РФ , на основании постановления от 25.11.2022 из средств федерального бюджета уплачено 13783 руб. (т. 10, л.д. 192, 193-194). Данные расходы признаны процессуальными издержками. Поскольку уголовное дело рассмотрено в особом порядке судебного разбирательства, суд признает указанные издержки по настоящему делу подлежащими возмещению из средств федерального бюджета. При решении вопроса о вещественных доказательствах суд руководствуется статьей , 82 УПК РФ , с учетом положений статей 104.1 , 104.3 УК РФ . Гражданский иск АО «Транснефть-Дружба» к ФИО2 о возмещении причиненного ущерба в размере 19469247 руб. 18 коп., в связи с не предоставлением документов подтверждающих размер причиненного ущерба и его частичное погашение, суд полагает необходимым оставить без рассмотрения, признав за потерпевшим - гражданским истцом АО «Транснефть-Дружба» право обратиться с указанными требованиями в порядке гражданского судопроизводства. На основании изложенного и руководствуясь ст.ст. 304, 307-310, 316, 317.7 Уголовно-процессуального кодекса Российской Федерации, суд приговорил: признать ФИО2 виновным в совершении преступлений, предусмотренных пунктами «а, б» части 4 статьи 215.3 Уголовного кодекса Российской Федерации; пунктами «а, б» части 4 статьи Уголовного кодекса Российской Федерации, и назначить ему наказание: - по пунктам «а, б» части 4 статьи 215.3 Уголовного кодекса Российской Федерации – в виде лишения свободы на срок 2 года; - по пунктам «а, б» части 4 статьи Уголовного кодекса Российской Федерации – в виде лишения свободы на срок 2 года. На основании части 3 статьи Уголовного кодекса Российской Федерации по совокупности преступлений путем частичного сложения наказаний окончательно назначить ФИО2 наказание в виде лишения свободы на срок 2 года 6 месяцев. В соответствии со ст. 73 УК РФ назначенное ФИО2 наказание в виде лишения свободы считать условным с испытательным сроком 2 (два) года, возложив на ФИО2 следующие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условно-осужденного, являться в специализированный государственный орган, осуществляющий контроль за поведением условно осужденного, для регистрации один раз в месяц в дни, установленные данным органом. Меру пресечения ФИО2 - подписку о невыезде и надлежащем поведении, до вступления приговора в законную силу оставить без изменения. Вещественные доказательства: - шесть CD-R дисков и два DVD-R диска - хранить при уголовном деле; - установку для горизонтального направленного бурения марки «HL518B», установку для горизонтального направленного бурения марки «JVD380» S00116» – оставить по принадлежности; - бензиновая мотопомпа «HUNTERMPD-80», два фрагмента шланга высокого давления, переданные АО «Транснефть-Дружба», 2 сварочных аппарата, металлоискатель, лопата, 2 сварочные маски, 4 фрагмента трубы, фрагмент трубы, автомобиль марки ГАЗ, государственный регистрационный знак &lt;***&gt;, переданные ЛПДС «Клин», - продолжить хранить там же, до рассмотрения уголовных дел, выделенных в отношении соучастников в отдельное производство; - два полуприцепа государственный регистрационный знак &lt;***&gt; и ВИ5070 63, транспортное средство ГАЗ-53, государственный регистрационный знак &lt;***&gt;, металлические штанги длиной 3,6 м, 4,5 м и 3 м в количестве 153 штук, транспортное средство ГАЗ-53, государственный регистрационный знак &lt;***&gt;, переданные на ответственное хранение в ЛПДС «Воскресенка» КРУ АО «Транснефть-Дружба» - продолжить хранить там же, до рассмотрения уголовных дел, выделенных в отношении соучастников в отдельное производство; - шланг высокого давления, поделенный на 8 частей переданный под сохранную расписку ЛПДС «Журавлинская» - продолжить хранить там же, до рассмотрения уголовных дел, выделенных в отношении соучастников в отдельное производство; - автомашину МАЗ №, государственный регистрационный знак №, переданную под сохранную расписку ФИО11 продолжить хранить там же, до рассмотрения уголовных дел, выделенных в отношении соучастников в отдельное производство; - 2 винтовки ФИО5 № и ТГ-2 №, пистолет Гроза Р-04С, содержащиеся в помещении оружейной комнаты МО МВД России «Новоспасский» - продолжить хранить там же, до рассмотрения уголовных дел, выделенных в отношении соучастников в отдельное производство; - тетрадь с фиолетовой обложкой, государственный регистрационный знак «№», GPS-блокатор, рация модели «KENWOODTK-UVF8» в корпусе черного цвета, портативная рация модели «BAOFENGUV-5R» в корпусе черного цвета, портативная рация модели «KENWOODTK-F8DUAL» в корпусе черного цвета, портативная рация модели «BAOFENGUV-5R» в корпусе черного цвета, портативная рация модели «BAOFENGUV-5R» в корпусе черного цвета, государственный регистрационный знак «С002КМ 73», портативная рация модели «KENWOODTH-F5» в корпусе черного цвета, адаптер марки «SAMSUNG» в корпусе черного цвета с флэш-картой MicroSD «SanDiskUltra 16 GB» в корпусе красно-серого цвета, мобильный телефон марки «SAMSUNGDuos» в корпусе белого цвета, планшет марки «ASUSZenPad 10» в корпусе черного цвета, сотовый телефон марки «IPHONE» в корпусе черного цвета, мобильный телефон марки «Realme» в корпусе черного цвета, мобильный телефон марки «SAMSUNG» в корпусе черного цвета, мобильный телефон марки «SAMSUNGDUOS» с картой памяти, технологическая схема (план) МНПП «Уфа-Западное направление» и МНПП «Куйбышевск-Брянск», антенна для портативной рации в корпусе черного цвета, гарнитура для портативной рации, квадрокоптер модели Е88pro с пультом управления, батареей в Свидетель №24, сотовый телефон марки «REDME 8 pro» в корпусе и в Свидетель №24 черного цвета», сумка-чехол с обнаружителем видеокамер марки «PENTAX», многофункциональный поисковый прибор марки «Спайдер» и дополнительное оборудование к нему, селективный индикатор поля «RAKSA 120», планшет марки «AppleIPAD» в корпусе серого цвета, тепловизор модели «PULSARXP50» с батареей и Свидетель №24, лазерный дальномер в Свидетель №24, портативные рации модели «BAOFENGUV-5R» и «BAOFENG ТK-F5» c двумя батареями и тремя гарнитурами, 12 полимерных пломб, уличная камера видеонаблюдения с блоком питания, сотовые телефоны марок «Iphone» и «NOKIA», зарядная станция «LC-318» без проводов, автомобильная рация «MidlandAlan 100Plus c тангеткой и зарядным устройством для прикуривателя,- портативная рация марки «RETC» модели Н777 в корпусе черного цвета, бинокль в корпусе черного цвета с футляром коричневого цвета, навигатор модели «GarminAstro 320 c ремешком», портативные рации «KENWOODTH-F5» в количестве трех штук, металлическая табличка АО «Транснефть-Дружба», два журнала, блокнот и тетрадь в обложках зеленого цвета с рукописными записями, ноутбук марки «Lenovo» с серийным номером СВ14372642, страховой полис страхователя ФИО8 на автомобили Scaniа 691310, государственный регистрационный знак E404РА73, и DAF» XF105410 государственный регистрационный знак В622СС73, документы с рукописными записями, пластиковые бутылки с образцами жидкостей в количестве 4 штук, государственные регистрационные знаки «М325ХХ163» в количестве двух штук, государственные регистрационные знаки «В622СС73» в количестве двух штук, государственный регистрационный знак «Е404МО73», государственные регистрационные знаки «Е404РА73» в количестве двух штук, сотовый телефон марки «TECNOSPARK» в корпусе серо-зеленого цвета в Свидетель №24-книжке черного цвета, - сотовый телефон «ITEL» в корпусе черного цвета, сотовый телефон марки «SANWIND» в корпусе черного цвета, служебное удостоверение МВД РФ на имя ФИО7, прибор GPS-трекер модели МС-24,стеклянная бутылка емкостью 1 литр с образцом жидкости,- пластиковая бутылка объемом 5 литров с жидкостью внутри, по характерным признакам похожей на ГСМ, сверло по металлу 12 мм, сверло ступенчатое, упаковка отрезных кругов, два отрезных круга бывших в употреблении, две металлические трубы, стеклянные бутылки объемом 1 литр с пробами жидкостей в количестве 3 штук, стеклянная бутыль с жидкостью внутри, бинокль в корпусе черного цвета с футляром черного цвета, фотоловушка марки «SkoutGuardSG550M-8mmHD, квадрокоптер марки «DJIPHANTOM» с пультом управления, двумя аккумуляторами и зарядным устройством, ноутбук марки «DELL» с зарядным устройством, три прозрачные пластиковые бутылки с жидкостями внутри, образец нефтепродукта, изъятый с емкости № в пластиковой бутылке, образец нефтепродукта, изъятый с емкости № в пластиковой бутылке, образец нефтепродукта, изъятый с емкости № в пластиковой бутылке, мобильный телефон марки «TecnoSparkGo 2022» в корпусе темно-синего цвета, три металлических крана и металлические муфты хранящиеся в комнате для хранения вещественных доказательств Новоспасского МСО СУ СК РФ по &lt;адрес&gt; - продолжить хранить там же, до рассмотрения уголовных дел, выделенных в отношении соучастников в отдельное производство. Процессуальные издержки по настоящему делу в сумме 13783 рублей 00 копеек за оказание ФИО2 юридической помощи адвокатом ФИО17 в ходе предварительного следствия отнести к расходам федерального бюджета. Гражданский иск АО «Транснефть-Дружба» к ФИО2 о возмещении причиненного ущерба в размере 19469247 руб. 18 коп., оставить без рассмотрения, признав за потерпевшим - гражданским истцом АО «Транснефть-Дружба» право обратиться с указанными требованиями в порядке гражданского судопроизводства. Приговор может быть обжалован в апелляционном порядке в судебную коллегию по уголовным делам Ульяновского областного суда через Новоспасский районный суд &lt;адрес&gt; в течение 15 суток со дня его постановления. В течение 15 суток со дня вручения копии приговора в случае подачи апелляционной жалобы, апелляционного представления осужденный вправе письменно ходатайствовать о своем участии в рассмотрении уголовного дела судом апелляционной инстанции и пользоваться помощью защитника, в том числе бесплатно в случаях, предусмотренных Уголовно-процессуальным кодексом Российской Федерации. Судья Н.В. Дементьева Суд: Новоспасский районный суд (Ульяновская область) (подробнее) Судьи дела: Дементьева Н.В. (судья) (подробнее) Последние документы по делу: Приговор от 20 февраля 2025 г. по делу № 1-1-4/2025 Приговор от 4 февраля 2025 г. по делу № 1-1-4/2025 Приговор от 28 января 2025 г. по делу № 1-1-4/2025 Приговор от 15 января 2025 г. по делу № 1-1-4/2025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