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07 февраля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решение ответчика от 13.02.2024 № 214 в части невключения в ее специальный стаж спорного периода работы незаконным и необоснованным.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Включить в специальный стаж ФИО1 на 30.05.2023 период работы с 01.04.2000 по 30.06.2003 (03 года 03 месяца 00 дней) в качестве медицинской сестры в Районном центре социальной помощи населению администрации Арзамасского района (ГУ «Коваксинский дом-интернат для граждан пожилого возраста и инвалидов»). В судебном заседании представитель ФИО1 адвокат Илюшина Е.А. исковые требования поддержала, просила их удовлетворить, дала объяснения о том, что вся трудовая деятельность истца осуществлялась в одном и том же месте, истцу не было известно об изменении наименования работодателя, она с 1995 года работает в Коваксинском доме-интернате медицинской сестрой, осуществляет лечебную деятельность в соответствии с полученным образованием. В судебном заседании представитель ОСФР по Нижегородской области ФИО2 с иском не согласилась. ФИО1, представители третьих лиц, не заявляющих самостоятельных требований относительно предмета спора, ГБУ «Коваксинский дом-интернат для престарелых и инвалидов», ГБУ «Центр социального обслуживания граждан пожилого возраста и инвалидов городского округа город Арзамас», министерства социальной политики Нижегородской области, ГКУ ГАНО, г.Арзамас в судебное заседание не явились, о времени и месте судебного заседания истец и третьи лица извещены надлежащим образом. Принимая во внимание, что неявившиеся лица являются надлежащим образом извещенными о времени и месте рассмотрения гражданского дела, данных, подтверждающих наличие оснований для отложения судебного разбирательства, не представлено, суд на основании ст. Гражданского процессуального кодекса Российской Федерации находит возможным рассмотреть настоящее гражданское дело по существу в отсутствие неявившихся лиц. Изучив материалы гражданского дела, заслушав объяснения явившихся в судебное заседание представителей сторон, оценив представленные доказательства, суд приходит к следующим выводам. В соответствии с п.20 ч.1 ст.30 Федерального закона от 28.12.2013 года № 400-ФЗ «О страховых пенсиях» страховая пенсия по старости назначается ранее достижения возраста, установленного ст.8 настоящего Федерального закона (65 лет мужчины и 60 лет женщины), при наличии величины индивидуального пенсионного коэффициента в размере не менее 30, лицам, осуществлявшим лечебную и иную деятельность по охране здоровья населения в учреждениях здравоохранения не менее 25 лет в сельской местности и поселках городского типа и не менее 30 лет в городах, сельской местности и поселках городского типа либо только в городах, независимо от их возраста с применением положений ч.1.1 настоящей статьи. Согласно ч.1.1 ст. Федерального закона «О страховых пенсиях» страховая пенсия по старости лицам, имеющим право на ее получение независимо от возраста в соответствии с пп.19-21 ч.1 настоящей статьи, назначается не ранее сроков, указанных в приложении 7 к настоящему Федеральному закону. Списки соответствующих работ, производств, профессий, должностей, специальностей и учреждений (организаций), с учетом которых назначается страховая пенсия по старости в соответствии с ч.1 настоящей статьи, правила исчисления периодов работы (деятельности) и назначения указанной пенсии при необходимости утверждаются Правительством Российской Федерации. Периоды работы (деятельности), имевшие место до дня вступления в силу настоящего Федерального закона, засчитываются в стаж на соответствующих видах работ, дающий право на досрочное назначение страховой пенсии по старости, при условии признания указанных периодов в соответствии с законодательством, действовавшим в период выполнения данной работы (деятельности), дающий право на досрочное назначение пенсии. Периоды работы (деятельности), имевшие место до дня вступления в силу настоящего Федерального закона, могут исчисляться с применением правил исчисления, предусмотренных законодательством, действовавшим при назначении пенсии в период выполнения данной работы (деятельности) (ч.2-4 ст.30 Федерального закона от 28.12.2013 года № 400-ФЗ). Согласно пп.«н» п.1 постановления Правительства Российской Федерации от 16.07.2014 года №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 при досрочном назначении страховой пенсии по старости лицам, осуществлявшим лечебную и иную деятельность по охране здоровья населения в учреждениях здравоохранения, применяются: список должностей и учреждений, работа в которых засчитывается в стаж работы, дающей право на досрочное назначение трудовой пенсии по старости лицам, осуществлявшим лечебную и иную деятельность по охране здоровья населения в учреждениях здравоохранения, в соответствии с подпунктом 20 пункта 1 статьи Федерального закона «О трудовых пенсиях в Российской Федерации», утвержденный постановлением Правительства Российской Федерации от 29.10.2002 № 781 «О списках работ, профессий, должностей, специальностей и учреждений, с учетом которых досрочно назначается трудовая пенсия по старости в соответствии со статьей Федерального закона «О трудовых пенсиях в Российской Федерации», и об утверждении правил исчисления периодов работы, дающей право на досрочное назначение трудовой пенсии по старости в соответствии со статьей Федерального закона «О трудовых пенсиях в Российской Федерации»; Список должностей, работа в которых засчитывается в выслугу, дающую право на пенсию за выслугу лет в связи с лечебной и иной работой по охране здоровья населения, утвержденный постановлением Правительства Российской Федерации от 22.09.1999 № 1066 «Об утверждении Списка должностей, работа в которых засчитывается в выслугу, дающую право на пенсию за выслугу лет в связи с лечебной и иной работой по охране здоровья населения, и Правил исчисления сроков выслуги для назначения пенсии за выслугу лет в связи с лечебной и иной работой по охране здоровья населения», - для учета соответствующей деятельности, имевшей место в период с 1 ноября 1999 г. по 31 декабря 2001 г. включительно. Указанными Списками должностей и учреждений предусмотрены должности медицинской сестры в учреждениях социального обслуживания: дом интернат для престарелых и инвалидов, специальный дом-интернат для престарелых и инвалидов. Согласно Правилам исчисления периодов работы в целях досрочного назначения пенсии по старости периоды работы в должностях в учреждениях, указанных в списке, засчитываются в стаж работы в календарном порядке, за исключением случаев применения льготного порядка исчисления стажа указанной работы. В силу ст. Трудового кодекса Российской Федерации трудовая книжка является основным документом о трудовой деятельности и трудовом стаже работника. В трудовую книжку вносятся сведения о работнике, выполняемой им работе, переводах на другую постоянную работу и об увольнении работника, а также основания прекращения трудового договора и сведения о награждениях за успехи в работе. Согласно п.4 Порядка подтверждения периодов работы, дающей право на досрочное назначение трудовой пенсии по старости, утвержденного Приказом Министерства здравоохранения и социального развития Российской Федерации от 31.03.2011 года № 258н, в случаях, когда необходимы данные о характере работы и других факторах (показателях), определяющих право на досрочное назначение трудовой пенсии по старости, установленные для отдельных видов работ (деятельности), например, о занятости на подземных работах, о выполнении работ определенным способом, о работе с вредными веществами определенных классов опасности, о выполнении работ в определенном месте (местности) или структурном подразделении, о статусе населенного пункта, о выполнении нормы рабочего времени (педагогической или учебной нагрузки) и др., для подтверждения периодов работы принимаются справки, а также иные документы, выдаваемые работодателями или соответствующими государственными (муниципальными) органами. Справки выдаются на основании документов соответствующего периода времени, когда выполнялась работа, из которых можно установить период работы в определенной профессии и должности и (или) на конкретных работах (в условиях), дающих право на досрочное назначение трудовой пенсии по старости. Согласно содержащимся в п.13 постановления Пленума Верховного Суда Российской Федерации от 11.12.2012 года № 30 «О практике рассмотрения судами дел, связанных с реализацией прав граждан на трудовые пенсии» разъяснениям право на назначение страховой пенсии по старости ранее достижения общеустановленного возраста связывается законодателем с выполнением лицом работы определенной продолжительности в опасных, вредных, тяжелых и иных неблагоприятных условиях труда. Устанавливая правовые основания и условия назначения пенсий и предусматривая для отдельных категорий граждан, занятых определенной профессиональной деятельностью, возможность досрочного назначения страховой пенсии по старости, федеральный законодатель связывает право на назначение пенсии ранее достижения общеустановленного пенсионного возраста только с такой работой в конкретной сфере профессиональной деятельности, выполнение которой сопряжено с неблагоприятным воздействием различного рода факторов, повышенными психофизиологическими нагрузками, обусловленными спецификой и характером труда, в частности с осуществлением лечебной и иной деятельности по охране здоровья населения в учреждениях здравоохранения. Как установлено судом и усматривается из материалов гражданского дела, 30.05.2023 ФИО1, &lt;дата&gt; года рождения, обратилась в ОПФР по Нижегородской области с заявлением о досрочном назначении страховой пенсии по старости в соответствии с п.20 ч.1 ст.30 Федерального закона от 28.12.2013 года № 400-ФЗ «О страховых пенсиях» в связи с осуществлением лечебной и иной деятельности по охране здоровья населения в учреждениях здравоохранения. Решением ОСФР по Нижегородской области от 13.02.2024 № 214 ФИО1 отказано в установлении досрочной страховой пенсии по старости в связи с отсутствием требуемого специального стажа. Из содержания решения ОСФР по Нижегородской области от 13.02.2024 № 214 следует, что стаж работы ФИО1, дающей право на досрочное назначение страховой пенсии по старости в связи с осуществлением лечебной и иной деятельности по охране здоровья населения в учреждениях здравоохранения, на 30.05.2023 составляет 21 год 09 месяцев 16 дней. В специальный стаж ФИО1 не включен период работы с 01.04.2000 по 30.06.2003 (03 года 03 месяца 00 дней) в качестве медицинской сестры в Районном центре социальной помощи населению администрации Арзамасского района, так как данное учреждение не предусмотрено Списками. Из трудовой книжки ФИО1 следует, что с 13.04.1995 истец принята на работу медицинской сестрой 7 разряда в Коваксинский дом милосердия, 01.07.1998 принята медицинской сестрой в Коваксинский ФАП, 31.03.2000 уволена в порядке перевода в районный центр социальной помощи населению, 01.04.2000 Арзамасский районный центр социальной помощи населению принята в порядке перевода в Коваксинский дом милосердия на должность медицинской сестры по 7 разряду (приказ № 6 параграф 12 от 30.03.2000); 01.03.2003 переведена на должность старшей медицинской сестры по 8 разряду (приказ № 8/1 от 01.03.2003); 30.06.2003 в связи с приданием статуса юридического лица Коваксинскому дому милосердия уволена в порядке перевода согласно п.5 ст. 77 ТК РФ и принята на работу старшей медицинской сестрой в муниципальное учреждение «Коваксинский дом милосердия администрации Арзамасского района Нижегородской области» (приказ № 70/5 от 01.07.2003). Согласно справке ГБУ «Коваксинский дом-интернат для престарелых и инвалидов» от 21.03.2024 № 20 учреждение «Коваксинский Дом милосердия» создано на основании Постановления главы администрации Арзамасского района Нижегородской области от 21.04.1995 № 200. Учреждение «Коваксинский Дом милосердия» переименовано в МУ «Коваксинский дом милосердия администрации Арзамасского района Нижегородской области» на основании Распоряжения главы местного самоуправления от 23.05.2003 № 343-р. Распоряжением Правительства Нижегородской области от 29.12.2005 № 965-р МУ «Коваксинский дом милосердия администрации Арзамасского района Нижегородской области» передано в государственную собственность Нижегородской области и переименовано в ГУ «Коваксинский дом-интернат для граждан пожилого возраста и инвалидов». Приказом министерства социальной политики Нижегородской области от 30.12.2011 № 179 ГУ «Коваксинский дом-интернат для граждан пожилого возраста и инвалидов» переименовано в ГБУ «Коваксинский дом-интернат для престарелых и инвалидов». Согласно справке ГБУ «Коваксинский дом-интернат для престарелых и инвалидов» от 21.03.2024 № 19, уточняющей работу в должностях, дающих право на досрочное назначение страховой пенсии по старости в связи с лечебной деятельностью, ФИО1 работала в МУ «Коваксинский дом милосердия» в качестве медицинской сестры в периоды с 13.04.1995 по 01.07.1998, с 01.04.2000 (приказ № 6 параграф 12 от 30.03.2000) по 28.02.2003, с 01.03.2003 (приказ 8/1 от 01.03.2003) по настоящее время в качестве старшей медицинской сестры, за исключением указанных периодов нахождения в декретном отпуске и в отпуске по уходу за ребенком в 2005-2007 годах, периодов административных отпусков и простоя. Стаж работы, дающий право на досрочное назначение страховой пенсии по старости в соответствии с п.20 ч.1 ст. Федерального закона «О страховых пенсиях», составляет 25 лет 11 месяцев. Справка выдана на основании лицевого счета, штатного расписания, личной карточки формы Т-2, книги приказов. Аналогичная справка от 25.12.2023 № 31 представлена в материалах выплатного дела истца. Согласно справке ГБУ «Центр социального обслуживания граждан пожилого возраста и инвалидов города Арзамаса и Арзамасского района» от 16.02.2022 № 01-16/217 ФИО1 работала в Коваксинском Доме милосердия с 13.04.1995 в должности медицинской сестры по 7 разряду. Согласно представленным ГБУ «Центр социального обслуживания граждан пожилого возраста и инвалидов городского округа город Арзамас» на запрос суда сведениям согласно приказу от 31.03.2000 ФИО1 принята на должность медсестры в Коваксинский дом милосердия с 01.04.2000 по 7 разряду; согласно приказу от 01.07.2003 № 70/5 30.06.2003 старшая медицинская сестра ФИО1 уволена в порядке перевода в МУ «Коваксинский дом милосердия администрации Арзамасского района Нижегородской области» в связи с приданием статуса юридического лица Коваксинскому дому милосердия (согласно распоряжению главы местного самоуправления от 23.05.2003 «О передаче домов милосердия на самостоятельный баланс»). Согласно справке ГБУ «Центр социального обслуживания граждан пожилого возраста и инвалидов городского округа город Арзамас» от 12.12.2024 № 01-16/1374 ФИО1 01.04.2000 была принята в порядке перевода на должность медицинской сестры по 7 разряду в Коваксинский дом милосердия Арзамасского районного центра социальной помощи населению, 30.06.2003 в связи с приданием статуса юридического лица Коваксинскому дому милосердия была уволена в порядке перевода. Согласно справкам ГБУ «Коваксинский дом-интернат для престарелых и инвалидов» от 24.12.2024 № 99, от 14.01.2025 № 01 ФИО1 в период с 13.04.1995 и по настоящее время работает в должности старшей медицинской сестры (ранее в качестве медицинской сестры) в ГБУ «Коваксинский дом-интернат для престарелых и инвалидов» (ранее Коваксинский дом милосердия), находящийся по адресу: Нижегородская область, г.о.г.Арзамас, &lt;...&gt;. В связи с изменением статуса юридического лица и его переименованиями местонахождение рабочего места, характер работы, должностные обязанности и адрес не изменялись. Оценив представленные доказательства по правилам ст. Гражданского процессуального кодекса Российской Федерации, относимость, допустимость, достоверность каждого доказательства в отдельности, а также достаточность и взаимную связь доказательств в их совокупности, принимая во внимание представленные работодателем сведения, уточняющие справки, подтверждение ГБУ «Центр социального обслуживания граждан пожилого возраста и инвалидов городского округа город Арзамас» работы истца в спорный период в Коваксинском доме милосердия в должности медицинской сестры, суд приходит к выводу о наличии правовых оснований для включения в специальный стаж ФИО1, дающий право на досрочную пенсию по старости, периода ее работы с 01.04.2000 по 30.06.2003 и признания решения ОСФР по Нижегородской области в части отказа во включении указанного периода в специальный стаж истца незаконным. Руководствуясь ст. - Гражданского процессуального кодекса Российской Федерации, суд РЕШИЛ: иск ФИО1 (СНИЛС №) к Отделению Фонда пенсионного и социального страхования Российской Федерации по Нижегородской области (ИНН &lt;***&gt;) о признании решения незаконным, включении в специальный стаж периода работы удовлетворить. Признать решение Отделения Фонда пенсионного и социального страхования Российской Федерации по Нижегородской области от 13.02.2024 № 214 незаконным в части не включения в специальный стаж ФИО1 периода работы с 01.04.2000 по 30.06.2003 в качестве медицинской сестры в Районном центре социальной помощи населению администрации Арзамасского района Нижегородской области. Обязать Отделение Фонда пенсионного и социального страхования Российской Федерации по Нижегородской области включить в специальный стаж ФИО1 для назначения досрочной страховой пенсии по старости в связи с осуществлением лечебной и иной деятельности по охране здоровья населения в учреждениях здравоохранения период работы с 01.04.2000 по 30.06.2003 в качестве медицинской сестры в Районном центре социальной помощи населению администрации Арзамасского района Нижегородской области (в Коваксинском доме милосердия). Решение может быть обжаловано в апелляционном порядке в Нижегородский областной суд через Арзамасский городской суд Нижегородской области в течение месяца со дня его принятия в окончательной форме. Председательствующий судья подпись Е.Р. Магданова Мотивированное решение суда составлено 27.02.2025 года. *** *** *** *** Суд: Арзамасский городской суд (Нижегородская область) (подробнее) Ответчики: Отделение Фонда пенсионного и социального страхования Российской Федерации по Нижегородской области (подробнее) Судьи дела: Магданова Е.Р. (судья) (подробнее) Последние документы по делу: Решение от 6 февраля 2025 г. по делу № 2-1819/2024 Решение от 16 октября 2024 г. по делу № 2-1819/2024 Показать все документы по этому делу Судебная практика по: Увольнение, незаконное увольнение Судебная практика по применению нормы ст. 77 ТК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