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позднее 15 июля 2020 года, точная дата в ходе следствия не установлена, неустановленное следствием лицо № 1, являющееся руководителем интернет-магазина &lt;данные изъяты&gt;, находясь в неустановленном следствием месте, обладая организаторскими способностями, лидерскими качествами и достаточным уровнем знаний в области маркетинговых систем, созданных и существующих в глобальной сети «Интернет», а также обладая достаточным уровнем знаний программных продуктов различных версий, таких как &lt;данные изъяты&gt;, предназначенных для мгновенного обмена электронными сообщениями (интернет-мессенджеров), будучи осведомленным о высокой доходности и прибыльности от систематического совершения преступлений в сфере незаконного оборота наркотических средств, а также осознавая, что длительная преступная деятельность в данной области наиболее эффективна при создании организованной группы под единым руководством, действуя незаконно, умышленно, из корыстных побуждений, решило сформировать устойчивую организованную группу с целью получения систематического преступного дохода, путем совместного совершения особо тяжких преступлений в виде незаконных сбытов на территории Сахалинской области наркотических средств синтетического и растительного происхождения, с использованием информационно-телекоммуникационных сетей, включая сеть «Интернет», в обмен на денежные средства. Реализуя который неустановленное лицо № 1, используя информационно-телекоммуникационные сети, включая сеть «Интернет», разработало схему функционирования, создав интернет-магазин &lt;данные изъяты&gt;, осуществляющий продажи наркотических средств через интернет-сайт &lt;данные изъяты&gt;, действующий на всей территории Сахалинской области, разместив на интернет-страницах данного магазина для привлечения соучастников в организованную группу публичные объявления о приеме на высокооплачиваемую «работу», тем самым, завуалировав незаконную деятельность, связанную со сбытами наркотических средств, указав электронные адреса для обращений, а так же указав названия городов в которых данная преступная деятельность будет осуществляться, среди которых: г. Южно-Сахалинск, г. Корсаков, г. Холмск, г. Поронайск, г. Долинск. Продолжая реализацию преступного умысла, неустановленное следствием лицо № 1, создало иерархическую структуру должностей, в соответствии с которой каждый из членов созданной им организованной группы имел конкретную роль и выполнял конкретные действия при совершении преступлений, таких как: «кадровый менеджер», «куратор», «склад», «курьер» и «финансист». Кроме того, неустановленное лицо № 1 разработало методы и способы дистанционного управления с использованием информационно-телекоммуникационной сети, включая сеть «Интернет», в иерархической структуре между должностями, специфические правила поведения и требования, обязательные для исполнения, способы связи между соучастниками организованной группы путем обмена электронными сообщениями в интернет-мессенджерах, исключив тем самым личные взаимоотношения между соучастниками, а также определив методы конспирации, размер денежного вознаграждения, что способствовало длительному и безопасному, исключающему изобличение сотрудниками правоохранительных органов, функционированию организованной группы, систематическому совершению ими преступлений, связанных с незаконными сбытами наркотических средств, получению постоянного незаконного дохода, а также возможности карьерного роста. В обязанности «кадрового менеджера» (неустановленное лицо № 2) входило: прямое подчинение неустановленному лицу № 1, поиск на территории Сахалинской области новых лиц, способных по своим морально-волевым качествам и жизненным устоям совершать преступления, вовлечение данных лиц для работы в качестве «курьера» и «склада» на территории Сахалинской области, доведение до последних необходимости установления программ, предназначенных для мгновенного обмена электронными сообщениями (интернет-мессенджеров), направление им памяток о методах конспирации, разработанных неустановленным лицом № 1, способах связи с «куратором», правил поведения и требований, обязательных для исполнения; -в обязанности «куратора» (неустановленное лицо № 2) входило: прямое подчинение неустановленному лицу № 1, дистанционное управление действиями «курьеров», «складов», направление им памяток о методах конспирации, разработанных неустановленным лицом № 1, способах связи с «куратором», правил поведения и требований, обязательных для исполнения, порядок и способ денежного вознаграждения, передача «курьерам», «складам» адресов местонахождения оптовых тайников с наркотическими средствами, а также указаний об их расфасовке; -в обязанности «финансиста» входило: прямое подчинение неустановленному лицу № 1, расчет денежных средств за выполненную работу и направление денежных средств на счета Крипто-кошельков, в качестве оплаты проделанной работы «куратора», «кадрового менеджера», «склада», «курьера»; -в обязанности «склада» входило: прямое подчинение неустановленным лицам №№ 1 и 2, соблюдение правил, разработанных неустановленным лицом № 1, касающихся мер конспирации и нахождения в сети (онлайн) для получения электронных сообщений, поддержания связи с «куратором» путем использования для обмена сообщениями в сети «Интернет» программы мгновенного обмена сообщениями &lt;данные изъяты&gt; в обязательном порядке и своевременно уведомлять «куратора» о получении оптовых партий наркотических средств, расфасовке их на меньшие партии, и последующее размещение указанных веществ в тайниках в целях обеспечения поставок данных наркотических средств для «курьеров» и дальнейшей реализации; доводить до «куратора» полную информацию о месте нахождения тайников с наркотическим средством, а именно, район города и местности, в которой он оборудован, с фотографией местонахождения тайника; -в обязанности «курьера», занимающего низшую должность в системе интернет-магазина &lt;данные изъяты&gt;, входило: прямое подчинение неустановленным лицам №№ 1 и 2, соблюдение правил, разработанных неустановленным лицом № 1, касающихся мер конспирации и нахождения в сети (онлайн) для получения электронных сообщений, поддержания связи с «куратором» путем использования для обмена сообщениями в сети «Интернет» программы мгновенного обмена сообщениями &lt;данные изъяты&gt;, в обязательном порядке своевременно уведомлять «куратора» о получении партии наркотического средства и последующем ее размещении в тайниках для получения непосредственно потребителями, приобретающих их через вышеуказанный интернет-магазин, доводить до «куратора» полную информацию о месте нахождения тайников, район города и местности, в которой он оборудован; максимально полно описывать места нахождения тайников. Так, 01 марта 2023 года в утреннее время ФИО3, совместно с ФИО1 и ФИО2, используя мобильный телефон марки «OUKITEL», находясь на сайте &lt;данные изъяты&gt;, обратились к неустановленному лицу № 2, использующему имя пользователя &lt;данные изъяты&gt; в приложении &lt;данные изъяты&gt;, и выполняющему роль «куратора» и «кадрового менеджера» в интересах интернет-магазина &lt;данные изъяты&gt;, по поводу трудоустройства в интернет-магазин &lt;данные изъяты&gt; в качестве «курьера» наркотических средств. После обсуждения условий работы в интернет-магазине, неустановленное следствием лицо № 2 предложило ФИО3, ФИО1, ФИО2, внести денежный залог для трудоустройства в указанный интернет-магазин и начала совместной преступной деятельности, связанной с незаконным сбытом наркотических средств. ФИО3, совместно с ФИО1 и ФИО2 являясь потребителями наркотических средств растительного происхождения, испытывая материальные затруднения, желая иметь неограниченный доступ к наркотическим средствам и обогатиться преступным путем, понимая действующую иерархическую структуру организованной группы, в которой каждый участник организованной группы выполняет только ему определенную роль в системе организации незаконных сбытов наркотических средств, осознавая общественную опасность своих действий, выразили свое согласие и в качестве залога внесли 10 000 рублей на неустановленный в ходе следствия банковский счет в пользу интернет-магазина &lt;данные изъяты&gt; и добровольно вошли в состав созданной и руководимой неустановленным следствием лицом № 1 организованной группы в должности «курьера». Согласно отведенной ФИО3, ФИО1, ФИО2 роли «курьера» наркотических средств, в обязанности последних входило: получать оптовые партии наркотического средства, при необходимости фасовать их на розничные партии, помещать данное наркотическое средство в тайники для получения непосредственно их потребителями, приобретающих данные вещества через интернет-магазин &lt;данные изъяты&gt;, расположенный по адресу &lt;данные изъяты&gt;, после чего отправлять отчет неустановленному лицу, выполняющему роль «куратора» и «кадрового менеджера» о выполненной работе, тем самым, получая за данную незаконную деятельность денежное вознаграждение в размере от 700 до 1000 рублей за один оборудованный ими тайник на биткоин кошелек, а также неограниченный доступ к наркотическим средствам. После успешного вхождения в состав организованной группы ФИО3, ФИО1, ФИО2 в период с 11 марта 2023 до 18 мая 2023 для работы в должности «курьера» и удобства общения между собой, не распределяя между собой преступные роли в приложении &lt;данные изъяты&gt; создали общий чат под названием &lt;данные изъяты&gt;, а также, с целью конспирации, фасовки и хранения наркотических средств 05 марта 2023 арендовали бокс (гаражное помещение) &lt;адрес&gt;. После чего, примерно 03 апреля 2023 ФИО3, ФИО1, ФИО2 в ходе переписки в приложении &lt;данные изъяты&gt; с неустановленным лицом № 2, была предложена должность «склада» не прекращая выполнять обязанности в качестве «курьера». Так, в обязанности ФИО3, ФИО1, ФИО2 входило: по указанию неустановленного лица №2, поступавших в приложении &lt;данные изъяты&gt;, получать оптовые партии наркотических средств, фасовать их на меньшие по объему оптовые партии, и последующее размещение указанных веществ в тайниках в целях обеспечения поставок данных наркотических средств для других «курьеров», после чего сообщать неустановленному лицу №2 в указанном выше мессенджере полную информацию о месте нахождения оборудованного тайника, тем самым получая за данную незаконную деятельность денежное вознаграждение на счет биткоин-кошелька, на что ФИО3, ФИО1 и ФИО2 дали свое согласие, тем самым стали выполнять обязанности «склада» и «курьера». 01 июля 2023 в утреннее время ФИО4, используя мобильный телефон марки «iPhone», находясь на сайте &lt;данные изъяты&gt;, обратилась к неустановленному лицу № 2, использующему имя пользователя &lt;данные изъяты&gt; в приложении &lt;данные изъяты&gt;, и выполняющему роль «куратора» и «кадрового менеджера» в интересах интернет-магазина &lt;данные изъяты&gt;, по поводу трудоустройства в данный магазин в качестве «курьера» наркотических средств. После обсуждения условий работы в интернет-магазине, неустановленное следствием лицо № 2 предложило ФИО4, внести денежный залог для трудоустройства в указанный интернет-магазин и начать совместную преступную деятельность, связанную с незаконным сбытом наркотических средств. ФИО4, испытывая материальные затруднения, желая обогатиться преступным путем, понимая действующую иерархическую структуру организованной группы, в которой каждый участник организованной группы выполняет только ему определенную роль в системе организации незаконных сбытов наркотических средств, осознавая общественную опасность своих действий, предвидя неизбежность наступления общественно опасных последствий и желая их наступления, выразила свое согласие и в качестве залога внесла 7 848 рублей на неустановленный в ходе следствия банковский счет в пользу интернет-магазина &lt;данные изъяты&gt;, тем самым добровольно вошла в состав созданной и руководимой неустановленным следствием лицом № 1 организованной группы в должности «курьера». Согласно отведенной ФИО4 роли «курьера» наркотических средств, в обязанности последней входило: получать уже фасованные на розничные партии наркотического средства, помещать данное наркотическое средство в тайники для получения непосредственно их потребителями, приобретающих данные вещества через интернет-магазин &lt;данные изъяты&gt;, расположенный по адресу &lt;данные изъяты&gt;, после чего отправлять отчет неустановленному лицу № 2, о выполненной работе, тем самым, получая за данную незаконную деятельность денежное вознаграждение в размере от 800 до 1000 рублей за один оборудованный ею тайник. 04 июля 2023 в 05 часов 31 минуту неустановленное лицо № 2 в приложении &lt;данные изъяты&gt; создало общий чат под названием &lt;данные изъяты&gt;, в который добавило контакт с именем пользователя &lt;данные изъяты&gt;, принадлежащий ФИО3, ФИО1 и ФИО2, выполняющих роли «склада» и «курьера», а также контакт с именем пользователя &lt;данные изъяты&gt;, принадлежащий ФИО4, выполняющей роль «курьера». Неустановленное следствием лицо № 1, являющееся руководителем организованной группы, путем пересылки почтовых отправлений организовало поставку на территорию различных районов Сахалинской области, наркотических средств синтетического и растительного происхождения, в необходимом для успешного функционирования организованной группы количестве. Созданная неустановленным следствием лицом № 1 организованная группа, включающая в себя ФИО3, ФИО1, ФИО2, ФИО4 и иных неустановленных следствием лиц, характеризовалась: -соблюдением мер конспирации, представляющих собой специфические нормы и правила поведения, передаваемые участниками между собой посредствам сообщений в программе мгновенного обмена сообщениями &lt;данные изъяты&gt;, отсутствием личных взаимоотношений между сотрудниками интернет-магазина &lt;данные изъяты&gt; поддержания связи между собой, потребителями наркотических средств и вышестоящими в иерархической структуре лицами только бесконтактным способом посредством сети «Интернет» путем обмена электронными сообщениями в интернет мессенджерах; -наличием единого преступного умысла, направленного на систематический незаконный сбыт наркотических средств синтетического и растительного происхождения, с целью получения финансовой выгоды; -структурированностью, выражающейся в иерархической цепи организованной группы под единым руководством, определении ролей в соответствии со специализацией при выполнении конкретных действий при совершении преступлений, в стабильности состава и согласованности действий, наличии постоянных устойчивых связей между участниками, поддерживаемых путем регулярного нахождения онлайн в сети «Интернет», обмена информацией, получения оперативных указаний, доведения информации до всех участников на каждом этапе преступной деятельности; -тщательностью при планировании, подготовке и совершении преступлений; -общностью криминальных интересов, заключавшихся в незаконном обогащении за счет совершения особо тяжких преступлений, систематического сбыта наркотических средств, превращении указанной незаконной деятельности для соучастников в преступный промысел и основной источник дохода; -устойчивостью, выражающейся в осуществлении преступной деятельности на протяжении длительного периода определенным составом участников; -наличием постоянных, бесперебойных каналов поставок наркотических средств, стабильно функционирующей сети сбыта наркотических средств, о чем свидетельствуют размеры разовых поставок наркотических средств и общее количество наркотических средств, изъятых у участников организованной группы при пресечении ее преступной деятельности, а также преступные доходы её участников; -взаимозаменяемостью участников преступной группы, когда в случаях выбывания по каким-либо причинам одних участников их функции начинали осуществлять другие соучастники; -длительностью и продолжительностью преступной деятельности организованной группы, существовавшей порядка трех лет в период с 15 июля 2020 по 04 июля 2023 года; С момента вступления в созданную и руководимую неустановленным лицом № 1 организованную группу, то есть с 01 марта 2023 по 04 июля 2023 на территории г. Южно-Сахалинска и Сахалинской области ФИО3 и иными членами организованной группы под руководством неустановленного следствием лица № 1 было совершено умышленное особо тяжкое преступление в сфере незаконного оборота наркотических средств при следующих обстоятельствах. Так, ФИО3 совместно с ФИО1 и ФИО2, с момента вступления в организованную группу, находясь на территории г. Южно-Сахалинска Сахалинской области, получая от неустановленного лица, действовавшего в интересах интернет-магазина &lt;данные изъяты&gt;, почтовые отправления с оптовыми партиями наркотического средства синтетического и растительного происхождения, фасовали его на более мелкие оптовые партии, а так же розничные закладки, которые впоследствии помещали в различные тайники находящиеся на территории г. Южно-Сахалинска и г. ФИО8, фиксируя их местонахождение и с помощью приложения &lt;данные изъяты&gt; отправляли фотоизображения тайников и их описание неустановленному лицу № 2, которое свою очередь, размещало их на страницах интернет-сайта магазина &lt;данные изъяты&gt;, тем самым реализуя указанные наркотические средства неустановленным в ходе следствия потребителям. 17 мая 2023 в период с 13 часов 00 минут до 19 часов 55 минут ФИО3, совместно с ФИО1 и ФИО2 в приложении &lt;данные изъяты&gt; установленном на мобильном телефоне марки «OUKITEL», получил от неустановленного лица № 2, неустановленный в ходе следствия трек-номер почтового отправления со смесью, содержащей в своем составе наркотическое средство мефедрон (4-метилметкатинон), общей массой не менее 42,88 грамма, которое находилось &lt;адрес&gt;. Реализуя совместный преступный умысел, направленный на незаконный сбыт наркотических средств, с использованием информационно-телекоммуникационных сетей (включая сеть «Интернет»), в крупном размере, организованной группой ФИО3 совместно с ФИО1 и ФИО2 выполняя указания неустановленного лица № 2, в указанный период времени, при помощи неустановленного доверенного лица, осуществили получение данной посылки со смесью, содержащей в своем составе наркотическое средство мефедрон (4-метилметкатинон), общей массой не менее 42,88 грамма, после чего с целью дальнейшего сбыта перенесли в бокс &lt;адрес&gt;. Далее в период с 17 мая 2023 до 04 июля 2023 года, ФИО3 совместно с ФИО1 и ФИО2, находясь в боксе &lt;адрес&gt;, выполняя отведенную им в составе организованной группы роль «склада» и «курьера», действуя согласно указаний неустановленного следствием лица № 2 полученных путем электронных сообщений посредством сети «Интернет», в приложении &lt;данные изъяты&gt; установленном на мобильном телефоне марки «OUKITEL», полученную ими при вышеописанных обстоятельствах смесь, содержащую в своем составе наркотическое средство мефедрон (4-метилметкатинон), общей массой не менее 42,88 грамма, с целью дальнейшего сбыта, используя специально приобретенные для фасовки наркотика упаковочный материал и электронные весы, расфасовали в не менее чем 8 бесцветных полимерных пакетов с застежкой, часть из которых в неустановленном количестве разместили в различных неустановленных местах г. Южно-Сахалинска и г. ФИО8, а оставшуюся часть смеси, содержащей в своем составе наркотическое средство мефедрон (4-метилметкатинон), общей массой 42,88 грамма продолжили хранить с целью дальнейшего сбыта, как в помещении вышеуказанного бокса, так и в салоне автомобиля марки &lt;данные изъяты&gt;, государственный регистрационный знак №, припаркованном в данном гаражном боксе, изыскивая места для оборудования тайников с наркотическим средством и готовясь его сбыть. Таким образом, ФИО3, ФИО1, ФИО2 являясь участниками организованной группы, совместно с другими участниками организованной группы под руководством неустановленного лица № 1, умышленно, совершили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в крупном размере, однако при этом довести преступные намерения, направленные на незаконный сбыт наркотического средства не смогли по независящим от них обстоятельствам, так как их преступные действия были пресечены сотрудниками правоохранительных органов, они задержаны, а указанное наркотическое средство изъято из незаконного оборота. Так, 04 июля 2023 года в период с 15 часов 20 минут до 16 часов 05 минут в результате обследования гаражного помещения гаражного кооператива, расположенного &lt;адрес&gt;, сотрудниками УКОН УМВД России по Сахалинской области обнаружены и изъяты 2 свертка с веществом. Согласно заключению эксперта ЭКЦ УМВД России по Сахалинской области № от 25.08.2023: вещества, содержащиеся в двух пакетах с застежкой №5 и №6 (Пакет №5) являются смесями, содержащими в своем составе наркотическое средство мефедрон (4-метилметкатинон), масса изъятых смесей, составила: 36,0 грамма (пакет с застежкой №5) и 0,13 грамма (пакет с застежкой №6). 04 июля 2023 года в период с 16 часов 10 минут до 16 часов 50 минут в результате обследования автомобиля марки &lt;данные изъяты&gt;, г/н №, расположенного &lt;адрес&gt;, сотрудниками УКОН УМВД России по Сахалинской области обнаружены и изъяты 6 свертков с веществом. Согласно заключению эксперта ЭКЦ УМВД России по Сахалинской области № от 25.08.2023: вещества, содержащиеся в шести пакетах с застежкой №№ 1 – 6 (Пакет №1) являются смесями, содержащими в своем составе наркотическое средство мефедрон (4-метилметкатинон), масса изъятых смесей, составила: 0,48 грамма (пакет с застежкой №1), 0,53 грамма (пакет с застежкой №2), 0,57 грамма (пакет с застежкой №3), 0,52 грамма (пакет с застежкой №4), 0,58 грамма (пакет с застежкой №5) и 4,07 грамма (пакет с застежкой №6).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Они же (ФИО3, ФИО1 и ФИО2) 01 июля 2023 в утреннее время в приложении &lt;данные изъяты&gt; установленном на мобильном телефоне марки «OUKITEL», получили от неустановленного лица № 2, номер почтового отправления «№, данные отправителя: ФИО г. &lt;адрес&gt;, получатель ФИО», с находящимся внутри наркотическим средством - гашиш (анаша, смола каннабиса) в 4х свертках общей массой не менее 272,49 грамма, которое находилось в отделении службы доставки &lt;адрес&gt;. Реализуя совместный преступный умысел, направленный на незаконный сбыт наркотических средств, с использованием информационно-телекоммуникационных сетей (включая сеть «Интернет»), в крупном размере, организованной группой, ФИО3, совместно с ФИО1, ФИО2, выполняя указания неустановленного лица № 2, 01 июля 2023 в утреннее время, при помощи неустановленного лица, осуществили получение данной посылки с наркотическим средством - гашиш (анаша, смола каннабиса) содержащимся в 4-х свертках общей массой не менее 272,49 грамма, после чего с целью дальнейшего сбыта перенесли указанное наркотическое средство в бокс &lt;адрес&gt;. В период времени с 10 часов 00 минут 01 июля 2023 до 13 часов 00 минут 04 июля 2023 ФИО3, действуя совместно и согласованно с ФИО1 и ФИО2, находясь в помещении гаражного бокса &lt;адрес&gt;, часть наркотического средства гашиш (анаша, смола каннабиса) в неустановленном количестве употребили, согласно имеющейся между ними и неустановленным лицом, выполняющим роль «куратора» в интернет-магазине &lt;данные изъяты&gt;, договоренности о неограниченном доступе к получаемым под реализацию наркотическим средствам, изготовив из него наркотическое средство-масло каннабиса (гашишное масло) для собственного употребления. Оставшееся наркотическое средство - гашиш (анаша, смола каннабиса) содержащееся в 4-х свертках общей массой 272,49 грамма ФИО3, ФИО1 и ФИО2, действуя в составе организованной группы, ожидая указаний от неустановленного лица № 2, продолжили хранить с целью дальнейшего сбыта, в помещении вышеуказанного гаражного бокса, изыскивая места для оборудования тайников с наркотическим средством и готовясь его сбыть. Таким образом, ФИО3, ФИО1 и ФИО2 являясь участниками организованной группы, совместно с другими участниками организованной группы под руководством неустановленного лица № 1, умышленно, совершили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в крупном размере, однако при этом довести преступные намерения, направленные на незаконный сбыт наркотического средства не смогли по независящим от них обстоятельствам, так как их преступные действия были пресечены сотрудниками правоохранительных органов, они задержаны, а указанное наркотическое средство изъято из незаконного оборота. Так, 04 июля 2023 года в период с 15 часов 20 минут до 16 часов 05 минут в результате обследования гаражного помещения гаражного кооператива, расположенного &lt;адрес&gt;, сотрудниками УКОН УМВД России по Сахалинской области обнаружены и изъяты 4 свертка с веществом. Согласно заключению эксперта ЭКЦ УМВД России по Сахалинской области № от 25.08.2023: вещества, содержащиеся в четырех пакетах с застежкой №№ 1 – 4 (Пакет №5), изъятые 04 июля 2023 года в результате обследования гаражного помещения гаражного кооператива, расположенного &lt;адрес&gt;, являются наркотическим средством гашиш (анаша, смола каннабиса) масса изъятого составила: 94,8 грамма (пакет с застежкой №1), 91,3 грамма (пакет с застежкой №2), 85,0 грамма (пакет с застежкой №3) и 1,39 грамма (пакет с застежкой №4).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Они же (ФИО3, ФИО1 и ФИО2) 01 июля 2023 в утреннее время, являясь членами организованной группы, работая в должности «курьера» и «склада» на интернет-магазин под названием &lt;данные изъяты&gt; в приложении &lt;данные изъяты&gt; получили от «куратора» данного магазина, имеющего имя пользователя &lt;данные изъяты&gt; указание о необходимости получения почтового отправления, с наркотическим средством - гашиш (анаша, смола каннабиса), общей массой не менее 272,49 грамма, которое находилось в отделении службы доставки &lt;адрес&gt;. После чего 01 июля 2023 в утреннее время ФИО3 совместно с ФИО1, ФИО2, при помощи неустановленного лица, осуществили получение данной посылки с наркотическим средством - гашиш (анаша, смола каннабиса), общей массой не менее 272,49 грамма и с целью дальнейшего сбыта перенесли в бокс &lt;адрес&gt;. В период времени с 10 часов 00 минут 01 июля 2023 до 13 часов 00 минут 04 июля 2023 у ФИО3 совместно с ФИО1 и ФИО2, находящихся в боксе &lt;адрес&gt;, возник совместный преступный умысел, направленный на незаконное изготовление из полученного при вышеописанных обстоятельствах наркотического средства гашиш (анаша, смола каннабиса), наркотического средства масло каннабиса (гашишное масло) в значительном размере и последующее его хранение без цели сбыта, с целью совместного употребления. Реализуя который ФИО3 ФИО1 и ФИО2, в вышеуказанный период времени, находясь в боксе &lt;адрес&gt;, действуя группой лиц по предварительному сговору, согласно имеющейся между ними и неустановленным лицом, выполняющим роль «куратора» в интернет-магазине &lt;данные изъяты&gt;, договоренности о неограниченном доступе к получаемым под реализацию наркотическим средствам, не распределяя между собой преступные роли, осознавая общественную опасность своих действий, предвидя неизбежность наступления общественно опасных последствий и желая их наступления, изготовили вышеуказанное наркотические средство при следующих обстоятельствах. Так, ФИО3, осуществляя совместный преступный умысел, отделив от полученного при вышеуказанных обстоятельствах наркотического средства гашиш (анаша, смола каннабиса) его часть в неустановленном количестве, поместил данный наркотик в металлическую миску, предварительно раскрошив его для скорейшей экстракции и передал ФИО1 и ФИО2 Последние в свою очередь выпарили данный наркотик, используя неустановленные в ходе следствия металлическую миску, растворитель, газовую плитку и кусок ткани. Так, ФИО1 держал металлическую миску с наркотическим средством над включенной газовой плитой, пока ФИО2 наливал растворитель в миску, процеживая его через кусок ткани, в результате получив из вышеуказанного наркотического средства гашиш (анаша, смола каннабиса), наркотическое средство масло каннабиса (гашишное масло). Таким образом, ФИО3, ФИО1 и ФИО2 незаконно, умышленно, без цели сбыта, группой лиц по предварительному сговору, изготовили наркотическое средство - масло каннабиса (гашишное масло) общей массой не менее 0,54 грамма в значительном размере. Изготовленное при вышеописанных обстоятельствах наркотическое средство - масло каннабиса (гашишное масло) общей массой не менее 0,54 грамма, ФИО2, действуя совместно и согласованно с ФИО1 и ФИО3, для удобства употребления смешал с частицами табака, получив смесь измельченных частиц табака и наркотического средства масло каннабиса (гашишное масло), общей массой не менее 1,84 грамма, которую с целью удобства хранения расфасовал в 3 свертка, после чего ФИО3, ФИО1 и ФИО2 частично употребили данную наркосодержащую смесь путем курения в неустановленном количестве. Оставшуюся смесь измельченных частиц табака и наркотического средства масло каннабиса (гашишное масло), общей массой 1,84 грамма, в значительном размере ФИО3, ФИО1 и ФИО2, стали хранить в помещении бокса &lt;адрес&gt;, а так же в салоне автомобиля марки &lt;данные изъяты&gt; государственный регистрационный знак №, расположенного в указанном гаражном боксе, вплоть до момента обнаружения и изъятия сотрудниками УКОН УМВД России по Сахалинской области. Так, 04 июля 2023 года в период с 15 часов 20 минут до 16 часов 05 минут в результате обследования гаражного помещения гаражного кооператива, расположенного &lt;адрес&gt;, сотрудниками УКОН УМВД России по Сахалинской области обнаружены и изъяты 2 свертка с веществом. Согласно заключению эксперта ЭКЦ УМВД России по Сахалинской области № от 25.08.2023 года: вещества, содержащиеся в двух свертках из фрагментов фольги №7 и №8 (Пакет №5), изъятые 04 июля 2023 года в результате обследования гаражного помещения гаражного кооператива, расположенного &lt;адрес&gt;, являются смесями измельченных частей табака и наркотического средства масло каннабиса (гашишное масло). Масса изъятых смесей составила: 0,21 грамма (сверток №7) и 1,09 грамма (сверток №8). Масса масла каннабиса (гашишного масла), содержащегося в смесях с частями табака, составила: 0,06 грамма (сверток №7) и 0,32 грамма (сверток №8). 04 июля 2023 года в период с 16 часов 10 минут до 16 часов 50 минут в результате обследования автомобиля марки &lt;данные изъяты&gt;, г/н №, расположенного &lt;адрес&gt;, сотрудниками УКОН УМВД России по Сахалинской области обнаружен и изъят 1 сверток с веществом. Согласно заключению эксперта ЭКЦ УМВД России по Сахалинской области № от 25.08.2023: вещество, содержавшееся в бумажном свертке (Пакет №4), является смесью измельченных частей табака и наркотического средства масло каннабиса (гашишное масло). Масса изъятой смеси составила 0,54 грамма. Масса масла каннабиса (гашишного масла), содержащегося в смеси с частями табака, составила 0,16 грамма.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04 июля 2023 года задержанный ФИО3, добровольно согласился участвовать совместно с сотрудниками УКОН УМВД России по Сахалинской области в оперативно-розыскном мероприятии «оперативный эксперимент», в ходе которого предоставил учётную запись &lt;данные изъяты&gt; с именем пользователя &lt;данные изъяты&gt;, принадлежащую ему, ФИО1 и ФИО2, где они, как «курьеры» и «склады» были добавлены в общий чат под названием &lt;данные изъяты&gt;. 05 июля 2023 в период времени с 13 часов 30 минут по 13 часов 50 минут сотрудниками УКОН УМВД России по Сахалинской области с участием ФИО3, в рамках проведения оперативно-розыскного мероприятия «оперативный эксперимент», проводимого с целью установления иных участников преступной группы, был подготовлен муляж: пять прозрачных полимерных пакетов с застежками типа «ZipLock», внутри каждого из которых помещена соль для ванн. Далее каждый из данных пакетов обмотан клейкой лентой зеленого цвета, после чего они помещены в прозрачный полимерный пакет с застежкой типа «ZipLock». Далее данный пакет с муляжом, имитирующим пять свертков с наркотическим средством, обмотан клейкой лентой, который был помещен на участке местности, расположенном &lt;адрес&gt;. После чего 05 июля 2023 в 15 часов 16 минут в приложении &lt;данные изъяты&gt; в группе &lt;данные изъяты&gt; сотрудниками УКОН УМВД России по Сахалинской области в рамках проведения оперативно-розыскного мероприятия «оперативный эксперимент», используя имя пользователя &lt;данные изъяты&gt;, отправлено сообщение &lt;данные изъяты&gt;, затем в 15 часов 17 минут сообщение «ждем работы», для контакта с именем пользователя &lt;данные изъяты&gt; принадлежащего ФИО4, и выполняющей роль «курьера». ФИО4, являясь членом организованной группы, созданной и руководимой неустановленным следствием лицом № 1, в соответствии с отведенной ей ролью «курьера», с целью реализации преступного умысла, направленного на незаконный сбыт наркотических средств, 05 июля 2023 года в 15 часов 28 минуты, получила на принадлежащий ей мобильный телефон марки «iPhone» от контакта с именем пользователя &lt;данные изъяты&gt;, принадлежащего ФИО3, ФИО1 и ФИО2, электронное сообщение, о нахождении тайника-закладки со смесью содержащей в своем составе мефедрон (4-метилметкатинон), общей массой не менее 2,5 грамма, оборудованного при вышеописанных обстоятельствах сотрудниками УКОН УМВД России по Сахалинской области в рамках оперативно-розыскного мероприятия «оперативный эксперимент» на участке местности, расположенном &lt;адрес&gt;. После этого, 05 июля 2023 года в 18 часов 30 минут ФИО4, действуя согласно полученных от неустановленного лица № 2, указаниям, находясь на участке местности, расположенном &lt;адрес&gt;, с целью последующего незаконного сбыта наркотических средств, обнаружила и забрала сверток содержащий в себе муляж наркотического средства, который ранее поместили сотрудники УКОН УМВД России по Сахалинской области, после чего была задержана последними. Таким образом, ФИО4, являясь участником организованной группы, совместно с другими участниками организованной группы под руководством неустановленного лица № 1, умышленно, совершила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в значительном размере, однако при этом довести преступные намерения, направленные на незаконный сбыт наркотического средства не смогла по независящим от нее обстоятельствам, так как ее преступные действия были пресечены сотрудниками правоохранительных органов, она задержана, а указанное наркотическое средство изъято из незаконного оборота. Так, 05 июля 2023 года в период времени с 18 часов 54 минуты по 19 часов 20 минут в ходе личного досмотра ФИО4 в кабинете № по адресу: &lt;данные изъяты&gt;, проведенного сотрудниками УКОН УМВД России по Сахалинской области в правом кармане джинс был обнаружен сверток выполненный из липучей ленты черного цвета, внутри которого находилось 5 пакетиков с кристаллообразным веществом белого цвета, обмотанный каждый зеленой липучей лентой. Согласно заключению эксперта ЭКЦ УМВД России по Сахалинской области № от 25.08.2023: в веществах, содержащихся в пакетах с застежкой №№ 40 – 44 (Пакет №9), изъятых 05 июля 2023 года в результате личного досмотра, досмотра вещей и багажа ФИО4, наркотических средств, психотропных веществ и их производных, схожих с ними по химической структуре веществ, прекурсоров, сильнодействующих и ядовитых веществ не выявлено. В судебном заседании подсудимые ФИО3 ФИО1, ФИО2 и ФИО4, вину по предъявленному обвинению признали в полном объеме, в содеянном раскаялись, от дачи показаний отказались, воспользовавшись правом, предусмотренным ст. 51 Конституции РФ. Помимо признательной позиции подсудимых, виновность ФИО3 ФИО1, ФИО2 и ФИО4 в совершении инкриминируемых им преступлений подтверждается совокупностью доказательств, исследованных в судебном заседании. Так, из показаний, данных ФИО3 в ходе предварительного расследования при допросах в качестве подозреваемого и обвиняемого, которые после оглашения в судебном заседании в порядке п.3 ч.1 ст. 276 УПК РФ он полностью подтвердил, следует, что у него есть знакомые ФИО2 и ФИО1, с которыми он общается около двух с половиной лет. Ему известно, что ФИО2 и ФИО1 являются потребителями наркотика «марихуана». Он, ФИО1 и ФИО2 испытывая финансовые трудности, решили устроится в магазин под названием &lt;данные изъяты&gt; 01.03.2023 года около 10 часов 00 минут они написали куратору данного магазина имеющего имя пользователя &lt;данные изъяты&gt;, что они хотят устроится в данный магазин в должности курьеров находясь в машине у ФИО3 Чтобы вступить в должность курьера в данный магазин они втроем сложились общей суммой 10 000 рублей, данная сума была необходима в качестве залога, после чего в тот же день 01.03.2023 года они втроем при помощи банкомата, осуществили перевод в качестве залога на банковский счет, который им скинул куратор данного магазина в ходе переписке на интернет-сайте данного магазина. Переписку с куратором вел он сам, однако ФИО1 и ФИО2 присутствовали при этом и видели все общение с куратором. Они сразу же определились перед куратором, что работать будет не один человек, а трое под одной учетной записью. Перед тем как устроится в магазин, куратор имеющий имя пользователя &lt;данные изъяты&gt; пояснил, что анкетирование проходить не нужно, затем пояснил, как делать тайники закладки, обучил их мерам конспирации, указал, что для выполнения работы ему, ФИО1 и ФИО2 необходимо установить приложение &lt;данные изъяты&gt;, с помощью которого они должны будут вести переписку с ним, указал о необходимости создания криптокошелька, чтобы туда приходили деньги за выполненную для магазина работу, так же разъяснил как при помощи таксистов забирать почтовые отправления присылаемые для них, разъяснил что будет входить в их обязанности в качестве курьеров, а именно выполнять его указания, получать почтовые отправления с наркотиком, дальше фасовать на мелкие партии по указанию куратора, затем оборудовать тайники, описывать их места и скидывать куратору, чтобы тот направлял данное описание потенциальным покупателям/потребителям наркотиков данного магазина и за это получать от 700 до 1000 рублей за один оборудованный тайник. Уточнил, что в период с 01.03.2023 до 02.05.2023 года в его телефоне в приложении &lt;данные изъяты&gt; переписки с куратором имеющим имя пользователя &lt;данные изъяты&gt; нет, так как в данном приложении имеется функция автоматического удаления сообщений. 11 марта 2023 года он для удобства работы и общения, между ними, а именно им, ФИО1 и ФИО2 создал группу в мессенджере &lt;данные изъяты&gt; под названием &lt;данные изъяты&gt;. В группе &lt;данные изъяты&gt; под ником &lt;данные изъяты&gt; был ФИО1 под ником &lt;данные изъяты&gt; был он, а под ником &lt;данные изъяты&gt; был ФИО2 В данной группе они вели переписку между собой по поводу проделанной ими работы. Обязанности между собой они не распределяли. Они совместно получали наркотик, фасовали его и делали тайники-закладки в различных местах г. Южно-Сахалинска и г. ФИО8. От того, что они совместно все делали, работа по распространению наркотиков шла быстрее и они успевали в короткое время оборудовать большое количество тайников с наркотиком от чего могли зарабатывать больше денег. Также, в данной группе была учетная запись &lt;данные изъяты&gt;, на которую они пересылали номера почтовых отправлений с наркотическим средством, данную учетную запись создали они сами, чтобы отдельно вести учет посылок. Примерно 03.04.2023 года от их куратора им троим поступило предложение занять должность склада, в обязанности которого входило то же самое, что и у курьера, только нужно было получать почтовые отправления более большим весом и фасовать его также на более крупные партии, затем организовывать тайники для других курьеров, при этом им было предложено не прекращать обязанности курьера, по поводу повышения зарплаты они с куратором не обсуждали, но он надеялся, что та будет больше, об этом он сообщил ФИО1 и ФИО2, на что те дали свое согласие о совмещении должности и с тех пор они втроём стали работать как курьерами, так и складами. В период с 01.03.2023 по 04.07.2023 года они втроем по указанию их куратора работая в должности курьеров и складов получали оптовые посылки, фасовали их на мелкие партии, отчет о проделанной работе отправляли своему куратору, действовали по его указанию, указания от того были в основном в формате «МК 5 0,5», что означало оборудовать мастер клад: 5 свертков по 0,5 грамма различного наркотика в зависимости от его указаний, так как распространяли, как наркотик мефедрон, так и гашиш, марихуану (бошки) и марки. Куратор разрешал им брать для собственного употребления наркотик, который присылал им для реализации, что они и делали, но брали и употребляли только наркотик исключительно растительного происхождения (бошки, гашиш). Наркотик под названием «марихуана (бошки)» который был изъят в ходе личного досмотра у ФИО1 и в его машине, это остатки наркотика, который ФИО1 приобрел в каком-то магазине в день их задержания, который тот самостоятельно употреблял, об этом он узнал по факту, когда обнаружили у того данный наркотик, а также у него в салоне машины, так как все втроем ездили на ней. Им с ФИО5, ФИО1 данный наркотик употребить не предлагал и о том, что тот часть данного наркотика положил в машину он не знал. За все время работы они втроем заработали примерно 800 000 рублей на троих и поделили их поровну, ничего себе на них они не приобрели, всё потратили на продукты питания, алкоголь сигареты, бензин. Чтобы получать деньги за проделанную работу, по указанию их куратора он создал криптокошелек, номер №, к которому имели доступ он, ФИО1 и ФИО2 В период с 01.03.2023 до 05.05.2023 года получая биткоины на криптокошелек они деньги не выводили, так как боялись, что если будут выводить деньги на банковские карты, которые открыты на их имена, то смогут привлечь к себе внимание правоохранительных органов. Ни он, ни ФИО1 и ФИО6 не знали, как выводить с криптокошелька деньги наличными, не привлекая внимания правоохранителей, для этого они совместно примерно 17.05.2023 года решили найти человека, который будет им конвертировать биткоины в рубли генерируя их в QR-Кода, об этом им подсказали в одном из «&lt;данные изъяты&gt; каналов». Так он в присутствии ФИО1 и ФИО2 в мессенджере «&lt;данные изъяты&gt;» нашел неизвестного парня, который сказал, что поможет им в данной ситуации, при этом тот будет брать за обналичивания свой процент, после чего тот сказал им создать группу в приложении &lt;данные изъяты&gt;, где они будут дальше вести диалог по поводу обналичивания денег, за данный период они втроем, он, ФИО1 и ФИО5 перечисляли биткоины на криптокошельки, которые им присылал неизвестный, после чего тот присылал в данную группу QR-кода, при помощи которых они в различных банкоматах банка «&lt;данные изъяты&gt;» г. Южно-Сахалинска снимали наличными деньги различными суммами от 100 000 рублей до 200 000 рублей, где находятся данные банкоматы он не помнит. По факту изготовления и хранении наркотика «Гашишного масла», которое было изъято у них в ходе обследования его машины и гаража уточняет, что изготовили данный наркотик он вместе с ФИО1 и ФИО2 при следующих обстоятельствах: 01.07.2023 года около 10 часов 00 минут, они с ФИО1 и ФИО2 при помощи неизвестного им водителя осуществили получение посылки с наркотиком «Гашиш» для его дальнейшей реализации, после чего принесли его в гараж чтобы расфасовать. Данный гараж они арендовали сразу после трудоустройства в магазин, примерно 05 марта 2023 года для их преступной деятельности. 01.07.2023 года они втроем около 21 часа 00 минут находясь в данном гараже, решили употребить часть полученного при вышеуказанных обстоятельствах наркотика, путем его выпаривая и смешивания с табаком, так куратор знал, что они втроем являются потребителями наркотиков растительного происхождения, то разрешал им часть его употреблять. Кто конкретно предложил употребить и изготовить данный наркотик он не помнит, но все втроем согласились на это, после чего часть полученного наркотика, они отделили от основной массы, затем при помощи газовой плитки и ингридиентов выпарили из наркотика «гашиш» наркотик «гашишное масло», после чего смешали его с табаком и расфасовали в три свертка, таким образом получив смесь табака и гашишного масла. На весь процесс изготовления у них ушло около одного часа. Данные свертки они хранили в помещении гаража и салоне его автомобиля, часть его, употребили путем курения за час до их задержания 04.07.2023 года. Роли при изготовлении наркотика и его хранении они втроем не распределяли, все принимали в этом участии, кто-то выпаривал, кто-то держал миску, кто-то затирал. Откуда взяли предметы, при помощи которых изготовили данный наркотик он не помнит, но в настоящий момент у них их нет, так данные предметы пришли в негодность и они выкинули их, куда не помнит. 04 июля 2023 года около 13 часов 00 минут он, ФИО2 и ФИО1 находились около гаражного помещения гаражного кооператива, расположенного &lt;адрес&gt;, в это время к ним подошли молодые люди, которые представились сотрудниками полиции, показав при этом свои служебные удостоверения, и предложили проехать в Управление полиции для дальнейшего разбирательства. Далее он и ребята были доставлены в отдел полиции, где в ходе его личного досмотра был обнаружен и изъят его сотовый телефон марки «OUKITEL» и ключ от автомобиля марки &lt;данные изъяты&gt;, г/н №. Далее, с его участием, и с участием ФИО2 и ФИО1, сотрудники полиции провели обследование гаражного помещения гаражного кооператива, расположенного &lt;адрес&gt;, в ходе которого было обнаружено и изъято: почтовое отправление с полимерной ёмкостью, три пары перчаток, электронные весы (2 шт.), пять мотков клейкой ленты, три пластиковые ложки, множество полимерных пакетов, два канцелярских ножа, три мерных стаканчика (данные предметы предназначались для расфасовки наркотиков для последующего сбыта); четыре полимерных пакета с наркотиком «гашиш», один полимерный пакет с наркотиком «меф» и два свертка с наркотиком «химка». Наркотики «меф» и «гашиш» предназначались для дальнейшей организации тайников-закладок, а наркотик «химка» был изготовлен ими из наркотика «гашиш» для личного употребления. Также пояснил, что интернет-магазин, на который они работали, разрешил им взять небольшую часть наркотика «гашиш» в счет заработной платы, чтобы в последующем употребить данный наркотик. Далее, сотрудниками полиции в присутствии двух незаинтересованных лиц было проведено обследование автомобиля &lt;данные изъяты&gt;, г/н №, который находился в вышеуказанном гаражном помещении и принадлежит ему. В ходе обследования обнаружено и изъято: две папиросы с наркотиком «бошки» (данный наркотик принадлежит ему, ФИО1 и ФИО2 для личного употребления), сверток с наркотиком «химка» (данный наркотик они изготовили при вышеуказанных обстоятельствах), связка ключей (ему не принадлежит), два мобильных телефона, пять свертков с наркотиком «меф», договор на услуги связи «Tele2», три банковские карты, которые принадлежат ему. Дополнил, что в его в мобильном телефоне сохранилась информация, связанная с их преступной деятельностью. С первого дня работы «Курьером» по настоящее время он заработал около 300 тысяч рублей. Вину в совершении преступлений он признает в полном объеме. В содеянном раскаивается. Впредь подобного обязуется не совершать. 04.07.2023 года после их задержания он добровольно согласился помочь оперативным сотрудникам при оперативном эксперименте. Он предоставил свой телефон с паролем от него, где по мимо прочего имелась общая группа с одним из четырех курьеров работающих в тот момент на магазин, под названием &lt;данные изъяты&gt;, в которой состоял куратор имеющий имя пользователя &lt;данные изъяты&gt;, курьер имеющий имя пользователя &lt;данные изъяты&gt;, как он понял, это была девушка и они, как «склад», имеющие имя пользователя &lt;данные изъяты&gt;. Перед тем как их задержали, 04.07.2023 года в период с 08 часов 00 минут по 11 часов 00 минут, они обсуждали с куратором их работу на день, а именно, кому из курьеров какой вес с каким наркотиком сделать. Куратор пояснил, что необходимо оборудовать для новичка, а это был курьер с именем &lt;данные изъяты&gt;, то есть-мастер клад с наркотиком «Мефедрон» в количестве пяти свёртков по 0,5 грамма в каждом. Обо всем об этом он рассказал сотрудникам полиции. После чего те, насколько ему известно, от его имени списались с куратором и оборудовали тайник для курьера. В период их деятельности с 01.03.2023 по 04.07.2023 года сколько всего они сделали закладок и где именно он уже не помнит и показать данные месте не сможет, но может точно сказать, что их уже нет, так как те проданы магазином, за что они получили заработную плату, раскладывали наркотик в г. Южно-Сахалинске, г. Корсакове. Также уточнил, что помимо курьера имеющий имя пользователя &lt;данные изъяты&gt;, он ФИО1 и ФИО2 в качестве склада также выдавали оптовые партии с наркотиком и другим курьерам имеющим имя пользователя &lt;данные изъяты&gt;, кто такие данные люди ему не известно их вербовал куратор имеющий имя пользователя &lt;данные изъяты&gt;, работают ли те дальше ему не известно, так как их деятельность была пресечения сотрудниками полиции 04.07.2023 года. 17.05.2023 года когда он ФИО1 и ФИО2 получили почтовое отправление наркотиком, то в нем помимо наркотика мефедрон, находился еще наркотик «Бошки» (марихуана), наркотик «гашиш», и марки. Вес наркотика мефедрон был 50 грамма, остальной наркотик они разложили в различных местах г. Южно-Сахалинска и г. ФИО8 в каком количестве и где их сделали он не помнит, но отчет о проделанной работе отправили своему куратору, за что и получили оплату в виде биткоинов. (т. № 3 л.д. 181-187, т. № 3 л.д. 194-196, т. № 3 л.д. 204-205, т. № 3 л.д. 206-208, т. № 3 л.д. 209-211, т. № 3 л.д. 230-232, т. № 5 л.д. 57-61, т. № 5 л.д.81-83, 121-122, т. № 8 л.д. 142-144) Согласно протоколу проверки показаний на месте от 05 июля 2023 года ФИО3 показал гаражный кооператив, расположенный &lt;адрес&gt;, после чего обвиняемый ФИО3 указал на гараж № и пояснил, что в период с 05.05.2023 по 04.07.2023 года в нем он вместе с ФИО1 и ФИО2 занимались фасовкой и хранением наркотических средств, которые получали почтовыми отправлениями, затем реализовывали по указанию оператора интернет-магазина под названием &lt;данные изъяты&gt;, имеющий имя пользователя в месенджере &lt;данные изъяты&gt;, работая в данном магазине в должности курьера и склада, путем организации тайников закладок. (т. 3 л.д. 200-203) В протоколе очной ставки между обвиняемыми ФИО3 и ФИО1, а также между ФИО3 и ФИО2 от 05 июля 2023 года, в ходе которой названные обвиняемые подтвердили тот факт, что они оба устроились в качестве курьеров, затем склада в интернет-магазин под названием &lt;данные изъяты&gt;, по указанию куратора имеющий имя пользователя &lt;данные изъяты&gt; организовывали тайники с наркотиком, оставшаяся часть которого была у них изъята. (т. № 3 л.д. 247-250, 251-254) Так, из показаний, данных ФИО1 в ходе предварительного расследования при допросах в качестве подозреваемого и обвиняемого, которые после оглашения в судебном заседании в порядке п.3 ч.1 ст. 276 УПК РФ он полностью подтвердил, следует, что он, ФИО3 и ФИО2 испытывая финансовые трудности, решили устроится в магазин под названием &lt;данные изъяты&gt; 01.03.2023 года около 10 часов 00 минут, в то же время написали куратору данного магазина имеющего имя пользователя &lt;данные изъяты&gt;, что он, ФИО3 и ФИО2 хотят устроится в данный магазин в должности курьеров находясь в машине у ФИО3. Чтобы вступить в должность курьера в данный магазин они втроем сложились общей суммой 10 000 рублей, данная сума была необходима в качестве залога, после чего в тот же день 01.03.2023 они втроем при помощи банкомата, осуществили перевод в качестве залога на банковский счет, который им скинул куратор данного магазина в ходе переписке на интернет-сайте данного магазина. Переписку с куратором вел ФИО3 в их присутствии. Они сразу же определились перед куратором, что работать будет не один человек, а трое под одной учетной записью. Перед тем как устроится в магазин, куратор имеющий имя пользователя &lt;данные изъяты&gt; пояснил, что анкетирование проходить не нужно, затем пояснил как делать тайники закладки, обучил их мерам конспирации, указал, что для выполнения работы ему, ФИО3 и ФИО2 необходимо установить приложение &lt;данные изъяты&gt;, с помощью которого они должны будут вести переписку с ним, указал о необходимости создания криптокошелька, чтобы туда приходили деньги за выполненную для магазина работу, а так же разъяснил как при помощи таксистов забирать почтовые отправления присылаемые для них, разъяснил что будет входить в их обязанности в качестве курьеров, а именно выполнять того указания, получать почтовые отправления с наркотиком, дальше фасовать на мелкие партии по указанию куратора, затем оборудовать тайники, описывать их места и скидывать куратору, чтобы тот направлял данное описание потенциальным покупателям/потребителям наркотиков данного магазина и за это получать от 700 до 1000 рублей за один оборудованный тайник. 11 марта 2023 года ФИО3 для удобства работы и общения, между ними, создал группу в мессенджере &lt;данные изъяты&gt; под названием &lt;данные изъяты&gt;. В группе &lt;данные изъяты&gt; под ником &lt;данные изъяты&gt; был он, под ником &lt;данные изъяты&gt; был ФИО3, а под ником &lt;данные изъяты&gt; был ФИО2 В данной группе они вели переписку между собой по поводу проделанной ими работы. Обязанности между собой они не распределяли, совместно получали наркотик, фасовали его и делали тайники-закладки в различных местах г. Южно-Сахалинска и г. ФИО8. От того, что они совместно все делали, работа по распространению наркотиков шла быстрее и они успевали в короткое время оборудовать большое количество тайников с наркотиком от чего могли зарабатывать больше денег. Также, в данной группе была учетная запись &lt;данные изъяты&gt;, на которую они пересылали номера почтовых отправлений с наркотическим средством, данную учетную запись создали они сами, чтобы отдельно вести учет посылок. Примерно 03.04.2023 года от их куратора им поступило предложение занять должность склада, в обязанности которого входило то же самое, что и у курьера, только нужно было получать почтовые отправления более большим весом и фасовать его также на более крупные партии, затем организовывать тайники для других курьеров, при этом им было предложено не прекращать обязанности курьера, по поводу повышения зарплаты они с тем не обсуждали, но он надеялся, что та будет больше, об этом им с ФИО2 сообщил ФИО3, на что они дали свое согласие о совмещении должности. С тех пор они втроём стали работать как курьерами, так и складами. В период с 01.03.2023 по 04.07.2023 года они втроем по указанию их куратора работая в должности курьеров и складов получали оптовые посылки, фасовали их на мелкие партии, отчет о проделанной работе отправляли своему куратору, действовали по его указанию, указания были в основном в формате «МК 5 0,5», что означало оборудовать мастер клад 5 сверток по 0,5 грамма различного наркотика в зависимости от его указаний, так как распространяли, как наркотик мефедрон, так и гашиш и марихуану (бошки) и марки, также уточнил, что их куратор разрешал им брать для собственного употребления наркотик, который присылал им для реализации, что они и делали, но брали и употребляли только наркотик исключительно растительного происхождения (бошки, гашиш). Наркотик под названием «марихуана (бошки)» который был изъят в ходе его личного досмотра и в машине ФИО3, это остатки наркотика, который он приобрел на интернет площадке &lt;данные изъяты&gt; в каком-то магазине, адрес данного наркотика скинули ему в ходе общения на интернет площадке, где он его обнаружил он не помнит. Данный наркотик он самостоятельно употреблял, никому об этом он не говорил, часть его хранил при себе, оставшуюся часть в машине у ФИО3, так как все втроем ездили на ней. За все время работы они втроем заработали примерно 800 000 рублей на троих и поделили их поровну, ничего себе на них они не приобрели, всё потратили на продукты питания, алкоголь сигареты, бензин. Чтобы получать деньги за проделанную работу, по указанию их куратора ФИО3 создал криптокошелек, номер №, к которому имели доступ он, ФИО3 и ФИО2 В период с 01.03.2023 до 05.05.2023 года получая биткоины на их криптокошелек, деньги они не выводили, так как боялись, что если будут выводить деньги на банковские карты, которые открыты на их имена, то смогут привлечь к себе внимание правоохранительных органов. Ни он, ни ФИО3 и ФИО6 не знали, как выводить с криптокошелька деньги наличными, не привлекая внимания, для этого они вместе с ФИО3 и ФИО2 примерно 05.05.2023 года решили найти человека, который будет им конвертировать биткоины в рубли генерируя их в QR-Кода, об этом им подсказали в одном из «&lt;данные изъяты&gt; каналов». Так ФИО3 в присутствии его и ФИО2 в мессенджере «&lt;данные изъяты&gt;» нашел неизвестного парня, который сказал, что поможет им в данной ситуации, при этом тот будет брать за обналичивания свой процент, после чего тот сказал им создать группу в приложении &lt;данные изъяты&gt;, где они будут дальше вести диалог по поводу обналичивания денег, за данный период они втроем, он, Сухих и ФИО5 перечисляли биткоины на криптокошельки, которые им присылал неизвестный, после чего тот присылал в данную группу QR-кода, при помощи которых они втроем в различных банкоматах банка «&lt;данные изъяты&gt;» г. Южно-Сахалинска снимали наличными деньги различными суммами от 100 000 рублей до 200 000 рублей. По поводу изготовления и хранении наркотика «Гашишного масла», которое было изъято у них в ходе обследования машины ФИО3 и гаража поясняет, что изготовили данный наркотик он вместе с ФИО3 и ФИО2 при следующих обстоятельствах: 01.07.2023 года около 10 часов 00 минут, они с ФИО3 и ФИО2 при помощи неизвестного им водителя осуществили получение посылки с наркотиком «Гашиш» для его дальнейшей реализации, после чего принесли его в гараж, чтобы расфасовать. Данный гараж они арендовали сразу после трудоустройства в магазин, примерно 05 марта 2023 года для их преступной деятельности. 01.07.2023 года он, ФИО2 и ФИО3 около 21 часа 00 минут находясь в гараже, расположенном &lt;адрес&gt; решили изготовить из части полученного для дальнейшей реализации наркотика «гашиш (анаша, смола каннабиса)» наркотик «гашишное масло», путем его выпаривая и смешивания с табаком с целью дальнейшего употребления. Так как их куратор знал, что они втроем являются потребителями наркотиков растительного происхождения, то разрешал им часть его употреблять. Решение об изготовлении наркотика «гашишное масло» они приняли совместно в ходе разговора и не сговариваясь начали его изготавливать. Так, ФИО3 часть полученного наркотика «гашиш», отделил от основной массы, затем данную часть наркотика поместил в металлическую тарелку, и передал ему и ФИО2, далее они при помощи газовой плитки и иных ингридиентов выпарили из наркотика «гашиш» наркотик «гашишное масло», при этом он держал миску с наркотиком над газовой плиткой, а ФИО2 наливал ингридиенты и процеживал, тем самым они изготавливали наркотик «гашишное масло», затем ФИО2 в миску с полученным наркотиком «гашишное масло» добавил частицы табака и смешал их с «гашишным маслом», а после расфасовал в три свертка, таким образом они втроем изготовили смесь частиц табака и наркотика «гашишного масла». В момент, когда он с ФИО2 выпаривали наркотик «гашишное масло», ФИО3 стоял рядом и наблюдал на случай, если им понадобиться помощь. На весь процесс изготовления у них ушло около одного часа. Данные свертки они хранили в помещении гаража и салоне автомобиля ФИО3, часть наркотика, они употребили путем курения за час до их задержания 04.07.2023. Откуда они взяли предметы, при помощи которых изготовили данный наркотик он не помнит, но в настоящий момент у них их нет, так как данные предметы пришли в негодность были выкинуты. В период их деятельности с 01.03.2023 по 04.07.2023 года сколько всего они сделали закладок и где именно, он не помнит и показать данные места не сможет, но может точно сказать, что их уже нет, так как они проданы магазином, за что они получили заработную плату, раскладывали в г. Южно-Сахалинске, г. Корсакове. Также уточнил, что помимо курьера имеющий имя пользователя &lt;данные изъяты&gt;, который появился в день их задержания он, ФИО3 и ФИО2 в качестве склада также выдавали оптовые партии с наркотиком и другим курьерам имеющим имя пользователя &lt;данные изъяты&gt;, кто такие данные люди ему не известно их вербовал куратор имеющий имя пользователя &lt;данные изъяты&gt;, работают ли они дальше ему не известно, так как их деятельность была пресечения сотрудниками полиции 04.07.2023 года. 17.05.2023 года он, ФИО3 и ФИО2 получили почтовое отправление наркотиком, то в нем помимо наркотика мефедрон, находился еще наркотик «Бошки» (марихуана), наркотик «гашиш», и марки. Вес наркотика мефедрон был 50 грамма, остальной наркотик они разложили в различных местах г. Южно-Сахалинска и г. ФИО8 в каком количестве и где их сделали не помнит, но отчет о проделанной работе отправили своему куратору, за что и получили оплату в виде биткоинов, сколько тоже назвать не сможет. Около 13 часов 00 минут 04 июля 2023 года они находились в гараже, который арендуют по адресу: &lt;данные изъяты&gt;. Когда они выходили из гаража, то к ним подошли молодые люди, которые представились сотрудниками полиции, при этом показали служебные удостоверения в открытом виде и попросили проехать с теми в отдел полиции, на что они добровольно согласились. В отделе полиции с участием двух незаинтересованных лиц, разъяснив при этом их права и обязанности, провели его личный досмотр в результате которого было обнаружено и изъято: сверток с наркотиком «бошки» (данный наркотик принадлежит ему, ФИО3 и ФИО2 хотели совместно его употребить); одна банковская карта, которая принадлежит ему, его мобильный телефон марки айфон и 120 000 рублей, которые принадлежат ему. Далее, сотрудниками полиции в присутствии двух незаинтересованных лиц было проведено обследование гаража, который они арендовали. В ходе обследование обнаружено и изъято: три пары перчаток, электронные весы в количестве двух штук, пять мотков клейкой ленты, три пластиковые ложки, множество полимерных пакетов, два канцелярских ножа, три мерных стаканчика (все перечисленные предметы предназначались для расфасовки наркотиков); три полимерных пакета с наркотиком «гашиш» (который предназначался для дальнейшего сбыта и который они получили посредством почтового отправления 30 июня 2023 года), один полимерный пакет с наркотиком «меф» (который оставался с майской партии, полученной 17 мая 2023 года, и который предназначался для дальнейшего сбыта) и сверток с наркотиком «химка» (наркотик «химка» был изготовлен ими из наркотика «гашиш») Наркотик «гашиш» был взят ими в счет выполненной ими работы на интернет-магазин); почтовое отправление с полимерной ёмкостью в котором они получили последнюю партию наркотика «гашиш» 30 июня 2023 года. Далее, сотрудниками полиции в присутствии двух незаинтересованных лиц было проведено обследование автомобиля &lt;данные изъяты&gt;, г/н №. В ходе обследования обнаружено и изъято: две папиросы с наркотиком «бошки» для последующего употребления, сверток с наркотиком «химка», который они изготовили при вышеуказанных обстоятельствах, связка ключей от квартиры в которой он проживает, два сотовых телефона с помощью одного из которых они заказывали такси, чтобы забирать почтовые отправления с наркотиком внутри, пять свертков с наркотиком «меф», которые они должны были разложить. Данный наркотик относится к партии, полученной 17 мая 2023 года, договор на услуги связи «Tele2», три банковские карты, которые принадлежат ФИО3 Вину в предъявленном ему обвинении признает в полном объеме. После предоставления протокола осмотра предметов от 21.10.2023 года, согласно которому был осмотрен мобильный телефон марки «iPhone» в корпусе синего цвета и мобильный телефона марки «OUKITEL» пояснил, что данный телефон марки «iPhone», принадлежит ему второй телефон марки «OUKITEL» принадлежит ФИО3, и тот использовал его для работы в интернет-магазине &lt;данные изъяты&gt;. По указанию куратора с 02.05.2023 года они начали вести общение в приложении &lt;данные изъяты&gt;, в данном чате они обсуждали рабочие моменты, туда они скидывали адреса и отчеты о проделанной ими с ФИО7, ФИО2 работой по закладкам тайников с наркотиком, там же велась переписка о начислении заработной платы, от проделанной работы, в данный чат куратор скидывал им трек-номера с почтовым отправлением, сколько раз они забирали посылки с наркотиком для дальнейшего сбыта он не помнит, но помнит что остатки синтетического наркотика, который был изъят у них в ходе обследования гаража, предназначался весь для сбыта, получили они его почтовым отправлением 17.05.2023 года &lt;адрес&gt;, на кого была отправлена посылка он не помнит, но точно не их имена, сообщение получили в приложении &lt;данные изъяты&gt;. В целях конспирации, они с помощью приложения такси &lt;данные изъяты&gt; заказали доставку указанного почтового отправления. Для этого, водителю необходимо было приехать к ним на адрес, забрать доверенность на получение почтового отправления и в последующем получить его, на кого выписывали и кто выписывал данную доверенность он не помнит, писали от руки, опознать таксиста и на какой машине он был и её государственные знаки тоже не сможет. Наркотик «Гашиш», они получили для дальнейшего сбыта 01.07.2023 в утреннее время курьерской службой &lt;адрес&gt; идентификационный номер почтового отправления (№, данные отправителя: ФИО г. Санкт-Петербург, получатель ФИО) получили данное сообщение также в приложении &lt;данные изъяты&gt; от того же куратора. Получив данные почтового отправления с наркотиком он совместно с ФИО7 и ФИО2 забрали его посредством курьера-водителя. Водитель такси привез почтовое отправление в район &lt;адрес&gt;, после чего, он, ФИО7 и ФИО2 привезли данное почтовое отправление в съемное гаражное помещение гаражного кооператива, расположенного &lt;адрес&gt;, уточнил, что все почтовые отправления с наркотиком приходили не на их имена, их указывал куратор, как и отправителя, ФИО не знает, его родственником не является. Сами они в почтовые отделения не ходили, опять же в целях конспирации. Наркотическое средство «марихуана», который был изъят у них в гараже и у него, это остатки наркотика, который они употребляли для личного употребления, и который они также сбывали как и гашиш, мефедрон, однако данный наркотик они не сбывали, а оставили себе с разрешения куратора для собственного употребления. По поводу изъятых денежных средств в сумме 120 000 рублей, то это деньги от их с ФИО3 и ФИО2 незаконной деятельности. (т. № 3 л.д. 42-47, 55-57, 65-67, 68-70, 89-91, т. № 5 л.д. 1-5, 26-28, 176-177, 200-202, т. № 8 л.д. 192-194) Согласно протоколу проверки показаний на месте от 05 июля 2023 года ФИО1 показал гаражный кооператив, расположенный &lt;адрес&gt; пояснив, что в период с 05.05.2023 по 04.07.2023 года в нем он вместе с ФИО3 и ФИО2 занимались фасовкой и хранением наркотических средств, которые получали почтовыми отправлениями, затем реализовывали по указанию оператора интернет-магазина под названием &lt;данные изъяты&gt;, имеющим имя пользователя в месенджере &lt;данные изъяты&gt;, работая в данном магазине в должности курьера и склада, путем организации тайников закладок. (т. № 3 л.д. 61-64) В протоколе очной ставки между обвиняемыми ФИО1 и ФИО2 от 05 июля 2023 года, в ходе которой обвиняемые подтвердили тот факт что они оба устроились в качестве курьеров, затем склада в интернет-магазин под названием &lt;данные изъяты&gt;, по указанию куратора имеющий имя пользователя &lt;данные изъяты&gt; организовывали тайники с наркотиком, оставшаяся часть которого была у них изъята. (т. № 3 л.д. 255-258) Из показаний, данных ФИО2 в ходе предварительного расследования при допросах в качестве подозреваемого и обвиняемого, которые после оглашения в судебном заседании в порядке п.3 ч.1 ст. 276 УПК РФ он полностью подтвердил, следует, что он, ФИО1 и ФИО3 испытывая финансовые трудности, решили устроится в магазин под названием &lt;данные изъяты&gt; 01.03.2023 года около 10 часов 00 минут, они написали куратору данного магазина имеющим имя пользователя &lt;данные изъяты&gt;, что он, ФИО1 и ФИО3 хотят устроится в данный магазин в должности курьеров находясь в машине у ФИО3 Чтобы вступить в должность курьера в данный магазин они втроем сложились общей суммой 10 000 рублей, данная сумма была необходима в качестве залога, после чего в тот же день они втроем при помощи банкомата, осуществили перевод в качестве залога на банковский счет, который им скинул куратор данного магазина в ходе переписке на интернет-сайте данного магазина. Переписку с куратором вел ФИО3 Они сразу же определились перед куратором, что работать будет не один человек, а трое под одной учетной записью. Перед тем как устроится в магазин, куратор имеющий имя пользователя &lt;данные изъяты&gt; пояснил, что анкетирование проходить не нужно, затем пояснил, как делать тайники закладки, обучил их мерам конспирации, указал, что для выполнения работы ему, ФИО1 и ФИО3 необходимо установить приложение &lt;данные изъяты&gt;, с помощью которого они должны будут вести переписку с ним, указал о необходимости создания криптокошелька, чтобы туда приходили деньги за выполненную для магазина работу, так же разъяснил как при помощи таксистов забирать почтовые отправления присылаемые для них, разъяснил что будет входить в их обязанности в качестве курьеров, а именно выполнять его указания, получать почтовые отправления с наркотиком, дальше фасовать на мелкие партии по указанию куратора, затем оборудовать тайники, описывать их места и скидывать куратору, чтобы тот направлял данное описание потенциальным покупателям/потребителям наркотиков данного магазина и за это получать от 700 до 1000 рублей за один оборудованный тайник. 11 марта 2023 года ФИО3 для удобства работы и общения, между ними создал группу в мессенджере &lt;данные изъяты&gt; под названием &lt;данные изъяты&gt;. В группе &lt;данные изъяты&gt; под ником &lt;данные изъяты&gt; был ФИО1 под ником &lt;данные изъяты&gt; был ФИО3, а под ником &lt;данные изъяты&gt; был он. В данной группе они вели переписку между собой по поводу проделанной ими работы. Обязанности между собой они не распределяли. Они совместно получали наркотик, фасовали его и делали тайники-закладки в различных местах г. Южно-Сахалинска и г. ФИО8. От того, что они совместно все делали, работа по распространению наркотиков шла быстрее, и они успевали в короткое время оборудовать большое количество тайников с наркотиком от чего могли зарабатывать больше денег. Также, в данной группе была учетная запись &lt;данные изъяты&gt;, на которую они пересылали номера почтовых отправлений с наркотическим средством, данную учетную запись создали они сами, чтобы отдельно вести учет посылок. Примерно 03.04.2023 года от их куратора им троим поступило предложение занять должность склада, в обязанности которого входило то же самое, что и у курьера, только нужно было получать почтовые отправления более большим весом и фасовать его также на более крупные партии, затем организовывать тайники для других курьеров, при этом им было предложено не прекращать обязанности курьера, по поводу повышения зарплаты они с ним не обсуждали, но он надеялся, что та будет больше, об этом им с ФИО1 сообщил ФИО3, на что они дали свое согласие о совмещении должности и с тех пор они втроём стали работать как курьерами, так и складами. В период с 01.03.2023 по 04.07.2023 года они втроем по указанию куратора работая в должности курьеров и складов получали оптовые посылки, фасовали их на мелкие партии, отчет о проделанной работе отправляли куратору, действовали по его указанию, указания от него были в основном в формате «МК 5 0,5», что означало оборудовать мастер клад 5 сверток по 0,5 грамма различного наркотика в зависимости от его указаний, так как распространяли, как наркотик мефедрон, так и гашиш и марихуану (бошки) и марки. Куратор разрешал им брать для собственного употребления наркотик, который присылал им для реализации, что они и делали, но брали и употребляли только наркотик исключительно растительного происхождения (бошки, гашиш). Наркотик под названием «марихуана (бошки)» который был изъят в ходе личного досмотра у ФИО1 и в машине ФИО3, это остатки наркотика, который ФИО1 приобрел в каком-то магазине в день их задержания, который тот самостоятельно употреблял, об этом он узнал по факту, когда обнаружили у него данный наркотик, а также в салоне машины ФИО3, так как все втроем ездили на ней. Им с Сухих, ФИО1 данный наркотик употребить не предлагал и о том, что тот часть данного наркотика положил у ФИО3 в машине он не знал. За все время работы они втроем заработали примерно 800 000 рублей на троих и поделили их поровну, ничего себе на них они не приобрели, всё потратили на продукты питания, алкоголь сигареты, бензин. Чтобы получать деньги за проделанную работу, по указанию их куратора ФИО3 создал криптокошелек, номер №, к которому имели доступ он, ФИО3 и ФИО1 В период с 01.03.2023 до 05.05.2023 года получая биткоины на их криптокошелек деньги они не выводили, так как боялись, что если будут выводить деньги на банковские карты, которые открыты на их имена, то смогут привлечь к себе внимание правоохранительных органов. Ни он, ни ФИО3 и ФИО1 не знали, как выводить с криптокошелька деньги наличными, не привлекая внимания, для этого они вместе с ФИО3 и ФИО1 примерно 05.05.2023 года решили найти человека, который будет им конвертировать биткоины в рубли, генерируя их в QR-Кода, об этом им подсказали в одном из «&lt;данные изъяты&gt; каналов», кто именно не помнит. Так ФИО3 в присутствии его и ФИО1 в мессенджере «&lt;данные изъяты&gt;» нашел неизвестного парня, который сказал, что поможет им в данной ситуации, при этом тот будет брать за обналичивание свой процент, после чего тот сказал им создать группу в приложении &lt;данные изъяты&gt;, где они будут дальше вести диалог по поводу обналичивания денег, за данный период они втроем он, Сухих и ФИО1 перечисляли биткоины на криптокошельки, которые им присылал неизвестный, после чего тот присылал в данную группу QR-кода, при помощи которых они втроем в различных банкоматах банка «&lt;данные изъяты&gt;» г. Южно-Сахалинска снимали наличными деньги различными суммами от 100 000 рублей до 200 000 рублей. Уточняет по факту изготовления и хранении наркотика «Гашишного масла», которое было изъято у них в ходе обследования машины ФИО3 и гаража. Изготовили данный наркотик они вместе с ФИО1 и ФИО3 при следующих обстоятельствах: 01.07.2023 года около 10 часов 00 минут, они с ФИО1 и ФИО3 при помощи неизвестного им водителя осуществили получение посылки с наркотиком «Гашиш» для его дальнейшей реализации, после чего принесли его в гараж, чтобы расфасовать. Гараж они арендовали сразу после трудоустройства в магазин, примерно 05 марта 2023, с хозяином гаража договаривался он. Его они сняли для их преступной деятельности. 01.07.2023 года они втроем около 21 часа 00 минут находясь в данном гараже, решили употребить часть полученного при вышеуказанных обстоятельствах наркотика, путем его выпаривая и смешивания с табаком. Кто конкретно предложил употребить и изготовить данный наркотик он не помнит, но все втроем согласились, после чего часть полученного наркотика отделили от основной массы, затем при помощи газовой плитки и ингридиентов выпарили из наркотика «гашиш» наркотик «гашишное масло», после чего смешали его с табаком и расфасовали в три свертка, таким образом получив смесь табака и гашишного масла. На весь процесс изготовления у них ушло около одного часа. Данные свертки они хранили в помещении гаража и салоне автомобиля ФИО3, часть его употребили путем курения за час до их задержания 04.07.2023 года. Роли при изготовлении наркотика и его хранении они втроем не распределяли, все принимали в этом участии, кто-то выпаривал, кто-то держал миску, кто-то затирал. Откуда взяли предметы, при помощи которых изготовили данный наркотик он не помнит, но в настоящий момент у них их нет, так данные предметы пришли в негодность и они их выкинули. Около 13 часов 00 минут 04.07.2023 года они находились в гараже, который арендуют &lt;адрес&gt;. Когда они выходили из гаража, то к ним подошли молодые люди, которые представились сотрудниками полиции, при этом показали служебные удостоверения в открытом виде и попросили проехать с теми в отдел полиции, на что они добровольно согласились. В отделе полиции с участием двух незаинтересованных лиц, разъяснив при этом их права и обязанности, провели его личный досмотр в результате которого было обнаружено и изъято: две банковские карты (принадлежат ему); мобильный телефон и 15 000 рублей (от преступной деятельности) и ключи от гаража, где хранили и фасовали наркотик, который был у них изъят. Далее, сотрудниками полиции в присутствии двух незаинтересованных лиц было проведено обследование гаража, который они арендовали. В ходе обследования обнаружено и изъято: три пары перчаток, электронные весы в количестве двух штук, пять мотков клейкой ленты, три пластиковые ложки, множество полимерных пакетов, два канцелярских ножа, три мерных стаканчика (все перечисленные предметы предназначались для расфасовки наркотиков); три полимерных пакета с наркотиком «гашиш» (который предназначался для дальнейшего сбыта и который они получили посредством почтового отправления 30 июня 2023 года), один полимерный пакет с наркотиком «меф» (который оставался с майской партии, полученной 17 мая 2023 года, и который предназначался для дальнейшего сбыта) и сверток с наркотиком «химка» (наркотик «химка» был изготовлен ими из наркотика «гашиш»). Наркотик «гашиш» был взят ими в счет выполненной ими работы на интернет-магазин); почтовое отправление с полимерной ёмкостью в котором они получили последнюю партию наркотика «гашиш» 30 июня 2023 года. Далее, сотрудниками полиции в присутствии двух незаинтересованных лиц было проведено обследование автомобиля &lt;данные изъяты&gt;, г/н №. В ходе обследования было обнаружено и изъято: две папиросы с наркотиком «бошки» для последующего употребления, сверток с наркотиком «химка» (который они изготовили при вышеуказанных обстоятельствах), связка ключей (от квартиры в которой он проживает), два сотовых телефона (с помощью одного из которых они заказывали такси, чтобы забирать почтовые отправления с наркотиком внутри), пять свертков с наркотиком «меф» (которые они должны были разложить, данный наркотик относится к партии, полученной 17 мая 2023 года), договор на услуги связи «Tele2», три банковские карты, которые принадлежат ФИО3 В период их деятельности с 01.03.2023 по 04.07.2023 года, сколько всего они сделали закладок и где именно он уже не помнит и показать данные месте не сможет, но может точно сказать, что их уже нет, так как они проданы магазином, за что они получили заработную плату, раскладывали в г. Южно-Сахалинске, г. Корсакове. Также уточнил, что помимо курьера имеющего имя пользователя &lt;данные изъяты&gt;, который появился в день их задержания он, ФИО3 и ФИО1 в качестве склада также выдавали оптовые партии с наркотиком и другим курьерам имеющим имя пользователя &lt;данные изъяты&gt;, кто такие данные люди ему не известно их вербовал куратор имеющий имя пользователя &lt;данные изъяты&gt;, работают ли они дальше ему не известно, так как их деятельность была пресечения сотрудниками полиции 04.07.2023. 17.05.2023 года он, ФИО1 и ФИО3 получили почтовое отправление наркотиком, то в нем помимо наркотика мефедрон, находился еще наркотик «Бошки» (марихуана), наркотик «гашиш», и марки. Вес наркотика мефедрон был 50 грамма, остальной наркотик они разложили в различных местах г. Южно-Сахалинска и г. ФИО8 в каком количестве и где их сделали он не помнит, но отчет о проделанной работе они отправили своему куратору, за что и получили оплату в виде биткоинов. (т. № 3 л.д. 115-121, 130-131, 136-137, 138-140, 168-170, т. № 5 л.д. 29-33, 54-56, 148-149, 173-175, т. № 8 л.д. 161-162) Согласно протоколу проверки показаний на месте от 05 июля 2023 года ФИО2 показал на гаражный кооператив, расположенный &lt;адрес&gt;, после чего направившись к гаражу № пояснил, что в период с 05.05.2023 по 04.07.2023 года в нем он вместе с ФИО3 и ФИО1 занимались фасовкой и хранением наркотических средств, которые получали почтовыми отправлениями, затем реализовывали по указанию оператора интернет-магазина под названием &lt;данные изъяты&gt;, имеющим имя пользователя в месенджере &lt;данные изъяты&gt;, &lt;данные изъяты&gt;, работая в данном магазине в должности курьера и склада, путем организации тайников закладок. (т. № 3 л.д. 132-135) Из показаний, данных ФИО4 в ходе предварительного расследования при допросах в качестве подозреваемой и обвиняемой, которые после оглашения в судебном заседании в порядке п.3 ч.1 ст. 276 УПК РФ она полностью подтвердила, следует, что ей известно, что на территории РФ действуют интернет-магазины по продаже наркотиков и у них есть свои специализированные интернет-сайты, на которые также можно зайти только с помощью специального интернет-браузера &lt;данные изъяты&gt; или с помощью приложения, поддерживающего функцию «VPN». Одним из таких сайтов является сайт &lt;данные изъяты&gt;, принадлежащий интернет-магазину &lt;данные изъяты&gt;, на котором можно приобрести различные наркотики, а также трудоустроиться на должность «Курьера» в данный интернет-магазин. Примерно, 02 июля 2023 года она испытывала финансовые трудности и решила устроиться на должность «Курьера» в какой-либо интернет-магазин по продаже наркотических средств. Ей известно, чем занимаются «Курьеры», а именно те получают от Куратора или Оператора магазина адрес с местонахождением оптового тайника-закладки, находят его, при необходимости производят расфасовку наркотика в соответствии с указаниями Куратора или Оператора, либо получают уже расфасованный наркотик. В последующем «Курьер» оборудует на различных участках местности тайники-закладки для потребителей наркотиков и сообщает адреса с их местонахождением Куратору или Оператору магазина. Она прекрасно понимала, что данная деятельность незаконна, но ей нужны были деньги. У нее полгода назад умерла мама, а родной отец содержится в СИЗО-1 г. Южно-Сахалинска. Помощи как раньше ей никто не оказывал, и она решила заработать деньги. Для трудоустройства она с помощью своего мобильного телефона и программы с функцией «VPN» зашла на интернет сайт &lt;данные изъяты&gt; и создала учетную запись: &lt;данные изъяты&gt;. Далее, на указанном сайте она открыла чат с магазином и около 16 часов 00 минут 02 июля 2023 года написала о том, что хочет трудоустроиться в интернет-магазин на должность «Курьера», на что ей ответили, что для трудоустройства необходимо внести залог в сумме от 5000 до 8000 рублей. Она согласилась и сообщила, что готова оставить залог в размере 7000 рублей. Для этого она на сайте &lt;данные изъяты&gt; при помощи бот-обменника конвертировала рубли, которые она перевела с помощью своей банковской карты, в криптовалюту Bitcoin и перевела их на указанный на сайте номер Bitcoin-кошелька. Далее, ей в личных сообщениях на сайте от магазина &lt;данные изъяты&gt; пришло сообщение о том, что для дальнейшей работы необходимо будет установить мессенджер &lt;данные изъяты&gt; и дальнейшая переписка будет проходить в нем. 4 июля 2023 года она создала учетную запись в мессенджере &lt;данные изъяты&gt; под ником &lt;данные изъяты&gt;. После создания учетной записи она зашла на сайт &lt;данные изъяты&gt; и отправила никнейм своей созданной учетной записи в чат с магазином &lt;данные изъяты&gt;. В этот же день 4 июля 2023 года ей в мессенджере &lt;данные изъяты&gt; написало неизвестное лицо с никнеймом &lt;данные изъяты&gt; и разъяснило, что будет входить в ее обязанности «Курьера» и сказал, что заработная плата за 1 сделанный ею тайник-закладку будет составлять 800 рублей, но если она будет использовать магниты при оборудовании тайников, то 1 000 рублей. Данные условия ее устраивали. Также, &lt;данные изъяты&gt; сообщил ей, что заработную плату она будет получать по понедельникам, а если будут финансовые трудности, то могут платить еще и в четверг. Каким образом и куда она будет получать заработную плату, ей не сообщили. Далее, &lt;данные изъяты&gt; около 23 часов 30 минут 04 июля 2023 года добавил ее в группу &lt;данные изъяты&gt;, в которой кроме нее были еще &lt;данные изъяты&gt; и &lt;данные изъяты&gt;. &lt;данные изъяты&gt; объяснил ей, что &lt;данные изъяты&gt; состоит одновременно на должностях «Склада» и «Куратора». 05 июля 2023 года в 15 часов 16 минут в группе &lt;данные изъяты&gt; в мессенджере &lt;данные изъяты&gt; лицо с никнеймом &lt;данные изъяты&gt; прислал ссылку на фото-хостинг, а также текст: &lt;данные изъяты&gt;. При открытии ссылки появлялась фотография участка местности. На фотографии имелись географические координаты, а также текст. Она поняла, что это оптовый тайник с уже расфасованным наркотиком и ей нужно будет его обнаружить и сделать 5 тайников по 0,5 грамма наркотика. Местонахождение оптовой тайника-закладки находилась в районе &lt;адрес&gt;. В этот момент она находилась у себя дома. Далее, она незамедлительно оделась и заказала такси &lt;данные изъяты&gt; до места с нахождением оптового тайника-закладки. Когда она приехала на адрес с тайником, сверив фото с местностью, она нашла оптовый тайник-закладку и положила её к себе в карман. В этот момент к ней подошли молодые люди, которые представились сотрудниками полиции, при этом показав свои служебные удостоверения в открытом виде и попросили проехать с теми в отдел полиции, на что она согласилась. В отделе полиции с участием двух незаинтересованных лиц, ей были разъяснены ее права обязанности и в последующем проведен ее личный досмотр, в результате которого было обнаружено и изъято: сверток с наркотиком (который предназначался для дальнейшего сбыта путем оборудования тайников-закладок), ее мобильный телефон марки «iPhone XR» (с помощью данного телефона она устроилась в интернет-магазин на должность «Курьера» и вела переписку с неизвестными ей лицами), а также ее банковскую карту «&lt;данные изъяты&gt;». Все изъятое принадлежит ей. Дополнила, что в ее в мобильном телефоне сохранилась информация по общению с неизвестными лицами. Вину в совершении преступления она признает в полном объеме, в содеянном раскаивается. Ей было известно о том, что оборот наркотических средств запрещен на территории Российской Федерации под угрозой уголовного наказания. 01.07.2023 она осуществила перевод со своей банковской карты, которая оформлена и принадлежит ей в сумме 7 848 рублей в качестве залога за вступление в должности курьера в магазин по продаже наркотика &lt;данные изъяты&gt;, который в последствии конвертировались в биткоины, согласно осмотренной выписки по ее банковской карте перевод осуществлен 01.07.2023 09:58:42 на имя ФИО, которая ей не знакома, скорее всего на данное лицо открыт счет, к которому уже привязан биткоин кошелек. Никакого обучения, как делать закладки и мерами конспирации не проходила, также не проходила и анкетирование. За все время работы, то есть с 01.07.2023 по 05.07.2023 года она не успела ничего заработать и сделать ни одной закладки, так как ее сразу задержали сотрудники полиции, на её первом тайнике, который оказался муляжом, а не наркотиком. Фасовочного материала она не приобретала, так как куратор ей пояснил, что наркотик будет уже расфасованный. В ходе допроса ей на обозрение предоставлен протокол осмотра предметов от 21.10.2023, согласно которому осмотрен мобильный телефон марки «Iphone», изъятый у нее в ходе личного досмотра 05.07.2023 года, может пояснить, что данный телефон принадлежит ей, и использовался ею для работы в интернет-магазине &lt;данные изъяты&gt;, так и личных целях, по поводу переписки в нем под названием &lt;данные изъяты&gt;, то это переписка с куратором вышеуказанного магазина, который курировал ее деятельность и склада, который выдал ей первую работу с сообщением &lt;данные изъяты&gt;, как она поняла 5 свертков по 0,5 грамм синтетического наркотика, то есть оптовый тайник с наркотиком, на котором была задержана, остальная переписка с куратором отсутствует, так как переписывалась с тем на интернет-площадке &lt;данные изъяты&gt; по адресу &lt;данные изъяты&gt; с помощью специального интернет-браузера &lt;данные изъяты&gt; или с помощью приложения, поддерживающего функцию «VPN». (т. № 3 л.д. 263-268, 274-276, т. № 4 л.д. 8-10 30-32, 250-252, т. № 8 л.д. 173-175) Согласно протоколу проверки показаний на месте от 06 июля 2023 года ФИО4 указала на земельный участок, расположенный &lt;адрес&gt;, где у основания бревна в земле с юго-восточной стороны, она около 18 часов 30 минут 05 июля 2023 года обнаружила сверток с наркотическим средством. При помощи программы геопозиционирования «2GIS» установлено, что данное место, где ФИО4 обнаружила наркотическое средство, находится на участке местности с координатами: №. (т. № 4 л.д. 1-7) Приведенные в указанных выше протоколах показания подсудимые ФИО3 ФИО1, ФИО2 и ФИО4 подтвердили в судебном заседании и дополнили их тем, что они глубоко сожалеют и раскаиваются в содеянном, сделали для себя правильные выводы, впредь подобного не совершат. Помимо признательных показаний подсудимых, их виновность в совершении преступлений подтверждается совокупностью представленных стороной обвинения и исследованных в судебном заседании доказательств. Из показаний свидетеля ФИО, данных им в ходе предварительного следствия и исследованных в судебном заседании в порядке ч.1 ст. 281 УПК РФ , следует, что 04.07.2023 года в дневное время он был приглашен сотрудниками полиции, принять участие в качестве незаинтересованного лица при проведении личного досмотра гражданина, доставленного в УКОН УМВД России по Сахалинской области, &lt;адрес&gt;. Совместно с сотрудником полиции он прошел в кабинет, расположенный в здании УКОН УМВД России по Сахалинской области на третьем этаже. Туда же, был приглашен второй молодой человек в качестве понятого. После чего в кабинет был приглашен досматриваемый на вид молодой парень, русский, плотного телосложения, вел себя спокойно. Перед началом досмотра сотрудник полиции представился, как ему и второму незаинтересованному лицу, так и досматриваемому парню, после чего всем участникам были разъяснены их права и обязанности. Досматриваемый представился как ФИО3 . Перед началом досмотра ФИО3 сотрудниками полиции разъяснены ст. и ст. 51 Конституции РФ. Далее входе личного досмотра ФИО3 в правом боковом кармане штанов обнаружен и изъят мобильный телефон марки «Oukitel» в корпусе черного цвета, по поводу обнаруженного ФИО3 пояснил, что телефон принадлежит ему. Далее в левом кармане его штанов обнаружен и изъят металлический ключ, по данному факту тот пояснил, что данный ключ от его автомобиля. После чего все обнаруженное и изъятое выше у досматриваемого при нем и втором понятом, было упаковано в 4 прозрачных полимерных пакета. В тот же день в дневное время он снова был приглашен сотрудниками полиции, принять участие в качестве понятого при проведении личного досмотра гражданина, доставленного в УКОН УМВД России по Сахалинской области. В прежнее место он был приглашен как и второй понятой ранее принимавший участие. После чего в кабинет был доставлен досматриваемый на вид молодой парень, русский, худощавого телосложения, вел себя спокойно. Перед началом досмотра сотрудник полиции всем участникам разъяснил их права и обязанности, а также указал на необходимость наблюдать за ходом досмотра, а впоследствии удостоверить все увиденное своими подписями в соответствующем протоколе. Досматриваемый представился как ФИО1. Перед началом досмотра ФИО1 сотрудниками полиции были разъяснены ст. и ст. 51 Конституции РФ. Далее входе личного досмотра ФИО1 в правом кармане его штанов был обнаружен и изъят сверток, выполненный из фрагмента листа в клетку, внутри которого находится вещество растительного происхождения, по поводу обнаруженного и изъятого последний пояснил, что в свертке находится наркотик «Бошки» и принадлежат ему. Далее в одном из отсеков нательной сумки на ФИО1 был обнаружен и изъят мобильный телефон марки «Iphone» в корпусе серого цвета имеет трещины на дисплее. По поводу изъятого ФИО1 пояснил, что телефон принадлежит ему. Далее там же обнаружена и изъята банковская карта № данному поводу он пояснил, что она принадлежит ему. Далее в одном из отсеков той же сумки обнаружены и изъяты денежные средства 24 купюры номиналом по 5000 рублей, по данному факту ФИО1 пояснил, что они принадлежат ему. После чего все обнаруженное и изъятое выше у досматриваемого ФИО1 при нем и втором понятом, упакованы в 4 прозрачных полимерных пакета. В протоколе личного досмотра ФИО1 от 04.07.2023 имеются его подписи. Далее в тот же день в дневное время он снова был приглашен сотрудниками полиции, принять участие в качестве понятого в том же месте в отношении ФИО2 где как и раньше ему и второму понятому были разъяснены их процессуальные права так и самому ФИО2 положения ст. и ст. 51 Конституции РФ. Далее входе личного досмотра ФИО2 в правом кармане куртки обнаружен и изъят мобильный телефон марки «Iphone» в корпусе белого цвета, по данному факту ФИО2 пояснил, что телефон принадлежит ему. Далее в том же кармане обнаружены и изъята связка ключей, по данному поводу он пояснил, что данные ключи от кооперативного гаража расположенного &lt;адрес&gt;. Далее в заднем кармане штанов обнаружено портмоне, внутри которого обнаружены и изъяты две банковские карты №, по данному факту ФИО2 пояснил, что они принадлежат ему. Далее в портмоне обнаружены и изъяты денежные средства 3 купюры номиналом по 5000 рублей, по данному поводу ФИО2 показал, что деньги принадлежат ему. После чего все обнаруженное и изъятое выше у досматриваемого ФИО2 при нем и втором понятом, упакованы в 3 прозрачных полимерных пакета. (т. № 2 л.д. 248-251) Из оглашенных в порядке ст. 281 УПК РФ показаний свидетеля ФИО, данных в ходе предварительного следствия 10 февраля 2023 года следует, что он сообщил сведения аналогичные изложенным в показаниях свидетеля ФИО (том № 2 л.д. 252-255) Из показаний свидетеля ФИО, данных ею в ходе предварительного следствия и исследованных в судебном заседании в порядке ч.1 ст. 281 УПК РФ , следует, что 04.07.2023 в дневное время она была приглашена сотрудниками полиции, принять участие в качестве понятой при проведении обследовании гаражного помещения гаражного кооператива, расположенного &lt;адрес&gt;, в качестве второго понятого был приглашен еще один неизвестный ей парень, после чего они поехали по вышеуказанному адресу, на месте были уже сотрудники полиции и трое неизвестные ей молодых русских парня которым пояснили, что на основании распоряжения в данном гаражном помещении будет проведено обследование, данные парни представились, как ФИО1, ФИО3 , ФИО2 . Перед началом мероприятия (обследования) всем участникам были разъяснены права и обязанности, а также цель обследования. После чего все участвующие лица направились на обследование данного гаражного помещения, по счету № с запада на восток, вход в него оборудован металлическими воротами с врезным замком, который на момент обследования повреждений не имел, при входе слева направо находится стол, стеллаж с сейфом и подвесной шкафчик, а также автомобиль марки &lt;данные изъяты&gt; г/н №. В ходе обследования в сейфе обнаружено и изъято, три пары перчаток, картонная коробка внутри которой множество пакетов с застежками, двое электронных весов, два канцелярских ножа, три пластиковые ложки, пять мотков изолирующей ленты, устройство для измельчения. Далее в этом же сейфе обнаружено и изъято: полимерный пакет с наклеенным куском изолирующей ленты синего цвета, внутри которого находится фрагмент полимерного пакета с веществом внутри со специфическим запахом и надписью «LACASA», полимерный пакет с наклеенными кусками изолирующей ленты черного и синего цвета внутри которого находится вещество с надписью «BRABUS», полимерный пакет внутри которого находятся полимерные пакеты с веществом внутри с надписью «BARBERRY» с наклеенной красной изолирующей лентой, полимерный пакет с порошкообразным веществом внутри с приклеенным к нему фрагментом синей и черной изолирующей лентой, полимерный пакет с застежкой с веществом внутри, два бумажных свертка с веществом внутри, три мерных стакана с наслоениями вещества. Далее под сейфом обнаружено и изъято: картонная коробка с наклейкой, на которой наклеена надпись &lt;данные изъяты&gt;, получатель: г. Южно-Сахалинск ФИО, № ФИО, внутри которой находится полимерная банка «Fitness Formula» с наклеенным фрагментом бумаги с надписью «#971969 САХАЛИН» с порошкообразным веществом внутри. По поводу обнаруженного и изъятого, участвующие в обследовании ФИО1, ФИО3, ФИО2 пояснили, что предметы и вещество принадлежат им, которые они хранили для фасовки и последующего сбыта наркотиков, посредством организации тайников-закладок. Все выше изъятое при ней и втором понятом было упаковано в прозрачные полимерные пакеты. В протоколе обследования помещений, зданий, сооружений, участков местности и транспортных средств от 04.07.2023 содержаться её подписи. В этот же день в дневное время она снова была приглашена сотрудниками полиции, в качестве понятого при проведении обследовании автомобиля марки &lt;данные изъяты&gt;, припаркованным в гаражном помещении гаражного кооператива, расположенного &lt;адрес&gt;, где ранее было проведено с ее участием обследование данного помещения, в качестве второго понятого сотрудниками полиции был приглашен тот же неизвестный ей парень, что и ранее, на месте также были сотрудники полиции и ФИО1, ФИО3, ФИО2, сотрудники полиции пояснили им, что на основании распоряжения будет проведено обследование вышеуказанного автомобиля. Перед началом мероприятия (обследования) всем участникам были разъяснены права. После чего в ходе обследования данного автомобиля между передними сидениями лежало темно-зеленое портмоне в котором находятся банковские карты: №. Далее между передними сидениями в пачке из-под сигарет обнаружена папироса внутри которой набито вещество со специфическим запахом, далее там же обнаружен бумажный сверток с веществом внутри. Далее на переднем пассажирском сиденье обнаружена папироса внутри которой набито веществом со специфическим запахом. Далее на заднем сиденье в куртке в левом кармане обнаружена связка ключей. Далее на полу у задних сидений в пачке из под салфеток обнаружен сверток выполненный из изоленты внутри которого находятся два полимерных прозрачных пакета, в одном находится металлические фрагменты, в другом порошкообразное вещество со специфическим запахом. Далее в той же пачке из под салфеток обнаружен третий полимерный пакет в котором находятся 5 свертков выполненных из изолирующей ленты внутри каждого находится порошкообразное вещество. Далее в кармашке заднего пассажирского сиденья обнаружены и изъяты: два мобильных телефона «Honor» в корпусе синего цвета, с трещинами на дисплее и мелкими царапинами по всему корпусу, «Infinix» в корпусе бирюзового цвета, корпус телефона имеет мелкие царапины. В багажном отсеке обнаружен и изъят фрагмент листа желтого цвета с печатным текстом «Договор об оказании услуг связи». По поводу обнаруженного и изъятого, участвующие в обследовании ФИО1, ФИО3, ФИО2 пояснили, что предметы и вещества принадлежат им, в папиросах и в пакетах находится наркотическое средства. Все вышеуказанное было опечатано и снабжено пояснительными записками. (т. № 2 л.д. 256-259) Из оглашенных в порядке ст. 281 УПК РФ показаний свидетеля ФИО, данных в ходе предварительного следствия 10 декабря 2023 года следует, что он сообщил сведения аналогичные изложенным в показаниях свидетеля ФИО (том № 2 л.д. 260-263) Из показаний свидетеля ФИО, данных ею в ходе предварительного следствия и исследованных в судебном заседании в порядке ч.1 ст. 281 УПК РФ , следует, что 05.07.2023 в вечернее время она была приглашена сотрудниками полиции, принять участие в качестве понятой при проведении личного досмотра гражданки, доставленной в УКОН УМВД России по Сахалинской области, расположенное &lt;адрес&gt;. Согласившись она совместно с сотрудником полиции, прошла в кабинет, расположенный в здании УКОН УМВД России по Сахалинской области на третьем этаже. Туда же, была приглашена вторая девушка в качестве понятого. После чего в кабинет была приглашена досматриваемая на вид молодая девушка, русская, волосы светлые, среднего телосложения, вела себя спокойно. Перед началом досмотра сотрудники полиции разъяснили всем участникам их права и обязанности. Досматриваемая, перед началом досмотра представилась, как ФИО4 после чего сотрудником полиции ей были разъяснены ст. и ст. 51 Конституции РФ. Далее входе личного досмотра ФИО4 в заднем кармане джинс был обнаружен и изъят мобильный телефон марки «Iphone XR» в черном корпусе в чехле телефона обнаружена и изъята банковская карта №, в правом кармане джинс обнаружен сверток выполненный из липучей ленты черного цвета, внутри которого находилось 5 пакетиков с кристаллообразным веществом белого цвета, обмотанный каждый зеленой липучей лентой. После чего все выше изъятое при ней и второй понятой было упаковано в прозрачные полимерные пакеты, и снабжены пояснительными записками. (т. № 2 л.д. 264-266) Из оглашенных в порядке ст. 281 УПК РФ показаний свидетеля ФИО, данных в ходе предварительного следствия 10 декабря 2023 года следует, что она сообщила сведения аналогичные изложенным в показаниях свидетеля ФИО (т. № 2 л.д. 267-269) Из показаний свидетеля ФИО, данных им в ходе предварительного следствия и исследованных в судебном заседании в порядке ч.1 ст. 281 УПК РФ , следует, что 05.07.2023 в утреннее время сотрудниками полиции ему было предложено поучаствовать в качестве понятого в ОРМ "Оперативный эксперимент", на что он согласился, в качестве второго понятого была приглашена неизвестная ему девушка, после чего в их присутствии сотрудники полиции в каб. № УКОН УМВД России по Сахалинской области &lt;адрес&gt; стали вести переписку в мессенджере &lt;данные изъяты&gt; используя учетную запись &lt;данные изъяты&gt; с неизвестным лицами, пользующимися учетными записями &lt;данные изъяты&gt; содержимое переписки ему не известно. Через некоторое время в их присутствии сотрудниками полиции был подготовлен муляж, имитирующий наркотическое средство: пять прозрачных полимерных пакетов с застежками типа «Ziplock», внутри каждого из которых помещена соль для ванн. Далее каждый из данных пакетов обмотан клейкой лентой зеленого цвета, после чего помещены в прозрачный полимерный пакет с застежкой типа «Ziplock». После чего он совместно со вторым понятым и сотрудниками полиции направились &lt;адрес&gt;, был помещен муляж с пятью свертками с наркотическим средством, который ранее подготовили сотрудники полиции в их присутствии (т. № 2 л.д. 270-271) Из оглашенных в порядке ст. 281 УПК РФ показаний свидетеля ФИО, данных в ходе предварительного следствия 10 декабря 2023 года следует, что она сообщила сведения аналогичные изложенным в показаниях свидетеля ФИО (т. № 2 л.д. 272-273) Из показаний свидетеля ФИО, данных им в ходе предварительного следствия и исследованных в судебном заседании в порядке ч.1 ст. 281 УПК РФ , следует, что в УКОН УМВД России по Сахалинской области он проходит службу с июля 2016 года. В его должностные обязанности входит выявление, раскрытие и пресечение преступлений, связанных с незаконным оборотом наркотических средств. В начале марта 2023 года в УКОН УМВД России по Сахалинской области поступила оперативная информация о том, что ФИО3, ФИО1 и ФИО2, устроились в качестве курьеров на интернет-магазин под названием &lt;данные изъяты&gt;, который распространяет на территории Сахалинской области наркотические средства синтетического происхождения и каннабисной группы на территории г. Южно-Сахалинска, ФИО8 и Холмска. Для осуществления своей деятельности они сняли гараж, расположенный &lt;адрес&gt;, где фасовали наркотическое средства и хранили для дальнейшего сбыта. Сбыт они осуществляли путем организации тайников закладок, наркотические средства они получали почтовым отправлением, с целью конспирации они при помощи услуги такси осуществляли получение данных посылок с наркотиком. Через некоторое время их троих повысили до должности склада, после чего они стали совмещать должности курьера и склада. 04.07.2023 примерно в 13 часов 00 минут в ходе ОРМ сотрудниками УКОН УМВД России по Сахалинской области были установлены и задержаны ФИО3, ФИО1 и ФИО2, которые находились рядом с гаражом, который они снимали для осуществления своей деятельности. После чего все трое были доставлены в УКОН УМВД России по Сахалинской области, где был проведен их личный досмотр, в ходе которого у них были изъяты мобильные телефоны, при помощи которых они вели свою незаконную деятельность, а также у ФИО1 изъят сверток с веществом, как он пояснил, что данное вещество наркотик под названием «бошки», который принадлежит им троим для личного употребления. Далее в ходе обследование вышеуказанного гаража, где стоял автомобиль марки &lt;данные изъяты&gt;, принадлежащий ФИО3, в ходе обследования гаража и машины ФИО3, ФИО1 и ФИО2 показали места хранения наркотических средств, а именно наркотическое средство мефедрон (4-метилметкатинон), как они пояснили, данный наркотик остатки от наркотика, который они сбывали путем организации тайников-закладок и получили они его 17.05.2023 года при помощи неустановленного лица, работающего в такси, наркотическое средство гашиш (анаша, смола каннабиса), который они получили 01.07.2023 также при помощи неустановленного лица путем заказа такси. В ходе обследования также были изъяты перчатки фасовочные предметы: канцелярские ножи, ложки, весы, изолента, пустые пакетики с застежками. После обследования ФИО3, ФИО1, ФИО2, были доставлены в УКОН УМВД России по Сахалинской области для дальнейшего разбирательства, где ФИО3 добровольно согласился сотрудничать со следствием и участвовать в оперативно-розыскном мероприятии "Оперативный эксперимент". 04.07.2023 в кабинете № УКОН УМВД России по Сахалинской области, расположенном &lt;адрес&gt; им совместно с другими сотрудниками полиции был подготовлен муляж, имитирующий наркотическое средство: пять прозрачных полимерных пакета с застежками типа «Ziplock», внутри каждого из которых помещена соль для ванн. Далее каждый из данных пакетов обмотан клейкой лентой зеленого цвета, после чего помещены в прозрачный полимерный пакет с застежкой типа «Ziplock». Далее данный пакет с муляжом, имитирующие пять свертков с наркотическим средством, обмотан клейкой лентой черного цвета. Данную фасовку сделали весом по 0,5 грамм синтетического наркотика в каждый сверток из пяти, так как ФИО3 пояснил, что так ему сказал сделать куратор до их задержания, свертки не взвешивали, так как сыпали на глаз. 05.07.2023 он стал совместно с другими сотрудниками полиции вести переписку в мессенджере &lt;данные изъяты&gt; используя учетную запись &lt;данные изъяты&gt;, которая принадлежала ФИО3, ФИО1, и ФИО2 с неизвестным лицами пользующимися учетными записями &lt;данные изъяты&gt; в общем чате под названием &lt;данные изъяты&gt;. 05.07.2023 в 15 часов 16 минут им вместе с другими сотрудниками полиции в рамках ОРМ «Оперативный эксперимент» в приложении &lt;данные изъяты&gt; в группе &lt;данные изъяты&gt; от имени ФИО3 ФИО1 и ФИО2 выполняющие роли «Склада/Курьера» имеющие имя пользователя &lt;данные изъяты&gt; неизвестному лицу, имеющему имя пользователя &lt;данные изъяты&gt; выполняющему роль «курьера» отправлено сообщение &lt;данные изъяты&gt;, после чего от &lt;данные изъяты&gt; в 15 часов 17 минут поступило сообщение «ждем работы». После чего он совместно с двумя незаинтересованными лицами направились &lt;данные изъяты&gt;, помещен муляж с пятью свертками с наркотическим средство, который ранее подготовили в присутствии понятых. После чего было начато наблюдение за данным местом. Далее в ходе наблюдения 05.07.2023 года примерно в 18 часов 30 минут на участок местности, где ими был оборудован тайник-муляж подошла девушка, которая смотрела в свой телефон, после чего обнаружила оборудованный нами муляж и положила к себе в карман джинс, после чего было принято решение о ее задержании. После задержания и доставления в УКОН УМВД России по Сахалинской области, была установлена личность ФИО4, которая пояснила, что переписка в чате &lt;данные изъяты&gt; велась с ней, ее имя пользователя &lt;данные изъяты&gt;, и она выполняла роль курьера на интернет-магазин &lt;данные изъяты&gt;, на данное место она пришла забрать тайник с наркотиком, после чего по указанию куратора данного магазина имеющий имя пользователя &lt;данные изъяты&gt; разложить его, а отчет отправить ему. После чего в ходе личного досмотра у ФИО4 был изъят мобильный телефон, при помощи которого она вела переписку и оборудованный нами муляж. (т. № 2 л.д. 274-277) Из показаний свидетеля ФИО, данных им в ходе предварительного следствия и исследованных в судебном заседании в порядке ч.1 ст. 281 УПК РФ , следует, что в начале декабря 2022 года он в собственность приобрел кооперативный гараж &lt;адрес&gt;, площадь данного гаража 21,3 кв/м2, подвальное помещение не имеет, сам лично данным гаражом он не пользовался, приобрел его для сдачи в аренду. Примерно в первых числа марта 2023 года к нему обратился неизвестный по имени ФИО, который хотел снять его гараж на длительное время, после этого они с ним встретились у его гаража, парень по имени ФИО приехал на японском микроавтобусе марки &lt;данные изъяты&gt; с двумя неизвестными ему ранее парнями. ФИО заплатил ему за 4 месяца вперед 44 000 рублей, так как один месяц аренды стоит 11 000 рублей, для чего им нужен был гараж ему не сказали, после чего не заключая договора он передал дубликат ключей и по 06.07.2023 в гараж не заезжал. 06.07.2023 заканчивался 4х месячный срок аренды, но так как оплаты более не поступало, а телефон ФИО был отключен, он решил заехать в свой гараж, который был пустой ничего внутри подозрительного и лишнего в нем он не заметил. По факту того, чем занимались в нем данные люди ему не известно. До момента сдачи гаража в внутри него никаких газовых плиток, металлических тарелок, растворителей и марель обнаружено не было. (т. № 4 л.д.204-205) Помимо приведенных показаний виновность подсудимых в совершении преступлений при установленных судом обстоятельствах также подтверждается следующими документальными доказательствами. Протоколом личного досмотра от 04.07.2023, согласно которому 04.07.2023 года в период времени с 13 часов 20 минут до 13 часов 30 минут в ходе личного досмотра ФИО3, проведенным сотрудниками УКОН УМВД России по Сахалинской области был обнаружен и изъят мобильный телефон марки «OUKITEL» в корпусе черного цвета. Данные предмет впоследствии соответствующим постановлением были признаны вещественным доказательством и приобщен к материалам уголовного дела в данном качестве (т. № 1 л.д. 81) Протоколом личного досмотра от 04.07.2023, согласно которому 04.07.2023 года в период времени с 13 часов 35 минут до 13 часов 45 минут в ходе личного досмотра ФИО1, проведенным сотрудниками УКОН УМВД России по Сахалинской области был обнаружен и изъят мобильный телефон марки «iPhone» в корпусе синего цвета, банковская карта №, денежные средства в размере 120 000 рублей. Данные предметы впоследствии соответствующим постановлением были признаны вещественным доказательством и приобщены к материалам уголовного дела в данном качестве (т. № 1 л.д. 82) Протоколом личного досмотра от 04.07.2023, согласно которому 04.07.2023 года в период времени с 13 часов 50 минут до 14 часов 05 минут в ходе личного досмотра ФИО9, проведенным сотрудниками УКОН УМВД России по Сахалинской области был обнаружен и изъят мобильный телефон марки «iPhone» в корпусе белого цвета, банковские карты: №, денежные средства в размере 15 000 рублей. Данные предметы впоследствии соответствующим постановлением были признаны вещественными доказательствами и приобщены к материалам уголовного дела в данном качестве (т. № 1 л.д. 83) Протоколом личного досмотра от 05.07.2023, согласно которому 05.07.2023 года в период времени с 18 часов 54 минут до 19 часов 20 минут в ходе личного досмотра ФИО4, проведенным сотрудниками УКОН УМВД России по Сахалинской области был обнаружен и изъят мобильный телефон марки «iPhone» в корпусе черного цвета и банковская карта №», сверток выполненный из липучей ленты черного цвета, внутри которого находилось 5 пакетиков с кристаллообразным веществом белого цвета, обмотанный каждый зеленой липучей лентой. Данные предметы впоследствии соответствующим постановлением были признаны вещественными доказательствами и приобщены к материалам уголовного дела в данном качестве (т. № 1 л.д. 138) Протоколом осмотра предметов от 04.08.2023, в котором отражен факт осмотра банковских карт обнаруженных и изъятых 04.07.2023 в ходе личного досмотра ФИО1, ФИО2, обследования автомобиля марки &lt;данные изъяты&gt;, г/н №. (т. № 2 л.д. 53-60) Протоколом осмотра предметов от 31.08.2023, в котором отражен факт осмотра наркотических средств и предметов обнаруженных и изъятых 04.07.2023 года в ходе обследования гаражного помещения гаражного кооператива, расположенного &lt;адрес&gt;, обследования автомобиля марки &lt;данные изъяты&gt;, г/н №, 05.07.2023 в ходе личного досмотра ФИО4 Данные предметы впоследствии соответствующим постановлением были признаны вещественным доказательством и приобщены к материалам уголовного дела в данном качестве. (т. № 2 л.д. 81-102) Протоколом осмотра предметов от 21.10.2023, в котором отражен факт осмотра мобильных телефонов и банковских карт, обнаруженных и изъятых 04.07.2023 года в ходе личного досмотра ФИО3, ФИО1, ФИО2, 05.07.2023 в ходе личного досмотра ФИО4 В ходе осмотра телефонов в них имеется переписка с куратором магазина &lt;данные изъяты&gt;, описание незаконной деятельности ФИО3, ФИО1, ФИО2, ФИО4 Данные предметы впоследствии соответствующим постановлением были признаны вещественными доказательствами и приобщены к материалам уголовного дела в данном качестве. (т. № 2 л.д. 109-208) Протоколом осмотра предметов от 12.04.2024, в котором отражен факт осмотра выписки, предоставленной из АО «&lt;данные изъяты&gt; банк», по счету №, открытой на ФИО4, в которой имеется информация о внесенном залоге ею при трудоустройстве на магазин под названием &lt;данные изъяты&gt; в качестве курьера. Данные документы впоследствии соответствующим постановлением были признаны вещественным доказательством и приобщены к материалам уголовного дела в данном качестве. (т. № 2 л.д. 228-230) Протоколом осмотра места происшествия от 12.04.2024, в котором отражен факт осмотра отделения &lt;адрес&gt;, где 17.05.2023 ФИО3, ФИО1, ФИО2 осуществили получение посылки со смесью, содержащей в своем составе наркотическое средство мефедрон (4-метилметкатинон). (т. № 2 л.д. 238-242) Протоколом осмотра места происшествия от 12.04.2024, в котором отражен факт осмотра отделения службы доставки &lt;адрес&gt;, где 01.07.2023 ФИО3, ФИО1, ФИО2 осуществили получение посылки с наркотическим средством гашиш (анаша, смола каннабиса). (т. № 2 л.д. 243-247) Заключением эксперта ЭКЦ Управления МВД России по Сахалинской области № от 25.08.2023, согласно выводам которого: -вещества, содержащиеся в двух пакетах с застежкой №5 и №6 (Пакет №5), изъятые 04 июля 2023 года в результате обследования гаражного помещения гаражного кооператива, расположенного &lt;адрес&gt;, являются смесями, содержащими в своем составе наркотическое средство мефедрон (4-метилметкатинон). Масса изъятых смесей, содержащих в своем составе мефедрон (4-метилметкатинон), составила: 36,0 грамма (пакет с застежкой №5) и 0,13 грамма (пакет с застежкой №6). -вещества, содержащиеся в шести пакетах с застежкой №№ 1 – 6 (Пакет №1), изъятые 04 июля 2023 года в результате обследования автомобиля марки &lt;данные изъяты&gt;, г/н №, расположенного &lt;адрес&gt;, являются смесями, содержащими в своем составе наркотическое средство мефедрон (4-метилметкатинон). Масса изъятых смесей, содержащих в своем составе мефедрон (4-метилметкатинон), составила: 0,48 грамма (пакет с застежкой №1), 0,53 грамма (пакет с застежкой №2), 0,57 грамма (пакет с застежкой №3), 0,52 грамма (пакет с застежкой №4), 0,58 грамма (пакет с застежкой №5) и 4,07 грамма (пакет с застежкой №6). -вещества, содержащиеся в четырех пакетах с застежкой №№ 1 – 4 (Пакет №5), изъятые 04 июля 2023 года в результате обследования гаражного помещения гаражного кооператива, расположенного &lt;адрес&gt;, являются наркотическим средством гашиш (анаша, смола каннабиса). Масса изъятого гашиша (анашы, смолы каннабиса) составила: 94,8 грамма (пакет с застежкой №1), 91,3 грамма (пакет с застежкой №2), 85,0 грамма (пакет с застежкой №3) и 1,39 грамма (пакет с застежкой №4). -вещества, содержащиеся в двух свертках из фрагментов фольги №7 и №8 (Пакет №5), изъятые 04 июля 2023 года в результате обследования гаражного помещения гаражного кооператива, расположенного &lt;адрес&gt;, являются смесями измельченных частей табака и наркотического средства масло каннабиса (гашишное масло). Масса изъятых смесей составила: 0,21 грамма (сверток №7) и 1,09 грамма (сверток №8). Масса масла каннабиса (гашишного масла), содержащегося в смесях с частями табака, составила: 0,06 грамма (сверток №7) и 0,32 грамма (сверток №8). -вещество, содержавшееся в бумажном свертке (Пакет №4), изъятое 04 июля 2023 года в результате обследования автомобиля марки &lt;данные изъяты&gt;, г/н №, расположенного &lt;адрес&gt;, является смесью измельченных частей табака и наркотического средства масло каннабиса (гашишное масло). Масса изъятой смеси составила 0,54 грамма. Масса масла каннабиса (гашишного масла), содержащегося в смеси с частями табака, составила 0,16 грамма. -в наслоениях, содержащихся на поверхностях весов в корпусе серого цвета с надписью «DEXP» (Пакет №6), на лезвиях двух ножей (Пакет №6) и на внутренней поверхности цилиндрической емкости (Пакет №6), изъятых 04 июля 2023 года в результате обследования гаражного помещения гаражного кооператива, расположенного &lt;адрес&gt;, в следовых количествах содержится тетрагидроканнабинол, наркотически активный компонент растений рода Конопля (растений рода Cannabis), их частей и получаемых из них наркотических средств; -в наслоениях, содержащихся на поверхностях весов в корпусе черного цвета с откидной крышкой (Пакет №6) и на поверхностях одной ложки черного цвета (Пакет №6) и двух ложек белого цвета (Пакет №6), изъятых 04 июля 2023 года в результате обследования гаражного помещения гаражного кооператива, расположенного &lt;адрес&gt;, в следовых количествах содержатся: наркотическое средство мефедрон (4-метилметкатинон) и наркотическое средство тетрагидроканнабинол, наркотически активный компонент наркотикосодержащих растений рода Конопля (растений рода Cannabis), их частей и получаемых из них наркотических средств. -в веществах, содержащихся в пакетах с застежкой №№ 40 – 44 (Пакет №9), изъятых 05 июля 2023 года в результате личного досмотра, досмотра вещей и багажа ФИО4, наркотических средств, психотропных веществ и их производных, схожих с ними по химической структуре веществ, прекурсоров, сильнодействующих и ядовитых веществ не выявлено. (т. № 1 л.д. 242-251) Иным документом: Протоколом явки с повинной от 05.07.2023 года, в котором отражен факт сообщения подозреваемым ФИО2 о совершенном им преступлении, а именно, что он, находясь в должности «Склада и Курьера», работая в интернет-магазине под названием &lt;данные изъяты&gt;, пытался сбыть наркотическое средства мефедрон и гашиш, но был задержан сотрудниками полиции, а наркотик изъят. (т. № 3 л.д. 112-113) Протоколом обследования помещений, зданий сооружений, участков местности и транспортных средств от 04.07.2023, в котором отражен факт обследования 04 июля 2023 года в период с 15 часов 20 минут до 16 часов 05 минут гаражного помещения гаражного кооператива, расположенного &lt;адрес&gt;, где сотрудниками УКОН УМВД России по Сахалинской области обнаружено и изъято 2 свертка с веществом, 4 свертка с веществом, весы в корпусе черного цвета с надписью «DEXP», цилиндрическая емкость, весы в корпусе черного цвета с откидной, 2 ножа, ложка черного цвета, две ложки белого цвета, 5 мотков изоленты синего, черного и красного цвета, 6 перчаток, картонная коробка с множеством полимерных пакетов, картонная коробка с полимерной банкой с крышкой с порошкообразным веществом. (т. № 1 л.д. 96-100) Протоколом обследования помещений, зданий сооружений, участков местности и транспортных средств от 04.07.2023, в котором отражен факт обследования 04 июля 2023 года в период с 16 часов 10 минут до 16 часов 50 минут автомобиля марки &lt;данные изъяты&gt;, г/н №, расположенного &lt;адрес&gt;, где сотрудниками УКОН УМВД России по Сахалинской области были обнаружены и изъяты 6 свертков с веществом, банковские карты: №. (т. № 1 л.д. 105-110) Актом № от 04.07.2023, в котором отражен факт обнаружения у ФИО3 в следовых количествах тетрагидроканнабинола. (т. № 4 л.д. 52) Актом № от 04.07.2023, в котором отражен факт обнаружения у ФИО1 в следовых количествах тетрагидроканнабинола. (т. № 4 л.д. 134) Актом № от 04.07.2023, в котором отражен факт обнаружения у ФИО2 в следовых количествах тетрагидроканнабинола. (т. № 4 л.д. 154) Обзорной справкой по документированию организованной преступной группы, организовавшей работу и функционирование «Интернет-магазина» &lt;данные изъяты&gt; от 02.02.2024, в которой отражена информация о том, что УКОН УМВД России по Сахалинской области располагает оперативной информацией о том, что ФИО1, ФИО3 и ФИО2 , ФИО4, вступили в преступный сговор с неустановленными лицами, действующими в интересах преступной группы на территории Сахалинской области, которая осуществляет бесконтактный сбыт наркотических средств синтетической группы с использованием информационно-телекоммуникационных технологий, известная среди потребителей наркотических средств как «интернет-магазин» &lt;данные изъяты&gt;. (т. № 1 л.д. 181-184) Справкой о проведении оперативно-розыскного мероприятия «Наблюдение» сайта «Интернет-магазина» &lt;данные изъяты&gt; от 02.02.2024, в ходе которого отражены обстоятельства осуществления деятельности по продаже наркотических веществ интернет-магазином &lt;данные изъяты&gt;. (т. № 1 л.д. 185-202) Актом о проведении ОРМ «Оперативный эксперимент» от 05.07.2023, в котором отражен факт осуществления под контролем незаинтересованных лиц сотрудниками полиции помещения муляжа, имитирующего свёрток с пятью свёртками с наркотическим средством под деревянной палкой на участке местности имеющем географические координаты «№». (т. № 1 л.д. 144-147) Оценивая в совокупности все вышеперечисленные и исследованные доказательства, суд находит их относимыми, поскольку они имеют непосредственное отношение к рассматриваемому судом уголовному делу; допустимыми, так как они получены из источников, предусмотренных УПК РФ, с соблюдением требований уголовно-процессуального законодательства, их совокупность суд находит достаточной для разрешения дела по существу. Результаты протоколов личного досмотра, осмотров предметов и вещественных доказательств, приведенные в описательно-мотивировочной части приговора иные протоколы следственных действий и другие документы, по своей сути согласуются с установленными в ходе судебного разбирательства фактическими обстоятельствами дела, поэтому они являются также достоверными доказательствами. Заключения судебных экспертиз, проведенных по уголовному делу, даны экспертами, компетентными в области проводимых ими исследований, на основании постановлений надлежащего должностного лица следственного органа, с соблюдением требований, установленных уголовно-процессуальным законом, а также требованиям Федерального закона «О государственной судебно-экспертной деятельности в РФ». Выводы экспертиз мотивированны, научно обоснованы и не вызывают сомнений в достоверности, ответы на поставленные вопросы даны в полном объеме с учетом полномочий и компетенции экспертов, достаточных оснований для того, чтобы подвергать сомнению выводы проведенных экспертиз, в судебном заседании не представлено. При таких обстоятельствах суд признает данные доказательства допустимыми и достоверными. Оценивая результаты оперативно-розыскной деятельности, представленные в материалах уголовного дела, суд приходит к следующему. Согласно статьям 2 и 3 Федерального закона от 12.08.1995 года № 144-ФЗ «Об оперативно-розыскной деятельности» (далее ФЗ «Об ОРД») задачами оперативно-розыскной деятельности являются выявление, предупреждение, пресечение и раскрытие преступлений, а также выявление и установление лиц, их подготавливающих, совершающих или совершивших. Одним из основных принципов оперативно-розыскной деятельности является принцип конспирации, сочетания гласных и негласных методов и средств. Вместе с тем, ст. 5 ФЗ «Об ОРД» органам (должностным лицам), осуществляющим оперативно-розыскную деятельность, запрещается подстрекать, склонять, побуждать в прямой или косвенной форме к совершению противоправных действий, что расценивается в качестве провокации. Проведенные по настоящему уголовному делу оперативно-розыскные мероприятия никоим образом не свидетельствуют о наличии со стороны проводивших ОРМ сотрудников полиции действий, побуждающих лицо, привлеченное в рамках настоящего уголовного дела к уголовной ответственности, а равно и иных лиц к совершению противоправных деяний. Сами оперативно-розыскные мероприятия проведены с соблюдением требований Федерального закона «Об оперативно-розыскной деятельности», при наличии оснований для проведения оперативно-розыскных мероприятий, для выполнения задач по выявлению и пресечению особо тяжкого преступления, по которому производство предварительного следствия обязательно – т.е. незаконного сбыта наркотических средств и выявлению лиц, к нему причастных, в том числе розничных закладчиков наркотиков; с соблюдением условий проведения оперативно-розыскных мероприятий. В частности, опрос, оперативный эксперимент проведены на основании информации, полученной от задержанного ФИО3 и соответствующего постановления о проведении оперативного эксперимента, с целью выявления лиц, сотрудничающих в качестве сбытчиков наркотиков с операторами магазина, действующих с помощью мессенджера &lt;данные изъяты&gt;, посредством которого осуществлялась торговля наркотическими средствами. В рамках данного оперативного эксперимента, опросов, были созданы негласно контролируемые условия для выявления лиц, сотрудничающих с данным Интернет-ресурсом в качестве розничных закладчиков наркотиков и получающих оптовые закладки от него, в частности через учетную запись ФИО3 с помощью которой раньше осуществлялась переписка с неустановленным оператором по поводу получения оптовых закладок. Далее сотрудниками полиции была осуществлена закладка муляжа наркотического средства мефедрон (4-метилметкатинон), а сообщение с координатами местонахождения тайника-закладки сообщено в группе неустановленному оператору Интернет-ресурса, после чего в ходе дальнейших оперативно-розыскных мероприятий была выявлена ФИО4, которая прибыла на соответствующую открытую местность, где она после нахождения в тайнике муляжа наркотического средством мефедрон (4-метилметкатинон), массой не менее 2,5 грамма была задержана. Оперативно-розыскные мероприятия соответствовали целям и задачам, предусмотренным законом «Об оперативно-розыскной деятельности», были направлены на выявление всех участников организованной группы, занимающихся сбытом наркотических средств, а не были связаны с искусственным созданием условий для совершения осужденными преступлений. Оперативно-розыскные действия проведены на основании утвержденного в установленном порядке и надлежащим должностным лицом постановления органа, осуществляющего оперативно-розыскную деятельность. Полученные результаты оперативно-розыскной деятельности представлены следователю на основании постановления руководителя органа, осуществляющего ОРД, в полном соответствии с положениями ФЗ «Об ОРД», а также Инструкции о порядке представления результатов оперативно-розыскной деятельности органу дознания, следователю или в суд, утвержденной межведомственным приказом от 27.09.2013 года № 776/703/509/507/1820/42/535/398/68. Каких-либо процессуальных нарушений, допущенных при производстве предварительного расследования по делу, влекущих признание доказательств недопустимыми и их утрату, суд не усматривает. Анализируя и сопоставляя исследованные доказательства, суд приходит к выводу о том, что показания свидетелей ФИО, ФИО, ФИО, ФИО, ФИО, ФИО, ФИО, ФИО, ФИО, ФИО, данные в ходе производства по делу, являются достоверными, поскольку они логичны, последовательны, согласуются между собой и взаимодополняют друг друга, не имеют существенных противоречий, влияющих на доказанность вины подсудимых ФИО3, ФИО1, ФИО2 и ФИО4 в совершении установленных судом преступлений, а также согласуются с исследованными в судебном заседании материалами уголовного дела. Оснований не доверять признанным достоверными показаниям свидетелей не имеется, поскольку судом не установлено причин, по которым они могли бы оговорить подсудимых. Некоторые неточности и расхождения в показаниях указанных лиц суд признает несущественными, поскольку они не влияют на доказанность вины подсудимых и квалификацию их действий. Оснований для признания показаний свидетелей данных в ходе производства по делу, недопустимыми доказательствами у суда не имеется, поскольку эти показания получены с соблюдением требований УПК РФ, перед дачей показаний допрашиваемым лицам разъяснялись их процессуальные права, а также то, что их показания могут быть использованы в качестве доказательств по делу, в том числе и в случае последующего отказа от них. По окончании допросов допрашиваемыми лицами были сделаны записи о правильной фиксации данных показаний с их слов и о добровольности их дачи, при этом протоколы допросов не содержат каких-либо заявлений и замечаний. Оценивая показания подсудимых ФИО3, ФИО1, ФИО2 и ФИО4, данные в ходе предварительного следствия и в суде, суд признает их достоверными, поскольку они согласуются с показаниями свидетелей по делу, подтверждаются документальными доказательствами, а также были подтверждены подсудимыми в ходе судебного заседания. Оснований полагать, что в показаниях названных подсудимых имел место самооговор, у суда не имеется, поскольку перед допросами подсудимым разъяснялись их процессуальные права, допросы происходили в присутствии профессиональных защитников, кроме того их показания были последовательны, неизменны и подтверждаются другими доказательствами по делу. В совокупности с иными исследованными в судебном заседании доказательствами, показания свидетелей и подсудимых, признанные судом достоверными, достаточны для признания ФИО3, ФИО1, ФИО2, виновными в совершении установленных судом преступлений и квалификации их действий: -по ч. 3 ст. п.п. «а, г» ч. 4 ст. 228.1 УК РФ – как покушение на незаконный сбыт наркотических средств, совершенное с использованием информационно-телекоммуникационных сетей, (включая сеть "Интернет"), организованной группой, в крупном размере, если при этом преступление не было доведено до конца по независящим от них обстоятельствам. -по ч. 3 ст. п.п. «а, г» ч. 4 ст. 228.1 УК РФ – как покушение на незаконный сбыт наркотических средств, совершенное с использованием информационно-телекоммуникационных сетей, (включая сеть "Интернет"), организованной группой, в крупном размере, если при этом преступление не было доведено до конца по независящим от них обстоятельствам. -по ч. 1 ст. 228 УК РФ – как незаконное хранение, изготовление без цели сбыта наркотических средств, в значительном размере. Также, суд признает совокупность исследованных доказательств достаточными для признания ФИО4 виновной в совершении установленного судом преступления и квалификации её действий: -по ч. 3 ст. п.п. «а» ч. 4 ст. 228.1 УК РФ – как покушение на незаконный сбыт наркотических средств, совершенное с использованием информационно-телекоммуникационных сетей, (включая сеть "Интернет"), организованной группой, в значительном размере, если при этом преступление не было доведено до конца по независящим от них обстоятельствам. Под незаконным сбытом наркотических средств следует понимать незаконную деятельность лица, направленную на их возмездную либо безвозмездную реализацию другому лицу. При этом сама передача лицом реализуемых средств, веществ, растений приобретателю может быть осуществлена любыми способами, в том числе непосредственно, путем сообщения о месте их хранения приобретателю, проведения закладки в обусловленном с ним месте, введения инъекции. Если лицо в целях осуществления умысла на незаконный сбыт наркотических средств незаконно приобретает, хранит, перевозит эти средства, совершая тем самым действия, направленные на их последующую реализацию и составляющие часть объективной стороны сбыта, однако по не зависящим от него обстоятельствам не передает указанные средства приобретателю, то такое лицо несет уголовную ответственность за покушение на незаконный сбыт этих средств. Из положений ч. 3 ст. 30 УК РФ следует, что покушением на преступление признаются умышленные действия (бездействие) лица, непосредственно направленные на совершение преступления, если при этом преступление не было доведено до конца по не зависящим от этого лица обстоятельствам. Согласно разъяснениям, изложенным в п. 13.2 Постановления Пленума Верховного суда РФ от 15.06.2006 N 14 "О судебной практике по делам о преступлениях, связанных с наркотическими средствами, психотропными, сильнодействующими и ядовитыми веществами" если лицо в целях осуществления умысла на незаконный сбыт наркотических средств незаконно приобретает, хранит, перевозит, изготавливает, перерабатывает эти средства, тем самым совершает действия, направленные на их последующую реализацию и составляющие часть объективной стороны сбыта, однако по не зависящим от него обстоятельствам не передает указанные средства приобретателю, то такое лицо несет уголовную ответственность за покушение на незаконный сбыт этих средств, веществ, растений. В судебном заседании достоверно установлено, что подсудимые ФИО3, ФИО1, ФИО2 и ФИО4, с целью получения дохода, посредством сети "Интернет" вступили в сговор с другими участниками организованной группы под руководством неустановленных лиц на распространение наркотических средств бесконтактным способом и в соответствии с этой договоренностью, согласно отведенных им ролям: ФИО3, ФИО1 и ФИО2 должны были получать почтовые отправления содержащие в себе оптовые партии наркотических средств, осуществлять их фасовку на меньшие партии, и раскладывать в тайники-закладки в целях обеспечения поставок данных наркотических средств для других «курьеров», а ФИО4, должна была получить фасованные на розничные партии наркотические средства из тайника-закладки с целью их дальнейшего распространения, путем помещения данных наркотических средств в тайники для их дальнейшего получения непосредственно потребителями, и сообщать о которых неустановленному лицу, которое осуществляло как руководство их преступной деятельностью, так и её финансирование. В рамках данной договоренности 17 мая 2023 года в период с 13 часов 00 минут до 19 часов 55 минут ФИО3, ФИО1 и ФИО2 в приложении &lt;данные изъяты&gt; установленном на мобильном телефоне марки «OUKITEL», получили от неустановленного лица № 2, неустановленный в ходе следствия трек-номер почтового отправления со смесью, содержащей в своем составе наркотическое средство мефедрон (4-метилметкатинон), общей массой не менее 42,88 грамма, которое находилось в отделении &lt;адрес&gt;. В дальнейшем ФИО3, ФИО1, ФИО2 выполняя указания неустановленного лица № 2, 17 мая 2023 года в период с 13 часов 00 минут до 19 часов 55 минут, при помощи неустановленного доверенного лица, последние осуществили получение данной посылки со смесью, содержащей в своем составе наркотическое средство мефедрон (4-метилметкатинон), общей массой не менее 42,88 грамма, после чего с целью дальнейшего сбыта перенесли в бокс &lt;адрес&gt;. После чего ФИО3, ФИО1, ФИО2 являясь членами организованной группы в должности «Склад» и «Курьер», действуя незаконно, умышленно, согласно указаний неустановленного следствием лица № 2 полученных путем электронных сообщений посредством сети «Интернет», в приложении &lt;данные изъяты&gt; установленном на мобильном телефоне марки «OUKITEL» в период с 17 мая 2023 года до 04 июля 2023 года находясь в боксе &lt;адрес&gt;, полученную ими смесь, содержащую в своем составе наркотическое средство мефедрон (4-метилметкатинон), общей массой не менее 42,88 грамма, с целью дальнейшего сбыта, используя специально приобретенные для фасовки наркотика упаковочный материал и электронные весы, расфасовали в не менее чем 8 бесцветных полимерных пакетов с застежкой, часть из которых в неустановленном количестве разместили в различных неустановленных местах г. Южно-Сахалинска и г. ФИО8, а оставшуюся часть смеси, содержащей в своем составе наркотическое средство мефедрон (4-метилметкатинон), общей массой 42,88 грамма продолжили хранить с целью дальнейшего сбыта, как в помещении вышеуказанного бокса, так и в салоне автомобиля марки &lt;данные изъяты&gt;, государственный регистрационный знак №, припаркованном в данном гаражном боксе, изыскивая места для оборудования тайников с наркотическим средством и готовясь его сбыть, однако свои преступные намерения, направленные на незаконный сбыт наркотического средства довести не смогли по независящим от них обстоятельствам, так как их преступные действия были пресечены сотрудниками правоохранительного органа, а указанное наркотическое средство изъято из незаконного оборота. Кроме того являясь членами организованной группы, выполняя указания неустановленного лица № 2, 01 июля 2023 года в утреннее время ФИО3 ФИО1 и ФИО2 в приложении &lt;данные изъяты&gt; установленном на мобильном телефоне марки «OUKITEL», получили номер почтового отправления «№, данные отправителя: ФИО г. &lt;адрес&gt;, получатель ФИО», с находящимся внутри наркотическим средством - гашиш (анаша, смола каннабиса) в 4х свертках общей массой не менее 272,49 грамма, которое находилось в отделении службы доставки &lt;адрес&gt;. В дальнейшем ФИО3, ФИО1 и ФИО2, выполняя указания неустановленного лица № 2, в указанный период времени, при помощи неустановленного лица, осуществили получение данной посылки с наркотическим средством - гашиш (анаша, смола каннабиса) содержащимся в 4-х свертках общей массой не менее 272,49 грамма, после чего с целью дальнейшего сбыта перенесли указанное наркотическое средство в бокс &lt;адрес&gt;. После чего ФИО3, ФИО1 и ФИО2 являясь членами организованной группы в должности «Склад» и «Курьер», согласно имеющейся между ними и неустановленным лицом, выполняющим роль «куратора» в интернет-магазине &lt;данные изъяты&gt;, договоренности о неограниченном доступе к получаемым под реализацию наркотическим средствам, изготовив из него наркотическое средство-масло каннабиса (гашишное масло) для собственного употребления в период времени с 10 часов 00 минут 01 июля 2023 года до 13 часов 00 минут 04 июля 2023 года находясь в помещении гаражного бокса &lt;адрес&gt;, часть наркотического средства гашиш (анаша, смола каннабиса) в неустановленном количестве употребили, а оставшееся наркотическое средство - гашиш (анаша, смола каннабиса) содержащееся в 4-х свертках общей массой 272,49 грамма, действуя в составе организованной группы, ожидая указаний от неустановленного лица № 2, продолжили хранить с целью дальнейшего сбыта, в помещении вышеуказанного гаражного бокса, изыскивая места для оборудования тайников с наркотическим средством и готовясь его сбыть, однако довести свои преступные намерения до конца не смогли по независящим от них обстоятельствам ввиду задержания сотрудниками полиции. Кроме того ФИО4, являясь членом организованной группы, созданной и руководимой неустановленным следствием лицом № 1, в соответствии с отведенной ей ролью «курьера», 05 июля 2023 года в 15 часов 28 минут, получила на принадлежащий ей мобильный телефон марки «iPhone» от контакта с именем пользователя &lt;данные изъяты&gt;, принадлежащего ФИО3, ФИО1 и ФИО2, электронное сообщение, о нахождении тайника-закладки со смесью содержащей в своем составе мефедрон (4-метилметкатинон), общей массой не менее 2,5 грамма, оборудованного сотрудниками УКОН УМВД России по Сахалинской области в рамках оперативно-розыскного мероприятия «оперативный эксперимент» на участке местности, расположенном &lt;адрес&gt;. После чего, 05 июля 2023 года в 18 часов 30 минут ФИО4, действуя согласно полученных от неустановленного лица № 2 указаниям, находясь на указанном участке местности, с целью последующего незаконного сбыта наркотических средств, обнаружила и забрала сверток содержащий в себе муляж наркотического средства, который ранее поместили сотрудники УКОН УМВД России по Сахалинской области, после чего была задержана последними. Суд убежден, что действия подсудимых ФИО3, ФИО1 ФИО2, и ФИО4 были направлены именно на сбыт наркотических средств, что подтверждается их собственными показаниями, результатами оперативно-розыскного мероприятия «Оперативный эксперимент», исследованной перепиской содержащейся в их телефонах, а также фактом использования подсудимыми ФИО3, ФИО1 и ФИО2 подручных средств (весов и различного упаковочного материала) для расфасовки наркотика в удобную для сбыта упаковку, о чем указанные подсудимые указали в своих показаниях. Таким образом, ФИО3, ФИО1, ФИО2 и ФИО4, действуя организованной группой совместно с другими участниками под руководством неустановленных лиц, совершили умышленные действия, непосредственно направленные на совершение преступлений, то есть покушались на незаконный сбыт имевшихся у них наркотических средств, однако завершить его реализацию и довести преступление до конца не смогли по не зависящим от них обстоятельствам - в связи с изъятием наркотиков из незаконного оборота. Перечисленные факты, в совокупности с установленными обстоятельствами дела свидетельствуют о реализации ФИО3, ФИО1, ФИО2 и ФИО4 единого с неустановленным лицом, руководившим их действиями, умысла на незаконный сбыт наркотических средств. При этом совершенные в рамках предварительной договоренности действия подсудимых и действия неустановленных лиц, направлявших им посредством почтовых отправлений наркотические средства, носили совместный и согласованный характер, взаимодополняли и взаимообуславливали друг друга. Также у суда нет оснований сомневаться в том, что действия ФИО3, ФИО1, ФИО2 и ФИО4 носили умышленный характер, поскольку они осознавала тот факт, что сбыт наркотических средств, является противоправным и представляет высокую общественную опасность в области здоровья населения, при этом предвидя неизбежность наступления общественно опасных последствий целенаправленно реализовывали свои преступные намерения. При этом они преследовали корыстные мотивы, поскольку ФИО3, ФИО1 и ФИО2 получали материальное вознаграждение за проданный ими наркотик, а также намеревались получить таковое за наркотик, который хранили в гаражном боксе по адресу осуществления своей преступной деятельности для дальнейшего сбыта, как и намеревалась его получить в ходе реализации ОРМ «Оперативный эксперимент» подсудимая ФИО4, о чем названные подсудимые отразили в своих показаниях. Квалифицирующий признак «организованной группой» нашёл своё подтверждение, поскольку в ходе судебного заседания было достоверно установлено, что ФИО3, ФИО1, ФИО2 и ФИО4 осуществляли свои преступные действия в составе устойчивой группы лиц, куда входили лица, выполняющие роли «кадровый менеджер», «куратор», «склад», «курьер» «финансист», использующие в мессенджере &lt;данные изъяты&gt; псевдонимы, при этом целью деятельности данной группы было совершение сбытов наркотических средств потребителям, о чём подсудимым было достоверно известно, что следует из их собственных показаний, а также из обнаруженных в их телефонах информации, отражённой в протоколах осмотра телефона. Сама группа осуществляла свою деятельность на протяжении длительного времени, при этом в ней были чёткие признаки подчинённости и распределения ролей между участниками, подробно описанные в фактически установленных обстоятельствах дела, и нашедшие своё отражение в показаниях ФИО3, ФИО1, ФИО2 и ФИО4, а также в результатах ОРМ, из которых чётко видно, что каждый участник группы отвечает за решение только своего круга вопросов и имеет свои обязанности, при этом в процессе работы ФИО3, ФИО1, ФИО2 и ФИО4 отдавались указания, которые они чётко выполняли, что свидетельствует о наличии иерархической структуры подчинения. Также в группе имелись разработанные правила осуществления деятельности для каждого участника, общение между участниками происходило законспирированным образом через сеть Интернет с использованием в том числе мессенджера &lt;данные изъяты&gt;, исключающих личные контакты членов группы, каждый из участников группы выполнял определённые обязанности по своему направлению деятельности для достижения единой преступной цели. Нашел свое подтверждение и квалифицирующий признак преступления «с использованием информационно-телекоммуникационных сетей (включая сеть Интернет)», так как в судебном заседании установлено, что ФИО3, ФИО1, ФИО2 и ФИО4 с помощью программ для обмена текстовыми сообщениями, функционирование которых обеспечивается посредством сети Интернет, дистанционно, договорились с неустановленным в ходе следствия лицом о получении наркотических средств с целью их последующего сбыта на территории Сахалинской области и действуя во исполнение единого преступного умысла в достижении указанной цели, выполняя объективную сторону состава преступления, получали наркотические средства (подсудимые ФИО3, ФИО1 и ФИО2) а также намеревалась его получить подсудимая ФИО4, при обстоятельствах, исключающих их непосредственный контакт с неустановленным лицом. В соответствии с постановлением Правительства РФ от 30 июня 1998 года № 681 «Об утверждении перечня наркотических средств, психотропных веществ и их прекурсоров, подлежащих контролю в Российской Федерации» гашиш (анаша, смола каннабиса), мефедрон (4-метилметкатинон), все смеси, в состав которых входит хотя бы одно вещество, перечисленное в Списке № 1, независимо от их содержания в смеси, включены в Список № 1 наркотических средств и психотропных веществ, оборот которых в Российской Федерации запрещен в соответствии с Законодательством РФ и международными договорами Российской Федерации. Квалифицирующий признак "в значительном и крупном размере" также нашел свое подтверждение, поскольку в соответствии с постановлением Правительства РФ от 1 октября 2012 года N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значительный размер наркотического средства – мефедрон (4-метилметкатинон) образует их масса свыше 0,2 граммов, крупный размер свыше 2,5 грамма, а особо крупный свыше 500 граммов; значительным размером наркотического средства – гашиш (анаша, смола каннабиса) является его количество массой свыше 2 грамм, крупным размером является его количество массой свыше 25 грамма, особо крупным размером является его количество массой свыше 10000 грамм. Следовательно, смесь содержащая в своём составе наркотическое средство – мефедрон (4-метилметкатинон) общей массой 42,88 грамма и наркотическое средство – гашиш (анаша, смола каннабиса), общей массой 272,49 грамма образует крупный размер, смесь содержащая в своём составе наркотическое средство – мефедрон (4-метилметкатинон) общей массой 2,5 грамма образует значительный размер. При квалификации действий подсудимых ФИО3, ФИО1 и ФИО2 по ч.1 ст. 228 УК РФ , суд исходит из того, что под незаконным хранением без цели сбыта наркотических средств следует понимать действия лица, связанные с незаконным владением этими средствами или веществами, в том числе для личного потребления (содержание при себе, в помещении, тайнике и других местах). При этом не имеет значения, в течение какого времени лицо незаконно хранило наркотическое средство. Под незаконным изготовлением наркотических средств без цели сбыта следует понимать совершенные в нарушение законодательства Российской Федерации умышленные действия, в результате которых из растений, содержащих наркотические средства или психотропные вещества, либо их частей, содержащих наркотические средства или психотропные вещества, лекарственных, химических и иных веществ получено одно или несколько готовых к использованию и потреблению наркотических средств, психотропных веществ или их аналогов. Суд исходит из установленных приведенными выше доказательствами обстоятельств дела, согласно которым, в период времени с 10 часов 00 минут 01 июля 2023 года до 13 часов 00 минут 04 июля 2023 года у ФИО3, ФИО1 и ФИО2, находящихся в боксе &lt;адрес&gt;, возник совместный преступный умысел, направленный на незаконное изготовление из полученного наркотического средства гашиш (анаша, смола каннабиса), - наркотического средства масло каннабиса (гашишное масло) в значительном размере и последующее его хранение с целью совместного употребления. Так, в указанный период времени и месте ФИО3, отделив от полученного наркотического средства гашиш (анаша, смола каннабиса) его часть в неустановленном количестве, поместил данный наркотик в металлическую миску и передал ФИО1 и ФИО2 На что последние в свою очередь используя металлическую миску, растворитель, газовую плитку и кусок ткани изготовили наркотическое средство масло каннабиса (гашишное масло) общей массой не менее 0,54 грамма. После чего ФИО2, действуя совместно и согласованно с ФИО1 и ФИО3, смешал его с частицами табака, получив смесь измельченных частиц табака и наркотического средства масло каннабиса (гашишное масло), общей массой не менее 1,84 грамма, которую с целью удобства хранения расфасовал в 3 свертка, после чего ФИО3, ФИО1 и ФИО2 частично употребили данную наркосодержащую смесь путем курения в неустановленном количестве. Оставшуюся смесь измельченных частиц табака и наркотического средства масло каннабиса (гашишное масло), общей массой 1,84 грамма ФИО3, ФИО1 и ФИО2, стали хранить незаконно, умышленно, без цели сбыта, с целью личного употребления в помещении бокса &lt;адрес&gt;, а так же в салоне автомобиля марки &lt;данные изъяты&gt; государственный регистрационный знак №, расположенного в указанном гаражном боксе до момента обнаружения и изъятия сотрудниками УКОН УМВД России по Сахалинской области. Квалифицирующий признак в «значительном размере» нашёл свое подтверждение в ходе рассмотрения дела, поскольку в соответствии с Постановлением Правительства РФ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значительный размер наркотического средства – масло каннабиса (гашишное масло) образует его масса свыше 0,4 граммов, крупный размер свыше 5 граммов, а особо крупный свыше 1000 граммов. Следовательно, смесь измельченных частей табака и наркотического средства масло каннабиса (гашишное масло), общей массой 1,84 грамма образует значительный размер, наркотическое средство масло каннабиса (гашишное масло), а массой 0,54 грамма, также образует значительный размер. При назначении ФИО3, ФИО1, ФИО2 и ФИО4 наказания суд, в соответствии со ст. , ч. 3 ст. 66 УК РФ , учитывает характер и степень общественной опасности совершенных преступлений, личность подсудимых, смягчающие наказание обстоятельства и отсутствие обстоятельств, отягчающих наказание, влияние назначенного наказания на их исправление. При изучении личности подсудимого ФИО3 установлено, что он &lt;данные изъяты&gt; &lt;данные изъяты&gt; При изучении личности подсудимого ФИО1 установлено, что он &lt;данные изъяты&gt; &lt;данные изъяты&gt; При изучении личности подсудимого ФИО2 установлено, что он &lt;данные изъяты&gt; &lt;данные изъяты&gt; При изучении личности подсудимой ФИО4 установлено, что она &lt;данные изъяты&gt; &lt;данные изъяты&gt; Принимая во внимание поведение подсудимых во время предварительного расследования и суда, их возраст, образование и жизненный опыт, заключения экспертов № суд признает ФИО3, ФИО1, ФИО2 и ФИО4 в отношении содеянного вменяемыми. В силу положений статьи 15 УК РФ совершенные ФИО3, ФИО1 и ФИО2, преступления относятся к категориям небольшой тяжести (одно) и особо тяжких (два), а преступление ФИО4 относится к категории особо тяжкого. Принимая во внимание фактические обстоятельства совершённых ФИО3, ФИО1, ФИО2 и ФИО4 деяний и высокую степень их общественной опасности, суд не находит возможности применения к ним положений ч.6 ст. 15 УК РФ и оснований для изменения категории инкриминируемых им преступлений на менее тяжкие. Суд в соответствии с п. «И» ч. 1 ст. 61 УК РФ , качестве обстоятельств, смягчающих наказание ФИО3 за каждое из преступлений признает: активное способствование раскрытию и расследованию преступлений, выразившееся в даче последовательных признательных показаний, в том числе, в ходе личного досмотра, осмотров предметов проведенных с его участием, оказание содействия следственному органу в изобличении и уголовному преследованию других соучастников преступления, а так же письменное объяснение (т. 1 л.д. 126-130), отобранное у ФИО3 04 июля 2023 года, то есть до возбуждения уголовного дела, в котором он добровольно сообщил о совершенных преступлениях, описав обстоятельства и мотивы его совершения, наравне с этим в соответствии с ч. 2 ст. 61 УК РФ признает смягчающими обстоятельствами: признание вины, раскаяние в содеянном, &lt;данные изъяты&gt;, привлечение к уголовной ответственности впервые. В соответствии с п.п. «Г, И» ч. 1 ст. 61 УК РФ , качестве обстоятельств, смягчающих наказание ФИО1 за каждое из преступлений признает: &lt;данные изъяты&gt;, активное способствование раскрытию и расследованию преступлений, выразившееся в даче последовательных признательных показаний, в том числе, в ходе личного досмотра, осмотров предметов проведенных с его участием, оказание содействия следственному органу в изобличении и уголовному преследованию других соучастников преступления, а так же письменное объяснение (т. 1 л.д. 121-125), отобранное у ФИО1 04 июля 2023 года, то есть до возбуждения уголовного дела, в котором он добровольно сообщил о совершенных преступлениях, описав обстоятельства и мотивы его совершения, наравне с этим в соответствии с ч. 2 ст. 61 УК РФ признает смягчающими обстоятельствами: признание вины, раскаяние в содеянном, &lt;данные изъяты&gt;. В соответствии с п. «И» ч. 1 ст. 61 УК РФ , качестве обстоятельств, смягчающих наказание ФИО2 за каждое из преступлений признает: активное способствование раскрытию и расследованию преступлений, выразившееся в даче последовательных признательных показаний, в том числе, в ходе личного досмотра, осмотров предметов проведенных с его участием, оказание содействия следственному органу в изобличении и уголовному преследованию других соучастников преступления, явку с повинной (т. 3 л.д. 112-113), наравне с этим в соответствии с ч. 2 ст. 61 УК РФ признает смягчающими обстоятельствами: признание вины, раскаяние в содеянном, молодой возраст, привлечение к уголовной ответственности впервые. В соответствии с п.п. «Г, И» ч. 1 ст. 61 УК РФ , качестве обстоятельств, смягчающих наказание ФИО4 признает: &lt;данные изъяты&gt;, активное способствование раскрытию и расследованию преступления, выразившееся в даче последовательных признательных показаний, в том числе, в ходе личного досмотра, осмотров предметов проведенных с её участием, наравне с этим в соответствии с ч. 2 ст. 61 УК РФ признает смягчающими обстоятельствами: признание вины, раскаяние в содеянном, &lt;данные изъяты&gt;, совершение преступления впервые. Обстоятельств, отягчающих ФИО3, ФИО1, ФИО2 и ФИО4 наказание, предусмотренных статьей 63 УК РФ , судом не усмотрено. При определении вида и размера наказания суд исходит из того, что ФИО3, ФИО1, ФИО2 и ФИО4 ранее не судимы, данным приговором ФИО3, ФИО1 и ФИО2 осуждаются за совершение двух особо тяжких преступлений и одного преступления небольшой тяжести, а подсудимая ФИО4 осуждается за совершение одного особо тяжкого преступления, принимает во внимание их характеристики с места жительства и работы, а также наличие в их действиях смягчающих и отсутствие отягчающих наказание обстоятельств. В целях восстановления социальной справедливости, исправления подсудимых и предупреждения совершения ими новых преступлений, суд приходит к выводу о необходимости назначения ФИО3, ФИО1, ФИО2 и ФИО4 наказания в виде лишения свободы, поскольку, по убеждению суда, только такое наказание будет отвечать его целям, соответствовать характеру и степени общественной опасности преступлений, а также обстоятельствам их совершения, с учетом которых, а также личности подсудимых ФИО3, ФИО1, ФИО2 и ФИО4, суд приходит к выводу о возможности их исправления без назначения дополнительных видов наказания (предусмотренных санкцией части 4 статьи 228.1 УК РФ ), путем частичного сложения наказаний по правилам, предусмотренным ч. 2 ст. 69 УК РФ в отношении (ФИО3, ФИО1 и ФИО2), в то же время, оснований для замены им наказания в виде лишения свободы принудительными работами в соответствии с положениями, установленными ч. 2 ст. 53.1 УК РФ , а также для применения условного осуждения в соответствии со ст. 73 УК РФ не усматривает. Суд, определяя ФИО3, ФИО1, ФИО2 и ФИО4 срок наказания по ч. 3 ст. 30 п.п. «А,Г» ч. 4 ст. 228.1 УК РФ и ч. 3 ст. п.п. «А» ч. 4 ст. 228.1 УК РФ , принимает во внимание положения части 3 статьи 66 УК РФ , устанавливающей, что он не может превышать трех четвертей максимального срока наиболее строгого вида наказания, предусмотренного указанной статьёй Особенной части УК РФ за оконченное преступление. Поскольку в действиях ФИО3, ФИО1, ФИО2 и ФИО4 установлены смягчающие наказания обстоятельства, предусмотренные п. «и» ч. 1 ст. 61 УК РФ , наряду с отсутствием отягчающих наказание обстоятельств, суд при назначении подсудимым наказания, руководствуется положениями ч. 1 ст. 62 УК РФ . Кроме того, принимая во внимание отсутствие у ФИО3, ФИО1, ФИО2 и ФИО4 отягчающих и наличие смягчающих обстоятельств, а также учитывая другие влияющие на назначение наказания обстоятельства, в том числе сведения, характеризующие их личность, поведение названных подсудимых после совершения преступлений, руководствуясь принципами справедливости и гуманизма (статьи , 7 УК РФ ), суд считает необходимым, без ссылки на положения статьи 64 УК РФ , назначить ФИО3, ФИО1, ФИО2 и ФИО4 за совершенные ими преступления наказание ниже максимально возможного, исчисленного с применением предписаний частей 3 статьи и части 1 статьи 62 УК РФ . С учетом приведенных выше выводов суда о виде и размере наказания, подлежащего назначению подсудимым за совершенные каждым из них деяния, суд приходит к выводу о нецелесообразности применения в отношении подсудимых ст. 64 УК РФ . Обстоятельств, влекущих освобождение подсудимых ФИО3, ФИО1, ФИО2 от уголовной ответственности или от наказания, предусмотренных главами 11 и 12 УК РФ, судом не установлено. Местом отбывания наказания ФИО3, ФИО1 и ФИО2 суд, в соответствии с требованиями п. «в» ч. 1 ст. 58 УК РФ , назначает подсудимым исправительную колонию строгого режима. Принимая во внимание необходимость назначения ФИО3, ФИО1 и ФИО2 наказания в виде лишения свободы, учитывая характер и степень общественной опасности совершенных им преступных деяний, данных о личности подсудимых, суд приходит к выводу о том, что до вступления приговора в законную силу меру пресечения в виде подписки о невыезде и надлежащем поведении им надлежит изменить на заключение под стражу. На основании ст. 72 УК РФ суд засчитывает ФИО3, ФИО1 и ФИО2 в срок лишения свободы время их задержания в порядке ст. ст. , 92 УПК РФ (ФИО3 05 июля 2023 года; ФИО1 и ФИО2 с 04 по 05 июля 2023 года) а также содержание их под стражей в период с 13 февраля 2025 года до дня вступления приговора в законную силу из расчета один день за один день отбывания наказания в исправительной колонии строгого режима. При определении вида исправительного учреждения, в котором надлежит отбывать наказание ФИО4, суд исходит из того, что данным приговором она осуждается за совершение одного особо тяжкого преступления, при этом считается лицом ранее не отбывавшим наказание в виде лишения свободы, в связи с чем, руководствуясь положениями п. «б» ч. 1 ст. 58 УК РФ , считает необходимым направить её отбывать наказание в исправительную колонию общего режима. Вместе с тем в соответствии с ч. 1 ст. 82 УК РФ беременной женщине, женщине, имеющей ребенка в возрасте до четырнадцати лет, кроме осужденных к лишению свободы на срок свыше пяти лет за тяжкие и особо тяжкие преступления против личности, суд может отсрочить реальное отбывание наказания до достижения ребенком четырнадцатилетнего возраста. Принимая во внимание сведения о личности подсудимой ФИО4, что она ранее не судима, преступление совершила впервые, характеризуется положительно, что на протяжении более полутора лет с момента совершения преступления она не попадала в поле зрения правоохранительных органов и уголовный закон более не нарушала; что в период расследования и рассмотрения дела она трудоустроилась и зарабатывала средства для своего существования законным способом и в настоящее время имеет стабильный источник дохода; что в её действиях установлено наличие смягчающих наказание обстоятельств – суд, исходя из документально подтвержденной информации о наличии у неё одного малолетнего ребенка &lt;данные изъяты&gt;, которого она воспитывает одна, поскольку в браке не состоит, учитывая Правила Организации Объединённых Наций, касающиеся обращения с женщинами-заключенными и мер наказания для женщин-правонарушителей, не связанных с лишением свободы (Бангкокские правила), принятые Резолюцией Генеральной Ассамблеи ООН 65/229 от 21 декабря 2010 года, рекомендующие по мере возможности и целесообразности отдавать предпочтение наказанию беременных женщин и женщин с детьми на иждивении, не связанному с лишением свободы, а также закреплённые в Декларации прав ребенка от 20 ноября 1959 года и в Конвенции о правах ребенка от 20 ноября 1989 года положения и принципы, предусматривающие защиту прав детей как до, так и после их рождения, руководствуясь положениями ч. 1 ст. 82 УК РФ , считает возможным отсрочить ФИО4 реальное отбывание наказания в виде лишения свободы на период до достижения её ребенком ФИО родившегося ДД.ММ.ГГГГ, четырнадцатилетнего возраста, что обеспечит ей возможность самостоятельно воспитать своего ребенка, создать наилучшие условия для полного и гармоничного развития его личности, а также позволит ей доказать свое исправление без применения реального лишения свободы. Меру пресечения ФИО4 суд полагает необходимым оставить без изменения – в виде подписки о невыезде и надлежащем поведении, которую по вступлению приговора в законную силу отменить. Гражданский иск по делу не заявлен. Разрешая вопрос в отношении мер, принятых в обеспечение гражданского иска и возможной конфискации имущества принадлежащего подсудимым ФИО3, ФИО1, ФИО2 и ФИО4 суд приходит к следующему. Постановлениями Южно-Сахалинского городского суда от 16 апреля 2024 года (т. 3 л.д. 97-100, 146-148, 243-245, т. 4 л.д. 16-18) на банковские счета принадлежащие ФИО3, ФИО1, ФИО2 и ФИО4 были наложены аресты в целях возможного назначения дополнительного наказания в виде штрафа и иных имущественных взысканий. Поскольку ФИО3, ФИО1, ФИО2 и ФИО4 дополнительное наказание в виде штрафа не назначено и имущественных взысканий не произведено, суд приходит к выводу, что аресты, наложенные Южно-Сахалинским городским судом 16 апреля 2024 года, на банковские счета, принадлежащие ФИО3, ФИО1, ФИО2 и ФИО4 подлежит снять после вступления приговора в законную силу. Согласно положениям п. "а" ч. 1 ст. 104.1 УК РФ и п. 4.1 ч. 3 ст. 81 УПК РФ , деньги, полученные в результате совершения, в том числе, преступления, предусмотренного ст. 228.1 УК РФ , подлежат конфискации в доход государства, т.к. материалами дела подтверждается, что обнаруженные у подсудимых ФИО1. и ФИО2 денежные средства были получены от продажи наркотических средств. Судьба иных вещественных доказательств разрешается судом в соответствии со ст. 81 УПК РФ . Учитывая, материальное положение подсудимых ФИО2 ФИО1 и ФИО4, а наравне с этим наличие у ФИО1 и ФИО4 иждивенцев, суд полагает возможным процессуальные издержки, возникшие в связи с выплатой за счет средств федерального бюджета защитникам - адвокату Каликинскому Н.В., Фризюк И.М., и Исаенко И.А. вознаграждения за защиту прав и законных интересов в ходе предварительного следствия с указанных подсудимых, в силу ч. 6 ст. 132 УПК РФ взысканию с подсудимых ФИО2, ФИО1, ФИО4 не производить. На основании изложенного, руководствуясь ст. - 309 УПК РФ , суд, ПРИГОВОРИЛ: ФИО3 признать виновным в совершении преступлений, предусмотренных частью 3 статьи пунктами «А, Г» части 4 статьи 228.1 УК РФ , частью 3 статьи пунктами «А, Г» части 4 статьи 228.1 УК РФ , частью 1 статьи 228 УК РФ , и назначить ему наказание: -по ч. 3 ст. п.п. «А, Г» ч. 4 ст. 228.1 УК РФ – 05 лет лишения свободы; -по ч. 3 ст. п.п. «А, Г» ч. 4 ст. 228.1 УК РФ – 05 лет лишения свободы; -по ч. 1 ст. 228 УК РФ – 01 год лишения свободы. На основании ч. 2 ст. 69 УК РФ , по совокупности преступлений, путем частичного сложения наказаний, назначить ФИО3 наказание в виде 06 лет лишения свободы, с отбыванием наказания в исправительной колонии строгого режима. ФИО1 признать виновным в совершении преступлений, предусмотренных частью 3 статьи пунктами «А, Г» части 4 статьи 228.1 УК РФ , частью 3 статьи пунктами «А, Г» части 4 статьи 228.1 УК РФ , частью 1 статьи 228 УК РФ , и назначить ему наказание: -по ч. 3 ст. п.п. «А, Г» ч. 4 ст. 228.1 УК РФ – 05 лет лишения свободы; -по ч. 3 ст. п.п. «А, Г» ч. 4 ст. 228.1 УК РФ – 05 лет лишения свободы; -по ч. 1 ст. 228 УК РФ – 01 год лишения свободы. На основании ч. 2 ст. 69 УК РФ , по совокупности преступлений, путем частичного сложения наказаний, назначить ФИО1 наказание в виде 06 лет лишения свободы, с отбыванием наказания в исправительной колонии строгого режима. ФИО2 признать виновным в совершении преступлений, предусмотренных частью 3 статьи пунктами «А, Г» части 4 статьи 228.1 УК РФ , частью 3 статьи пунктами «А, Г» части 4 статьи 228.1 УК РФ , частью 1 статьи 228 УК РФ , и назначить ему наказание: -по ч. 3 ст. п.п. «А, Г» ч. 4 ст. 228.1 УК РФ – 05 лет лишения свободы; -по ч. 3 ст. п.п. «А, Г» ч. 4 ст. 228.1 УК РФ – 05 лет лишения свободы; -по ч. 1 ст. 228 УК РФ – 01 год лишения свободы. На основании ч. 2 ст. 69 УК РФ , по совокупности преступлений, путем частичного сложения наказаний, назначить ФИО2 наказание в виде 06 лет лишения свободы, с отбыванием наказания в исправительной колонии строгого режима. ФИО4 признать виновной в совершении преступления, предусмотренного частью 3 статьи пунктом «А» части 4 статьи 228.1 УК РФ и назначить ей наказание в виде 04 лет 08 месяцев лишения свободы, с отбыванием наказания в исправительной колонии общего режима. На основании положений ч. 1 ст. 82 УК РФ отсрочить ФИО4 реальное отбывание наказания в виде лишения свободы до достижения её ребенком ФИО, родившимся ДД.ММ.ГГГГ - четырнадцатилетнего возраста, а именно до ДД.ММ.ГГГГ. Контроль за поведением осужденной возложить на специализированный государственный орган. Разъяснить осужденной ФИО4, что в соответствии с частями 2 и 5 статьи 82 УК РФ , в случае, если осужденная отказалась от ребенка или продолжает уклоняться от обязанностей по воспитанию ребенка после предупреждения, объявленного органом, осуществляющим контроль за поведением осужденной, в отношении которой отбывание наказания отсрочено, суд может по представлению этого органа отменить отсрочку отбывания наказания и направить осужденную для отбывания наказания в место, назначенное в соответствии с приговором суда; если в период отсрочки отбывания наказания осужденная совершает новое преступление, суд назначает ей наказание по правилам, предусмотренным статьей 70 УК РФ . Меру пресечения ФИО4 до вступления приговора в законную силу оставить прежней – в виде подписки о невыезде и надлежащем поведении. Меру пресечения в отношении ФИО3, ФИО1 и ФИО2 в виде подписки о невыезде и надлежащем поведении изменить на заключение под стражу, которую отменить по вступлении приговора в законную силу. Взять ФИО3, ФИО1 и ФИО2, под стражу в зале суда. Срок наказания ФИО3, ФИО1 и ФИО2, в виде лишения свободы исчислять со дня вступления настоящего приговора в законную силу. Зачесть ФИО3 в срок лишения свободы время его содержания под стражей в порядке ст.ст. , 92 УПК РФ – 05 июля 2023 года, а также с 13 февраля 2025 года до дня вступления приговора в законную силу в соответствии со ст. 72 УК РФ , из расчета один день содержания под стражей за один день отбывания наказания в исправительной колонии строгого режима. Зачесть ФИО1 в срок лишения свободы время его содержания под стражей в порядке ст.ст. , 92 УПК РФ – с 04 по 05 июля 2023 года, а также с 13 февраля 2025 года до дня вступления приговора в законную силу в соответствии со ст. 72 УК РФ , из расчета один день содержания под стражей за один день отбывания наказания в исправительной колонии строгого режима. Зачесть ФИО2 в срок лишения свободы время его содержания под стражей в порядке ст.ст. , 92 УПК РФ – с 04 по 05 июля 2023 года, а также с 13 февраля 2025 года до дня вступления приговора в законную силу в соответствии со ст. 72 УК РФ , из расчета один день содержания под стражей за один день отбывания наказания в исправительной колонии строгого режима. По вступлении приговора в законную силу вещественные доказательства: Наркотические средства: гашиш (анаша, смола каннабиса), общей массой 271,49 грамма; -смеси, содержащие в своем составе наркотическое средство мефедрон (4- метилметкатинон), общей массой 35,88 грамма; -смеси измельченных частей табака и наркотического средства масло каннабиса (гашишное масло) в 2-х свертках общей массой 0,69 грамма; -свертки с веществом, являющейся смесью, содержащей в своем составе наркотическое средство мефедрон (4-метилметкатинон), общей массой 6,63 грамма; -две папиросы с веществом, являющимся наркотическим средством каннабис (марихуана) общей массой 0,89 грамма; -сверток с веществом, являющийся смесью измельченных частей табака и наркотического средства - масла каннабиса (гашишного масла) общей массой 0,34 грамма; -пакет со свертком содержащим вещество белого цвета в виде порошка и кристаллов различных размеров - являющийся муляжом; -бумажный сверток с веществом, являющийся наркотическим средством каннабис (марихуана), массой 0,48 грамма; -весы в корпусе черного цвета с надписью «DEXP», цилиндрическую емкость, весы в корпусе черного цвета, 2 ножа, ложку черного цвета, две ложки белого цвета, 5 мотков изоленты синего, черного и красного цвета, 6 перчаток, картонную коробку с множеством полимерных пакетов (пакет № 1), картонную коробку с полимерной банкой с крышкой с порошкообразным веществом (пакет № 3) хранящиеся в камере хранения вещественных доказательств УМВД России по г. Южно-Сахалинску, хранить в названном месте до принятия соответствующих процессуальных решений по уголовному делу, выделенному в отдельное производство из уголовного дела в отношении ФИО3, ФИО1, ФИО2 и ФИО4 (т. № 2 л.д. 103-106, 107-108) -мобильные телефоны марки: «OUKITEL», марки «iPhone» в корпусе белого цвета, марки «iPhone» в корпусе черного цвета, марки «iPhone» в корпусе черного цвета хранящиеся при материалах настоящего уголовного дела передать в камеру хранения вещественных доказательств УМВД России по г. Южно-Сахалинску, для продолжения хранения в названном месте до принятия соответствующих процессуальных решений по уголовному делу, выделенному в отдельное производство из уголовного дела в отношении ФИО3, ФИО1, ФИО2 и ФИО4 (т. № 2 л.д. 209-210) Банковские карты, хранящиеся в сейфе ЦФО УМВД России по г. Южно-Сахалинску, а именно: №, возвратить по принадлежности ФИО3, либо его представителю, а в случае отказа от получения или уклонения уничтожить; Банковскую карту №, возвратить по принадлежности ФИО1, либо его представителю, а в случае отказа от получения или уклонения уничтожить; Банковские карты: №, возвратить по принадлежности ФИО2, либо его представителю, а в случае отказа от получения или уклонения уничтожить (т. № 2 л.д. 61-63/64-65); Банковскую карту № хранящуюся при материалах настоящего уголовного дела возвратить по принадлежности ФИО4, либо её представителю, а в случае отказа от получения или уклонения уничтожить. (т. № 2 л.д. 209-210) -выписки по банковским счетам и картам предоставленным АО «&lt;данные изъяты&gt; банк» и хранящимся при материалах настоящего уголовного дела продолжить хранить в прежнем месте до конца срока хранения уголовного дела (т. № 2 л.д. 236-237, 220-227, 233-235) Денежные средства в размере 15 000 рублей (3 билета Банка России купюрами номиналом 5 000 рублей) изъятые в ходе личного досмотра ФИО2, и денежные средства в размере 120 000 рублей (24 билета Банка России купюрами номиналом 5 000 рублей) изъятые в ходе личного досмотра ФИО1 хранящиеся в сейфе ЦФО УМВД России по Сахалинской области - конфисковать в доход государства. Арест, наложенный Южно-Сахалинским городским судом 16 апреля 2024 года на денежные средства, принадлежащие ФИО3 хранящиеся на банковских счетах открытых: &lt;данные изъяты&gt; снять после вступления приговора в законную силу. Арест, наложенный Южно-Сахалинским городским судом 16 апреля 2024 года на денежные средства, принадлежащие ФИО1 хранящиеся на банковских счетах открытых: в ПАО «&lt;данные изъяты&gt; снять после вступления приговора в законную силу. Арест, наложенный Южно-Сахалинским городским судом 16 апреля 2024 года на денежные средства, принадлежащие ФИО2 хранящиеся на банковских счетах открытых: в ООО &lt;данные изъяты&gt; снять после вступления приговора в законную силу. Арест, наложенный Южно-Сахалинским городским судом 16 апреля 2024 года на денежные средства, принадлежащие ФИО4 хранящиеся на банковских счетах открытых: в ПАО &lt;данные изъяты&gt;, снять после вступления приговора в законную силу. Процессуальные издержки, связанные с оплатой труда адвокатов Каликинского Н.В., Фризюк И.М. и Исаенко И.А., возместить за счет средств федерального бюджета. Приговор может быть обжалован в апелляционном порядке в Сахалинский областной суд через Южно-Сахалинский городской суд в течение 15 суток со дня провозглашения, а осужденными ФИО3, ФИО1 и ФИО2, содержащимися под стражей - в тот же срок со дня вручения им копии приговора. После вступления в законную силу приговор может быть обжалован в кассационном порядке в Девятый кассационный суд общей юрисдикции в течение 6 месяцев со дня вступления в законную силу, с подачей жалобы через Южно-Сахалинский городской суд. Председательствующий А.С. Шаула 22.04.2025 Сахалинский областной суд Смягчить назначенное наказание ФИО3 по ч.3 ст. , п.п. а,г ч. 4 ст. 228.1 УК РФ до 4 лет 11 месяцев лишения свободы; по ч. 3 ст. , п.п. а,г ч. 4 ст. 228.1 УК РФ до 4 лет 11 месяцев лишения свободы; На основании ч. 2 ст. 69 УК РФ по совокупности преступлений, предусмотренных по ч. 3 ст. , п.п. а,г ч. 4 ст. 228.1 , по ч. 3 ст. , п.п. а,г ч. 4 ст. 228.1 , ч. 1 ст. 228 УК РФ путем частичного сложения наказаний, назначить ФИО3 5 лет 11 месяцев лишения свободы с отбыванием в исправительной колонии строгого режима. Смягчить назначенное наказание ФИО1 по ч.3 ст. , п.п. а,г ч. 4 ст. 228.1 УК РФ до 4 лет 11 месяцев лишения свободы; по ч. 3 ст. , п.п. а,г ч. 4 ст. 228.1 УК РФ до 4 лет 11 месяцев лишения свободы; На основании ч. 2 ст. 69 УК РФ по совокупности преступлений, предусмотренных по ч. 3 ст. , п.п. а,г ч. 4 ст. 228.1 , по ч. 3 ст. , п.п. а,г ч. 4 ст. 228.1 , ч. 1 ст. 228 УК РФ путем частичного сложения наказаний, назначить ФИО1 5 лет 11 месяцев лишения свободы с отбыванием в исправительной колонии строгого режима. Смягчить назначенное наказание ФИО2 по ч.3 ст. , п.п. а,г ч. 4 ст. 228.1 УК РФ до 4 лет 11 месяцев лишения свободы; по ч. 3 ст. , п.п. а,г ч. 4 ст. 228.1 УК РФ до 4 лет 11 месяцев лишения свободы; На основании ч. 2 ст. 69 УК РФ по совокупности преступлений, предусмотренных по ч. 3 ст. , п.п. а,г ч. 4 ст. 228.1 , по ч. 3 ст. , п.п. а,г ч. 4 ст. 228.1 , ч. 1 ст. 228 УК РФ путем частичного сложения наказаний, назначить ФИО2 5 лет 11 месяцев лишения свободы с отбыванием в исправительной колонии строгого режима. Смягчить назначенное наказание ФИО4 по ч.3 ст. , п.п. а ч. 4 ст. 228.1 УК РФ до 4 лет 07 месяцев лишения свободы с отбыванием в исправительной колонии общего режима. В остальной части приговор оставить без изменения. Суд: Южно-Сахалинский городской суд (Сахалинская область) (подробнее) Судьи дела: Шаула Антон Сергеевич (судья) (подробнее)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