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20 часов 24 минуты по 20 часов 26 минут 09 июля 2024 года ФИО10, находясь в торговом зале магазина «Пятерочка», расположенном по адресу: &lt;адрес&gt;, реализуя свой преступный умысел на незаконное обогащение, действуя тайно, умышленно, из корыстных побуждений, с целью дальнейшего распоряжения по своему усмотрению, путем свободного доступа совершил хищение товара, принадлежащего ООО «Агроторг» на общую сумму 4 068 рублей 84 копейки, а именно: 4 бутылки шампуня-бальзама «Pantene Pro-V дополнительный объем» объемом 360 миллилитров каждая, стоимостью 442 рубля 20 копеек каждая с учетом налоговой ставки, на общую стоимость 1 768 рублей 80 копеек с учетом налоговой ставки, 4 бутылки шампуня «Pantene Густые и крепкие» объемом 400 миллилитров каждая, стоимостью 442 рубля 20 копеек каждая с учетом налоговой ставки, на общую стоимость 1 768 рублей 80 копеек с учетом налоговой ставки, 2 бутылки шампуня «СЬЁСС Volume X5» объемом 450 миллилитров каждая, стоимостью 265 рублей 62 копейки каждая с учетом налоговой ставки, на общую стоимость 531 рубль 24 копейки с учетом налоговой ставки, которые спрятал под одежду, находящуюся на нём, после чего покинул магазин, минуя кассовую зону, не оплатив вышеуказанный товар. С похищенным имуществом ФИО10 с места совершения преступления скрылся и в дальнейшем распорядился им по своему усмотрению, причинив ООО «Агроторг» материальный ущерб на общую сумму 4 068 рублей 84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19 часов 52 минуты по 19 часов 55 минут 25 июля 2024 года ФИО10, находясь в торговом зале магазина «Макси», расположенном по адресу: &lt;адрес&gt;, реализуя свой преступный умысел на незаконное обогащение, действуя тайно, умышленно, из корыстных побуждений, с целью дальнейшего распоряжения по своему усмотрению, путем свободного доступа совершил хищение товара, принадлежащего ООО «Макси Регион» на общую сумму 4 095 рублей 00 копеек, а именно: 1 бутылки коньяка в подарочной упаковке «ХЕННЕССИ ВС» объемом 0,7 литра, стоимостью 4 095 рублей 00 копеек с учетом налоговой ставки, которую спрятал под одежду, находящуюся на нем, после чего покинул магазин, минуя кассовую зону, не оплатив вышеуказанный товар. С похищенным имуществом ФИО10 с места совершения преступления скрылся и в дальнейшем распорядился им по своему усмотрению, причинив ООО «Макси Регион» материальный ущерб на общую сумму 4 095 рублей 00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с 19 часов 02 минуты по 19 часов 03 минуты 26 июля 2024 года ФИО10, находясь в торговом зале магазина «Макси», расположенном по адресу: г&lt;адрес&gt;, реализуя свой преступный умысел на незаконное обогащение, действуя тайно, умышленно, из корыстных побуждений, с целью дальнейшего распоряжения по своему усмотрению, путем свободного доступа совершил хищение товара, принадлежащего ООО «Макси Регион» на общую сумму 4 612 рублей 95 копеек, а именно: 1 бутылки коньяка в подарочной упаковке «ХЕННЕССИ ВС» объемом 0,7 литра, стоимостью 4 612 рублей 95 копеек с учетом налоговой ставки, которую спрятал под одежду, находящуюся на нем, после чего покинул магазин, минуя кассовую зону, не оплатив вышеуказанный товар. С похищенным имуществом ФИО10 с места совершения преступления скрылся и в дальнейшем распорядился им по своему усмотрению, причинив ООО «Макси Регион» материальный ущерб на общую сумму 4 612 рублей 95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на основании постановления мирового судьи Вологодской области по судебному участку № 6 от 24 мая 2023 года по делу № ФИО10 признан виновным в совершении административного правонарушения, предусмотренного ч. 2 ст. 7.27 КоАП РФ, то есть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3 000 рублей. Постановление суда не обжаловано, не опротестовано, вступило в законную силу 16 июня 2023 года. Административный штраф не уплачен.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28 июля 2024 года в период с 12 часов 47 минут по 12 часов 51 минуту ФИО10, находясь в торговом зале магазина «Заботливые цены», расположенного по адресу: &lt;адрес&gt;, достоверно зная, что имеет непогашенное действующее административное наказание за совершение мелкого хищения, предусмотренное ч. 2 ст. 7.27 КоАП РФ, реализуя свой преступный умысел на тайное хищение чужого имущества, и, преследуя данную корыстную цель, воспользовавшись тем, что за его преступными действиями никто не наблюдает, взял со стеллажа принадлежащие ИП ФИО1 товары на общую сумму 1 656 рублей 72 копейки, а именно: 1 упаковку сосисок «Папа может! Молочные традиционные» массой 350 грамм, стоимостью 88 рублей 00 копеек с учетом налоговой ставки, 4 упаковки колбасы «Балыкбургская» массой 350 грамм каждая, стоимостью 130 рублей 88 копеек каждая с учетом налоговой ставки, на общую стоимость 523 рубля 52 копейки с учетом налоговой ставки, 8 упаковок колбасы «Балыковая» массой 290 грамм каждая, стоимостью 130 рублей 65 копеек каждая с учетом налоговой ставки, на общую стоимость 1 045 рублей 20 копеек с учетом налоговой ставки, которые спрятал под одежду, после чего покинул магазин, минуя кассовую зону, не оплатив вышеуказанный товар. С похищенным имуществом ФИО10 с места совершения преступления скрылся и в дальнейшем распорядился им по своему усмотрению, причинив ИП ФИО1 материальный ущерб на общую сумму 1 656 рублей 72 копейки. В судебном заседании подсудимый ФИО10 вину по предъявленному обвинению признал полностью, на основании ст. 51 Конституции РФ от дачи показаний отказался. По ходатайству государственного обвинителя были оглашены показания ФИО10, данные им в ходе дознания по уголовному делу. Так, из показаний ФИО10, данных им в качестве подозреваемого от 20.09.2024 следует, что 09.07.2024 в вечернее время около 20 часов 10 минут он решил зайти в магазин «Пятерочка» по адресу: &lt;адрес&gt;. Он прошелся по торговому залу магазина. В этот момент у него возник умысел на хищение продукции, подошел к прилавку с продукцией, где находилась бытовая химия, взял с полки в данном магазине шампунь марки «Syoss» в количестве 2 штук, шампунь марки «Pantene» в количестве 4 штук, бальзам марки «Pantene» в количестве 4 штук, которые он спрятал под куртку, в этот момент его никто не видел. После чего он направился к выходу из магазина, минуя кассовую зону. На выходе его никто не остановил, и он вышел свободно из магазина с похищенным товаром. Далее он продал шампуни и бальзамы за 1 000 рублей. Денежные средства, вырученные, он потратил на собственные нужды. 25.07.2024 в вечернее время около 19 часов 00 минут он решил зайти в магазин «Макси» по адресу: &lt;адрес&gt;. Он прошелся по торговому залу магазина. В этот момент у него возник умысел на хищение алкогольной продукции, он взял с витрины 1 бутылку коньяка «ХЕННЕССИ ВС» и спрятал ее под куртку. В этот момент его никто не видел. После чего он направился к выходу из магазина, минуя кассовую зону. На выходе его никто не остановил. После продал коньяк за 1 000 рублей, которые он потратил на собственные нужды. 26.07.2024 в вечернее время около 19 часов 00 минут он решил зайти в магазин «Макси» по адресу: &lt;адрес&gt;, он прошелся по торговому залу магазина. В этот момент у него возник умысел на хищение алкогольной продукции, а именно он взял с витрины 1 бутылку коньяка «ХЕННЕССИ ВС» объемом 0,7 литра и спрятал её под куртку. В этот момент его никто не видел: ни посетители, ни продавцы данного магазина. После чего он направился к выходу из магазина, минуя кассовую зону. На выходе его никто не остановил, и он вышел свободно из магазина с похищенным товаром. После он продал данный коньяк за 1 000 рублей. Денежные средства, вырученные от продажи бутылки коньяка «ХЕННЕССИ ВС» потратил на собственные нужды. Свою вину признает в полном объеме, в содеянном раскаивается, готов возместить причиненный материальный ущерб (т.1 л.д.59-62, 100-103, 133-136). Будучи допрошенным в качестве подозреваемого от 03.12.2024, ФИО10 показал, что 28.07.2024 около 13 часов 00 минут он решил зайти в магазин «Заботливые цены» на &lt;адрес&gt;, где решил похитить товар. Он прошел по торговому залу и подошел к торговому стеллажу с колбасной продукцией. Как он похитил товар, никто не видел. Он со стеллажа взял 1 упаковку сосисок и 12 упаковок колбасы разного вида, марки он уже не помнит. Весь товар он убрал под одежду. После чего, он вышел из магазина, его никто не останавливал. Далее он продал товар за 500 рублей. Деньги он потратил на собственные нужды. Вину признает, в содеянном раскаивается, ущерб готов возместить. Он знал, что ранее был привлечен по ч.2 ст. 7.27 КоАП РФ, ему назначен штраф в размере 3 000 рублей. При совершении хищения он знал, что может быть привлечен к уголовной ответственности. По административному правонарушению он знал, что у него будет суд, он специально почту не получал от суда, хотел уйти от наказания, на суд также не явился по этой же причине. Он знает, что у него имеется исполнительное производство по взысканию штрафа в размере 3 000 рублей. Штраф он не оплачивал. Он уже ранее был привлечен к уголовной ответственности за аналогичное преступление (т.2 л.д.113-117). В ходе допроса ФИО10 в качестве подозреваемого от 03.12.2024 с его участием просмотрены записи с камер видеонаблюдения, расположенные в магазинах «Пятерочка» по адресу: &lt;адрес&gt; за 09.07.2024, «Макси» по адресу: &lt;...&gt; за 25.07.2024, «Макси» по адресу: &lt;...&gt; за 26.07.2024, «Заботливые цены» по адресу: г. &lt;адрес&gt; за 28.07.2024, на которых он себя узнал. Вину признает, в содеянном раскаивается, готов возместить ущерб. Со всеми ущербами согласен (т.2 л.д.130-134). Признательные показания, подсудимый полностью подтвердил в судебном заседании. Пояснил, что в содеянном раскаивается. Согласился с исками потерпевших. Вина подсудимого помимо его признательных показаний в совершении инкриминируемых преступлений в объеме установленных судом обстоятельств подтверждается исследованными в судебном заседании следующими доказательствами.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ФИО10 в совершении тайного хищения имущества, принадлежащего ООО «Агроторг», в размере 4 068 рублей 84 копейки, подтверждается следующими доказательствами. Из показаний представителя потерпевшего ФИО2, данных в ходе дознания, установлено, что 09.07.2024 ему позвонила директор магазина «Пятерочка» по адресу: &lt;адрес&gt; и пояснила, что по записям с камер видеонаблюдения выявила хищение товара, а именно: 09.07.2024 в период с 20 часов 24 минут по 20 часов 26 минут в магазине «Пятерочка» по адресу: &lt;адрес&gt; пришел молодой человек, который прошел в торговый зал, где взял следующий товар: 4 бутылки шампуня-бальзама «Pantene Pro-V дополнительный объем» объемом 360 мл каждая, стоимостью 442 руб. 20 коп. каждая, на общую стоимость 1 768 руб. 80 коп., 4 бутылки шампуня «Pantene Густые и крепкие» объемом 400 мл каждая, стоимостью 442 руб. 20 коп. каждая, на общую стоимость 1 768 руб. 80 коп., 2 бутылки шампуня «СЬЁСС Volume X5» объемом 450 миллилитров каждая, стоимостью 265 руб.62 коп. каждая, на общую стоимость 531 руб. 24 коп., которые убрал в кофту, после чего молодой человек прошел мимо кассовой зоны и не оплатил товар. Общий ущерб от похищенного товара составил 4 068 рублей 84 копейки, который для ООО «Агроторг» является незначительным. От сотрудников полиции ему стало известно, что хищение товаров в магазинах «Пятерочка» совершил ФИО10, которого просит привлечь к установленной законом ответственности (т.2 л.д.50-52). Показания представителя потерпевшего о хищении 09.07.2024 имущества, принадлежащего ООО «Агроторг», подтверждаются заявлением ФИО3 от 10.07.2024 (т.1 л.д.7) и аналогичными показаниями, данными в ходе дознания свидетелем ФИО3 по указанному факту хищения (т.2 л.д.73-75). Перечень и стоимость похищенных из вышеуказанного магазина товаров подтверждается счет-фактурами № № от 18.05.202, № от 29.06.2024, которые осмотрены в соответствии с протоколом осмотра документов от 02.12.2024 (т.2 л.д.99-102). Согласно протоколу осмотра места происшествия от 09.07.2024, осмотрено помещение торгового зала магазина «Пятерочка» по адресу: &lt;адрес&gt;, откуда было позищено вышеперечисленное имущество (т.1 л.д.11-13). Из показаний свидетеля ФИО4 - ст.оперуполномоченного ОУР ОП № 1 УМВД России по г. Вологде, данных в ходе дознания, установлено, что им был изъят DVD-R диск с записью с камер видеонаблюдения в магазине «Пятерочка» по адресу: &lt;...&gt; за 09.07.2024. Установлено, что 09.07.2024 в период с 20 часов 24 минут по 20 часов 26 минут в магазине находился ФИО10, который прошел в торговый зал и взял с торгового стеллажа 10 бутылок шампуней, которые убрал к себе в кофту, далее прошел через кассовые зоны, не оплатил товар (т.1 л.д.28-30). Согласно протоколу выемки от 30.08.2024, у свидетеля ФИО4 изъят DVD-R диск с записью с камер видеонаблюдения в магазине «Пятерочка» по адресу: &lt;адрес&gt; за 09.07.2024 (т.1 л.д. 32-34), который осмотрен в соответствии протоколом осмотра предметов от 03.12.2024 (т.2 л.д.118-128).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ФИО10 в совершении тайного хищения имущества, принадлежащего ООО «Макси Регион», в размере 4 095 рублей 00 копеек, подтверждается следующими доказательствами. Из показаний представителя потерпевшего ФИО5, данных в ходе дознания, установлено, что она работает в должности продавца-кассира магазина «Макси» по адресу: &lt;адрес&gt;. 20.08.2024, просмотрев записи с камер видеонаблюдения она обнаружила, что 25.07.2024 в период с 19 часов 52 минуты по 19 часов 55 минут в магазине находился молодой человек, который подошел к стеллажу с алкогольной продукцией, откуда взял 1 бутылку коньяка в подарочной упаковке «ХЕННЕССИ ВС» объемом 0,7 литра, стоимостью с учетом налоговой ставки 4 095 рублей 00 копеек. Пройдя на отдел с бакалеей, там он взял бутылку коньяка из подарочной коробки и убрал её под одежду, а подарочную упаковку убрал на торговый стеллаж. Далее, молодой человек вышел из магазина, пройдя кассовую зону, товар он не оплатил, его никто не останавливал. Подарочная упаковка включается в стоимость коньяка, продажа бутылки коньяка идет только в подарочной упаковке, отдельно данный товар не продается. Общий ущерб от похищенного товара составил 4 095 рублей 00 копеек, который для ООО «Макси Регион» является незначительным. По данному факту она обратилась в полицию. От сотрудников полиции ему стало известно, что хищение совершил ФИО10 Он не работал в ООО «Макси Регион», долговых обязательств перед ним нет. Желает привлечь ФИО10 к установленной законом ответственности. Уточняет, что вся алкогольная продукция по штрих-кодам заносится в базу «ЕГАИС», в связи с чем, ею было выявлено, что 25.07.2024 похищена бутылка коньяка, которая поступила 04.05.2024 (т.2 л.д.20-22). Показания представителя потерпевшего о хищении 25.07.2024 имущества, принадлежащего ООО «Макси Регион», подтверждаются заявлением ФИО5 от 20.08.2024 (т.1 л.д.76). Стоимость похищенного из вышеуказанного магазина товара подтверждается счет-фактурой № № от 04.05.2024, которая осмотрена в соответствии с протоколом осмотра документов от 02.12.2024 (т.2 л.д.99-102). Согласно протоколу осмотра места происшествия от 20.08.2024, осмотрено помещение торгового зала магазина «Макси» по адресу: &lt;адрес&gt;, откуда 25.07.2024 было совершено хищение бутылки коньяка (т.1 л.д.79-81). Из показаний свидетеля ФИО6- оперуполномоченного ОУР &lt;данные изъяты&gt;, данных в ходе дознания, установлено, что им был изъят DVD-R диск с записью с камер видеонаблюдения в магазине «Макси» по адресу: &lt;адрес&gt; за 25.07.2024. Установлено, что 25.07.2024 в период с 19 часов 52 минут по 19 часов 55 минут в магазине находится молодой человек, который берет 1 бутылку коньяка в подарочной упаковке. Далее из подарочной упаковки он забирает бутылку и прячет под одежду, а упаковку оставляет на торговом стеллаже, выходит из магазина и не оплачивает товар (т.2 л.д.34-36). Согласно протоколу выемки от 19.11.2024 у свидетеля ФИО6 изъят DVD-R диск с записью с камер видеонаблюдения, расположенных в магазине «Макси» по адресу: &lt;адрес&gt; за 25.07.2024 (т.2 л.д.38-40), который осмотрен в соответствии с протоколом осмотра предметов от 03.12.2024 (т.2 л.д.118-128).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Вина ФИО10 в совершении тайного хищения имущества, принадлежащего ООО «Макси Регион», в размере 4 612 рублей 95 копеек, подтверждается следующими доказательствами. Из показаний представителя потерпевшего ФИО5, данных в ходе дознания, установлено, что она работает в должности продавца-кассира магазина «Макси» по адресу: г&lt;адрес&gt;. 20.08.2024 по записи обнаружила, что 26.07.2024 в период с 19 часов 02 минут по 19 часов 03 минуты в магазине находился молодой человек, который прошел в торговый зал и подошел к торговому стеллажу с алкогольной продукцией, откуда взял 1 бутылку коньяка в подарочной упаковке «ХЕННЕССИ ВС» объемом 0,7 литра, стоимостью с учетом налоговой ставки 4 612 рублей 95 копеек. Пройдя на отдел со снеками и алкогольной продукцией, там он взял бутылку коньяка из подарочной коробки и убрал её под одежду, а подарочную упаковку убрал на торговый стеллаж, после вышел из магазина, пройдя кассовую зону, не оплатив товар. Молодого человека никто не останавливал. Подарочная упаковка включается в стоимость коньяка, продажа бутылки коньяка идет только в подарочной упаковке, отдельно данный товар не продается. Общий ущерб от похищенного товара составил 4 612 рублей 95 копеек, который для ООО «Макси Регион» является незначительным. Записи с камер видеонаблюдения за 26.07.2024 уже не сохранились. От сотрудников полиции ему стало известно, что хищение совершил ФИО10, которого желает привлечь к установленной законом ответственности. Вся алкогольная продукция по штрих-кодам заносится в базу «ЕГАИС», в связи с чем, ею было выявлено, что 26.07.2024 похищена бутылка конька, которая поступила 28.12 2023 (т.2 л.д.20-22). Показания представителя потерпевшего о хищении 26.07.2024 имущества, принадлежащего ООО «Макси Регион», подтверждаются заявлением ФИО5 от 20.08.2024 (т.1 л.д.108). Стоимость похищенного из вышеуказанного магазина товара подтверждается счет - фактурой № № от 28.12.2023, осмотренной в соответствии с протоколом осмотра документов от 02.12.2024 (т.2 л.д.99-102). Согласно протоколу осмотра места происшествия от 02.12.2024, осмотрено помещение торгового зала магазина «Макси» по адресу: г.&lt;адрес&gt;, откуда 26.07.2024 было совершено хищение бутылки коньяка (т.2 л.д.104-107). Из показаний свидетеля ФИО6-оперуполномоченного &lt;данные изъяты&gt;, данных в ходе дознания, установлено, что им изъят DVD-R диск с записью с камер видеонаблюдения, расположенных в магазине «Макси» по адресу: &lt;адрес&gt; за 26.07.2024. Установлено, что 26.07.2024 в период с 19 час. 02 мин. по 19 час. 03 мин. в магазине находится молодой человек, который берет 1 бутылку коньяка в подарочной упаковке. Из подарочной упаковки он забирает бутылку и прячет под одежду, а упаковку оставляет на торговом стеллаже и выходит из магазина, не оплачивая товар (т.2 л.д.34-36). Факт изъятия у свидетеля ФИО6 и последующего осмотра DVD-R диска с записью с камер видеонаблюдения, расположенных в магазине «Макси» по адресу: &lt;адрес&gt; за 26.07.2024 подтверждается протоколами выемки от 19.11.2024 и осмотра предметов от 03.12.2024 (т.2 л.д. 38-40, 118-128).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Вина ФИО10 в совершении мелкого хищения имущества, принадлежащего ИП ФИО1, в размере 1 656 рублей 72 копейки, будучи лицом, подвергнутым административному наказанию за мелкое хищение, предусмотренное ч.2 ст. 7.27 КоАП РФ, подтверждается следующими доказательствами. Из показаний представителя потерпевшего ФИО7, данных в ходе дознания, установлено, что она работает в должности директора магазина «Заботливые цены» по адресу: &lt;адрес&gt;. От коллег по работе ей стало известно, что по записям с камер видеонаблюдения было выявлено хищение. 28.07.2024 в период с 12 часов 47 минут по 12 часов 51 минуту в магазине находился молодой человек, который прошел в торговый зал и подошел к торговому стеллажу с колбасными изделиями и взял со стеллажа 1 упаковку сосисок «Папа может! Молочные традиционные» массой 350 грамм, стоимостью с учетом налоговой ставки 88 руб. 00 коп., упаковку он спрятал под одежду. Далее он еще несколько раз подошел к торговому стеллажу с колбасными изделиями и взял 4 упаковки колбасы «Балыкбургская» массой 350 грамм каждая, стоимостью с учетом налоговой ставки 130 руб. 88 коп., общая стоимость товара 523 рубля 52 копейки, 8 упаковок колбасы «Балыковая» массой 290 грамм каждая, стоимостью с учетом налоговой ставки 130 руб.65 коп., общая стоимость товара 1 045 руб. 20 коп. В счет-фактурах налоговая ставка не указывается, только общая стоимость приобретенного товара с учетом налога. Товары молодой человек убрал себе под одежду и вышел из магазина, пройдя кассовую зону, не оплатив товар. Молодого человека никто не останавливал. Ущерб в размере 1 656 руб. 72 коп. для ИП ФИО1 является незначительным. От сотрудников полиции ей стало известно, что хищение совершил ФИО10, которого желает привлечь к установленной законом ответственности (т.2 л.д.82-84). Показания представителя потерпевшего о хищении 28.07.2024 имущества, принадлежащего ИП ФИО1, подтверждаются заявлением ФИО8 от 28.07.2024 (т.1 л.д.158). Перечень и стоимость похищенных из вышеуказанного магазина товаров подтверждается счет-фактурами № № от 25.07.2024, № № от 06.06.2024, которые осмотрены в соответствии с протоколом осмотра документов от 02.12.2024 (т.2 л.д.99-102). Согласно протоколам осмотров мест происшествия от 28.07.2024, 29.11.2024, осмотрено помещение торгового зала магазина «Заботливые цены» по адресу: &lt;адрес&gt; (т.1 л.д.162-163, т.2 л.д.95-98), DVD-R диск с записью с камер видеонаблюдения, расположенных в магазине «Заботливые цены» по адресу: &lt;адрес&gt; за 28.07.2024, который в соответствии с протоколом осмотра предметов от 03.12.2024 осмотрен (т.2 л.д.118-128). Из показаний свидетеля ФИО9, данных в ходе дознания, установлено, что она работает продавцом-кассиром магазина «Заботливые цены» по адресу: &lt;адрес&gt;. 28.07.2024 она находилась на своем рабочем месте, к ней подошла ее коллега - ФИО8 и пояснила, что по записям с камер видеонаблюдения выявила хищение товара и попросила вызвать сотрудников полиции, что она и сделала (т.2 л.д.70-72). Изложенные выше доказательства стороны обвинения получены с соблюдением требований УПК РФ, являются допустимыми доказательствами, согласуются между собой, взаимно дополняют друг друга и полностью раскрывают обстоятельства содеянного ФИО10 Суд, проанализировав и оценив исследованные в судебном заседании доказательства, с точки зрения относимости, допустимости и достоверности, считает их достаточными для разрешения уголовного дела и находит вину подсудимого ФИО10 в совершении преступлений, в объеме установленных судом обстоятельств, доказанной. Из исследованных доказательств установлено, что ФИО10, действуя тайно, из корыстных побуждений, находясь в торговых залах магазинов, путем свободного доступа похитил принадлежащее ООО «Агроторг» и ООО «Макси Регион» имущество, которым в дальнейшем распорядился по своему усмотрению. Вина ФИО10 в совершении указанных преступлений помимо его собственных признательных показаний, данных в ходе дознания и подтвержденных подсудимым в судебном заседании, подтверждается показаниями представителей потерпевших, свидетелей об обстоятельствах выявления фактов хищений товара, протоколами осмотров места происшествия, протоколами осмотра видеозаписей, на которых зафиксированы факты хищения товара ФИО10 Перечень и стоимость похищенного из магазинов имущества помимо показаний представителей потерпевших подтверждается копиями счет-фактур и не оспаривается подсудимым. Суд полагает необходимым квалифицировать действия ФИО10, указанные в описательной части приговора, по каждому из трёх фактов хищения имущества: 1) ООО «Агроторг» на сумму 4 068 рублей 84 копейки; 2) ООО «Макси Регион» на сумму 4 095 рублей 00 копеек; 3) ООО «Макси Регион» на сумму 4 612 рублей 95 копеек – по ч.1 ст. 158 УК РФ , как кража, то есть тайное хищение чужого имущества. Кроме того, в судебном заседании достоверно установлено, что ФИО10 постановлением мирового судьи Вологодской области по судебному участку № 6 от 24 мая 2023 года подвергнут административному наказанию по ч.2 ст. 7.27 КоАП РФ, и, являясь лицом, подвергнутым административному наказанию за мелкое хищение, действуя умышленно, из корыстных побуждений, вновь совершил мелкое хищение имущества, принадлежащего ИП ФИО1, на сумму 1 656 рублей 72 копейки. Действия ФИО10 по указанному факту хищения имущества суд квалифицирует по ст. 158.1 УК РФ , как мелкое хищение чужого имущества, совершенное лицом, подвергнутым административному наказанию за мелкое хищение, предусмотренное ч.2 ст. 7.27 КоАП РФ. Оснований для иной квалификации действий подсудимого с учетом установленных обстоятельств суд не усматривает. Изучением данных о личности ФИО10 установлено, что он судим, &lt;данные изъяты&gt; С учётом обстоятельств совершения преступления, поведения подсудимого в ходе дознания и в суде, данных, характеризующих его личность, сведений, содержащихся в материалах дела о состоянии его здоровья, суд считает ФИО10 вменяемым, способным в силу своего &lt;данные изъяты&gt; здоровья нести уголовную ответственность за содеянное. При назначении ФИО10 наказания суд учитывает характер и степень общественной опасности совершенных преступлений, которые относятся к категории преступлений небольшой тяжести, данные о личности подсудимого, влияние назначенного наказания на его исправление &lt;данные изъяты&gt; В качестве обстоятельств, смягчающих наказание подсудимого ФИО10, суд учитывает полное признание вины, раскаяние в содеянном, активное способствование раскрытию и расследованию преступлений, выразившееся в даче признательных объяснений по преступлениям и подробных признательных показаний, состояние здоровья подсудимого, обусловленное наличием психического расстройства. Отягчающих наказание подсудимого ФИО10 обстоятельств судом не установлено. При определении вида и размера наказания подсудимому с учётом общественной опасности совершенных им преступлений, их количества, данных о личности подсудимого, который в настоящее время отбывает наказание по другим приговорам в местах лишения свободы, суд считает правильным назначить ФИО10 наказание в виде реального лишения свободы. При этом оснований для применения положений ст.ст. , 53.1 УК РФ суд не находит. Размер наказания в виде лишения свободы суд назначает с учетом положений ч.1 ст. 62 УК РФ . Исключительных обстоятельств, связанных с целями и мотивами преступлений, других обстоятельств, существенно уменьшающих степень общественной опасности совершенных деяний, что в свою очередь могло бы свидетельствовать о необходимости применения в отношении ФИО10 положений ст. 64 УК РФ , судом не установлено. Наказание по совокупности преступлений, относящихся к категории преступлений небольшой тяжести, суд назначает по правилам ч.2 ст. 69 УК РФ , применив принцип частичного сложения наказаний. Поскольку преступления совершены ФИО10 до вынесения приговора Вологодского городского суда от 21.01.2025, то окончательное наказание суд назначает по правилам ст. ч.5 УК РФ. При этом подлежит зачету время задержания и содержания ФИО10 под стражей по приговорам Вологодского городского суда от 16.12.2024, 21.01.2025. В соответствии с п. «а» ч.1 ст. 58 УК РФ отбывание наказания ФИО10, который на дату совершения инкриминируемых преступлений лишение свободы не отбывал, следует назначить в колонии-поселении. Меру пресечения ФИО10 до вступления приговора в законную силу следует избрать в виде заключения под стражу. Срок отбытия наказания ФИО10 следует исчислять со дня вступления приговора в законную силу. В срок отбывания наказания необходимо зачесть период содержания ФИО10 под стражей с 17.02.2025 до дня вступления настоящего приговора в законную силу в соответствии с п. «в» ч.3.1 ст. 72 УК РФ из расчета один день содержания под стражей за два дня отбывания наказания в колонии-поселении. Представителями потерпевших в ходе дознания заявлены следующие гражданские иски о возмещении причиненного преступлениями ущерба: ООО «Агроторг» - на сумму 4068 рублей 84 копеек (т.2 л.д.68), ООО «Макси Регион» - на сумму 8707 рублей 95 копеек (т.2 л.д.32, 30), ИП ФИО1 - на сумму 1656 рублей 72 копеек (т.2 л.д.93). Указанные исковые требования основаны на положениях ч.1 ст. 1064 ГК РФ , являются обоснованными, поддержаны государственным обвинителем, полностью признаны подсудимым и подлежат взысканию с ФИО10 в полном объеме. Суд решает судьбу вещественных доказательств с учетом требований ст.ст. , 82 УПК РФ . На основании изложенного и руководствуясь ст.ст. , , 309 УПК РФ , суд П Р И Г О В О Р И Л : ФИО10 признать виновным в совершении трёх преступлений, предусмотренных ч.1 ст. 158 УК РФ , и преступления, предусмотренного ст. 158.1 УК РФ , и назначить ему наказание: - по ч.1 ст. 158 УК РФ в виде лишения свободы на срок 6 (шесть) месяцев за каждое из трёх преступлений; - по ст. 158.1 УК РФ в виде лишения свободы на срок 4 (четыре) месяца. В соответствии с ч.2 ст. 69 УК РФ по совокупности преступлений, путем частичного сложения назначенных наказаний, назначить ФИО10 наказание в виде лишения свободы на срок 1 (один) год 3 (три) месяца. На основании ч.5 ст. 69 УК РФ , путем частичного сложения наказания по настоящему приговору и наказания, назначенного приговором Вологодского городского суда Вологодской области от 21 января 2025 года, по совокупности преступлений назначить ФИО10 окончательное наказание в виде лишения свободы на срок 2 (два) года 3 (три) месяца с отбыванием в колонии-поселении. Меру пресечения осужденному ФИО10 по настоящему уголовному делу избрать в виде заключения под стражу, взяв его под стражу в зале суда немедленно. Срок наказания исчислять со дня вступления настоящего приговора в законную силу. Зачесть ФИО10 в срок отбывания наказания период содержания под стражей с 17 февраля 2025 года до дня вступления настоящего приговора в законную силу, а также время его задержания и содержания под стражей по приговору Вологодского городского суда Вологодской области от 16 декабря 2024 года - с 12.03.2024 по 14.03.2024 и с 21.09.2024 по 20.01.2025, по приговору Вологодского городского суда Вологодской области от 21 января 2025 года - с 21.01.2025 по 16.02.2025 - в соответствии с п. «в» ч.3.1 ст. 72 УК РФ из расчета один день содержания под стражей за два дня отбывания наказания в колонии-поселении. Исковые требования представителей потерпевших удовлетворить. Взыскать с осужденного ФИО10 в счет возмещения материального ущерба, причиненного преступлениями, денежные средства: - в пользу ООО «Агроторг» - в размере 4068 (четыре тысячи шестьдесят восемь) рублей 84 (восемьдесят четыре) копейки, - в пользу ООО «Макси Регион» - в размере 8707 (восемь тысяч семьсот семь) рублей 95 (девяносто пять) копеек, - в пользу ИП ФИО1 - в размере 1656 (одна тысяча шестьсот пятьдесят шесть) рублей 72 (семьдесят две) копейки. По вступлению приговора в законную силу вещественные доказательства: - DVD-R диски с записями с камер видеонаблюдения, расположенных в магазинах «Пятерочка» по адресу: &lt;адрес&gt; за 09.07.2024, «Макси» по адресу: &lt;адрес&gt; за 25.07.2024, «Макси» по адресу: &lt;адрес&gt; за 26.07.2024, «Заботливые цены» по адресу: &lt;адрес&gt; за 28.07.2024, хранящиеся при материалах уголовного дела, счет-фактуры №№ № от 18.05.2024№ от 24.05.2024, № от 29.06.2024, № от 04.05.2024, № от 28.12.2023, № от 25.07.2024, № от 23.07.2024, № от 06.06.2024, постановление по делу об административном правонарушении по делу №, административный материал по делу №, хранящиеся в материалах уголовного дела, -хранить в уголовном деле. Приговор может быть обжалован в апелляционном порядке в течение 15 суток со дня его постановления в Вологодский областной суд через Вологодский городской суд, а осужденным ФИО10, содержащимся под стражей, - в тот же срок и в том же порядке со дня вручения ему копии приговора. В случае подачи апелляционных жалоб или преставления осужденный вправе: ходатайствовать о своем участии в рассмотрении уголовного дела судом апелляционной инстанции; самостоятельно пригласить защитника либо ходатайствовать перед судом о назначении защитника в апелляционной инстанции. Судья В.В. Калмыкова Суд: Вологодский городской суд (Вологодская область) (подробнее) Судьи дела: Калмыкова Виктория Викторовна (судья) (подробнее)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