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25 октября 2023 года, более точная дата в ходе предварительного следствия не установлена, ФИО1, а также неустановленное предварительным следствием лицо, договорились между собой путем электронной переписки в информационно-телекоммуникационной сети «Интернет» (далее – сеть «Интернет») и сервиса обмена мгновенными сообщениями «WhatsApp» о совместном распространении наркотических средств на территориях ***-Кузбасса и ***, неопределенному кругу лиц, бесконтактным способом, с использованием сети «Интернет», тем самым, ФИО1 и неустановленное предварительным следствием лицо вступили в совместный преступный сговор, распределив роли участия каждого в совершении преступления. После чего, не позднее 25 октября 2023 года ФИО1, находясь в ***, рассказал о преступном сговоре с неустановленным лицом ФИО2 и ФИО4-кизи, которым предложил совместное распространение наркотических средств на выбранных ими территориях неопределенному кругу лиц, бесконтактным способом, с использованием сети «Интернет», на что ФИО2 и ФИО4-кизи дали свое согласие, тем самым ФИО1, который уже находился в преступном сговоре с неустановленным предварительным следствием лицом, а также ФИО2 и ФИО4-кизи вступили в совместный преступный сговор, распределив роли участия каждого в совершении преступления. После чего, не позднее 25 октября 2023 года, более точная дата в ходе предварительного следствия не установлена, ФИО1, находясь в неустановленном месте ***, действуя группой лиц по предварительному сговору с неустановленным предварительным следствием лицом, а также с ФИО2 и ФИО4, предложил ФИО3 совместное распространение наркотических средств на выбранных ими территориях ***-Кузбасса и ***, на что ФИО3 дал свое согласие. Тем самым, ФИО1, ФИО2, ФИО4-кизи, ФИО3 и неустановленное предварительным следствием лицо, вступили в совместный преступный сговор, распределив роли участия каждого в совершении преступления. Согласно распределенным ролям, неустановленное предварительным следствием лицо, должно было передавать ФИО1 информацию, содержащую дату, местонахождение, вид и количество наркотического средства, предназначенного для сбыта, на выбранной данным лицом территории неопределенному кругу лиц. Затем, полученное наркотическое средство от неустановленного лица, ФИО1 совместно с ФИО2, ФИО4-кизи и ФИО3, группой лиц по предварительному сговору, должны были самостоятельно разместить в выбранные ими адреса, тайники-закладки на территории ***-Кузбасса. Впоследствии адреса закладок с наркотическими средствами ФИО1, действуя группой лиц по предварительному сговору, согласно отведенной ему роли, должен был сообщить неустановленному предварительным следствием лицу, путем электронной переписки в сети «Интернет» и сервиса обмена мгновенными сообщениями «WhatsApp», для последующего сбыта неопределенному кругу лиц. Согласно достигнутой договоренности, за сбыт наркотических средств через тайники-закладки с наркотическими средствами ФИО1 неустановленное предварительным следствием лицо, должно было переводить вознаграждение в виде денежных средств на указанный ФИО1 банковский счет. Так, не позднее 23.00 часов 25 октября 2023 года ФИО1, выполняя свою роль в совершении преступления, реализуя совместный с ФИО2, ФИО4-кизи, ФИО3 и неустановленным предварительным следствием лицом преступный умысел, направленный на незаконный сбыт наркотического средства, в крупном размере, получил от неустановленного предварительным следствием лица, посредством сети «Интернет», путем электронной переписки в сервисе обмена мгновенными сообщениями «WhatsApp», информацию о месте нахождения тайника-закладки с партией наркотического средства. Реализуя совместный с ФИО2, ФИО4-кизи, ФИО3 и неустановленным предварительным следствием лицом преступный умысел, ФИО1, в целях последующего незаконного сбыта с использованием информационно - телекоммуникационных сетей (включая сеть «Интернет»), группой лиц по предварительному сговору наркотического средства в крупном размере, получил от неустановленного предварительным следствием лица вещество, содержащее в своем составе героин (диацетилморфин), 6-моноацетилморфин, ацетилкодеин, являющееся наркотическим средством, оборот которого запрещен в Российской Федерации, включенный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последними изменениями от 10 июля 2023 года № 1134), общей массой 194, 458 грамма, упакованное в 500 (пятьсот) пакетов «клип-бокс» из бесцветного прозрачного полимерного материала, обернутых изоляционной липкой лентой каждый, что в соответствии с Постановлением Правительства Российской Федерации от 01 октября 2012 года № 1002 (в ред. от 10 июля 2023 года) «Об утверждении значительного, крупного и особо крупного размеров наркотических средств и психотропных веществ, а также значительного и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является крупным размером, забрав его в тайнике-закладке, расположенном по ***. После чего, ФИО1, ФИО3, ФИО2, ФИО4-кизи, выполняя отведенную им роль в совершении преступления, продолжая свои преступные действия, направленные на незаконный сбыт наркотического средства с использованием информационно-телекоммуникационных сетей (включая сеть «Интернет»), действуя группой лиц по предварительному сговору, неопределенному кругу лиц, бесконтактным способом, совершенный в крупном размере, должны были совместно, либо отдельно друг от друга, поместить не менее 500 (пятиста) свертков, состоящих из фрагментов изоляционной липкой ленты, в каждом из которых завернут пакет «клип-бокс» из бесцветного прозрачного полимерного материала внутри с веществом, содержащем в своем составе героин (диацетилморфин), 6-моноацетилморфин, ацетилкодеин, являющееся наркотическим средством, общей массой 194, 458 грамма, в тайники-закладки, на выбранных ими участках местности на территории ***-Кузбасса и на территории ***, тем самым, покушались на незаконный сбыт наркотического средства, действуя с использованием информационно-телекоммуникационных сетей (включая сеть «Интернет»), группой лиц по предварительному сговору, в крупном размере, путем умышленного создания условий для совершения преступления, направленного на незаконный сбыт наркотического средства, в крупном размере, но не довели до конца свой преступный умысел, направленный на незаконный сбыт наркотического средства, с использованием информационно - телекоммуникационных сетей (включая сеть «Интернет»), группой лиц по предварительному сговору, в крупном размере, по независящим от них обстоятельствам, поскольку 25 октября 2023 года в 23.00 часов были задержаны при проведении ОРМ «Наблюдение», около километрового знака *** автодороги ***, являющейся территорией Юргинского муниципального округа ***-Кузбасса сотрудниками УНК ГУ МВД России по ***-Кузбасса при участии ОКОН МО МВД России «Юргинский» и экипажа 801 ОГИБДД МО МВД России «Юргинский». В период времени с 00.50 часов до 02.10часов 26 октября 2023 года в ходе личного досмотра ФИО2 у последней было обнаружено и изъято из незаконного оборота вещество, содержащее в своем составе героин (диацетилморфин), 6-моноацетилморфин, ацетилкодеин, являющееся наркотическим средством, общей массой 194,458 грамма, упакованное в 500 (пятьсот) пакетов «клип-бокс» из бесцветного прозрачного полимерного материала, обернутых изоляционной липкой лентой каждый, что в соответствии с Постановлением Правительства РФ от 01 октября 2012 года № 1002 (в ред. от 10 июля 2023 года), является крупным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этого, не позднее 25 октября 2023 года, точное время следствием не установлено, ФИО1, ФИО3, ФИО2, ФИО4-кизи, реализуя совместный преступный умысел с неустановленным следствием лицом,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получили от последнего путем электронной переписки в сервисе обмена мгновенными сообщениями «WhatsApp», тем самым используя информационно-телекоммуникационную сеть (включая сеть «Интернет»), координаты местонахождения тайника с веществом, содержащим в своем составе героин (диацетилморфин), 6-моноацетилморфин, ацетилкодеин, являющимся наркотическим средством, оборот которого запрещен в Российской Федерации, включенный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(в ред. от 10 июля 2023 года № 1134), массой не менее 0,336 грамма. После этого, в октябре 2023 года, но не позднее 25 октября 2023 года, точное время следствием не установлено, ФИО1, ФИО3, ФИО2, ФИО4-кизи, обладая информацией о месте нахождения тайника-закладки с партией наркотического средства, действуя совместно и согласованно в группе лиц по предварительному сговору с неустановленным следствием лицом, с целью реализации преступного умысла, направленного на последующий незаконный сбыт наркотического средства, и извлечения прибыли, не имея на то специального разрешения, действуя из корыстных побуждений, с использованием информационно-телекоммуникационных сетей (включая сеть «Интернет»), осознавая противоправный характер своих действий, получили от неустановленного следствием лица вещество, содержащее в своем составе героин (диацетилморфин), 6-моноацетилморфин, ацетилкодеин, являющееся наркотическим средством, оборот которого запрещен в Российской Федерации, включенный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 № 681 (в ред. от 10 июля 2023 года № 1134), массой не менее 0,336 грамма, забрав его, согласно отведенной им роли, в тайнике-закладке в неустановленном следствием месте. После чего, ФИО1, ФИО3, ФИО2, ФИО4-кизи, выполняя отведенные им роли в совершении преступления, 25 октября 2023 года в 08.44 часов, продолжая свои преступные действия, направленные на незаконный сбыт наркотического средства с использованием информационно - телекоммуникационных сетей (включая сеть «Интернет»), неопределенному кругу лиц, бесконтактным способом, поместили в грунт на участке местности, расположенном на расстоянии около 4 метров от ***-Кузбасса и на расстоянии около 30 см от расположенного кустарника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с веществом, содержащим в своем составе героин (диацетилморфин), 6-моноацетилморфин, ацетилкодеин, являющимся наркотическим средством, массой 0,336 грамма, в тайник-закладку, расположенный на участке местности, имеющем географические координаты: ***, на территории ***-Кузбасса, тем самым совершили покушение на незаконный сбыт наркотического средства, с использованием информационно-телекоммуникационных сетей (включая сеть «Интернет»), действуя группой лиц по предварительному сговору, путем умышленного создания условий для совершения преступления, направленного на незаконный сбыт наркотического средства. Однако, ФИО1, ФИО3, ФИО2, ФИО4-кизи не довели до конца свой преступный умысел, направленный на незаконный сбыт наркотического средства, с использованием информационно - телекоммуникационных сетей (включая сеть «Интернет»), группой лиц по предварительному сговору с неустановленным следствием лицом, по независящим от них обстоятельствам, поскольку 26 октября 2023 года в период времени с 13.25 по 13.42 сотрудниками УНК ГУ МВД России по *** при проведении ОРМ «Обследование помещений, зданий, сооружений, участков местности и транспортных средств», вещество, содержащее в своем составе героин (диацетилморфин), 6-моноацетилморфин, ацетилкодеин, являющееся наркотическим средством, массой 0,336 грамма, упакованное в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размещенное в тайник-закладку, на участке местности, имеющем географические координаты: ***, расположенном на территории ***-Кузбасса, было изъято из незаконного оборота.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этого, не позднее 25 октября 2023 года, точное время следствием не установлено, ФИО1, ФИО3, ФИО2, ФИО4-кизи, реализуя совместный преступный умысел с неустановленным следствием лицом,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получили от последнего путем электронной переписки в сервисе обмена мгновенными сообщениями «WhatsApp», тем самым используя информационно-телекоммуникационную сеть (включая сеть «Интернет»), координаты местонахождения тайника с веществом, содержащим в своем составе героин (диацетилморфин), 6-моноацетилморфин, ацетилкодеин, являющимся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(в ред. от 10 июля 2023 года № 1134), массой не менее 0,415 грамма. Далее, в октябре 2023 года, но не позднее 25 октября 2023 года, точное время следствием не установлено, ФИО1, ФИО3, ФИО2, ФИО4-кизи, обладая информацией о месте нахождения тайника-закладки с партией наркотического средства, действуя совместно и согласованно в группе лиц по предварительному сговору с неустановленным следствием лицом, с целью реализации преступного умысла, направленного на последующий незаконный сбыт наркотического средства, и извлечения прибыли, не имея на то специального разрешения, действуя из корыстных побуждений, с использованием информационно-телекоммуникационных сетей (включая сеть «Интернет»), осознавая противоправный характер своих действий, получили от неустановленного следствием лица вещество, содержащее в своем составе героин (диацетилморфин), 6-моноацетилморфин, ацетилкодеин, являющееся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(в ред. от 10 июля 2023 года № 1134), массой не менее 0,415 грамма, забрав его, согласно отведенной им роли, в тайнике-закладке в неустановленном следствием месте. После чего, ФИО1, ФИО3, ФИО2, ФИО4-кизи, выполняя отведенные им роли в совершении преступления, 25 октября 2023 года в 09.02 часов, продолжая свои преступные действия, направленные на незаконный сбыт наркотического средства с использованием информационно - телекоммуникационных сетей (включая сеть «Интернет»), неопределенному кругу лиц, бесконтактным способом, поместили в грунт на участке местности, расположенном в районе домов *** по ***-Кузбасса и *** по ***-Кузбасса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с веществом, содержащим в своем составе героин (диацетилморфин), 6-моноацетилморфин, ацетилкодеин, являющимся наркотическим средством, массой 0,415 грамма, в тайник-закладку, расположенный на участке местности, имеющем географические координаты: ***, на территории ***-Кузбасса, тем самым совершили покушение на незаконный сбыт наркотического средства, с использованием информационно-телекоммуникационных сетей (включая сеть «Интернет»), действуя группой лиц по предварительному сговору, путем умышленного создания условий для совершения преступления, направленного на незаконный сбыт наркотического средства. Однако, ФИО1, ФИО3, ФИО2, ФИО4-кизи не довели до конца свой преступный умысел, направленный на незаконный сбыт наркотического средства, с использованием информационно - телекоммуникационных сетей (включая сеть «Интернет»), группой лиц по предварительному сговору с неустановленным следствием лицом, по независящим от них обстоятельствам, поскольку 26 октября 2023 года в период времени с 13.45 по 14.00 сотрудниками УНК ГУ МВД России по *** при проведении оперативно – розыскного мероприятия «Обследование помещений, зданий, сооружений, участков местности и транспортных средств», вещество, содержащее в своем составе героин (диацетилморфин), 6-моноацетилморфин, ацетилкодеин, являющееся наркотическим средством, массой 0,415 грамма, упакованное в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размещенное в тайник-закладку, на участке местности, имеющем географические координаты: ***, расположенном на территории ***-Кузбасса, было изъято из незаконного оборота.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этого, не позднее 25 октября 2023 года, точное время следствием не установлено, ФИО1, ФИО3, ФИО2, ФИО4-кизи, реализуя совместный преступный умысел с неустановленным следствием лицом,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получили от последнего путем электронной переписки в сервисе обмена мгновенными сообщениями «WhatsApp», тем самым используя информационно-телекоммуникационную сеть (включая сеть «Интернет»), координаты местонахождения тайника с веществом, содержащим в своем составе героин (диацетилморфин), 6-моноацетилморфин, ацетилкодеин, являющимся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 № 681 (с последними изменениями от 10 июля 2023 года № 1134), массой не менее 0,407 грамма. Далее, в октябре 2023 года, но не позднее 25 октября 2023 года, точное время следствием не установлено, ФИО1, ФИО3, ФИО2, ФИО4-кизи, обладая информацией о месте нахождения тайника-закладки с партией наркотического средства, действуя совместно и согласованно в группе лиц по предварительному сговору с неустановленным следствием лицом, с целью реализации преступного умысла, направленного на последующий незаконный сбыт наркотического средства, и извлечения прибыли, не имея на то специального разрешения, действуя из корыстных побуждений, с использованием информационно-телекоммуникационных сетей (включая сеть «Интернет»), осознавая противоправный характер своих действий, получили от неустановленного следствием лица вещество, содержащее в своем составе героин (диацетилморфин), 6-моноацетилморфин, ацетилкодеин, являющееся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 № 681 (с изм. от 10 июля 2023 года № 1134), массой не менее 0,407 грамма, забрав его, согласно отведенной им роли, в тайнике-закладке в неустановленном следствием месте. После чего, ФИО1, ФИО3, ФИО2, ФИО4-кизи, выполняя отведенные им роли в совершении преступления, 25 октября 2023 года в 09.09 часов, продолжая свои преступные действия, направленные на незаконный сбыт наркотического средства с использованием информационно - телекоммуникационных сетей (включая сеть «Интернет»), неопределенному кругу лиц, бесконтактным способом, поместили у основания дерева на участке местности, расположенном в районе домов ***а и *** по ***-Кузбасса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с веществом, содержащим в своем составе героин (диацетилморфин), 6-моноацетилморфин, ацетилкодеин, являющимся наркотическим средством, массой 0,407 грамма, в тайник-закладку, расположенный на участке местности, имеющем географические координаты: *** на территории ***-Кузбасса, тем самым совершили покушение на незаконный сбыт наркотического средства, с использованием информационно-телекоммуникационных сетей (включая сеть «Интернет»), действуя группой лиц по предварительному сговору, путем умышленного создания условий для совершения преступления, направленного на незаконный сбыт наркотического средства. Однако, ФИО1, ФИО3, ФИО2, ФИО4-кизи не довели до конца свой преступный умысел, направленный на незаконный сбыт наркотического средства, с использованием информационно - телекоммуникационных сетей (включая сеть «Интернет»), группой лиц по предварительному сговору с неустановленным следствием лицом, по независящим от них обстоятельствам, поскольку 26 октября 2023 года в период времени с 14.03 по 14.13 сотрудниками УНК ГУ МВД России по *** при проведении оперативно – розыскного мероприятия «Обследование помещений, зданий, сооружений, участков местности и транспортных средств», вещество, содержащее в своем составе героин (диацетилморфин), 6-моноацетилморфин, ацетилкодеин, являющееся наркотическим средством, массой 0,407 грамма, упакованное в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размещенное в тайник-закладку, на участке местности, имеющем географические координаты: *** расположенном на территории ***-Кузбасса, было изъято из незаконного оборота.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не позднее 25 октября 2023 года, точное время следствием не установлено, ФИО1, ФИО3, ФИО2, ФИО4-кизи, реализуя совместный преступный умысел с неустановленным следствием лицом,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получили от последнего путем электронной переписки в сервисе обмена мгновенными сообщениями «WhatsApp», тем самым используя информационно-телекоммуникационную сеть (включая сеть «Интернет»), координаты местонахождения тайника с веществом, содержащим в своем составе героин (диацетилморфин), 6-моноацетилморфин, ацетилкодеин, являющимся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 № 681 (с изм. от 10 июля 2023 года № 1134), массой не менее 0, 398 грамма. Далее, в октябре 2023 года, но не позднее 25 октября 2023 года, точное время следствием не установлено, ФИО1, ФИО3, ФИО2, ФИО4-кизи, обладая информацией о месте нахождения тайника-закладки с партией наркотического средства, действуя совместно и согласованно в группе лиц по предварительному сговору с неустановленным следствием лицом, с целью реализации преступного умысла, направленного на последующий незаконный сбыт наркотического средства, и извлечения прибыли, не имея на то специального разрешения, действуя из корыстных побуждений, с использованием информационно-телекоммуникационных сетей (включая сеть «Интернет»), осознавая противоправный характер своих действий, получили от неустановленного следствием лица вещество, содержащее в своем составе героин (диацетилморфин), 6-моноацетилморфин, ацетилкодеин, являющееся наркотическим средством, оборот которого запрещен в Российской Федерации,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 № 681 (с изм. от 10 июля 2023 года № 1134), массой не менее 0, 398 грамма, забрав его, согласно отведенной им роли, в тайнике-закладке в неустановленном следствием месте. После чего, ФИО1, ФИО3, ФИО2, ФИО4-кизи, выполняя отведенные им роли в совершении преступления, 25 октября 2023 года в 09.12 часов, продолжая свои преступные действия, направленные на незаконный сбыт наркотического средства с использованием информационно - телекоммуникационных сетей (включая сеть «Интернет»), неопределенному кругу лиц, бесконтактным способом, поместили в грунт у основания дерева на участке местности, расположенном на расстоянии около 15 метров от ***-Кузбасса 1 сверток, состоящий из 1 фрагмента липкой изоляционной ленты красного цвета, внутри которого находился сверток из фрагмента бесцветного прозрачного полимерного материала с веществом, содержащим в своем составе героин (диацетилморфин), 6-моноацетилморфин, ацетилкодеин, являющимся наркотическим средством, массой 0,398 грамма, в тайник-закладку, расположенный на участке местности, имеющем географические координаты: *** на территории ***-Кузбасса, тем самым совершили покушение на незаконный сбыт наркотического средства, с использованием информационно-телекоммуникационных сетей (включая сеть «Интернет»), действуя группой лиц по предварительному сговору, путем умышленного создания условий для совершения преступления, направленного на незаконный сбыт наркотического средства. Однако, ФИО1, ФИО3, ФИО2, ФИО4-кизи не довели до конца свой преступный умысел, направленный на незаконный сбыт наркотического средства, с использованием информационно - телекоммуникационных сетей (включая сеть «Интернет»), группой лиц по предварительному сговору с неустановленным следствием лицом, по независящим от них обстоятельствам, поскольку 26 октября 2023 года в период времени с 14.20 по 14.35 сотрудниками УНК ГУ МВД России по *** при проведении оперативно – розыскного мероприятия «Обследование помещений, зданий, сооружений, участков местности и транспортных средств», вещество, содержащее в своем составе героин (диацетилморфин), 6-моноацетилморфин, ацетилкодеин, являющееся наркотическим средством, массой 0, 398 грамма, упакованное в 1 (один) сверток, состоящий из 1 (одного) фрагмента липкой изоляционной ленты красного цвета, внутри которого находился сверток из фрагмента бесцветного прозрачного полимерного материала, размещенное в тайник-закладку, на участке местности, имеющем географические координаты: ***, расположенном на территории ***-Кузбасса, было изъято из незаконного оборота. В судебном заседании подсудимые ФИО1 и ФИО3 вину в совершении преступлений признали в полном объеме, подсудимые ФИО2 и ФИО4-кизи вину не признали. Подсудимый ФИО1 в судебном заседании воспользовался ст. 51 Конституции РФ, на основании п. 3 ч. 1 ст. 276 УПК РФ в судебном заседании оглашены показания подсудимого, данные в ходе предварительного расследования. Так, при допросе 26 октября 2023 года в качестве подозреваемый ФИО1 с участием переводчика от дачи показания отказался, воспользовавшись ст. 51 Конституции РФ (т. 1 л.д. 54-56). При допросе в качестве обвиняемого 21 июня 2024 года ФИО1 пояснил, что ФИО7 нанял как водителя за 5000 рублей в день. Денежные средства перечислял тому на банковскую карту, а также с предыдущей работы должен был ФИО7 60 тысяч рублей, которые также переводил на тому на карту. В день задержания поехали в ***, по пути по просьбе ФИО7 и ФИО2 заехали на *** в ***, чтобы забрать наркотики, обещали ему (ФИО1) за это 20 000 рублей. Девушки ходили в строну ***, вернулись через некоторое время, после чего поехали в *** и по дороге были задержаны сотрудниками полиции и в жилетке у ФИО2 были изъяты наркотики. По дороге ФИО7 кому то звонила, спрашивала куда вести наркотики. Он (ФИО1) телефон ФИО2 пользовался только в качестве навигатора, играл в игры, какие на телефоне были фотографии не видел. Были ли ФИО7 и ФИО2 без него в *** ему (ФИО1) не известно. Свои первоначальные объяснения подписал не читая, потому что его били сотрудники полиции, все что в них написано не является правдой, сбытом наркотиков не занимался, закладки не делал. Делали ли закладки ФИО7 и ФИО2 не знает. ФИО2 не угрожал, сбытом наркотиков заниматься не предлагал. В *** был один раз по работе (т. 8 л.д. 188-192). При допросе в качестве обвиняемого 15 октября 2024 года ФИО1 вину признал по всем эпизодам преступлений, пояснил, что они вчетвером (он, ФИО2, ФИО3, ФИО4-кизи) занимались сбытом наркотиков через закладки, ФИО7 начал заниматься сбытом вместе с ними с 17 октября 2023 года, был не только водителем, но также сбывал наркотики через закладки наравне со всеми. Пояснил, что в сентябре 2023 года в мессенджере «Телеграмм» нашел работу в качестве курьера. Ему позвонил мужчина, который представился как Сардар, объяснил суть работы: необходимо будет находить «мастер клад» с партией наркотиков, затем размещать закладки на территории указанной Сардаром, делать фотографии с координатами закладок и отправлять их работодателю. За каждую закладку Сардар должен был перечислять денежные средства. Он (ФИО1) согласился и затем в сентябре 2023 года, находясь в *** рассказал об этом ФИО2 и ФИО7, объяснил, что надо делать, на что ФИО2 и Азамова согласились распространять с ним наркотики. Изначально делали закладки в ***, затем 14 октября 2023 года уехали в ***, где снимали квартиру и продолжали заниматься сбытом наркотиков. Фотографии Сардару отправлял как он, так и ФИО8 с ФИО7. Через некоторое время все втроем переехали в *** в ***. 17 октября 2023 года к ним приехал ФИО7, которому он также предложил участвовать в совместном сбыте наркотических средств, на что ФИО7 согласился, что слышали ФИО2 и ФИО7. Они решили разделится на группы – он (ФИО1) и ФИО2, а ФИО7 с ФИО7, чтобы не привлекать внимания и работать быстрее, при этом наркотики делили пополам. Совместно отправляли фотографии Сардару, а после того как получали деньги делили их поровну. 25 октября 2023 года рано утром Сардар сообщил, что можно забрать партию наркотиков, скинул фото с координатами и адресов ***. Они приехали на адрес, он вместе с ФИО2 забрали сверток с наркотиками – 100 свертков, после чего по указанию Сардара все вчетвером на его автомобиле поехали в ***, где разметили наркотики в тайники - 50 свертков разместил он с ФИО2, 50 разместили ФИО7 с ФИО7. Он (ФИО1) с ФИО2 делали фотографии на телефон Oppo, а ФИО7 и ФИО7 взяли телефон у ФИО2. Затем поехали в ***, по дороге заехав в ***. Когда приехали в *** вновь скинул фотографию с закладкой по ***. По указанному адресу ФИО2 забрала сверток с наркотиками и положила его в карман жилетки, которую он (ФИО1) дал ей поносить. После этого все вчетвером поехали в ***, но на развилке их остановили сотрудники полиции и из кармана жилетки у ФИО2 был изъят сверток с наркотиками. Денежные средства переводил всем на карту. На фотографии с телефоне ФИО2 изображен ФИО7 (т. 11 л.д. 118-224). При проведении очной ставки с ФИО3 19 апреля 2024 года ФИО1 подтвердил показания ФИО3 и также пояснил, что пригласил ФИО3 работать к нему водителем, направлял ФИО3 деньги на билет из *** в ***, в момент задержания за рулем его автомобиля находился ФИО3 Кроме того пояснил, что ранее работал в *** вместе с ФИО2 и ФИО7, которых в дальнейшем позвал работать в *** (т. 5 л.д. 93-99). При проведении очной ставки с ФИО4-кизи 24 июня 2024 года ФИО1 пояснил, что 25 октября 2023 года он вместе с ФИО7, ФИО7 и ФИО2 по просьбе последней поехали по ***, где ФИО7 и ФИО2 подняли сверток с наркотиками. ФИО2 обещала ему (ФИО1) за то, что он отвезет их в *** разложить наркотики 20000 рублей. Когда девушки вернулись сверток не видел, но знал, что там наркотики, т.к. девушки сами об этом сказали. В машине он сидел сзади, ФИО7 впереди, ФИО7 за рулем. Когда их остановили сотрудники полиции у ФИО2 внутри куртки был сверток, ее увели в другую машину. Занимались ли ФИО7 с ФИО2 сбытом наркотиков, а также откуда в телефоне ФИО2 фотографии мест с закладками ему не известно. Не видел, чтобы ФИО7 пользовалась телефоном ФИО2. Он ФИО2 надеть жилетку не просил, ФИО2 ранее неоднократно носила жилет (т. 8 л.д. 195-199). При проведении очной ставки с ФИО2 18 июля 2024 года ФИО1 пояснил, что на телефоне ФИО2 осуществлял звонки посредством мессенджера «Вацап», жилетка принадлежит ему, но он ей не пользовался последние 2 месяца, она лежала в салоне автомобиля у заднего стекла (т. 9 л.д. 34-40). При проведении очной ставки с ФИО3 16 октября 2024 года пояснил, что наркотики сбывали все вчетвером, ФИО7 присоединился к ним 18 октября 2023 года, наркотики делили пополам – половину размещал он с ФИО2, половину ФИО7 с ФИО7, денежные средства, полученные от сбыта наркотиков делили поровну. 25 октября 2023 года в *** закладки делали все вчетвером, 500 свертков предназначались для сбыта (т. 11 л.д. 230-234). При проведении очных ставов с ФИО2 и ФИО4-кизи 16 октября 2024 года ФИО1 дал аналогичные показания. Кроме того при проведении очной ставки с ФИО2 пояснил, что мастер-клад с 500 свертками по *** поднял он, передал ФИО2, она спрятала его под куртку. В это время ФИО7 и ФИО7 сидели в машине это подтвердила ФИО2 (т. 11 л.д. 237-240, 243-246). После оглашения показания подсудимый ФИО1 подтвердил последние показания, данные 16 октября 2024 года, пояснил, что вину признает по всем эпизодам, согласен с предъявленным обвинением, оснований оговаривать других подсудимых у него нет. Подсудимый ФИО3 в судебном заседании вину признал в полном объеме по всем эпизодам, от дачи показаний отказался, воспользовавшись ст. 51 Конституции РФ. В судебном заседании на основании п. 3 ч. 1 ст. 276 УПК РФ оглашены показания подсудимого ФИО3, данные в ходе предварительного расследования. При допросе в качестве подозреваемого 27 октября 2023 года по обстоятельствам совершения преступлений от дачи показаний отказался, воспользовавшись ст. 51 Конституции РФ (т. 1 л.д. 108-110). При допросе в качестве обвиняемого 09 апреля 2024 года ФИО3 вину по всем эпизодам не признал, пояснил, что ФИО9 нанял его накануне задержания в качестве водителя на 3-4 месяца. В преступный сговор на сбыт наркотиков с ФИО9, ФИО2, ФИО7 не вступал, наркотические средства у них не видел, в *** не приезжал. Автомобилем ФИО9 в эти дни не управлял. При каких обстоятельствах были сделаны закладки ему не известно, в дни когда делались закладки он еще не приехал в *** (т. 4 л.д. 168-171). При допросе в качестве обвиняемого 19 апреля 2024 года вину не признал, подтвердил показания данные в ходе очной ставки (т. 5 л.д. 130-132). При допросе в качестве обвиняемого 27 сентября 2024 года вину в совершении преступлений не признал, подтвердил данные ранее показания, от дачи показаний отказался, воспользовавшись ст. 51 Конституции РФ (т. 10 л.д. 62-65). При проведении очной ставки с ФИО1 19 апреля 2024 года ФИО3 пояснил, что 25 октября 2023 года из *** в *** ехал за рулем автомобиля Opel Vectra, принадлежащего ФИО9. Также в автомобиле находились ФИО9, ФИО7 и еще одна девушка. На трассе их оставили сотрудники ГИБДД, затем их вывели из автомобиля, стали говорить про наркотики. Он (ФИО3) приехал в *** и из *** за 2-3 дня до этого по предложению ФИО9, чтобы работать у последнего водителем. Каких либо разговоров о распространении наркотиков не было, в *** не приезжал, закладки не делал. ФИО9 переводил ему денежные средства на банковскую карту в счет долга (т. 5 л.д. 93-99). При проведении очной ставки с ФИО1 16 октября 2024 года ФИО3 подтвердил показания ФИО1 и пояснил, что действительно согласился на предложение ФИО9 сбывать наркотики. ФИО9 делил «мастер-клад» поровну: 50 свертков брал для сбыта себе и ФИО2, 50 свертков отдавал ему и ФИО7. Тайники и их фото делала ФИО7. 25 октября 2023 года в утреннее время в *** закладки делали вчетвером: ФИО9 с ФИО2, он с ФИО7. О том, что 25 октября 2023 года они везли наркотики не знал (т. 11 л.д. 230-234). После оглашения показаний подсудимый ФИО3 подтвердил показания, данные в ходе последней очной ставки с ФИО9, пояснив, что вину признает по всем 5 эпизодам, не отрицал, что на его банковскую карту от ФИО1 поступали денежные средства, полученные от продажи наркотиков. Подсудимая ФИО2 в судебном заседании виновной себя не признала по всем эпизодам преступлений, от дачи показаний отказалась, воспользовавшись ст. 51 Конституции РФ. В судебном заседании на основании п. 3 ч. 1 ст. 276 УПК РФ оглашены показания подсудимой, данные в ходе предварительного расследования. Та, при допросе в качестве подозреваемой 27 октября 2023 года ФИО2 подтвердила, что 25 октября 2023 года ехала на автомобиле из *** в ***, спала. Проснулась от того, что в машине открыли двери, и кто-то ее дважды ударил по лицу. Она испугалась, была в шоке. На нее сразу надели наручники неизвестные люди, четверо из которых были в полицейской форме, остальные были без формы. Удостоверений никто не показывал. Один из них, который ударил ее по лицу, знал узбекский язык, стал обзывать ее, сказал, чтобы она вышла из машины и себя в другой автомобиль. Она пересела в другой автомобиль светлого цвета, в автомобиле находилось двое мужчин, потом в автомобиль сел тот мужчина, который знал узбекский, который сказал ей, что если она признается, то облегчит свою вину. В чем она должна была признаться не знает. Затем мужчины вышли из автомобиля, и в него сели трое девушек – двое сели спереди, одна вместе с ней на заднее сидение и стала заполнять какие то бумаги, которые были у нее в руках. После этого один из мужчин подошел к автомобилю, с жилеткой в руках. Жилетка принадлежала мужчине, который ехал с ней в автомобиле до ***. Мужчина положил на сиденье какой то сверток, накинул ей на плечи жилетку, отстегнул правую руку от наручников, сказала ей надеть жилетку самой, что она и сделала. Когда она (ФИО2) надела жилетку, мужчина взял сверток с сидения и положил его в правый карман жилетки, потом повернул правую часть жилетки в сторону девушек, которые сидели впереди и указал на карман, что то сказав им. После чего девушки повернулись назад, а девушка сидящая слева от нее (ФИО2) протянула руку и достала из правого кармана жилетки сверток, который ранее положил мужчина. Этот сверток девушка передала мужчине. Та девушка, которая заполняла бумаги, показала ей документ и показала пальцем, но она (ФИО2) от подписи отказалась. После чего подошел мужчина, который владел узбекским, стал кричать на нее (ФИО2), она испугалась и поставила свою подпись, там где указали (т. 1 л.д. 80-83). При допросе в качестве обвиняемой 28 декабря 2023 года ФИО2 пояснила, что она лично наркотические средства в тайники в *** 26 октября 2023 года не размещала. Кто это сделал ей не известно. С 17 февраля 2023 года находилась в России, работала в Подмосковье на стройке, где через ФИО15 познакомилась с ФИО1 Через какое то время ФИО7 предложила ей поехать в *** на работу, дорогу оплачивал работодатель, с которым общался только ФИО9. На машине приехали в *** в сентябре 2023 года, сняли квартиру, познакомились с ФИО7. Затем переехали в ***, где были около 10 дней. Съемная квартира была в ***, в *** с *** (т. 3 л.д. 113-116). При допросе в качестве обвиняемой 24 апреля 2024 года ФИО2 вину по всем эпизодам преступлений не признала, подтвердила свои ранее данные показания. Также пояснила, что 25 октября 2023 года после задержания ФИО1 угрожал ей убийством, заставлял взять всю вину на себя. При задержании банковская карта лежала в ее сумке, а телефон «Realme» лежал на заднем сидении автомобиля, и оттуда его изымали сотрудники полиции. В тот день телефоном пользовался ФИО1, она только в Телеграмме общалась с родственниками. Также телефон за день до задержания брала ФИО15, но для чего ей (ФИО2) не известно. Также пояснила, что 25 октября 2023 года приехали в ***, она и ФИО9 сидели сзади, Ашуров был за рулем, Азамова сидела рядом с ним. ФИО9 вышел из автомобиля, после чего позвал ее, когда она вышла дал ей в руки сверток. Когда она села в машину, положила сверток рядом на сидение, и уже в дороге спросила, что это такое, на что ФИО9 ей пояснил, что в свертке наркотики для сбыта. Это слышали ФИО7 и ФИО7, все строем стали говорить ФИО9, чтобы он не вмешивал их, но ФИО9 сказал, что они сделают это вчетвером. Изъятый у нее сверток ей подкинули, переводчик при опросе не присутствовал, протокол опороса написан не с ее слов, она протокол опроса не читала (т. 5 л.д. 239-240). При допросе в качестве обвиняемой 18 июля 2024 года ФИО2 подтвердила ранее данные показания. Также пояснила, что о каких либо договоренностях между ФИО7 и ФИО9 по сбыту наркотиков ей ничего не известно, закладки в *** делал ФИО9, фотографии закладок делал сам ФИО9 на ее телефон, т.к. его телефон сел, жилетку на нее надел сотрудник полиции, он же положил сверток с наркотиками с карман жилетки. Контакт «Сардар» в ее телефон внес ФИО9, и общался с Сардаром также ФИО9. ФИО9 ей и ФИО7 предлагал заниматься сбытом наркотиков, на что она отказалась, а Азамова согласилась. Банковскую карту на ее имя оформлял ФИО9. ФИО7 присоединился к ним за неделю до задержания, был водителем, делал ли ФИО7 закладки она не знает. Разрешения на осмотр ее телефона она не давала, в ее присутствии телефон не осматривался, ее телефон сотрудникам полиции передал ФИО9, который и назвал код от телефона (т. 9 л.д. 41-47). При допросе в качестве обвиняемой 23 сентября 2024 года ФИО2 ранее данные показания подтвердила, пояснила, что вину не признает (т. 9 л.д. 212-215). При проведении очной ставки со свидетелем ФИО10 09 апреля 2024 года ФИО2 пояснила, что 25 октября 2023 года в вечернее время ехала в автомобиле вместе с ФИО9, ФИО7, ФИО7 в ***, сидела на заднем сидении за водителем спала. Проснулась от того, что в автомобиле открыли передние две двери, ее дважды ударили по лицу, надели наручники люди которые были одеты в полицейскую форму. Они не представлялись, не показывали служебные удостоверения. Один их сотрудников знал узбекский язык посадил ее в автомобиль, в котором находились двое мужчин, говорил, что ей надо признаться, но в чем она не знала. Затем мужчины вышли, в автомобиль сели трое девушек, в руках у одной из них были какие то бумаги, которые она потом заполнила. Девушка достала из кармана надетой на ней (ФИО2) жилетки сверток, который туда положил сотрудник ранее. Этот сверток ей дал в *** ФИО9, пояснив, что в нем находятся наркотики для распространения. Этот сверток лежал рядом с ней в машине, когда они ехали по ***. Также пояснила, что изъятый у нее мобильный телефон ей (ФИО2) купил ФИО9. Данным телефоном также пользовалась Севара, которая делала на телефон фотографии закладок наркотических средств. Этим заниматься ее с Севарой заставлял ФИО9, угрожая тем, что порвет ее паспорт. Но она отказывалась, сама закладки не раскладывала, просто ходила рядом с ФИО9, когда тот делал закладки (т. 4 л.д. 172-178). При проведении очной ставки с ФИО1 18 июля 2024 года ФИО2 пояснила, что жилетка принадлежит ФИО1, жилетку на нее надел сотрудник, когда она сидела в автомобиле сотрудников полиции, а также он положил в карман жилетки сверток с наркотиками. Она до этого спала в машине ФИО9 и укрывалась данной жилеткой и в карманах ничего не было (т. 9 л.д. 34-40). При проведении очной ставки с ФИО1 16 октября 2024 года подтвердила его показания в части того, что он поднял «мастер-клад» по *** в ***, после чего передал ей, а она спрятала его под куртку (т. 11 л.д. 243-246). После оглашения показаний подсудимая ФИО2 подтвердила их частично, не подтвердив показания, данные в ходе последней очной ставки с ФИО1, пояснив, что вину не признает по всем эпизодам. Подсудимая ФИО4-кизи в судебном заседании виновной себя не признала по всем эпизодам преступлений, от дачи показаний отказалась, воспользовавшись ст. 51 Конституции РФ. В судебном заседании на основании п. 3 ч. 1 ст. 276 УПК РФ оглашены показания подсудимой, данные в ходе предварительного расследования. При допросе в качестве подозреваемой 27 октября 2023 года пояснила, что в РФ приехала в апреле 2023 года в *** на заработки, т.к. заработную плату не платили уехала в ***, где снимала квартиру, планировала переехать в ***. По существу подозрения от дачи показаний отказалась, воспользовавшись ст. 51 Конституции РФ (т. 1 л.д. 134-136). При допросе в качестве обвиняемой 25 апреля 2024 года подсудимая ФИО4-кизи вину по всем эпизодам преступлений не признала. Пояснила, что на предъявленной ей фотографии с телефона ФИО2 в мужчине в черной куртке с белой полосой она узнает ФИО7. В остальном от дачи показаний отказалась, воспользовавшись ст. 51 Конституции РФ (т. 6 л.д. 1-2). При допросе в качестве обвиняемой 24 сентября 2024 года ФИО4-кизи вину во вменяемых преступлениях не признала, пояснила, что участия в незаконном сбыте наркотиков не принимала, кто сбывал наркотики не знает. ФИО9 в присутствии ее, ФИО7 и ФИО2 говорил, что есть хорошая работа по распространению наркотиков, ФИО2 согласилась, ФИО7 сидел за рулем. Она (ФИО4) подумала, что это шутка и согласилась. 25 октября 2023 года в *** должна была получить временный паспорт. Со слов ФИО2 ей известно, что сверток с наркотиком подняла ФИО2 и ФИО9, при этом ФИО2 не говорила для чего ей сверток с наркотиками. В *** была до задержания, ФИО7, ФИО9 и ФИО2 сказали, что есть дела, она (ФИО4-кизи) в это время сидела в машине, а ФИО7, ФИО2 и ФИО9 вернулись через некоторое время, чем они занимались не знает (т. 9 л.д. 243-247). При проведении очной ставки с ФИО1 24 июня 2024 года ФИО4-кизи пояснила, что телефоном ФИО2 она не пользовалась, угроз от ФИО9 в адрес ФИО2 она не слышала, она с ФИО2 никуда не ходила, сидела в машине, ФИО2 ходила вместе с ФИО9. До того как оставили сотрудники полиции никаких свертков она не видела, когда увидели полицию ФИО2 сказала, что у нее с собой сверток с наркотиками. ФИО9 ФИО2 не говорил надеть жилетку, жилетка лежала на полке в машине сзади. Также подтвердила показания ФИО1 о том, что ФИО2 до задержания неоднократно носила жилетку (т. 8 л.д. 195-199). При проведении очной ставки с ФИО1 16 октября 2024 года воспользовалась ст. 51 Конституции РФ (т. 11 л.д. 234-240). После оглашения показаний подсудимая ФИО4-кизи их подтвердила, пояснив, что вину не признает по всем эпизодам. Виновность подсудимых в совершении вменяемых им преступлениях по всем эпизодам подтверждается показаниями свидетелей, письменными материалами дела, исследованными непосредственно в судебном заседании. Свидетель Я.С.Е. (ст. оперуполномоченный УНК ГУ МВД России по ***-Кузбассу), показания которого оглашены на основании ч. 1 ст. 281 УПК РФ с согласия сторон, в ходе предварительного расследования подтвердил, что в связи с поступившей в октябре 2023 года в УНК ГУ МВД России по *** информацией оперативного характера о сбыте бесконтактным способом наркотических средств лицами узбекской национальности с использованием в своей противоправной деятельности автомобиля «Opel Vectra», г/н ***, а также, что 25 октября 2023 года данные лица планируют на данном автомобиле проехать из Новосибирской в Кемеровскую и *** с целью незаконного сбыта наркотических средств было принято решение о проведении ОРМ «Наблюдение». В ходе данного ОРМ, проведенного совместно с ОНК и ОГИБДД МО МВД России «Юргинский» около 23.00 часов около километрового знака *** автодороги *** были задержаны ФИО1, ФИО2, ФИО4, ФИО3, которые передвигались на автомобиле «Opel Vectra», г/н ***. Был проведен их личный досмотр. Он (Я.С.Е.) проводил личный досмотр ФИО9 и ФИО7, личный досмотр женщин проводила сотрудник ОУР МО МВД России «Юргинский» по имени А.К.П.. В ходе проведения личного досмотра ФИО2 в правом кармане жилетки, надетой на ней, был изъят полимерный пакет, обмотанный скотчем, в котором находились 500 свертков с веществом внутри, массой около 200 гр. У ФИО9 и ФИО7 в ходе личного досмотра были изъяты телефоны и банковские карты. Все изъятое было упаковано, опечатано. По окончании составлялись протоколы, с которым знакомились участники, замечаний не поступало (т. 4 л.д. 13-14, т. 9 л.д. 67-68). Свидетель П.А.С. (ст. оперуполномоченный УНК ГУ МВД России по ***), показания которого оглашены на основании ч. 1 ст. 281 УПК РФ с согласия сторон, в ходе предварительного расследования подтвердил, что им поступала информация оперативного характера о том, что четверо граждан узбекской национальности занимаются незаконным сбытом наркотическим средств на территории *** путем размещения закладок. Ему (П.А.С.) известно, что в ходе проведенного 25 октября 2023 года ОРМ указанные граждане были задержаны, и по фотографиям, обнаруженным в изъятом в телефоне у одной из женщин, он с участием понятых проводил ОРМ «Обследование помещений, зданий, сооружений, участков местности и транспортных средств», в ходе которых в 4 местах были обнаружены и изъяты свертки с содержимым, которые были изъяты. По результатам проведения ОРМ были составлены протоколы, с которыми были ознакомлены все участвующие лица, замечаний ни от кого не поступило. После получения справок об исследовании, в которых было указано, что изъятые вещества являются наркотическим средством героин материалы были переданы для решения вопроса о возбуждении уголовного дела (т. 4 л.д. 18-21, т. 9 л.д. 59-61). Свидетель Ш.А.А. в ходе судебного заседания, а также в ходе предварительного расследования, показания которого оглашены на основании ч. 3 ст. 281 УПК РФ (т. 9 л.д. 64-66), которые после оглашения свидетель подтвердил, пояснил, что в связи с поступившей информацией о сбыте наркотических средств лицами, которые передвигались на автомобиле «Opel Vectra», г/н *** было проведено ОРМ, в ходе которого 25 октября 2023 года около 23.00 часов был задержан указанный автомобиль на автодороге *** на территории Юргинского муниципального округа. В машине находились ФИО1, ФИО11, ФИО2, ФИО4, был проведен их личный досмотр. Все четверо понимали русский язык, переводчика никто из задержанных не просил. Как ему известно от сотрудницы по имени А.К.П., которая проводила личный досмотр ФИО2, у последней из кармана надетой на ней жилетки был изъят сверток, в котором находилось 500 небольших свертков с наркотиком. Кроме того у ФИО2 был изъят телефон, который с ее разрешения был осмотрен, в котором имелись многочисленные фотографии с указанием координат мест закладок. По указанным фотографиям в дальнейшем были проведены ОРМ «Обследование помещений, зданий, сооружений, участков местности и транспортных средств», в ходе которых по четырем адресам были изъяты наркотические средства. Также у остальных задержанных были изъяты телефоны и банковские карты. Все изъятое было упаковано, опечатано, наркотические средства направлены на исследование. Он (Ш.А.А.) в дальнейшем в *** опрашивал ФИО2 и ФИО7, которые давали пояснения на русском языке, ходатайств о предоставлении переводчиков не заявляли. Какого либо морального или физического давления на ФИО9, ФИО7, ФИО2, Азамову со стороны сотрудников полиции не оказывалось. Свидетель А.К.П. (оперуполномоченный МО МВД России «Юргинский») в ходе допроса в судебном заседании, а также в ходе предварительного расследования, показания которой оглашены на основании ч. 3 ст. 281 УПК РФ (т. 3 л.д. 167-171, т. 4 л.д. 28-29, т. 9 л.д. 116-117), которые после оглашения свидетель подтвердила, пояснила, что 26 октября 2023 года в ночное время по предложению сотрудников ОНК проводила личный досмотр ФИО2 и ФИО7, которые были задержаны в ходе на участке автодороги «***» на территории Юргинского муниципального округа. Личный досмотр проходил в автомобиле в присутствии двух девушек понятых. Сначала досматривала ФИО2, затем ФИО7. Обе девушки плохо, но говорили и понимали по-русски, на ее предложение от переводчика отказались. В ходе личного досмотра ФИО2 у последней из кармана жилетки, надетой поверх кофты был изъят большой сверток. Она (ФИО10) развернула сверток, там находилось пять пакетов, в которых было много маленьких свертков, обмотанных изолентой разных цветов: черные, серые, синие. Она пересчитала все свертки, которых было 500, отделила от общего количества 10 и 15 свертков, которые упаковала, опечатала, остальные 475 свертков также упаковала и опечатала. У ФИО2 был также изъят телефон, который она (А.К.П.) с устного согласия ФИО2 осмотрела в присутствии понятых. В телефоне имелось множество фотографий участков местности с указанием координат. Она (А.К.П.) сфотографировала фотографии на телефоне на свой телефон, в дальнейшем полученные фотографии передала сотрудникам УНК. По окончании досмотров обеих девушек были составлены протоколы, с которыми все участвующие лица были ознакомлены, замечаний, дополнений ни от кого не поступило. Свидетель М.Р.В. в ходе судебного заседания пояснил, что по предложению сотрудников полиции 26 октября 2023 года около 12 ночи принимал участие в качестве понятого при проведении личного досмотра мужчин на трассе ***. Был проведен досмотра двух мужчин не русской национальности, сначала одного, потом другого. Личный досмотр проводился в машине. При проведении личного досмотра также принимал участие второй понятой, двое сотрудников полиции. Перед началом досмотра сотрудник полиции разъяснил всем участвующим лицам права, обязанности, порядок проведения досмотра. В ходе досмотров у мужчин были изъяты мобильные телефоны и банковские карта, которые были упакованы, опечатаны. По окончании досмотров были составлены протоколы, с которыми были все ознакомлены, замечаний, дополнений не поступало. В судебном заседании на основании ч. 3 ст. 281 УПК РФ были оглашены показания свидетеля М.Р.В., в которых свидетель пояснил, что сотрудник, проводивший досмотр, предлагал мужчинам воспользоваться услугами переводчика, но оба мужчины отказались. Фамилии мужчин ФИО9 и ФИО7, оба мужчины разговаривали с акцентом по-русски (т. 9 л.д. 72-74). После оглашения показаний свидетель их подтвердил, объяснив наличие противоречий давностью произошедшего. Свидетель М.А.А, в судебном заседании, а также в ходе предварительного расследования, показания которого оглашены на основании ч. 3 ст. 281 УПК РФ (т. 3 л.д. 122-125, т. 9 л.д. 69-71), которые после оглашения свидетель подтвердил, пояснил, что в конце 2023 года в ночное время по предложению сотрудника ОНК участвовал в качестве незаинтересованного лица при проведении личного досмотра двух мужчин не-русской национальности, который проводился на автотрассе ***. Личный досмотр проводился в машине, они с досматриваемым сидели на заднем сидении. Мужчин досматривали по очереди. Перед началом досмотра сотрудник полиции разъяснил всем права, обязанности, порядок проведения досмотра. В ходе досмотра оба мужчины объяснялись на русском языке с акцентом, понимали происходящее, о необходимости участия переводчика не заявляли. В ходе досмотра у обоих мужчин были изъяты телефоны и банковские карты, все изъятое упаковывалось, опечатывалось. По окончании досмотров были составлены протоколы, с которыми были ознакомлены все участвующие лица, замечаний, дополнений ни от кого не поступало. Свидетель Л.А.Д. в ходе судебного заседания пояснила, что во второй половине октября 2023 года в ночное время по предложению сотрудников полиции участвовала в качестве понятой при личном досмотре двух женщин не русской национальности. Досмотр проводился в автомобиле на автодороге. Женщин досматривали по очереди, досмотр проводился женщиной – сотрудником полиции. Перед началом проведения досмотра сотрудник полиции разъяснила им права, обязанности, ход проведения. Не помнит на каком языке разговаривала досматриваемая женщина, но она понимала, что происходит. Детали проведения досмотров обоих женщин не помнит, но помнит, что у одной из них изымался сверток. По результатам проведения досмотров составлялся документ, с которым она была ознакомлена, в нем все было отражено верно, она его подписала. В судебном заседании на основании ч. 3 ст. 281 УПК РФ оглашены показания свидетеля, данные в ходе предварительного расследования (т. 4 л.д. 33-36, т. 9 л.д. 55-58), в которых свидетель Л.А.Д. поясняла, что 25 октября 2023 года поздним вечером принимала участие в качестве понятой в ходе личного досмотра двух девушек не русской национальности, который проходил в автомобиле на участке автодороги ***. Досмотр проводила сотрудник полиции по имени А.К.П.. Первой досматривали девушку по имени ФИО2. Перед началом досмотра были разъяснены права и обязанности, порядок проведения досмотра. ФИО2 плохо говорила по-русски, но они понимали ее. Из правого кармана жилетки, которая была надета на ФИО2 был изъят сверток, который открыла А.К.П., внутри находились 5 прозрачных полимерных пакетов, внутри которых находилось маленькие свертки по 100 штук, обмотанных изолентой. Все свертки А.К.П. пересчитала, упаковала, оклеила бумажными бирками на которых они поставили свои подписи. Также был изъят мобильный телефон «Realme» и 2 банковские карты. ФИО2 разблокировала телефон и дала согласие на его осмотр, в телефоне были многочисленные фотографии участков местности с указанием координат. Телефон и карты были также упакованы, опечатаны. По окончании А.К.П. составила протокол досмотра, зачитала его вслух, в протоколе все поставили свои подписи, замечаний ни от кого не поступало. После ФИО2 вывели из машины и привели другую девушку по имени С., которой также был проведен личный досмотр. С. лучше говорила по русски, чем ФИО2. С. и нам А.К.П. также разъяснила права, обязанности, порядок проведения досмотра. В ходе личного досмотра С. были изъяты 2 мобильный телефона и банковская карта «Тинькофф». Ничего запрещенного изъято не было. По окончании досмотра был составлен протокол, с которых также все участвующие лица были ознакомлены, поставили свои подписи. Замечаний, дополнений не поступало. После оглашения показаний свидетель Л.А.Д. их подтвердила, объяснив наличие противоречий давностью произошедшего. Свидетель С.М,А, в судебном заседании пояснила, что участвовала в качестве понятой при проведении личного досмотра двух женщин, которые проводились в автомобиле на трассе ***. Женщин досматривали по очереди. Она (С.М,А,) вместе со второй понятой и досматриваемой сидели на заднем сидении автомобиля. Досмотр проводила сотрудник полиции - женщина. Перед началом проведения досмотра всем участвующим лицам были разъяснены права, обязанности, порядок проведения досмотра. В ходе личного досмотра у первой досматриваемой женщины были изъяты сверток с наркотическим средством, телефон, банковские карты. Женщина плохо, но говорила по-русски, односложными словами. В их присутствии сотрудник полиции развернула большой сверток, в котором находились маленькие свертки с наркотическим средством. Все свертки, а также телефон и карты были пересчитаны сотрудником полиции, упакованы, опечатаны. По окончании досмотра был составлен протокол, с которым были ознакомлены все участвующие лица, замечаний не поступало. После этого первую женщину увели, привели вторую женщину, которой также был проведен личный досмотр, в том же порядке, что и первой. Вторая женщина по-русски говорила получше. Как первой, так и второй женщине предлагался переводчик, но те не говорили, что нуждаются в переводчике. По окончании досмотра также составлялся протокол, с которым были ознакомлены все участвующие лица, замечаний, дополнений не поступало. Все поставили свои подписи. В судебном заседании на основании ч. 3 ст. 281 УПК РФ были оглашены показания свидетеля С.М,А,, данные в ходе предварительного расследования. Так, при допросе 11 марта 2023 года (т. 4 л.д. 30-32) свидетель пояснила, что обе девушки очень плохо разговаривали по-русски, плохо понимали, что им говорят. При допросе 01 августа 2024 года (т. 9 л.д. 51-54) свидетель С.М,А, пояснила, что первая женщина, которую звали ФИО2, плохо говорила по-русски, но ее можно было понять и женщина понимала о чем с ней говорил сотрудник полиции, отвечала по-русски. На ФИО2 был надет, в том числе, жилет с капюшоном, из правого кармана которого был изъят сверток внутри которого находилось 5 прозрачных полимерных пакетов, внутри которых в каждом находилось по 100 свертком, обмотанных изолентой разных цветов. При осмотре телефона, изъятого у ФИО2, последняя сама разблокировала телефон, дала свое согласие на осмотр телефона. Сотрудник полиции при осмотре телефона фотографировала имеющиеся в телефоне изображения участков местности с указанием координат. У второй женщины были изъяты два мобильных телефона и банковская карта. После оглашения показаний свидетель С.М,А, полностью подтвердила показания от 01 августа 2024 года, не подтвердила показания от 11 марта 2023 года, настаивая, что женщины понимали происходящее, что им говорят, говорили с акцентом, но по-русски. Свидетель Ш.Д.Е., показания которого проверены путем оглашения на основании ч. 1 ст. 281 УПК РФ с согласия сторон, в ходе предварительного расследования подтвердил, что по предложению сотрудников наркоконтроля в конце октября 2023 года участвовал в проведении ОРМ «Обследование помещений, зданий, сооружений, участков местности и транспортных средств» в качестве незаинтересованного лица. Также в качестве второго незаинтересованного лица участвовал Б.О.А. Сотрудникам были известны места тайников закладок наркотических средств. Перед началом проведения ОРМ им были разъяснены права, обязанности, порядок проведения ОРМ. В ходе проведения ОРМ из тайников, расположенных на участках местности около дома по ***, около ***, около ***, а также около здания суда были изъяты 4 свертка, завернутые в изоленту красного цвета. Все свертки были упакованы, опечатаны сотрудником полиции по результатам всех проведенных ОРМ были составлены протоколы, с которыми были ознакомлены участвующие лица, в протоколах все было записано верно, все поставили свои подписи, замечаний дополнений не поступило (т. 3 л.д. 128-129). Свидетель К.Ф.Ю. в судебном заседании пояснил, что ФИО7 является двоюродным братом его супруги. Знаком с ФИО7 с 2017 года, который приезжал в это время в Россию на работу. Знает, что у ФИО7 семья, трое детей. Видел ФИО7 последний раз в конце июня 2023 года. Из бесед его супруги с супругой ФИО7 знает, что ФИО9 пригласил ФИО7 на работу в качестве водителя, обещав 50 тыс. рублей. Свидетель С.Н.Н., показания которого проверены путем оглашения на основании ч. 1 ст. 281 УПК РФ с согласия сторон, в ходе предварительного расследования подтвердил, что участвовал в качестве переводчика при проведении следственных действий с участием трех граждан Узбекистана и одного гражданина ***, а именно двух девушек и двух мужчин. При допросе одной из девушек вспомнил, что трое граждан видел двух девушек и одного из мужчин в своем кафе «***», расположенное в *** ***-*** около 18-19 часов (т. 3 л.д. 164-166). Письменными материалами дела: 1 эпизод: - материалами оперативно-розыскной деятельности, в том числе: рапортом оперуполномоченного по ОВД отдела УНК ГУ МВД по *** К.А.В. о проведении ОРМ «наблюдение», в ходе которого 25 октября 2023 года около 22.50 около километрового знака 150 автодороги «***» был остановлен автомобиль «Opel Vectra», г/н *** в котором находились ФИО9, ФИО7, ФИО2, ФИО7; рапортом оперуполномоченного К.А.В. от 26 октября 2023 года, протоколом личного досмотра ФИО2 от 26 октября 2023 года, с приложенной фототаблицей, в ходе которого у ФИО2 из правого кармана жилетки изъят полимерный пакет, обмотанный коричневым скотчем, в котором находилось пять прозрачных полимерных пакетов внутри со 100 свертками каждый, из которых 15, 10 и 475 свертков упакованы в различные пакеты, также из левого кармана жилетки изъяты 2 банковские карты, мобильный телефон «Realme» с абонентским номером ***, в протоколе указан графический ключ мобильного телефона; протоколом личного досмотра ФИО4-кизи от 26 октября 2023 года с приложенной фототаблицей, в ходе которого у последней изъяты мобильные телефоны «Infinix» без сим-карты, «Realme» с абонентским номером ***, банковская карта банка «Тинькофф»; протоколом личного досмотра ФИО1 с приложенной фототаблицей, в ходе которого у последнего изъяты мобильные телефоны «Samsung Galaxy» с абонентским номером ***, «Oppo» с абонентским номером ***, три банковские карты: 2 карты ПАО Сбербанк №***, банка ФИО8; протоколом личного досмотра ФИО3 с приложенной фототаблицей, в ходе которого у последнего изъяты мобильный телефон Redmi 9C с абонентским номером *** и банковская карта ПАО Сбербанк *** (т. 1 л.д. 7-43); которые на основании постановления от 26 октября 2023 года (т. 1 л.д. 6) с сопроводительным письмом (т. 1 л.д. 5) переданы в следственный отдел МО МВД России «Юргинский»; - заключением эксперта № Э7-2292 от 24 ноября 2023 года и справкой об исследовании № И7-1760 от 26 октября 2023 года, согласно выводам которых представленные на экспертизу вещества в 15 свертках, изъятые 26 октября 2023 года в ходе личного досмотра ФИО2 содержат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Общая масса представленных веществ на момент проведения исследования составила 5,819 гр (т. 1 л.д. 38-39, т. 2 л.д. 102-106) - заключением эксперта № Э7-2287 от 28 декабря 2023 года, согласно выводам которого представленные на экспертизу вещества в 475 свертках, изъятые 26 октября 2023 года при проведении личного досмотра ФИО2, содержат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Общая масса представленных веществ на момент проведения экспертизы составила 184,855 гр (т. 2 л.д. 132-137); - заключением эксперта *** от 04 марта 2024 года, согласно выводам которого представленное на экспертизу вещество, находящееся в 10 свертках, изъятые 26 октября 2023 года при проведении личного досмотра ФИО2, содержат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07 февраля 2024 года № 135). Общая масса представленных веществ на момент проведения экспертизы составила 3,784 гр (т. 4 л.д. 44-48); - протоколом осмотра предметов от 04 декабря 2023 года с приложенной фототаблицей, в ходе которого осмотрено наркотическое вещество, массой 5,519 гр и его упаковка (т. 2 л.д. 111-118). На основании постановления от 04 декабря 2023 года приобщено к материалам дела в качестве вещественного доказательства, передано в камеру хранения вещественных доказательств МО МВД России «Юргинский» (квитанция № 180) (т. 2 л.д. 119-122); - протоколом осмотра предметов от 01 февраля 2024 года с приложенной фототаблицей, в ходе которого осмотрено изъятое наркотическое средств общей массой 180.105 гр и его упаковка (т. 2 л.д. 142-145). На основании постановления от 01 февраля 2024 года осмотренные предметы приобщены к материалам дела в качестве вещественных доказательств, переданы в камеру хранения вещественных доказательств МО МВД России «Юргинский» (квитанция № 184) (т. 2 л.д. 147-149); - протоколом осмотра документов от 05 февраля 2024 года с приложенной фототаблицей, в ходе которого, в том числе, осмотрены материалы проведенного 26 октября 2023 года ОРМ, а именно: сопроводительное письмо, постановление о предоставлении результатов ОРМ от 26 октября 2023 года, рапорт о проведении ОРМ «наблюдение», протоколы личного досмотра ФИО2, ФИО4, ФИО1, ФИО3, объяснения ФИО2, ФИО4, ФИО1, ФИО3,С.М,А,, Л.А.Д., М.А.А,, М.Р.В. (т. 3 л.д. 132-162). На основании постановления от 05 февраля 2024 года осмотренные документы приобщены к материалам дела в качестве вещественных доказательств (т. 3 л.д. 163); - протоколом осмотра предметов от 04 марта 2024 года с приложенной фототаблицей, в ходе которого с участием переводчика осмотрены мобильные телефоны «Oppo» и «Samsung», изъятые в ходе личного досмотра ФИО1 В телефона «Samsung» в папке «Камера»-«Галерея» имеется изображение участка местности с координатами и адресом ***. Дата файла 20 октября 2023 года 06.48 (т. 3 л.д. 240-248). На основании постановления от 04 марта 2024 года осмотренные телефоны приобщены к материалам дела в качестве вещественных доказательств (т. 3 л.д. 249); - протоколом осмотра предметов от 05 марта 2024 года с приложенной фототаблицей, в ходе которого осмотрен мобильный телефон «Redmi9C», изъятый у ФИО3, в котором в папке «Галерея» имеется фотографии, на которой изображены небольшие свертки, обмотанные изолентой синего цвета в количестве около 60 штук. Дата съемки 24 октября 2023 года 20.05 (т. 4 л.д. 1-5). На основании постановления от 05 марта 2024 года осмотренный телефон приобщен к материалам дела в качестве вещественного доказательства (т. 4 л.д. 6); - протоколом осмотра предметов от 13 марта 2024 года, в ходе которого осмотрены изъятое 26 октября 2023 года наркотическое средство в 10 свертках и его упаковка (т. 4 л.д. 53-56). На основании постановления от 13 марта 2024 года осмотренные предметы приобщены к материалам дела в качестве вещественных доказательств, переданы в камеру хранения вещественных доказательств (квитанция № 188) (т. 4 л.д. 57-58); - протоколом осмотра предметов от 14 марта 2024 года с приложенной фототаблицей, в ходе которого осмотрены изъятые у ФИО1, ФИО3, ФИО2, ФИО4-кизи банковские карты (т. 4 л.д. 59-63). На основании постановления от 14 марта 2024 года осмотренные банковские карты приобщены к материалам дела в качестве вещественных доказательств, переданы в камеру хранения вещественных доказательств (квитанция № 3241) (т. 4 л.д. 64-66); - протоколом осмотра документов от 18 июля 2024 года с приложенной фототаблицей, в ходе которого, в том числе, осмотрена справка об исследовании № И7-1760 от 26 октября 2023 года (т. 9 л.д. 12-29). На основании постановления от 18 июля 2024 года осмотренные справки приобщены к материалам дела в качестве вещественных доказательств (т. 9 л.д. 30); Эпизод № 2: - материалами оперативно-розыскной деятельности, в том числе, распоряжением № 397 от 26 октября 2023 года о проведении ОРМ «обследование помещений, зданий, сооружений, участков местности и транспортных средств» на участке местности по географическим координатам *** протоколом обследования помещений, зданий, сооружений, участков местности и транспортных средств от *** с приложенной фототаблицей, в ходе которого на участке местности, находящемся на расстоянии около 4 метров от *** с координатами *** на расстоянии около 30 см от кустарника в грунте обнаружен и изъят сверток липкой ленты красного цвета с содержимым (т. 1 л.д. 208-211), которые сопроводительным письмом на основании постановления от 27 октября 2023 года переданы в следственный отдел МО МВД России «Юргинский» (т. 1 л.д. 206-207); - заключением эксперта № Э7-2288 от 24 ноября 2023 года и справкой об исследовании № И7-1761 от 26 октября 2023 года, согласно выводам которых представленное на исследование вещество, изъятое в ходе проведения ОРМ «обследование ….» 26 октября 2023 года на участке местности с географическими координатами *** содержит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Масса представленного вещества на момент проведения исследования составила 0,336 гр (т. 1 л.д. 216-217, т. 2 л.д. 39-42); - протоколом осмотра предметов от 04 декабря 2023 года с приложенной фототаблицей, в ходе которого осмотрено наркотическое вещество, массой 0,316 гр и его упаковка (т. 2 л.д. 111-118). На основании постановления от 04 декабря 2023 года приобщено к материалам дела в качестве вещественного доказательства, передано в камеру хранения вещественных доказательств МО МВД России «Юргинский» (квитанция ***) (т. 2 л.д. 119-122); - протоколом осмотра документов от 05 февраля 2024 года с приложенной фототаблицей, в ходе которого, в том числе, осмотрены материалы проведенного 26 октября 2023 года ОРМ, а именно: сопроводительное письмо, постановление о предоставлении результатов ОРМ от *** года, распоряжение *** от 26 октября 2023 года, протокол обследования зданий, сооружений, участков местности и транспортных средств, объяснения Ш.Д.Е., ФИО12 (т. 3 л.д. 132-162). На основании постановления от 05 февраля 2024 года осмотренные документы приобщены к материалам дела в качестве вещественных доказательств (т. 3 л.д. 163); - протоколом осмотра предметов от 03 марта 2024 года с приложенной фототаблицей, в ходе которого с участием переводчика осмотрен мобильный телефон «Realme», изъятый в ходе личного досмотра ФИО2, в котором в папке «SpotLens» обнаружены фотографии участков местности с указанием координат и адреса, в том числе, с координатами ***. Фотографии сделаны 25 октября 2023 года в период с 08.12 по 09.14 (т. 3 л.д. 207-238). На основании постановления от *** осмотренный телефон приобщен к материалам дела в качестве вещественного доказательства (т. 3 л.д. 239); - протоколом осмотра документов от 18 июля 2024 года с приложенной фототаблицей, в ходе которого, в том числе, осмотрена справка об исследовании № И7-1761 от 26 октября 2023 года (т. 9 л.д. 12-29). На основании постановления от 18 июля 2024 года осмотренные справки приобщены к материалам дела в качестве вещественных доказательств (т. 9 л.д. 30); Эпизод ***: - материалами оперативно-розыскной деятельности, в том числе, распоряжением *** от *** о проведении ОРМ «обследование помещений, зданий, сооружений, участков местности и транспортных средств» на участке местности по географическим координатам ***, находящемся на расстоянии около 20 метров от *** в ***; протоколом обследования помещений, зданий, сооружений, участков местности и транспортных средств от *** с приложенной фототаблицей, в ходе которого на участке местности, находящемся на расстоянии около 20 метров от *** с координатами *** в грунте на расстоянии около 30 см от кустарника был обнаружен и изъят сверток липкой ленты красного цвета с содержимым (т. 1 л.д. 226-230), которые сопроводительным письмом на основании постановления от *** переданы в следственный отдел МО МВД России «Юргинский» (т. 1 л.д. 223-224); - заключением эксперта № Э7-2290 от 24 ноября 2023 года и справкой об исследовании № И7-1762 от 26 октября 2023 года, согласно выводам которых представленное на исследование вещество, изъятое в ходе проведения ОРМ «обследование ….» на участке местности с географическими координатами *** содержит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Масса представленного вещества на момент проведения исследования составила 0,415 гр (т. 1 л.д. 233-234, т. 2 л.д. 54-57); - протоколом осмотра предметов от 04 декабря 2023 года с приложенной фототаблицей, в ходе которого осмотрено наркотическое вещество, массой 0,395 гр и его упаковка (т. 2 л.д. 111-118). На основании постановления от 04 декабря 2023 года приобщено к материалам дела в качестве вещественного доказательства, передано в камеру хранения вещественных доказательств МО МВД России «Юргинский» (квитанция № 180) (т. 2 л.д. 119-122); - протоколом осмотра документов от 05 февраля 2024 года с приложенной фототаблицей, в ходе которого, в том числе, осмотрены материалы проведенного 26 октября 2023 года ОРМ, а именно: сопроводительное письмо, постановление о предоставлении результатов ОРМ от 27 октября 2023 года, распоряжение № 395 от 26 октября 2023 года, протокол обследования зданий, сооружений, участков местности и транспортных средств, объяснения Ш.Д.Е., ФИО12 (т. 3 л.д. 132-162). На основании постановления от 05 февраля 2024 года осмотренные документы приобщены к материалам дела в качестве вещественных доказательств (т. 3 л.д. 163); - протоколом осмотра предметов от 03 марта 2024 года с приложенной фототаблицей, в ходе которого с участием переводчика осмотрен мобильный телефон «Realme», изъятый в ходе личного досмотра ФИО2, в котором в папке «SpotLens» обнаружены фотографии участков местности с указанием координат и адреса, в том числе, с координатами ***. Фотографии сделаны 25 октября 2023 года в период с 08.12 по 09.14 (т. 3 л.д. 207-238). На основании постановления от 03 марта 2024 года осмотренный телефон приобщен к материалам дела в качестве вещественного доказательства (т. 3 л.д. 239); - постановлением об уточнении места совершения преступления от 18 апреля 2024 года, которым постановлено считать местом совершения преступления с координатами *** «в районе домов по *** и ***» (т. 5 л.д. 54); - протоколом осмотра документов от 18 июля 2024 года с приложенной фототаблицей, в ходе которого, в том числе, осмотрена справка об исследовании № И7-1762 от 26 октября 2023 года (т. 9 л.д. 12-29). На основании постановления от 18 июля 2024 года осмотренные справки приобщены к материалам дела в качестве вещественных доказательств (т. 9 л.д. 30); Эпизод ***: - материалами оперативно-розыскной деятельности, в том числе, распоряжением *** от 26 октября 2023 года о проведении ОРМ «обследование помещений, зданий, сооружений, участков местности и транспортных средств» на участке местности по географическим координатам ***, находящемся на расстоянии около 20 метров от ***А по *** в ***; протоколом обследования помещений, зданий, сооружений, участков местности и транспортных средств от 26 октября 2023 года с приложенной фототаблицей, в ходе которого на участке местности, находящемся на расстоянии около 20 метров от ***А по *** в *** с координатами *** у основания дерева обнаружен и изъят сверток липкой ленты красного цвета с содержимым (т. 1 л.д. 242-247), которые сопроводительным письмом на основании постановления от 27 октября 2023 года переданы в следственный отдел МО МВД России «Юргинский» (т. 1 л.д. 240-241); - заключением эксперта № Э7-2291 от 24 ноября 2023 года и справкой об исследовании № И7-1762 от 26 октября 2023 года, согласно выводам которых представленное на исследование вещество, изъятое в ходе проведения ОРМ «обследование ….» на участке местности с географическими координатами *** содержит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Масса представленного вещества на момент проведения исследования составила 0,407 гр (т. 1 л.д. 250-251, т. 2 л.д. 70-73); - протоколом осмотра предметов от 04 декабря 2023 года с приложенной фототаблицей, в ходе которого осмотрено наркотическое вещество, массой 0,387 гр и его упаковка (т. 2 л.д. 111-118). На основании постановления от 04 декабря 2023 года приобщено к материалам дела в качестве вещественного доказательства, передано в камеру хранения вещественных доказательств МО МВД России «Юргинский» (квитанция № 180) (т. 2 л.д. 119-122); - протоколом осмотра документов от 05 февраля 2024 года с приложенной фототаблицей, в ходе которого, в том числе, осмотрены материалы проведенного 26 октября 2023 года ОРМ, а именно: сопроводительное письмо, постановление о предоставлении результатов ОРМ от 27 октября 2023 года, распоряжение *** от 26 октября 2023 года, протокол обследования зданий, сооружений, участков местности и транспортных средств, объяснения Ш.Д.Е., ФИО12 (т. 3 л.д. 132-162). На основании постановления от 05 февраля 2024 года осмотренные документы приобщены к материалам дела в качестве вещественных доказательств (т. 3 л.д. 163); - протоколом осмотра предметов от 03 марта 2024 года с приложенной фототаблицей, в ходе которого с участием переводчика осмотрен мобильный телефон «Realme», изъятый в ходе личного досмотра ФИО2, в котором в папке «SpotLens» обнаружены фотографии участков местности с указанием координат и адреса, в том числе, с координатами ***. Фотографии сделаны 25 октября 2023 года в период с 08.12 по 09.14 (т. 3 л.д. 207-238). На основании постановления от 03 марта 2024 года осмотренный телефон приобщен к материалам дела в качестве вещественного доказательства (т. 3 л.д. 239); - постановлением об уточнении места совершения преступления от 18 апреля 2024 года, которым постановлено считать местом совершения преступления с координатами 55.71224, 84.92384 «в районе домов по *** А *** и по ***» (т. 5 л.д. 54); - протоколом осмотра документов от 18 июля 2024 года с приложенной фототаблицей, в ходе которого, в том числе, осмотрена справка об исследовании № И7-1763 от 26 октября 2023 года (т. 9 л.д. 12-29). На основании постановления от 18 июля 2024 года осмотренные справки приобщены к материалам дела в качестве вещественных доказательств (т. 9 л.д. 30); Эпизод ***: - материалами оперативно-розыскной деятельности, в том числе, распоряжением *** от 26 октября 2023 года о проведении ОРМ «обследование помещений, зданий, сооружений, участков местности и транспортных средств» на участке местности по географическим координатам ***, находящемся на расстоянии около 15 метров от *** в ***; протоколом обследования помещений, зданий, сооружений, участков местности и транспортных средств от 26 октября 2023 года с приложенной фототаблицей, в ходе которого на участке местности, находящемся на расстоянии около 15 метров от *** с координатами *** у основания дерева обнаружен и изъят сверток липкой ленты красного цвета с содержимым (т. 2 л.д. 12-16), которые сопроводительным письмом на основании постановления от 27 октября 2023 года переданы в следственный отдел МО МВД России «Юргинский» (т. 2 л.д. 10-11); - заключением эксперта № Э7-2289 от 24 ноября 2024 года и справкой об исследовании № И7-1764 от 26 октября 2023 года, согласно выводам которых представленное на исследование вещество, изъятое в ходе проведения ОРМ «обследование ….» на участке местности с географическими координатами *** содержит в своем составе героин (диацетилморфин), 6-моноацетилморфин, ацетилкодеин,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(с изм. от 10 июля 2023 года № 1134). Масса представленного вещества на момент проведения исследования составила 0,398 гр (т. 2 л.д. 19-20, т. 2 л.д. 86-89); - протоколом осмотра предметов от 04 декабря 2023 года с приложенной фототаблицей, в ходе которого осмотрено наркотическое вещество, массой 0,378 гр и его упаковка (т. 2 л.д. 111-118). На основании постановления от 04 декабря 2023 года приобщено к материалам дела в качестве вещественного доказательства, передано в камеру хранения вещественных доказательств МО МВД России «Юргинский» (квитанция ***) (т. 2 л.д. 119-122); - протоколом осмотра документов от 05 февраля 2024 года с приложенной фототаблицей, в ходе которого, в том числе, осмотрены материалы проведенного *** ОРМ, а именно: сопроводительное письмо, постановление о предоставлении результатов ОРМ от 27 октября 2023 года, распоряжение *** от 26 октября 2023 года, протокол обследования зданий, сооружений, участков местности и транспортных средств, объяснения Ш.Д.Е., ФИО12 (т. 3 л.д. 132-162). На основании постановления от 05 февраля 2024 года осмотренные документы приобщены к материалам дела в качестве вещественных доказательств (т. 3 л.д. 163); - протоколом осмотра предметов от 03 марта 2024 года с приложенной фототаблицей, в ходе которого с участием переводчика осмотрен мобильный телефон «Realme», изъятый в ходе личного досмотра ФИО2, в котором в папке «SpotLens» обнаружены фотографии участков местности с указанием координат и адреса, в том числе, с координатами ***. Фотографии сделаны *** в период с 08.12 по 09.14 (т. 3 л.д. 207-238). На основании постановления от 03 марта 2024 года осмотренный телефон приобщен к материалам дела в качестве вещественного доказательства (т. 3 л.д. 239); - протоколом осмотра документов от 18 июля 2024 года с приложенной фототаблицей, в ходе которого, в том числе, осмотрена справка об исследовании № И7-1764 от 26 октября 2023 года (т. 9 л.д. 12-29). На основании постановления от 18 июля 2024 года осмотренные справки приобщены к материалам дела в качестве вещественных доказательств (т. 9 л.д. 30). По всем эпизодам: - протоколом осмотра документов от 14 апреля 2024 года с приложенной фототаблицей, в ходе которого осмотрена выписка, предоставленная ПАО «Сбербанк» по банковской карте *** владелец ФИО3, согласно которой имеются сведения о поступлении денежных средств от ФИО1 15 октября 2023 года, 20 октября 2023 года, 23 октября 2023 года (т. 4 л.д. 147-151). На основании постановления следователя от 14 апреля 2024 года осмотренная выписка приобщена к материалам дела в качестве вещественного доказательства (т. 4 л.д. 152); - протоколом осмотра предметов от 03 марта 2024 года с приложенной фототаблицей, в ходе которого с участием переводчика осмотрен мобильный телефон «Realme», изъятый в ходе личного досмотра ФИО2, в котором, помимо фотографий участков местности с указанием географических координат и адреса, в том числе, на одной из фотографий с указанием адреса «***, ***, *** запечатлен мужчина в черных штанах, в куртке с белой полосой, в мессенджере «Whatsapp» имеется переписка с контактом «***» за *** (т. 3 л.д. 207-238). На основании постановления от 03 марта 2024 года осмотренный телефон приобщен к материалам дела в качестве вещественного доказательства (т. 3 л.д. 239); - сведениями, предоставленными АО «Тинькофф Банк», согласно которым между Банком и ФИО1 04 мая 2023 года заключен договор расчетной карты, в соответствии с которым выпущена банковская карта *** и открыт счет, а также между Банком и ФИО2 01 августа 2023 года заключен договор расчетной карты, в соответствии с которым выпущена банковская карта *** и открыт счет. Согласно представленным выпискам по данным картам имеются сведения о переводах денежных средств между счетами ФИО1 и ФИО2 (т. 5 л.д. 4-20); - протоколом осмотра документов от 23 апреля 2024 года, в ходе которого с участием понятых осмотрены выписки, предоставленные АО «Тинькофф Банк» по счетам, в том числе ФИО1 и ФИО2 (т. 5 л.д. 34-38). На основании постановления от 23 апреля 2024 года осмотренные документы приобщены к материалам дела в качестве вещественных доказательств (т. 5 л.д. 39); - протоколом осмотра документов от 23 апреля 2024 года с приложенной фототаблицей, в ходе которого осмотрена детализация по абонентскому номеру *** в которой имеются сведения о местонахождении указанного номера на территории ***, в том числе, 25 октября 2023 года в периоды с 01.29 по 08.07 и с 09.00 по 09.45 (т. 5 л.д. 160-163). На основании постановления осмотренный документ приобщен к материалам дела в качестве вещественного доказательства (т. 5 л.д. 164); - протоколом осмотра документов от 23 апреля 2024 года с приложенной фототаблицей, в ходе которого осмотрены выписки по банковским картам ПАО «Сбербанк», в том числе, *** за период с 01 сентября 2023 года по 25 октября 2023 года, в которой имеются сведения о переводах и поступлениях денежных средств ФИО2 (т. 5 л.д. 198-207). На основании постановления от *** осмотренные выписки приобщены к материалам дела в качестве вещественных доказательств (т. 5 л.д. 208); - протоколом осмотра предметов от 20 сентября 2024 года с приложенной фототаблицей, в ходе которого осмотрены: мобильный телефон «Redmi 9C», изъятый у ФИО3 в котором в галерее имеется фотография с многочисленными свертками синего цвета, дата создания 24 октября 2023 года в 20.25; мобильный телефон Samsung, изъятый у ФИО1, в котором в папке Галерея имеется фотография участка местности с координатами ***, ***, сделанная 20 октября 2023 года в 06.48; мобильный телефон «Oppo», изъятый у ФИО1, в котором в приложении «Навигатор» имеются сведения об адресе ***, а также имеются фотографии участков местности с указанием географических координат и адресов, в мессенджере «WhatsApp» имеется диалог с абонентом по имени «Сардор»; мобильный телефон «Realme», изъятый у ФИО2, в котором на одной из фотографий изображен ФИО1, в истории приложения «Яндекс Карты» сохранен адрес в районе дома по ***, а также по ***, на двух фотографиях имеется изображение мужчины, одетого в черную куртку с широкой горизонтальной полосой с черными буквами на белом фоне, также имеется фотография, на которой изображен руль автомобиля Opel, и указаны координаты по *** (т. 9 л.д. 150-152); - протоколом осмотра документов от 26 сентября 2024 года с приложенной фототаблицей, в ходе которого осмотрен электронный проездной документ на ФИО3, согласно которому ФИО3 прибыл в *** из *** 17 октября 2023 года (т. 10 л.д. 23-24). На основании постановления от 26 сентября 2024 года осмотренный документ приобщен к материалам дела в качестве вещественного доказательства (т. 10 л.д. 25); Оценивая вышеизложенные доказательства с точки зрения их относимости, допустимости и достоверности, суд приходит выводу, что виновность подсудимых по всем эпизодам преступлений доказана в полном объеме. Оценивая показания подсудимых, суд принимает в качестве доказательств показания подсудимого ФИО1, данные при допросе в качестве обвиняемого 15 октября 2023 года и позднее при проведении очных ставок 16 октября 2023 года, а также показания ФИО13, данные при проведении очной ставки с ФИО1 16 октября 2023 года, а также показания ФИО2, данные в ходе предварительного расследования о том, что ФИО9 предлагал ей, ФИО7 и ФИО7 заниматься сбытом наркотических средств, она вместе с ФИО1 забирала сверток с наркотическим средством в ***, вместе с ФИО9 ходила, когда тот делал закладки, ей известно, что ФИО7 также делала закладки, которые снимала на телефон, показания ФИО4-кизи, данные в ходе предварительного расследования, согласно которым ФИО2 согласилась на предложения ФИО9 участвовать в распространении наркотиков, со слов ФИО2 ей известно, что сверток с наркотиком забрали ФИО2 и ФИО9, ФИО2 неоднократно носила жилетку ФИО9, поскольку именно данные показания согласуются с совокупностью доказательств, изложенных в приговоре. При этом суд учитывает, что данные показания даны подсудимыми с участием профессионального защитника, переводчика, перед допросами подсудимым разъяснялись положения ст. 47 УПК РФ , в том числе, что данные показания могут быть использованы в качестве доказательств по уголовному, даже в случае последующего отказа от них. Каких либо оснований для самооговора судом не установлено. Показания подсудимых ФИО14, ФИО3, данные в ходе предварительного расследования, в которых они отрицали свою причастность к совершению преступлений, а также доводы подсудимых ФИО2 и ФИО4-кизи, защитников - адвокатов Антоновой А.И., Житковой Н.В., о непричастности ФИО2 и ФИО7 к совершению преступлений суд отвергает, поскольку они опровергаются доказательствами, изложенными в приговоре, в судебном заседании подсудимые ФИО1 и ФИО3 полностью признали свою вину в совершении преступлений. Данные показания, а также доводы ФИО2 и ФИО4-кизи суд расценивает как избранный способ защиты подсудимых от предъявленного им обвинения. При этом к доводам подсудимой ФИО2 о ее оговоре со стороны ФИО1, а также об оказании с его стороны на нее морального давления, угрозах в ходе предварительного расследования явно надуманны, объективно ничем не подтверждены, опровергаются как показаниями самого ФИО14, так и подсудимой ФИО4-кизи, каких-либо оснований для оговора со стороны ФИО1 иных подсудимых не имелось, никаких неприязненных отношений у ФИО1 с остальными соучастниками преступлений не установлено, наоборот, как следует из показаний подсудимых между ними длительное время были дружеские отношения. Кроме того, в своих показаниях ФИО1 также указывает на себя, как на лицо, совершившее преступления. Исследованные судом показания свидетелей, письменные материалы дела отвечают принципам относимости и допустимости, объективно согласуются между собой и с показаниями подсудимых, принятыми судом в качестве доказательств по уголовному делу. Приведенные в приговоре доказательства виновности подсудимых, вопреки доводам адвокатов Антоновой А.И. и Житковой Н.В., получены с соблюдением норм Уголовно-процессуального кодекса РФ, являются относимыми, допустимыми, достоверными и достаточными для установления виновности подсудимых по всем эпизодам преступлений. Оснований не доверять вышеизложенным доказательствам у суда не имеется, как и не имеется оснований не доверять показаниям допрошенных в судебном заседании свидетелей. Оснований для оговора подсудимых свидетелями обвинения в судебном заседании не установлено, допросы свидетелей в ходе судебного заседания, предварительного расследования произведены в соответствии с требованиями закона, перед допросами им разъяснялись права и обязанности, они предупреждались об уголовной ответственности за дачу ложных показаний, также разъяснялись положения ст. 51 Конституции РФ, в связи с чем, суд признает их достоверными и принимает как доказательства виновности подсудимых в совершении инкриминируемых им преступлений. Оснований сомневаться в показаниях свидетелей обвинения - сотрудников полиции, понятых, присутствующих как при проведении ОРМ, а также при проведении личного досмотра ФИО2, ФИО4-кизи, ФИО1, ФИО3 у суда не имеется, поскольку оснований для оговора ими подсудимых в судебном заседании не установлено, как и не установлено обстоятельств, свидетельствующих об их личной заинтересованности в незаконном привлечении подсудимых к уголовной ответственности. Суд полагает необходимым отметить, что показания свидетелей и другие доказательства согласуются между собой и в деталях дополняют друг друга. Каких-либо противоречий, которые бы ставили под сомнение доказанность виновности подсудимых в совершении инкриминируемых подсудимым преступлений, не имеется. Те незначительные противоречия, которые имелись в показаниях свидетелей, были устранены путем оглашения их показаний, данных в ходе предварительного расследования, объясняются давностью произошедших событий. Исследованные судом письменные материалы дела, соответствуют требованиями, установленным уголовно-процессуальным законом, согласуются с другими доказательствами по делу, сомнений у суда не вызывают, в связи с чем, суд признает их достоверными и принимает как доказательства виновности подсудимого. Составленные по результатам оперативно-розыскных мероприятий документы, вопреки доводам защитников Антовой А.И. и Житковой Н.В. отвечают требованиям, предъявляемым к доказательствам уголовно-процессуальным законом, и приобщены к делу с соблюдением предписанной законом процедуры. Материалы оперативно-розыскной деятельности собраны и приобщены к уголовному делу в соответствии с порядком, предусмотренным уголовно-процессуальным законом, оглашены и исследованы в судебном заседании. Результаты проведенных оперативно-розыскных мероприятий послужили основанием для возбуждения уголовных дел, по которым подсудимым предъявлено обвинение в совершении преступлений, связанных с незаконным сбытом наркотических средств. Из содержания материалов ОРМ следует, что они проводились сотрудниками правоохранительных органов для решения задач, указанных в ст. Федерального закона «Об оперативно-розыскной деятельности», а именно – для проверки оперативной информации о причастности подсудимых к преступлениям в сфере незаконного оборота наркотических средств, что следует, в том числе, из рапорта оперуполномоченного по ОВД отдела УНК ГУ МВД России по *** К.А.В. Вопреки доводам адвоката Антоновой А.И., ОРМ «Обследование помещений, зданий, сооружений, участков местности и транспортных средств» проводились на основании распоряжений заместителя начальника полиции ГУ МВД России по ***. Нарушений при передаче результатов оперативно-розыскной деятельности из органов, их проводивших, в органы предварительного расследования, допущено не было. Таким образом, нарушений требований Федерального закона «Об оперативно-розыскной деятельности» при проведении оперативно-розыскных мероприятий судом не установлено, и они обоснованно признаются доказательствами вины подсудимых по делу. При проведении оперативно-розыскных мероприятий провокации со стороны сотрудников полиции не усматривается. Экспертные заключения даны квалифицированными специалистами, являются полными, мотивированными, согласуются с другими доказательствами, подвергать сомнению их у суда не имеется, поэтому суд признает их достоверными и допустимыми доказательствами. Доводы подсудимых ФИО2, ФИО4-кизи, их защитников о том, что при проведении личного досмотра ФИО2 и ФИО4-кизи те были лишены переводчика ввиду того, что не владеют русским языком, в связи с чем было нарушено их право на защиту, протокол личного досмотра является недопустимым доказательством, разрешения на осмотр телефона ФИО2 не давала суд находит необоснованными, поскольку они опровергаются совокупностью исследованных в судебном заседании доказательств. Так из показаний свидетелей А.К.П., проводившей личный досмотр как ФИО2, так и ФИО4, Л.А.Д., С.М,А,, присутствовавших в качестве понятых при проведении личного досмотра обеих подсудимых следует, что при проведении личного досмотра ФИО2 и ФИО4-кизи последние понимали происходящее, хоть и плохо, но говорили на русском языке, переводчика не просили. Указанные обстоятельства также подтверждаются показаниями свидетеля Ш.А.А., который принимал участие в проведении задержания подсудимых 25 октября 2023 года. Кроме того в материалах дела имеются сведения о том, что ФИО2 и ФИО15-кизи проживали на территории Российской Федерации более полугода, работали как на территории ***, так и в других городах Российской Федерации. Как следует из самого протоколов личного досмотра, в том числе, ФИО2, ФИО4-кизи, данное мероприятие было проведено в установленном законом порядке – а именно, должностным лицом, уполномоченным на его проведение в соответствии с положениями Федерального закона РФ от 07 февраля 2011 года № 3-ФЗ «О полиции», в присутствии понятых, которым были разъяснены их права об удостоверении результатов досмотра и высказывании замечаний по поводу процессуального действия, ФИО2, ФИО1, ФИО3, ФИО4-кизи разъяснялись положения статьи 51 Конституции РФ, как следует из показаний сотрудников полиции, проводивших личный досмотра подсудимых, понятых, присутствующих при этом, ФИО1, ФИО3, ФИО4-кизи, ФИО2 разъяснялось право пользоваться помощью переводчика, однако они данным правой не воспользовались. Замечаний по поводу процедуры, результатов проведения личного досмотра, соответствия отраженных в протоколе сведений действительному ходу данного мероприятия, от подсудимых и иных участвующих в проведении досмотра лиц не поступало. Таким образом, данный протокол содержит все реквизиты, необходимые для его составления, перечисленные в статье 166 УПК РФ . С учетом установленных по делу обстоятельств суд находит, что личный досмотр подсудимых соответствует установленным УПК РФ правилам проведения следственных действий. В судебном заседании свидетель ФИО10 настаивала на том, что телефон был изъят у ФИО2, она осматривала телефон с согласия последней. В ходе проведения досмотра как ФИО2, так и ФИО7 понимали русский язык. Таким образом, личный досмотр ФИО2, а также иных подсудимых и последующий осмотр изъятого в ходе их личного досмотра, в том числе, телефонов проведены в соответствии с требованиями действующего законодательства, нарушений норм уголовно-процессуального закона при их проведении, которые влекли бы исключение соответствующих протоколов из числа допустимых доказательств, по делу не допущено. Суд не находит оснований для признания вышеуказанных доказательств недопустимыми доказательствами ввиду отсутствия к этому каких-либо поводов и оснований. Допуск переводчика на последующих стадиях предварительного расследования, а также в ходе судебного заседания сам по себе не свидетельствует о нарушении процессуальных прав ФИО2, ФИО4-кизи и не предопределяет незаконность предшествующих этому процессуальных действий, а также недопустимость полученных ранее с участием подсудимых доказательств. Несостоятельны и доводы подсудимой ФИО2 и ее защитника о том, что наркотическое средство, изъятое у нее было ей подброшено сотрудниками полиции, в том числе, со ссылкой на заключение эксперта № Э3-44 от 31 января 2024 года, поскольку данные доводы полностью опровергаются показаниями подсудимых ФИО1, ФИО4-кизи, принятых судом в качестве доказательств, которые поясняли, что наркотическое средство находился у ФИО2, а также показаниями свидетелей А.К.П., Л.А.Д., С.М,А,, присутствовавших в качестве понятых при проведении личного досмотра, согласно которым сверток с наркотическими средствами был изъят из кармана жилетки, надетой на ФИО2, показаниями сотрудников полиции, присутствовавших при задержании автомобиля 25 октября 2023 года. Доводы подсудимой ФИО2 об оказанном на нее физическом и моральном давлении со стороны сотрудников полиции своего подтверждения не нашли. Согласно постановлению следователя следственного отдела СУ СК РФ по *** от 10 октября 2024 года в возбуждении уголовного дела в отношении сотрудника полиции МО МВД России «Юргинский» А.К.П., сотрудников Управления по контролю за оборот наркотиков ГУ МВД России по *** П.А.С., Я.С.Е., Ш.А.А., К.А.В. отказано в связи с отсутствием в его действиях состава преступления, предусмотренного п. «а» ч. 3 ст. 286 УК РФ . Таким образом, оценив каждое из приведенных выше доказательств с точки зрения относимости, допустимости, а все эти доказательства в совокупности- с точки зрения достаточности для разрешения уголовного дела, суд считает, что они в совокупности позволяют сделать вывод о доказанности виновности подсудимых в совершении вышеописанных преступных деяний. Анализируя вышеперечисленные доказательства в их совокупности, суд находит доказанным, что ФИО1, ФИО3, ФИО2, ФИО4-кизи совершили покушение на незаконный сбыт наркотического средства героин, массой 194,458 грамма, в крупном размере. Кроме того, суд считает, что в судебном заседании достоверно доказано, что ФИО1, ФИО3, ФИО2, ФИО4- кизи 25 октября 2023 года покушались на сбыт наркотических средств - героин, массой 0,336 грамма, 0,415 грамма, 0,407 грамма, 0,398 грамма путем размещения в тайники закладки на территории ***, которые были изъяты при проведении оперативно-розыскных мероприятий «обследование помещений, зданий, сооружений, участков местности и транспортных средств» 26 октября 2023 года. Согласно Постановлению Правительства РФ от 30 июня 1998 года № 681 «Об утверждении перечня наркотических средств, психотропных веществ и их прекурсоров, подлежащих контролю в Российской Федерации», героин (диацетилморфин), 6-моноацетилморфин, ацетилкодеин относится к наркотическим средствам. Действия подсудимых в отношении наркотических средств по всем эпизодам являются незаконными, поскольку их свободный оборот на территории РФ запрещен. Данных о том, что наркотические средства, разложенные в разные тайники-закладки, предназначались для одного потребителя, или существовала договоренность с потребителем о реализации всего объема наркотических средств из материалов уголовного дела, в том числе и из показаний подсудимых, принятых судом в качестве доказательств, не следует. Вопреки доводам подсудимых ФИО2, ФИО4-кизи, их защитников, суд приходит к выводу, что по всем эпизодам преступлений нашел свое подтверждение квалифицирующий признак «группой лиц по предварительному сговору», поскольку судом установлено, что между подсудимым ФИО1 с неустановленным следствием лицом, а в последующем и с остальными подсудимыми, еще до начала выполнения объективной стороны преступлений, была достигнута договоренность на совершение преступлений, они совместно участвовали в совершении преступлений, каждый из них выполнял отведенную роль по исполнению общего умысла направленного на совершение незаконного сбыта наркотических средств, действия каждого были совместными и согласованными, направленными на достижение единого преступного результата. Указанные обстоятельства подтверждаются как показаниями подсудимого ФИО1, данных при допросе в качестве обвиняемого 15 октября 2024 года, а также при проведении очных ставок 16 октября 2024 года, в которых он подробно сообщает об обстоятельствах совершения преступлений, о роли каждого из подсудимых в совершении преступлений, показаниями других подсудимых, принятых судом в качестве доказательств, а также представленными в материалам дела выпискам по счетам, в которых имеются сведения о переводах между счетами ФИО1, ФИО2, ФИО3, протоколами осмотров телефонов, изъятых у ФИО2, ФИО3, ФИО1, на которых имеются фотографии наркотических средств, мест размещения закладок, переписка о продаже наркотического средства. Учитывая вышеизложенное, суд находит несостоятельными и отвергает доводы стороны защиты и подсудимых ФИО2 и ФИО4-кизи в данной части, расценивая их как избранный способ защиты подсудимых с целью избежать ответственности за содеянное. Также суд считает, что квалифицирующий признак «с использованием электронных и информационно-телекоммуникационных сетей, включая сеть «Интернет» по всем эпизодам совершения преступлений полностью нашел свое подтверждение в ходе судебного заседания. Так, в соответствии с разъяснениями, отраженными в п. 20 Постановления Пленума ВС от 15 декабря 2022 года № 37 «О некоторых вопросах судебной практики по уголовным делам о преступлениях в сфере компьютерной информации, а также иных преступлениях, совершенных с использованием электронных или информационно-телекоммуникационных сетей, включая сеть «Интернет», преступление квалифицируется как совершенное с использованием электронных или информационно-телекоммуникационных сетей, включая Интернет, независимо от стадии его совершения, если для выполнения хотя бы одного из умышленных действий, создающих условия для совершения преступления или входящих в его объективную сторону, лицо использовало такие сети. Так, при совершении преступлений подсудимый ФИО1 с использованием сети Интернет, а именно с использованием сервиса обмена мгновенными сообщениями «WhatsApp» нашел источник незаконного приобретения наркотических средств для последующего их сбыта, обговорил условия сбыта, о чем сообщил остальным подсудимым, последующая передача сведений о местах расположения «закладок» с наркотическими средствами также должна была осуществляться с использованием информационно-телекоммуникационных сетей. Доводы защитников о том, что подсудимые ФИО2 и ФИО4-кизи сами непосредственно не вел переписку с продавцом наркотических средств через информационно-телекоммуникационную сеть «Интернет», не делали фото закладок, поэтому в их действиях отсутствует указанный признак, не состоятельны, т.к. изложенными в приговоре доказательствами подтверждается, что ФИО2 и ФИО4-кизи непосредственно совершали действия, составляющие объективную сторону преступлений, в том числе, размещали наркотические средства в тайники-закладки, поэтому, несмотря на то, что роль и степень участия подсудимых была различной, действия всех соучастников организованной группы, независимо от их роли в содеянном, подлежат квалификации как соисполнительство. По эпизоду покушения на сбыт наркотического средства массой 194,458 грамма с учетом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размер изъятого наркотического средства обоснованно отнесен к крупному размеру. Подсудимые действовали с прямым умыслом, что подтверждается изложенными в приговоре доказательствами. Поскольку по каждому из эпизодов преступлений действия подсудимых не были доведены до конца по независящим от него обстоятельствам, действия подсудимых по каждому из эпизодов преступлений должны быть квалифицированы как покушение на незаконный сбыт наркотических веществ. Действия подсудимых ФИО1, ФИО2, ФИО3, ФИО4-кизи (каждого из них) суд квалифицирует: - по ч. 3 ст. п. «г» ч. 4 ст. 228.1 УК РФ (по покушению на сбыт наркотического средства массой 194,458 гр) – как покушение на незаконный сбыт наркотических средств, совершенное группой лиц по предварительному сговору с использованием информационно-телекоммуникационных сетей (включая сеть «Интернет»), в крупном размере, не доведенное до конца по независящим от этого лица обстоятельствам; - по ч. 3 ст. п. «а» ч. 3 ст. 228.1 УК РФ (по покушению на сбыт наркотического средства массой 0,336 грамма) – как покушение на незаконный сбыт наркотических средств, совершенное группой лиц по предварительному сговору, с использованием информационно-телекоммуникационных сетей (включая сеть «Интернет»), не доведенное до конца по независящим от этого лица обстоятельствам; - по ч. 3 ст. п. «а» ч. 3 ст. 228.1 УК РФ (по покушению на сбыт наркотического средства массой 0,415 грамма) – как покушение на незаконный сбыт наркотических средств, совершенное группой лиц по предварительному сговору, с использованием информационно-телекоммуникационных сетей (включая сеть «Интернет»), не доведенное до конца по независящим от этого лица обстоятельствам; - по ч. 3 ст. п. «а» ч. 3 ст. 228.1 УК РФ (по покушению на сбыт наркотического средства массой 0,407 грамма) – как покушение на незаконный сбыт наркотических средств, совершенное группой лиц по предварительному сговору, с использованием информационно-телекоммуникационных сетей (включая сеть «Интернет»), не доведенное до конца по независящим от этого лица обстоятельствам; - по ч. 3 ст. п. «а» ч. 3 ст. 228.1 УК РФ (по покушению на сбыт наркотического средства массой 0,398 грамма) – как покушение на незаконный сбыт наркотических средств, совершенное группой лиц по предварительному сговору, с использованием информационно-телекоммуникационных сетей (включая сеть «Интернет»), не доведенное до конца по независящим от этого лица обстоятельствам. При этом суд полагает необходимым по эпизоду по ч. 3 ст. п. «г» ч. 4 ст. 228.1 УК РФ уточнить массу наркотического средства, указав вместо не менее 194,458 гр массу 194,458 гр, поскольку масса наркотического средства установлена заключениями экспертов № Э7-2292 от 24 ноября 2023 года, № Э7-2287 от 28 декабря 2023 года, № 55 от 04 марта 2024 года. Оснований для прекращения настоящего уголовного дела и уголовного преследования, а также для освобождения подсудимых от уголовной ответственности и наказания в судебном заседании не установлено. Согласно заключению комиссии экспертов от *** № Б-2546/2023 ФИО1 хроническим психическим расстройством, слабоумием или иным болезненным состоянием психики не страдал и не страдает в настоящее время. У ФИО1 не имеется психических расстройств препятствующих осознавать и осуществлять в полном объеме, предусмотренные УПК РФ. В применении к нему принудительных мер медицинского характера не нуждается. У ФИО1 не имеется убедительных данных о наличии признаков наркотической зависимости, соответственно ФИО1 не нуждается в лечении от наркотической зависимости и медицинской реабилитации (т. 2 л.д. 156-158). Согласно заключению комиссии экспертов от *** № Б-2458/2023 ФИО3 хроническим психическим расстройством, слабоумием или иным болезненным состоянием психики не страдал и не страдает в настоящее время. По своему психическому состоянию ФИО3 в применении принудительных медицинского характера не нуждается. ФИО3 может осознавать и осуществлять в полном объеме свои права, предусмотренные УПК РФ. У ФИО3 не имеется убедительных данных о наличии признаков наркотической зависимости, соответственно ФИО3 не нуждается в лечении от наркотической зависимости и медицинской реабилитации (т. 2 л.д. 169-171). Согласно заключению комиссии экспертов от *** № Б-2583/2023 ФИО2 хроническим психическим расстройством, слабоумием или иным болезненным состоянием психики не страдала и не страдает в настоящее время. В применении принудительных мер медицинского характера ФИО2 не нуждается. ФИО2 может осознавать и осуществлять в полном объеме свои права, предусмотренные УПК РФ. У ФИО2 не имеется убедительных данных о наличии признаков наркотической зависимости, соответственно ФИО2 не нуждается в лечении от наркотической зависимости и медицинской реабилитации (т. 2 л.д. 182-184). Согласно заключению комиссии экспертов от *** № Б-Б-78/2024 ФИО4-кизи хроническим психическим расстройством, слабоумием или иным болезненным состоянием психики не страдала и не страдает в настоящее время. В применении принудительных мер медицинского характера ФИО4-кизи по своему психическому состоянию не нуждается. ФИО4-кизи может осознавать и осуществлять в полном объеме свои права, предусмотренные УПК РФ. У ФИО4-кизи не имеется убедительных данных о наличии признаков наркотической и алкогольной зависимости, соответственно ФИО4-кизи не нуждается в лечении от наркотической и алкогольной зависимости и медицинской реабилитации (т. 2 л.д. 196-198). В соответствии с требованиями ст.,ст. , , 60 УК РФ , суд при назначении наказания подсудимым, учитывает характер и степень общественной опасности совершенных преступлений, данные о личности подсудимых, совокупность обстоятельств, смягчающих наказание, влияние назначенного наказания на исправление осужденных и на условия жизни их семей. Подсудимый ФИО1 на учетах у врачей психиатра и нарколога по месту жительства в *** не состоит (т. 5 л.д. 71). В качестве обстоятельств, смягчающих наказание подсудимого ФИО1, предусмотренных п. «г, и» ч. 1 ст. 61 УК РФ , по всем эпизодам суд признает и учитывает: наличие малолетних детей (т. 5 л.д. 73-74), активное способствование раскрытию и расследованию преступлений, изобличению и уголовному преследованию других соучастников преступления, выразившееся в даче подробных объяснений (т. 1 л.д. 29-30), и в дальнейшем 16 октября 2024 года подробных признательных показаний, в том числе, при проведении очных ставок, в которых ФИО1 сообщал обстоятельства совершения преступлений, в том числе, сообщал о роли каждого в их совершении. Кроме того, в качестве обстоятельств, смягчающих наказание ФИО1, по всем эпизодам суд признает и учитывает: полное признание вины, раскаяние в содеянном, принесение извинений в судебном заседании, состояние здоровья и возраст матери подсудимого, оказание ей материальной помощи, нахождение на иждивении малолетних детей и супруги, занятость общественно-полезным трудом путем неофициального трудоустройства на территории Российской Федерации, отсутствие судимости. Подсудимый ФИО3 на учетах у врачей психиатра и нарколога не состоит (т. 5 л.д. 108-109), по месту жительства, месту учебы в ***, по месту прохождения военной службы характеризуется положительно (т. 5 л.д. 112, 113, 119, 123) В качестве обстоятельств, смягчающих наказание подсудимого ФИО3, предусмотренных п. «г, и» ч. 1 ст. 61 УК РФ , по всем эпизодам суд признает и учитывает: наличие малолетних детей (т. 5 л.д. 110, 120), активное способствование раскрытию и расследованию преступлений, изобличению и уголовному преследованию других соучастников преступления, выразившееся в даче подробных объяснений (т. 1 л.д. 31), и в дальнейшем 16 октября 2024 года при проведении очной ставки признательных показаний, в которых ФИО3 сообщал обстоятельства совершения преступлений, в том числе, сообщал о роли каждого в их совершении. Кроме того, в качестве обстоятельств, смягчающих наказание ФИО3 по всем эпизодам суд признает и учитывает: полное признание вины, раскаяние в содеянном, нахождение на иждивении малолетних и несовершеннолетнего детей, состояние здоровья подсудимого, его супруги, детей, родителей, возраст родителей, оказание им материальной помощи, отсутствие судимости, положительные характеристики, представленные в материалах дела, занятость общественно-полезным трудом путем неофициального трудоустройства на территории Российской Федерации. Подсудимая ФИО2 на учетах у врачей психиатра и нарколога не состоит (т. 5 л.д. 227, 228), по месту жительства в респ. *** со стороны инспектора по профилактики характеризуется удовлетворительно, на профилактическом учете не состоит (т. 5 л.д. 226). В качестве обстоятельства, смягчающего наказание подсудимой ФИО2, предусмотренного п. «г» ч. 1 ст. 61 УК РФ по всем эпизодам суд учитывает наличие малолетних детей (т. 5 л.д. 231, 232) Кроме того, в качестве обстоятельств, смягчающих наказание ФИО2 по всем эпизодам суд признает и учитывает: нахождение на иждивении малолетних и несовершеннолетнего детей, состояние здоровья подсудимой, ее родителей, оказание им материальной помощи, отсутствие судимости, занятость общественно-полезным трудом путем неофициального трудоустройства на территории Российской Федерации, принесение извинений в ходе судебного заседания. При этом суд, вопреки доводам стороны защиты, не усматривает оснований для признания качестве смягчающего наказание обстоятельства, предусмотренного п. «и» ч. 1 ст. 61 УК РФ – активного способствования изобличению и уголовному преследованию других соучастников преступления, поскольку таковое не подтверждается материалами дела. В ходе предварительного расследования подсудимая неоднократно меняла показания, которые по преимуществу, содержали информацию известную органам предварительного расследования из других источников, ее показания, принятые судом в качестве доказательств, содержат ограниченные сведения о преступлениях, которые были известны органам предварительного расследования. Как следует из представленной в материалах дела характеристики подсудимая ФИО4-кизи по месту регистрации в *** на профилактических учетах не состоит (т. 10 л.д. 5). В качестве обстоятельства, смягчающего наказание подсудимой ФИО4-кизи, предусмотренного п. «г» ч. 1 ст. 61 УК РФ по всем эпизодам суд учитывает наличие малолетних детей (т. 5 л.д. 243 и со слов подсудимой). В качестве обстоятельств, смягчающих наказание ФИО4-кизи по всем эпизодам суд признает и учитывает: нахождение на иждивении малолетних детей и матери, состояние здоровья подсудимой, ее дочери, матери, отсутствие судимости, занятость общественно-полезным трудом путем неофициального трудоустройства на территории Российской Федерации, принесение извинений в ходе судебного заседания. Обстоятельств, отягчающих наказание всем подсудимым, судом не установлено. Учитывая вышеизложенное, характер и степень общественной опасности совершенных преступлений, связанных с незаконным оборотом наркотических средств, личности подсудимых, в целях восстановления социальной справедливости, исправления осужденных и предупреждения совершения ими новых преступлений, суд приходит к выводу о назначении всем подсудимым по каждому из эпизодов преступлений наказания в виде лишения свободы, отбываемого реально, не усматривая оснований для применения положений ст. 73 УК РФ . Оснований для замены наказания в виде лишения свободы на принудительные работы не имеется, поскольку все преступления являются особо тяжкими. Назначение дополнительных видов наказаний всем подсудимым, предусмотренных ч.ч. 3, 4 ст. 228.1 УК РФ суд находит нецелесообразным с учетом совокупности смягчающих наказание обстоятельств. При определении срока наказания всем подсудимым по всем эпизодам преступлений суд руководствуется правилами ч. 3 ст. 66 УК РФ , поскольку подсудимые осуждаются за неоконченные преступления. Кроме того, при назначении наказания подсудимым ФИО1 и ФИО3 по каждому из эпизодов преступлений суд применяет правила ч. 1 ст. 62 УК РФ , поскольку установлены смягчающие наказание обстоятельства, предусмотренные п. «и» ч. 1 ст. 61 УК РФ , при отсутствии отягчающих наказание обстоятельств. Поскольку в отношении подсудимых ФИО1 и ФИО3 в результате применения положений ч. 3 ст. и ч. 1 ст. 62 УК РФ , верхний предел наказания, которое может быть назначено подсудимым по каждому из эпизодов преступлений ниже низшего предела наиболее строгого вида наказания, предусмотренного за данные преступления, суд назначает наказание подсудимым с учетом совокупности смягчающих обстоятельств, ниже санкции ч. 3 и ч. 4 ст. 228.1 УК РФ , без применения ст. 64 УК РФ . Кроме того, в отношении подсудимых ФИО2 и ФИО4-кизи не установлено судом исключительных обстоятельств, связанных с мотивами и целями преступлений, ролью виновных, их поведением во время или после совершения преступлений, и других обстоятельств, существенно уменьшающих степень общественной опасности содеянного, позволяющих применить правила ст. 64 УК РФ при назначении каждой из них наказания. С учетом фактических обстоятельств преступлений и степени их общественной опасности, суд не находит оснований для изменения категории преступлений на менее тяжкую. Поскольку ФИО1, ФИО3, ФИО2, ФИО4-кизи осуждаются за преступления, совершенные ими в соучастии, то в соответствии с положениями ч.1 ст. 67 УК РФ , суд учитывает характер и степень фактического участия подсудимых в совершении преступлений, значение этого участия для достижения целей преступлений. Поскольку подсудимыми совершены покушения на особо тяжкие преступления, окончательное наказание им назначается по правилам ч. 2 ст. 69 УК РФ путем частичного сложения наказаний, при этом суд не усматривает оснований для поглощения менее строгого наказания более строгим. В соответствии с п. «в» ч. 1 ст. 58 УК РФ отбывать наказание в виде лишения свободы подсудимым ФИО1 и ФИО3 надлежит в колонии строгого режима, поскольку он осуждаются за совершение особо тяжких преступлений, ранее лишение свободы не отбывали. В соответствии с п. «б» ч. 1 ст. 58 УК РФ отбывать лишение свободы подсудимым ФИО2, ФИО4-кизи надлежит в исправительной колонии общего режима, поскольку они осуждаются за совершение особо тяжких преступлений. Суд не усматривает, в соответствии со ст. ст. , , , 110 УПК РФ , оснований для изменения ранее избранной в отношении подсудимых меры пресечения в виде заключения под стражей, полагая необходимым сохранять ее до вступления приговора в законную силу. Как усматривается из материалов уголовного дела, после выявления преступных действий ФИО1, ФИО3, ФИО2, ФИО4-кизи в результате проведение оперативно-розыскных мероприятий, каждый из подсудимых был фактически задержан 25 октября 2023 года, а 26 октября 2023 года и 27 октября 2023 года были составлены протоколы их задержания в порядке статей - 92 УПК РФ . Таким образом, в силу положений ч. 3.2 ст. 72 УК РФ время содержания подсудимых под стражей с момента фактического задержания 25 октября 2023 года до вступления приговора в законную силу подлежит зачету в срок лишения свободы из расчета один день за один день. Вопрос о вещественных доказательствах подлежит разрешению в соответствии с ч. 3 ст. 81 УПК РФ , с учетом мнения сторон. В соответствии с п. «г» ч. 1 ст. 104.1 УК РФ мобильные телефоны «Realme» RMX3760 в корпусе темно-серого цвета, изъятый в ходе личного досмотра ФИО2, «Oppo» в корпусе красного цвета, «Samsung Galaxy J4+» в корпусе золотистого цвета, изъятые в ходе личного досмотра ФИО1, «Redmi 9C» в корпусе темно-синего цвета, изъятый в ходе личного досмотра ФИО3, которые использовались подсудимыми при совершении преступлений и приобщенные к материалам уголовного дела в качестве вещественных доказательств, подлежат конфискации и обращению в доход государства. На основании изложенного и руководствуясь ст.,ст. , , 309 УПК РФ , суд П Р И Г О В О Р И Л : Признать ФИО1, виновным в совершении преступлений, предусмотренных ч. 3 ст. п. «г» ч. 4 ст. 228.1 УК РФ , ч. 3 ст. п. «а» ч. 3 ст. 228.1 УК РФ , ч. 3 ст. п. «а» ч. 3 ст. 228.1 УК РФ , ч. 3 ст. п. «а» ч. 3 ст. 228.1 УК РФ , ч. 3 ст. п. «а» ч. 3 ст. 228.1 УК РФ . Назначить ФИО1 наказание: - по ч. 3 ст. п. «г» ч. 4 ст. 228.1 УК РФ (по эпизоду покушения на сбыт наркотического средства массой 194,458 гр.) в виде лишения свободы на срок 08 лет; - по ч. 3 ст. п. «а» ч. 3 ст. 228.1 УК РФ (по эпизоду покушения на сбыт наркотического средства массой 0,336 гр.) в виде лишения свободы на срок 06 лет; - по ч. 3 ст. п. «а» ч. 3 ст. 228.1 УК РФ (по эпизоду покушения на сбыт наркотического средства массой 0,415 гр.) в виде лишения свободы на срок 06 лет; - по ч. 3 ст. п. «а» ч. 3 ст. 228.1 УК РФ (по эпизоду покушения на сбыт наркотического средства массой 0,407 гр.) в виде лишения свободы на срок 06 лет; - по ч. 3 ст. п. «а» ч. 3 ст. 228.1 УК РФ (по эпизоду покушения на сбыт наркотического средства массой 0,398 гр.) в виде лишения свободы на срок 06 лет. На основании ч. 2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09 лет с отбыванием наказания в исправительной колонии строгого режима. Признать ФИО3 виновным в совершении преступлений, предусмотренных ч. 3 ст. п. «г» ч. 4 ст. 228.1 УК РФ , ч. 3 ст. п. «а» ч. 3 ст. 228.1 УК РФ , ч. 3 ст. п. «а» ч. 3 ст. 228.1 УК РФ , ч. 3 ст. п. «а» ч. 3 ст. 228.1 УК РФ , ч. 3 ст. п. «а» ч. 3 ст. 228.1 УК РФ . Назначить ФИО3 наказание: - по ч. 3 ст. п. «г» ч. 4 ст. 228.1 УК РФ (по эпизоду покушения на сбыт наркотического средства массой 194,458 гр.) в виде лишения свободы на срок 08 лет; - по ч. 3 ст. п. «а» ч. 3 ст. 228.1 УК РФ (по эпизоду покушения на сбыт наркотического средства массой 0,336 гр.) в виде лишения свободы на срок 06 лет; - по ч. 3 ст. п. «а» ч. 3 ст. 228.1 УК РФ (по эпизоду покушения на сбыт наркотического средства массой 0,415 гр.) в виде лишения свободы на срок 06 лет; - по ч. 3 ст. п. «а» ч. 3 ст. 228.1 УК РФ (по эпизоду покушения на сбыт наркотического средства массой 0,407 гр.) в виде лишения свободы на срок 06 лет; - по ч. 3 ст. п. «а» ч. 3 ст. 228.1 УК РФ (по эпизоду покушения на сбыт наркотического средства массой 0,398 гр.) в виде лишения свободы на срок 06 лет. На основании ч. 2 ст. 69 УК РФ по совокупности преступлений путем частичного сложения назначенных наказаний окончательно назначить ФИО3 наказание в виде лишения свободы на срок 09 лет с отбыванием наказания в исправительной колонии строгого режима. Признать ФИО2 виновной в совершении преступлений, предусмотренных ч. 3 ст. п. «г» ч. 4 ст. 228.1 УК РФ , ч. 3 ст. п. «а» ч. 3 ст. 228.1 УК РФ , ч. 3 ст. п. «а» ч. 3 ст. 228.1 УК РФ , ч. 3 ст. п. «а» ч. 3 ст. 228.1 УК РФ , ч. 3 ст. п. «а» ч. 3 ст. 228.1 УК РФ . Назначить ФИО2 наказание: - по ч. 3 ст. п. «г» ч. 4 ст. 228.1 УК РФ (по эпизоду покушения на сбыт наркотического средства массой 194,458 гр.) в виде лишения свободы на срок 10 лет 06 месяцев; - по ч. 3 ст. п. «а» ч. 3 ст. 228.1 УК РФ (по эпизоду покушения на сбыт наркотического средства массой 0,336 гр.) в виде лишения свободы на срок 08 лет 06 месяцев; - по ч. 3 ст. п. «а» ч. 3 ст. 228.1 УК РФ (по эпизоду покушения на сбыт наркотического средства массой 0,415 гр.) в виде лишения свободы на срок 08 лет 06 месяцев; - по ч. 3 ст. п. «а» ч. 3 ст. 228.1 УК РФ (по эпизоду покушения на сбыт наркотического средства массой 0,407 гр.) в виде лишения свободы на срок 08 лет 06 месяцев; - по ч. 3 ст. п. «а» ч. 3 ст. 228.1 УК РФ (по эпизоду покушения на сбыт наркотического средства массой 0,398 гр.) в виде лишения свободы на срок 08 лет 06 месяцев. На основании ч. 2 ст. 69 УК РФ по совокупности преступлений путем частичного сложения назначенных наказаний окончательно назначить ФИО2 наказание в виде лишения свободы на срок 11 лет с отбыванием наказания в исправительной колонии общего режима. Признать ФИО4 виновной в совершении преступлений, предусмотренных ч. 3 ст. п. «г» ч. 4 ст. 228.1 УК РФ , ч. 3 ст. п. «а» ч. 3 ст. 228.1 УК РФ , ч. 3 ст. п. «а» ч. 3 ст. 228.1 УК РФ , ч. 3 ст. п. «а» ч. 3 ст. 228.1 УК РФ , ч. 3 ст. п. «а» ч. 3 ст. 228.1 УК РФ . Назначить ФИО4 наказание: - по ч. 3 ст. п. «г» ч. 4 ст. 228.1 УК РФ (по эпизоду покушения на сбыт наркотического средства массой 194,458 гр.) в виде лишения свободы на срок 10 лет 06 месяцев; - по ч. 3 ст. п. «а» ч. 3 ст. 228.1 УК РФ (по эпизоду покушения на сбыт наркотического средства массой 0,336 гр.) в виде лишения свободы на срок 08 лет 06 месяцев; - по ч. 3 ст. п. «а» ч. 3 ст. 228.1 УК РФ (по эпизоду покушения на сбыт наркотического средства массой 0,415 гр.) в виде лишения свободы на срок 08 лет 06 месяцев; - по ч. 3 ст. п. «а» ч. 3 ст. 228.1 УК РФ (по эпизоду покушения на сбыт наркотического средства массой 0,407 гр.) в виде лишения свободы на срок 08 лет 06 месяцев; - по ч. 3 ст. п. «а» ч. 3 ст. 228.1 УК РФ (по эпизоду покушения на сбыт наркотического средства массой 0,398 гр.) в виде лишения свободы на срок 08 лет 06 месяцев. На основании ч. 2 ст. 69 УК РФ по совокупности преступлений путем частичного сложения назначенных наказаний окончательно назначить ФИО4-кизи наказание в виде лишения свободы на срок 11 лет с отбыванием наказания в исправительной колонии общего режима. Меру пресечения ФИО1, ФИО3, ФИО2, ФИО4-кизи в виде заключения под стражей оставить без изменения до вступления приговора в законную силу. Срок отбытия наказания ФИО1, ФИО3, ФИО2, ФИО4-кизи исчислять со дня вступления настоящего приговора в законную силу. В соответствии с положениями ч. 3.2 ст. 72 УК РФ зачесть время содержания ФИО1, ФИО3, ФИО2, ФИО4-кизи под стражей с 25 октября 2023 года до дня вступления настоящего приговора в законную силу в срок назначенного наказания в виде лишения свободы из расчета один день содержания под стражей за один день. Вещественные доказательства: - материалы ОРМ «Обследование зданий, сооружений, участков местности и транспортных средств», материалы проведенного 25 октября 2023 года ОРМ, в том числе, протоколы личного досмотра ФИО1, ФИО3, ФИО2, ФИО4-кизи, материалы ОРМ «Наблюдение», справки об исследовании №№ И7-1760, И7-1761, И7-1762, И7-1763, И7-64, выписки по банковским картам, предоставленные ПАО «Сбербанк», АО «Тинькофф Банк», детализации по абонентским номерам, электронный проездной документ на ФИО3, приобщенные к материалам уголовного дела, хранить в уголовном деле; - наркотическое средство героин (диацетилморфин), 6-моноацетилморфин, ацетилкодеин, массой 0,316 гр, 0,378 гр, 0,395 гр, 0,387 гр, 5,519 гр и его упаковку, наркотическое средство героин (диацетилморфин), 6-моноацетилморфин, ацетилкодеин, массой 180,105 гр, наркотическое средство героин (диацетилморфин), 6-моноацетилморфин, ацетилкодеин, массой 3,634 гр, хранящееся в камере хранения вещественных доказательств МО МВД России «Юргинский» (квитанции ***, 184, 188), хранить до рассмотрения материалов выделенного уголовного дела; - банковские карты ПАО «Сбербанк» *** изъятые в ходе личного досмотра ФИО1, ФИО3, ФИО2, ФИО4-кизи, хранящиеся в камере хранения вещественных доказательств (квитанция ***), уничтожить после вступления приговора в законную силу, - мобильные телефоны «Realme» RMX3760 в корпусе темно-серого цвета, изъятый в ходе личного досмотра ФИО2, «Oppo» в корпусе красного цвета, «Samsung Galaxy J4+» в корпусе золотистого цвета, изъятые в ходе личного досмотра ФИО1, «Redmi 9C» в корпусе темно-синего цвета, изъятый в ходе личного досмотра ФИО3, хранящиеся в камере хранения вещественных доказательств (квитанция ***), конфисковать и обратить в доход государства; - мобильные телефоны «Infinix»в корпусе светло-голубого цвета, «Realme» в корпусе серого цвета, изъятые в ходе личного досмотра ФИО4-кизи, хранящиеся в камере хранения вещественных доказательств (квитанция ***), уничтожить после вступления приговора в законную силу; Приговор может быть обжалован в апелляционном порядке в Кемеровский областной суд через Юргинский городской суд в течение 15 суток со дня его провозглашения, осужденными – в тот же срок со дня вручения им копии приговора. В случае подачи жалобы осужденные вправе ходатайствовать о своем участии в рассмотрении уголовного дела судом апелляционной инстанции, и о назначении им адвоката. Председательствующий Н.Г. Сидорина Апелляционным определением судебной коллегии по уголовным делам Кемеровского областного суда от *** постановлено: приговор Юргинского городского суда *** от *** в отношении ФИО1, ФИО2, ФИО4 К., ФИО3 изменить. Исключить из описательно-мотивировочной части приговора ссылку на постановление следователя от *** об отказе в возбуждении уголовного дела в связи с отсутствием в действиях сотрудников полиции состава преступления, предусмотренного п. "а" ч. 3 ст. 286 УК РФ . Признать в соответствии с п. "и" ч. 1 ст. 61 УК РФ в качестве обстоятельств, смягчающих наказание ФИО2 и ФИО4- за совершение преступления, предусмотренного ч. 3 ст. - п. "г" ч. 4 ст. 228.1 УК РФ , и 4 преступлений, предусмотренных ч. 3 ст. - п. "а" ч. 3 ст. 228.1 УК РФ , активное способствование раскрытию и расследованию преступлений, изобличению и уголовному преследованию других соучастников преступлений. Смягчить ФИО2 наказание: - за совершение преступления, предусмотренного ч. 3 ст. - п. "г" ч. 4 ст. 228.1 УК РФ , до 9 (девяти) лет лишения свободы; - за совершение 4 преступлений, предусмотренных ч. 3 ст. п. - ч. 3 ст. 228.1 УК РФ , до 7 (семи) лет лишения свободы за каждое преступление. На основании ч. 2 ст. 69 УК РФ по совокупности преступлений путем частичного сложения назначенных наказаний окончательно ФИО2 назначить наказание в виде 9 (девяти) лет 6 (шести) месяцев лишения свободы с отбыванием наказания в исправительной колонии общего режима. Смягчить ФИО4-к наказание: - за совершение преступления, предусмотренного ч. 3 ст. - п. "г" ч. 4 ст. 228.1 УК РФ , до 9 (девяти) лет лишения свободы; - за совершение 4 преступлений, предусмотренных ч. 3 ст. п. - ч. 3 ст. 228.1 УК РФ , до 7 (семи) лет лишения свободы за каждое преступление. На основании ч. 2 ст. 69 УК РФ по совокупности преступлений путем частичного сложения назначенных наказаний окончательно ФИО4-к назначить наказание в виде 9 (девяти) лет 6 (шести) месяцев лишения свободы с отбыванием наказания в исправительной колонии общего режима. Этот же приговор в части разрешения вопроса о судьбе вещественных доказательств – мобильных телефонов и банковских карт отменить, принять новое решение. Вещественные доказательства: банковские карты ПАО «Сбербанк» ***, Банка «Тинькофф» ***, изъятые в ходе личного досмотра ФИО1, ФИО3, ФИО2, ФИО4, мобильный телефон «Realme RMX3760» в корпусе темно-серого цвета, изъятый в ходе личного досмотра ФИО2, мобильный телефон «Oppo» в корпусе красного цвета, мобильный телефон «SamsungGalaxyJ4+» в корпусе золотистого цвета, изъятые в ходе личного досмотра ФИО1, мобильный телефон «Redmi 9C»в корпусе темно-синего цвета, изъятый в ходе личного досмотра ФИО3, хранящиеся в камере хранения вещественных доказательств – хранить там же до принятия окончательного решения по уголовному делу ***, выделенному из настоящего уголовного дела в отношении неустановленного лица; - мобильный телефон «Infinix»в корпусе светло-голубого цвета, мобильный телефон «Realme» в корпусе серого цвета, изъятые в ходе личного досмотра ФИО4, хранящиеся в камере хранения вещественных доказательств, - возаратить осужденной ФИО4 –к. или иным лицам с ее согласия. В остальной части пригвоор оставить без изменения, апелляционную жалобу адвоката антонова А.И. удовлетворить частично. Суд: Юргинский городской суд (Кемеровская область) (подробнее) Судьи дела: Сидорина Нина Геннадьевна (судья) (подробнее) Последние документы по делу: Приговор от 27 ноября 2025 г. по делу № 1-24/2025 Апелляционное постановление от 10 апреля 2025 г. по делу № 1-24/2025 Приговор от 19 февраля 2025 г. по делу № 1-24/2025 Приговор от 17 февраля 2025 г. по делу № 1-24/2025 Приговор от 2 февраля 2025 г. по делу № 1-24/2025 Приговор от 16 января 2025 г. по делу № 1-24/2025 Показать все документы по этому делу Судебная практика по: Превышение должностных полномочий Судебная практика по применению нормы ст. 286 УК РФ Контрабанда Судебная практика по применению норм ст. 200.1, 200.2, 226.1, 229.1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