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Псков</w:t>
      </w:r>
    </w:p>
    <w:p>
      <w:pPr>
        <w:spacing w:after="200"/>
        <w:jc w:val="center"/>
      </w:pPr>
      <w:r>
        <w:rPr>
          <w:rFonts w:ascii="Times New Roman" w:hAnsi="Times New Roman" w:eastAsia="Times New Roman" w:cs="Times New Roman"/>
          <w:b w:val="0"/>
          <w:i w:val="0"/>
          <w:sz w:val="22"/>
        </w:rPr>
        <w:t>03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совершил кражу, то есть тайное хищение чужого имущества, при следующих обстоятельствах: **.** 2024 года в период с 12 часов 00 минут до 12 часов 30 минут у ФИО2, находившегося в помещении магазина самообслуживания торговой сети «Пятёрочка», принадлежащего ООО «Агроторг», расположенного по адресу: &lt;адрес&gt;, возник преступный умысел, направленный на совершение тайного хищения имущества, а именно части товарно-материальных ценностей, находящихся на реализации в вышеуказанном магазине и принадлежащих ООО «Агроторг». Реализуя свой преступный умысел, **.** 2024 года в период с 12 часов 00 минут до 12 часов 30 минут ФИО2, находясь в помещении магазина самообслуживания торговой сети «Пятёрочка», принадлежащего ООО «Агроторг», расположенного по адресу: &lt;адрес&gt;, действуя умышленно, из корыстных побуждений, с целью незаконного обогащения, убедившись, что за его преступными действиями никто не наблюдает, взял со стеллажа следующие товарно-материальные ценности, принадлежащие ООО «Агроторг»:</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Шампунь «HEAD&amp;SHOULDERS Освежающий 400 мл» в количестве 5 штук розничной стоимостью 546,99 рублей за одну единицу товара, общей стоимостью 2734,95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Шампунь «HEAD&amp;SHOULDERS 2в1 основной уход 400мл» в количестве 3 штук розничной стоимостью 546,99 рублей за одну единицу товара, общей стоимостью 1640,97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Шампунь «L’OREAL PARIS Шамп. ELSEVE ДЛЯ МЕЧТЫ ПРЕОБРАЖЕНИЯ 400мл» в количестве 1 штуки розничной стоимостью 479,99 рублей за одну единицу товара; общей стоимостью 479,99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Шампунь «L’OREAL PARIS Шамп-уход ЭКП.ЦВ.ELSEVE.400м» в количестве 3 штук розничной стоимостью 479,99 рублей за одну единицу товара; общей стоимостью 1439,97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Шампунь «HEAD&amp;SHOULDERS. OLD SPICE п/пер. 400мл» в количестве 5 штук розничной стоимостью 499,99 рублей за одну единицу товара; общей стоимостью 2499,95 рублей;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Шампунь «PANTENE ГУСТЫЕ уп.6шт» в количестве 1 штуки розничной стоимостью 459,99 рублей за одну единицу товара, а всего имущества на общую сумму 9255,82 рублей, которое спрятал под куртку, имевшуюся при нём, после чего с похищенным товаром покинул помещение торгового зала, минуя кассовую зону ООО «Агроторг», не оплатив товар, тем самым тайно похитив его. С похищенным имуществом ФИО2 скрылся с места преступления и в последующем распорядился им по своему усмотрению, причинив тем самым ООО «Агроторг» имущественный вред на общую сумму 9255,82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ФИО2 совершил кражу, то есть тайное хищение чужого имущества, при следующих обстоятельствах: **.** 2024 года в период с 09 часов 00 минут до 09 часов 30 минут у ФИО2, находившегося в помещении магазина самообслуживания торговой сети «Пятёрочка», принадлежащего ООО «Агроторг», расположенного по адресу: &lt;адрес&gt;, возник преступный умысел, направленный на совершение тайного хищения имущества, а именно части товарно-материальных ценностей, находящихся на реализации в вышеуказанном магазине и принадлежащих ООО «Агроторг». Реализуя свой преступный умысел, **.** 2024 года в период с 09 часов 00 минут до 09 часов 30 минут ФИО2, находясь в помещении магазина самообслуживания торговой сети «Пятёрочка», принадлежащего ООО «Агроторг», расположенного по адресу: &lt;адрес&gt;, действуя умышленно, из корыстных побуждений, с целью незаконного обогащения, убедившись, что за его преступными действиями никто не наблюдает, взял со стеллажа следующие товарно-материальные ценности, принадлежащие ООО «Агроторг»:</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Шампунь «L’OREAL PARIS Шам.ELSEVE.POC.6 MAC.400мл» в количестве 2 штук розничной стоимостью 469,99 рублей за одну единицу товара; общей стоимостью 939,98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Бальзам «L’OREAL PARIS Бальзам 72Ч.Г/Н.ELSEVE.ув400мл» в количестве 2 штук розничной стоимостью 469,99 рублей за одну единицу товара; общей стоимостью 939,98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Бальзам «L’OREAL PARIS Бальз.ELSEVE.ПОЛ.ВОССТ.5 400мл» в количестве 2 штук розничной стоимостью 469,99 рублей за одну единицу товара; общей стоимостью НДС 939,98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Шампунь «L’OREAL PARIS Шамп.ELSEVE.ПОЛ.ВОССТ.5 400 мл» в количестве 2 штук розничной стоимостью 469,99 рублей за одну единицу товара, общей стоимостью 939,98 рублей, а всего имущества на общую сумму 3759,92 рублей, которое спрятал под куртку, имевшуюся при нём, после чего с похищенным товаром покинул помещение торгового зала, минуя кассовую зону ООО «Агроторг», не оплатив товар, тем самым тайно похитив его. С похищенным имуществом ФИО2 скрылся с места преступления и в последующем распорядился им по своему усмотрению, причинив тем самым ООО «Агроторг» имущественный вред на общую сумму 3759,92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 же, ФИО2 совершил кражу, то есть тайное хищение чужого имущества, при следующих обстоятельствах: **.** 2024 года в период с 13 часов 00 минут до 13 часов 10 минут у ФИО2, находившегося в помещении магазина самообслуживания торговой сети «Пятёрочка», принадлежащего ООО «Агроторг», расположенного по адресу: &lt;адрес&gt;, возник преступный умысел, направленный на совершение тайного хищения имущества, а именно части товарно-материальных ценностей, находящихся на реализации в вышеуказанном магазине и принадлежащих ООО «Агроторг». Реализуя свой преступный умысел, **.** 2024 года в период с 13 часов 00 минут до 13 часов 10 минут ФИО2, находясь в помещении магазина самообслуживания торговой сети «Пятёрочка», принадлежащего ООО «Агроторг», расположенного по адресу: &lt;адрес&gt;, действуя умышленно, из корыстных побуждений, с целью незаконного обогащения, убедившись, что за его преступными действиями никто не наблюдает, взял со стеллажа следующие товарно-материальные ценности, принадлежащие ООО «Агроторг»:</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Шампунь «PANTENE Шамп/бал.P-V» в количестве 2 штук розничной стоимостью 449,99 рублей за одну единицу товара, общей стоимостью 899,98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Дезодорант «REXONA/пер.INV.Д/ЧЕР/БЕЛ.кар.50м» в количестве 2 штук розничной стоимостью 349,99 рублей за одну единицу товара; общей стоимостью 699,98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Масло сливочное «КРЕСТЬЯНСКОЕ 72,5» в количестве 12 штук розничной стоимостью 189,99 рублей за одну единицу товара; общей стоимостью 2279,88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Дезодорант «NIVEA FOR MEN спрей 150мл» в количестве 5 штук розничной стоимостью 274,99 рублей за одну единицу товара; общей стоимостью 1374,95 рублей, а всего имущества на общую сумму 5254,79 рублей, которое спрятал в пакет, имевшийся при нём, после чего с похищенным товаром покинул помещение торгового зала, минуя кассовую зону ООО «Агроторг», не оплатив товар, тем самым тайно похитив его. С похищенным имуществом ФИО2 скрылся с места преступления и в последующем распорядился им по своему усмотрению, причинив тем самым ООО «Агроторг» имущественный вред на общую сумму 5254,79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Он же, ФИО2 совершил кражу, то есть тайное хищение чужого имущества, при следующих обстоятельствах: **.** 2024 года в период с 09 часов 00 минут до 09 часов 40 минут у ФИО2, находившегося в помещении магазина самообслуживания торговой сети «Пятёрочка», принадлежащего ООО «Агроторг», расположенного по адресу: &lt;адрес&gt;, возник преступный умысел, направленный на совершение тайного хищения имущества, а именно части товарно-материальных ценностей, находящихся на реализации в вышеуказанном магазине и принадлежащих ООО «Агроторг». Реализуя свой преступный умысел, **.** 2024 года в период с 09 часов 00 минут до 09 часов 40 минут ФИО2, находясь в помещении магазина самообслуживания торговой сети «Пятёрочка», принадлежащего ООО «Агроторг», расположенного по адресу: &lt;адрес&gt;, действуя умышленно, из корыстных побуждений, с целью незаконного обогащения, убедившись, что за его преступными действиями никто не наблюдает, взял со стеллажа следующие товарно-материальные ценности, принадлежащие ООО «Агроторг»:</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Масло сливочное «ТЫСЫЧА ОЗЕР 82,5% 180г» в количестве 6 штук розничной стоимостью 269,99 рублей за одну единицу товара, общей стоимостью 1619,94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Дезодорант «REXONA/пер.MEN ЭКСТ.ЗАЩ.шар.50мл» в количестве 1 штуки розничной стоимостью 329,99рублей за одну единицу товара; общей стоимостью 329,99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Дезодорант-спрей «BLADE D.CH.150мл» в количестве 2 штук розничной стоимостью 199,99 рублей за одну единицу товара; общей стоимостью 399,98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Бальзам после бритья «NIVEA чувствительная кожа» в количестве 2 штук розничной стоимостью 549,99 рублей за одну единицу товара; общей стоимостью 1099,98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Гель «ARKO Гель SOFT Т.МАН/МАНд/б200мл» в количестве 1 штуки розничной стоимостью 419,99 рублей за одну единицу товара;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Гель для бритья «GILLETTE д/ч.кож.алоэ» в количестве 3 штук розничной стоимостью 399,99 рублей за одну единицу товара; общей стоимостью 1199,97 рублей;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Дезодорант «AXE АНАРХ.Д/МУЖ.аэ» в количестве 1 штуки розничной стоимостью 379,99 рублей за одну единицу товара;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Дезодорант «AXE ДАРК ТЕМ.аэр. 150мл» в количестве 2 штук розничной стоимостью 379,99 рублей за одну единицу товара; общей стоимостью 759,98 рублей;</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Гель «NIVEA Гель MEN КОМФ.FRESH 100мл» в количестве 3 штук розничной стоимостью 399,99 рублей за одну единицу товара; общей стоимостью 1199,97 рублей, а всего имущества на общую сумму 7409,79 рублей, которое спрятал под куртку, имевшуюся при нём, после чего с похищенным товаром покинул помещение торгового зала, минуя кассовую зону ООО «Агроторг», не оплатив товар, тем самым тайно похитив его. С похищенным имуществом ФИО2 скрылся с места преступления и в последующем распорядился им по своему усмотрению, причинив тем самым ООО «Агроторг» имущественный вред на общую сумму 7409,79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Он же, ФИО2 совершил кражу, то есть тайное хищение чужого имущества, при следующих обстоятельствах: **.** 2024 года в период с 13 часов 30 минут до 13 часов 51 минуты у ФИО2, находившегося в помещении магазина самообслуживания торговой сети «Пятёрочка», принадлежащего ООО «Агроторг», расположенного по адресу: &lt;адрес&gt;, возник преступный умысел, направленный на совершение тайного хищения имущества, а именно части товарно-материальных ценностей, находящихся на реализации в вышеуказанном магазине и принадлежащих ООО «Агроторг». Реализуя свой преступный умысел, **.** 2024 года в период с 13 часов 30 минут до 13 часов 51 минуты ФИО2, находясь в помещении магазина самообслуживания торговой сети «Пятёрочка», принадлежащего ООО «Агроторг», расположенного по адресу: &lt;адрес&gt;, действуя умышленно, из корыстных побуждений, с целью незаконного обогащения, убедившись, что за его преступными действиями никто не наблюдает, взял со стеллажа следующие товарно-материальные ценности, принадлежащие ООО «Агроторг»:</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Шампунь «HEAD&amp;SHOULDERS 2в1 основной уход 400мл» в количестве 6 штук розничной стоимостью 414,39 рублей за одну единицу товара; общей стоимостью 2486,34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Шампунь «HEAD&amp;SHOULDERS.ЭНЕРГИЯ ОКЕАНА 400мл» в количестве 1 штуки розничной стоимостью 414,39 рублей за одну единицу товара;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Шампунь «HEAD&amp;SHOULDERS освежающий 400мл» в количестве 1 штуки розничной стоимостью 414,39 рублей за одну единицу товара;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Бальзам «L’OREAL PARIS ELSEVE ПОЛ.ВОССТ.5 400мл» в количестве 2 штук розничной стоимостью 359,99 рублей за одну единицу товара; общей стоимостью 719,98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Шампунь-уход «L’OREAL PARIS ЭКП.ЦВ.ELSEVE.400м» в количестве 1 штуки розничной стоимостью 359,99 рублей за одну единицу товара;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Шампунь «L’OREAL PARIS ELSEVE.ДЛЯ МЕЧТЫ ПРЕОБРАЖЕНИЯ 400мл» в количестве 1 штуки розничной стоимостью 359,99 рублей за одну единицу товара, а всего имущества на общую сумму 4755,08 рублей, которое спрятал под куртку, имевшуюся при нём, после чего с похищенным товаром покинул помещение торгового зала, минуя кассовую зону ООО «Агроторг», не оплатив товар, тем самым тайно похитив его. С похищенным имуществом ФИО2 скрылся с места преступления и в последующем распорядился им по своему усмотрению, причинив тем самым ООО «Агроторг» имущественный вред на общую сумму 4755,08 рублей.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Он же, ФИО2 совершил кражу, то есть тайное хищение чужого имущества, при следующих обстоятельствах: **.** 2024 года в период с 12 часов 00 минут до 12 часов 21 минуты у ФИО2, находившегося в помещении магазина самообслуживания торговой сети «Пятёрочка», принадлежащего ООО «Агроторг», расположенного по адресу: &lt;адрес&gt;, возник преступный умысел, направленный на совершение тайного хищения имущества, а именно части товарно-материальных ценностей, находящихся на реализации в вышеуказанном магазине и принадлежащих ООО «Агроторг». Реализуя свой преступный умысел, **.** 2024 года в период с 12 часов 00 минут до 12 часов 21 минуты ФИО2, находясь в помещении магазина самообслуживания торговой сети «Пятёрочка», принадлежащего ООО «Агроторг», расположенного по адресу: &lt;адрес&gt;, действуя умышленно, из корыстных побуждений, с целью незаконного обогащения, убедившись, что за его преступными действиями никто не наблюдает, взял со стеллажа следующие товарно-материальные ценности, принадлежащие ООО «Агроторг»:</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Шампунь «HEAD&amp;SHOULDERS ЭНЕРГИЯ ОКЕАНА 400мл» в количестве 1 штуки розничной стоимостью 414,39 рублей за одну единицу товара;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Масло сливочное «КРЕСТЬЯНСКОЕ 72,5» в количестве 10 штук розничной стоимостью 189,99 рублей за одну единицу товара, общей стоимостью 1899,90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Антиперспирант «ФА MEN A/пер.SPORT ВЗР.ЭН.150мл» в количестве 4 штук розничной стоимостью 224,99 рублей за одну единицу товара, общей стоимостью 899,96 рублей, а всего имущества на общую сумму 3214,25 рублей, которое спрятал под куртку, имевшуюся при нём, после чего с похищенным товаром покинул помещение торгового зала, минуя кассовую зону ООО «Агроторг», не оплатив товар, тем самым тайно похитив его. С похищенным имуществом ФИО2 скрылся с места преступления и в последующем распорядился им по своему усмотрению, причинив тем самым ООО «Агроторг» имущественный вред на общую сумму 3214,25 рублей.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Он же, ФИО2 совершил кражу, то есть тайное хищение чужого имущества, при следующих обстоятельствах: **.** 2024 года в период с 09 часов 30 минут до 09 часов 47 минут у ФИО2, находившегося в помещении магазина самообслуживания торговой сети «Пятёрочка», принадлежащего ООО «Агроторг», расположенного по адресу: &lt;адрес&gt;, возник преступный умысел, направленный на совершение тайного хищения имущества, а именно товарно-материальных ценностей, находящихся на реализации в вышеуказанном магазине и принадлежащих ООО «Агроторг». Реализуя свой преступный умысел, **.** 2024 года в период с 09 часов 30 минут до 09 часов 47 минут ФИО2, находясь в помещении магазина самообслуживания торговой сети «Пятёрочка», принадлежащего ООО «Агроторг», расположенного по адресу: &lt;адрес&gt;, действуя умышленно, из корыстных побуждений, с целью незаконного обогащения, убедившись, что за его преступными действиями никто не наблюдает, взял со стеллажа следующие товарно-материальные ценности, принадлежащие ООО «Агроторг»:</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Лосьон для бритья «NIVEA для чувствительной кожи» в количестве 2 штук розничной стоимостью 449,99 рублей за одну единицу товара; общей стоимостью 899,98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Дезодорант-карандаш «AXE AN.50мл» в количестве 2 штук розничной стоимостью 399,99 рублей за одну единицу товара, общей стоимостью 799,98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Дезодорант-спрей «BLADE D.CH.150мл» в количестве 2 штук розничной стоимостью 299,99 рублей за одну единицу товара, общей стоимостью 599,98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Лосьон после бритья «FORX М.С.SEN.S.п/бр.1» в количестве 4 штук розничной стоимостью 246,39 рублей за одну единицу товара, общей стоимостью 985,56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Масло сливочное «КРЕСТЬЯНСКОЕ 72,5» в количестве 9 штук розничной стоимостью 189,99 рублей за одну единицу товара, общей стоимостью 1709,91 рублей;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Бальзам после бритья «NIVEA чувствительная кожа» в количестве 2 штук розничной стоимостью 449,99 рублей за одну единицу товара, общей стоимостью 899,98 рублей, а всего имущества на общую сумму 5895,39 рублей, которое спрятал под куртку, имевшуюся при нём, после чего с похищенным товаром покинул помещение торгового зала, минуя кассовую зону ООО «Агроторг», не оплатив товар, тем самым тайно похитив его. С похищенным имуществом ФИО2 скрылся с места преступления и в последующем распорядился им по своему усмотрению, причинив тем самым ООО «Агроторг» имущественный вред на общую сумму 5895,39 рублей.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Он же, ФИО2 совершил кражу, то есть тайное хищение чужого имущества, при следующих обстоятельствах: **.** 2024 года в период с 08 часов 30 минут до 09 часов 10 минут у ФИО2, находившегося в помещении магазина самообслуживания торговой сети «Пятёрочка», принадлежащего ООО «Агроторг», расположенного по адресу: &lt;адрес&gt;, возник преступный умысел, направленный на совершение тайного хищения имущества, а именно части товарно-материальных ценностей, находящихся на реализации в вышеуказанном магазине и принадлежащих ООО «Агроторг». Реализуя свой преступный умысел, **.** 2024 года в период с 08 часов 30 минут до 09 часов 10 минут ФИО2, находясь в помещении магазина самообслуживания торговой сети «Пятёрочка», принадлежащего ООО «Агроторг», расположенного по адресу: &lt;адрес&gt;, действуя умышленно, из корыстных побуждений, с целью незаконного обогащения, убедившись, что за его преступными действиями никто не наблюдает, взял со стеллажа следующие товарно-материальные ценности, принадлежащие ООО «Агроторг»:</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Шампунь «HEAD&amp;SHOULDERS 2в1 основной уход 400мл» в количестве 2 штук розничной стоимостью 414,39 рублей за одну единицу товара; общей стоимостью 828,78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Шампунь «L’OREAL PARIS Шамп.72Ч.Г.НАП.ELSEVE.ув.400мл» в количестве 4 штук розничной стоимостью 359,99 рублей за одну единицу товара; общей стоимостью 1439,96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Шампунь «L’OREAL PARIS Шамп.ELSEVE.ДЛЯ МЕЧТЫ ПРЕОБРАЖЕНИЯ 400мл» в количестве 1 штуки розничной стоимостью 359,99 рублей за одну единицу товара;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Шампунь «GARNIER ГОДЖИ СТ.ЦВ.укр.400мл» в количестве 1 штуки розничной стоимостью 299,99 рублей за одну единицу товара;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Шампунь-уход «L’OREAL PARIS ЭКП.ЦВ.ELSEVE.400м» в количестве 2 штук розничной стоимостью 359,99 рублей за одну единицу товара, общей стоимостью 719,98 рублей, а всего имущества на общую сумму 3648,70 рублей, которое спрятал под куртку, имевшуюся при нём, после чего с похищенным товаром покинул помещение торгового зала, минуя кассовую зону ООО «Агроторг», не оплатив товар, тем самым тайно похитив его. С похищенным имуществом ФИО2 скрылся с места преступления и в последующем распорядился им по своему усмотрению, причинив тем самым ООО «Агроторг» имущественный вред на общую сумму 3648,70 рублей.</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Он же, ФИО2 совершил кражу, то есть тайное хищение чужого имущества, при следующих обстоятельствах: **.** 2024 года в период с 12 часов 00 минут до 12 часов 10 минут у ФИО2, находившегося в помещении магазина самообслуживания торговой сети «Магнит», принадлежащего АО «Тандер», расположенного по адресу: &lt;адрес&gt;, возник преступный умысел, направленный на совершение тайного хищения имущества, а именно части товарно-материальных ценностей, находящихся на реализации в вышеуказанном магазине и принадлежащих АО «Тандер». Реализуя свой преступный умысел, **.** 2024 года в период с 12 часов 00 минут до 12 часов 10 минут ФИО2, находясь в помещении магазина самообслуживания торговой сети «Магнит», принадлежащего АО «Тандер», расположенного по адресу: &lt;адрес&gt;, действуя умышленно, из корыстных побуждений, с целью незаконного обогащения, убедившись, что за его преступными действиями никто не наблюдает, взял со стеллажа следующие товарно-материальные ценности, принадлежащие АО «Тандер»:</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Масло сливочное «Крестьянское 72,5% 0,18кг фол(Псковский МЗ):40» в количестве 8 шт, розничной стоимостью 199,99 рублей за одну единицу товара; общей стоимостью всего – 1599,92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Масло сливочное «ЭКОМИЛК Масло сливочное 82,5% 180г(Озерецкий):13» в количестве 8 шт, розничной стоимостью 239,99 рублей за одну единицу товара; общей стоимостью – 1919,92 рублей, а всего имущества на общую сумму 3519,84 рублей, которое спрятал под куртку, имевшуюся при нём, после чего с вышеперечисленным товаром покинул помещение торгового зала, минуя кассовую зону, не оплатив товар, тайно похитив его. С похищенным имуществом ФИО2 скрылся с места преступления и в последующем распорядился им по своему усмотрению, причинив тем самым АО «Тандер» имущественный вред на общую сумму 3519,84 рублей.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Он же, ФИО2 совершил грабёж, то есть открытое хищение чужого имущества, при следующих обстоятельствах: **.** 2024 года в период с 12 часов до 12 часов 30 минут ФИО2 находился в помещении магазина «Магнит», расположенного по адресу: &lt;адрес&gt;. В указанный выше период у ФИО2 из корыстных побуждений с целью незаконного обогащения возник преступный умысел, направленный на тайное хищение имущества, принадлежащего АО «Тандер». Реализуя свой преступный умысел, направленный на совершение тайного хищения чужого имущества, из корыстных побуждений с целью незаконного обогащения, **.** 2024 года в период с 12 часов до 12 часов 30 минут, воспользовавшись тем, что за его преступными действиями никто не наблюдает, поочередно взял с поверхностей установленных в вышеуказанном магазине стеллажей следующие товарно-материальные ценности, принадлежащие АО «Тандер»:</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Сыр «Ламбер Сыр 50% 1кг Вес 6Х СГ270» общим весом 0,842 кг, розничной стоимостью 999,9 рублей за одну единицу товара, общей стоимостью 841,91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Сыр полутвердый «Брест-Литовск финский 45% 200г. фас.брус_10» в количестве 8 штук, розничной стоимостью 154,99 рублей за одну единицу товара, общей стоимостью 1239,92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Кофе натуральный растворимый сублимированный «MONARCH ORIGINAL (МОНАРХ ОРИДЖИНАЛ) 210ГХ6» в количестве 2 штук, розничной стоимостью 529,99 рублей за одну единицу товара, общей стоимостью 1059,98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Сыр полутвердый «Брест-Литовск легкий мдж в сухом веществе 35 % (нарезка-брусок) 200г» в количестве 9 штук, розничной стоимостью 169,99 рублей за единицу товара, общей стоимостью 1529,91 рублей, а всего имущества на общую сумму 4671,72 рублей. После чего ФИО2, продолжая реализовывать свой преступный умысел, полагая, что его действия являются неочевидными для окружающих, покинул торговый зал вышеуказанного магазина с вышеуказанным товаром, минуя кассовую зону, где был остановлен администратором магазина - В.К., которая схватив ФИО2 руками за одежду и ремень висевшей на его плече сумки, стала требовать от последнего предъявить находящийся при нем товар на оплату, в связи с чем хищение переросло из тайного в открытое. ФИО2, пренебрегая данным обстоятельством, удерживая вышеперечисленное имущество, освободился из рук В.К. и покинул помещение магазина. В.К., осознавая открытый и общественно опасный характер действий ФИО2, начала преследовать последнего, в результате чего В.К. догнала ФИО2 на участке местности у входа в магазин «Магнит», расположенный по адресу: &lt;адрес&gt;, где вновь руками схватила ФИО2 за одежду и ремень находящейся при нем сумки и потребовала вернуться в магазин и предъявить находящийся при нем товар к оплате. ФИО2 тем временем в продолжение своего единого преступного умысла, **.** 2024 года в период с 12 часов до 12 часов 30 минут, находясь на участке местности у входа в магазин «Магнит», расположенный по адресу: &lt;адрес&gt;, в ходе попытки удержать его со стороны В.К. вырвался из рук последней, после чего скрылся с места совершения преступления с перечисленным имуществом, тем самым открыто похитив его. С похищенным имуществом ФИО2 с места совершения преступления скрылся и распорядился им по своему усмотрению, чем причинил АО «Тандер» материальный ущерб на общую сумму 4671,72 рублей. Подсудимый ФИО2 вину по эпизодам от **.**.2024, **.**.2024, **.**.2024, **.**.2024, **.**.2024, **.**.2024, **.**.2024, **.**.2024 в отношении ООО «Агроторг» и от **.**.2024 в отношении АО «Тандер» признал полностью, указав, что совершил данные хищения, в связи с тяжелым материальным положением. Пояснил, что действительно похитил указанные в обвинении предметы и продукты питания при отраженных в обвинении обстоятельствах, согласен с их стоимостью, указанной в обвинении, в содеянном раскаивается. По эпизоду совершения открытого хищения от **.**.2024 вину признал, не согласен с квалификацией его действий, полагая, что квалифицирующий признак «с применением насилия, не опасного для жизни и здоровья» ему вменен излишне. Подтвердил, что при хищении товарно-материальных ценностей его окрикнула сотрудница магазина АО «Тандер», которая стала хватать его за одежду, чтобы тот не покинул магазин с неоплаченным товаром. Он пытался вырваться из ее захвата и покинуть помещение магазина, при этом допускает, что мог случайно задеть ее рукой. Изложенные показания подтверждаются явкой с повинной ФИО3 по эпизодам № 5-8, № 10 (т. 4 л.д. 11, т. 3 л.д. 221). Показания ФИО3 по всем эпизодам предъявленного обвинения подтвердил в ходе их проверки на месте происшествия, подробно воспроизведя перемещение, характер и последовательность своих действий, что отражено в соответствующем протоколе от **.**.2024 (т. 4 л.д. 69-76). Помимо признания ФИО2 своей вины в совершении преступления по эпизоду № 1 (от **.**.2024), его вина полностью установлена исследованными в ходе судебного заседания доказательствами в их совокупности, а именно показаниями представителя потерпевшего, свидетеля: Оглашенными в судебном заседании с согласия сторон в порядке ч. 1 ст. 281 УПК РФ показаниями представителя потерпевшего Ц.А. – менеджера по безопасности ООО «Агроторг», который пояснил, что **.**.2024 в период с 12:25 часов до 12:27 часов неустановленное лицо, находясь в магазине «Пятёрочка» по адресу: &lt;адрес&gt;, совершило тайное хищение ТМЦ ООО «Агроторг» на сумму 7364,3 рублей без учёта НДС. О данном происшествии ему было сообщено сотрудницей магазина по вышеуказанному адресу Н.Т. С её слов он в курсе, что при просмотре ею записей с камер видеонаблюдения в 12:25 часов **.**.2024 в магазин зашёл молодой человек, который направился в сторону отдела с бытовой продукцией, откуда взял следующее имущество, впоследствии не оплатив его: Шампунь «HEAD&amp;SHOULDERS Освежающий 400 мл» в количестве 5 штук розничной стоимостью 546,99 рублей за одну единицу товара; общей стоимостью 2734,95 рублей; Шампунь «HEAD&amp;SHOULDERS 2в1 основной уход 400мл» в количестве 3 штук розничной стоимостью 546,99 рублей за одну единицу товара; общей стоимостью 1640,97 рублей; Шампунь «L’OREAL PARIS Шамп. ELSEVE ДЛЯ МЕЧТЫ ПРЕОБРАЖЕНИЯ 400мл» в количестве 1 штуки розничной стоимостью 479,99 рублей за одну единицу товара; общей стоимостью 479,99 рублей; Шампунь «L’OREAL PARIS Шамп-уход ЭКП.ЦВ.ELSEVE.400м» в количестве 3 штук розничной стоимостью 479,99 рублей за одну единицу товара; общей стоимостью 1439,97 рублей; Шампунь «HEAD&amp;SHOULDERS. OLD SPICE п/пер. 400мл» в количестве 5 штук розничной стоимостью 499,99 рублей за одну единицу товара; общей стоимостью 2499,95 рублей; Шампунь «PANTENE ГУСТЫЕ уп.6шт» в количестве 1 штуки розничной стоимостью 459,99 рублей за одну единицу товара; общей стоимостью 459,99 рублей. Всего молодым человеком из магазина «Пятёрочка» **.**.2024 по вышеуказанному адресу были похищены ТМЦ общей розничной стоимостью 9255,82 рублей. В его распоряжении имеются следующие документы и предметы: справка об ущербе от **.**.2024, перечень расхождений, счёт-фактура № **, счёт-фактура № **, оптический диск с видеозаписями от **.**.2024 (т. 2 л.д. 174-182). Оглашенными в судебном заседании с согласия сторон в порядке ч. 1 ст. 281 УПК РФ показаниями свидетеля Н.Т., согласно которым она является администратором в ООО «Агроторг» с 2020 года. В её должностные обязанности входят: руководство персоналом; производство инвентаризации на предмет обнаружения хищения ТМЦ, принадлежащих ООО «Агроторг». Свои полномочия она осуществляет по месту расположения магазина «Пятёрочка» по адресу: &lt;адрес&gt;. **.** 2024 года на протяжении всего рабочего дня она находилась по месту своей работы. Ежедневно в её должностные обязанности входит производство инвентаризации по недостаче товаров в случае их хищения из магазина, а также просмотр записей с камер видеонаблюдения, которые установлены по всему торговому залу. При их просмотре ею установлено, что **.** 2024 года примерно в 12:25 худой молодой человек славянской внешности, одетый в тёмную кепку, жилет чёрного цвета с капюшоном, зашёл в магазин, прошёл к отделу с бытовой продукцией и оттуда взял несколько упаковок шампуня различных марок согласно справке об ущербе, которая предоставлялась правоохранительным органам в момент написания мной заявления. Всё похищенное молодой человек спрятал под одежду и покинул магазин в 12:27, минуя кассовую зону. Отмечает, что заявление ею в полицию было написано лишь **.** 2024 года, так как именно в эту дату она обнаружила хищение ТМЦ от **.** (т. л.д. 214-216). Кроме показаний представителя потерпевшего и свидетеля, вина ФИО2 в совершении инкриминируемого ему преступления (эпизод №1), подтверждается письменными доказательствами, а именно: - рапортом старшего участкового уполномоченного ОП № 1 УМВД России по городу Псков М.А., зарегистрированным в КУСП за № **, согласно которому по результатам проведённого административного расследования установлено, что в действиях ФИО2 усматриваются признаки преступления, предусмотренного ч. 1 ст. 158 УК РФ (т. 1 л.д. 65); - сообщением о преступлении, зарегистрированным в КУСП за № **, согласно которому Н.Т. обратилась в правоохранительные органы с информацией о краже ТМЦ в магазине «Пятёрочка» по адресу: &lt;адрес&gt; (т. 1 л.д. 69); - заявлением, зарегистрированным в КУСП за № **, согласно которому Н.Т. указала, что с 12:25 до 12:27 **.**.2024 неустановленное лицо, находясь в магазине «Пятёрочка» по адресу: &lt;адрес&gt;, совершило хищение ТМЦ, принадлежащих ООО «Агроторг» (т. 1 л.д. 70); - протоколом осмотра места происшествия от **.**.2024, согласно которому зафиксирована обстановка в магазине «Пятёрочка» по адресу: &lt;адрес&gt; (т. 1 л.д. 75-76); - протоколом выемки, согласно которому у представителя потерпевшего ООО «Агроторг» Ц.А. изъяты справка об ущербе от **.**.2024, перечень расхождений, счёт-фактура № **, счёт-фактура № **, оптический диск с видеозаписями от **.**.2024 (т. 2 л.д. 194-206); - протоколом осмотра предметов (документов), согласно которому осмотрены справка об ущербе от **.**.2024, перечень расхождений, счёт-фактура № **, счёт-фактура № ** (т. 2 л.д. 207-209); - протоколом осмотра предметов (документов), согласно которому осмотрен оптический диск, содержащий видеозаписи от **.**.2024 (т. 3 л.д. 140-205). Помимо признания ФИО2 своей вины в совершении преступления по эпизоду № 2 (от **.**.2024), его вина полностью установлена исследованными в ходе судебного заседания доказательствами, в их совокупности, а именно показаниями представителя потерпевшего, свидетеля: Оглашенными в судебном заседании с согласия сторон в порядке ч. 1 ст. 281 УПК РФ показаниями представителя потерпевшего Ц.А. – менеджера по безопасности ООО «Агроторг», согласно которым ему известно, что **.** 2024 года неустановленное лицо, находясь в магазине «Пятёрочка» по адресу: &lt;адрес&gt;, совершило тайное хищение ТМЦ ООО «Агроторг» на сумму 7364,3 рублей без учёта НДС. О данном происшествии ему было сообщено сотрудницей магазина по вышеуказанному адресу Н.Т. С её слов он в курсе, что при просмотре ею записей с камер видеонаблюдения **.** 2024 года в магазин зашёл молодой человек, который направился в сторону отдела с бытовой продукцией, откуда взял следующее имущество, впоследствии не оплатив его: Шампунь «L’OREAL PARIS Шам.ELSEVE.POC.6 MAC.400мл» в количестве 2 штук розничной стоимостью 469,99 рублей за одну единицу товара; общей стоимостью 939,98 рублей; Бальзам «L’OREAL PARIS Бальзам 72Ч.Г/Н.ELSEVE.ув400мл» в количестве 2 штук розничной стоимостью 469,99 рублей за одну единицу товара; общей стоимостью 939,98 рублей; Бальзам «L’OREAL PARIS Бальз.ELSEVE.ПОЛ.ВОССТ.5 400мл» в количестве 2 штук розничной стоимостью 469,99 рублей за одну единицу товара; общей стоимостью НДС 939,98 рублей; Шампунь «L’OREAL PARIS Шамп.ELSEVE.ПОЛ.ВОССТ.5 400 мл» в количестве 2 штук розничной стоимостью 469,99 рублей за одну единицу товара; общей стоимостью с учётом НДС 939,98 рублей. В его распоряжении имеются справка об ущербе от **.** 2024 года, перечень расхождений, счёт-фактура № **, оптический диск с видеозаписями от **.** 2024 года (т. 2 л.д. 174-182). Оглашенными в судебном заседании с согласия сторон в порядке ч. 1 ст. 281 УПК РФ показаниями свидетеля Н.Т., в которых она сообщила, что является администратором в ООО «Агроторг» с 2020 года. В её должностные обязанности входят: руководство персоналом; производство инвентаризации на предмет обнаружения хищения ТМЦ, принадлежащих ООО «Агроторг». Свои полномочия она осуществляет по месту расположения магазина «Пятёрочка» по адресу: &lt;адрес&gt;. **.** 2024 года на протяжении всего рабочего дня она находилась по месту своей работы. Ежедневно в её должностные обязанности входит производство инвентаризации по недостаче товаров в случае их хищения из магазина, а также просмотр записей с камер видеонаблюдения, которые установлены по всему торговому залу. При просмотре камер видеонаблюдения **.** 2024 года ею установлено, что **.** 2024 года примерно в 09:15 описанный ею выше молодой человек, одетый в ту же самую одежду, зашёл в магазин и сразу прошёл в отдел с бытовой химией, откуда взял несколько упаковок шампуней и бальзамов марки «Эльсеф», всего на сумму 2827,28 рублей без учёта НДС. Из данного отдела он вышел в 09:20 и направился к выходу из магазина, не оплатив спрятанный под одежду товар. Отмечает, что заявление ею в полицию было написано **.** 2024 года, так как именно в эту дату она обнаружила хищение ТМЦ от **.** 2024 года (т. 3 л.д. 214-216). Кроме показаний представителя потерпевшего и свидетеля, вина ФИО2 в совершении инкриминируемого ему преступления (эпизод №2), подтверждается письменными доказательствами, а именно: - рапортом старшего участкового уполномоченного ОП № 1 УМВД России по городу Псков М.А., зарегистрированным в КУСП за № **, согласно которому по результатам проведённого административного расследования установлено, что в действиях ФИО2 усматриваются признаки преступления, предусмотренного ч. 1 ст. 158 УК РФ (т. 1 л.д. 81); - заявлением, зарегистрированным в КУСП за № **, согласно которому Н.Т. указала, что с 9:15 до 09:20 **.** 2024 года неустановленное лицо, находясь в магазине «Пятёрочка» по адресу: &lt;адрес&gt;, совершило хищение ТМЦ, принадлежащих ООО «Агроторг» (т. 1 л.д. 86); - протоколом осмотра места происшествия от **.** 2024 года, согласно которому зафиксирована обстановка в магазине «Пятёрочка» по адресу: &lt;адрес&gt; (т. 1 л.д. 90-91); - протоколом выемки, согласно которому у представителя потерпевшего ООО «Агроторг» Ц.А. изъяты справка об ущербе от **.** 2024 года, перечень расхождений, счёт-фактура № **, оптический диск с видеозаписями от **.** 2024 года (т. 2 л.д. 194-206); - протоколом осмотра предметов (документов), согласно которому осмотрены справка об ущербе от **.** 2024 года, перечень расхождений, счёт-фактура № ** (т. 1 л.д. 235-242); - протоколом осмотра предметов (документов), согласно которому осмотрен оптический диск, содержащий видеозаписи от **.** 2024 года (т. 3 л.д. 140-205). Помимо признания ФИО2 своей вины в совершении преступления по эпизоду № 3 (от **.**.2024), его вина полностью установлена исследованными в ходе судебного заседания доказательствами в их совокупности, а именно показаниями представителя потерпевшего, свидетеля: Оглашенными в судебном заседании с согласия сторон в порядке ч. 1 ст. 281 УПК РФ показаниями представителя потерпевшего Ц.А. – менеджера по безопасности ООО «Агроторг», который пояснил, что ему известно, что **.** 2024 года неустановленное лицо, находясь в магазине «Пятёрочка» по адресу: &lt;адрес&gt;, совершило тайное хищение ТМЦ ООО «Агроторг» на сумму 7364,3 рублей без учёта НДС. О данном происшествии ему было сообщено сотрудницей магазина по вышеуказанному адресу Н.Т. С её слов он в курсе, что при просмотре ею записей с камер видеонаблюдения **.** 2024 года в магазин зашёл молодой человек, который направился в сторону отдела с бытовой продукцией, откуда взял следующее имущество, впоследствии не оплатив его: 1. Шампунь «PANTENE Шамп/бал.P-V» в количестве 2 штук розничной стоимостью 449,99 рублей за одну единицу товара; общей стоимостью 899,98 рублей; 2. Дезодорант «REXONA/пер.INV.Д/ЧЕР/БЕЛ.кар.50м» в количестве 2 штук розничной стоимостью 349,99 рублей за одну единицу товара; общей стоимостью с учётом НДС 699,98 рублей;3. Масло сливочное «КРЕСТЬЯНСКОЕ 72,5» в количестве 12 штук розничной стоимостью 189,99 рублей за одну единицу товара; общей стоимостью 2279,88 рублей;4. Дезодорант «NIVEA FOR MEN спрей 150мл» в количестве 5 штук розничной стоимостью 274,99 рублей за одну единицу товара; общей стоимостью 1374,95 рублей. В его распоряжении имеются следующие документы и предметы: справка об ущербе от **.** 2024 года, перечень расхождений, счёт-фактура № **, оптический диск с видеозаписями от **.** 2024 года. Готов добровольно выдать их органам предварительного следствия для приобщения к материалам уголовного дела (т. 1 л.д. 174-182). Оглашенными в судебном заседании с согласия сторон в порядке ч. 1 ст. 281 УПК РФ показаниями свидетеля Н.Т., в которых она сообщила, что является администратором в ООО «Агроторг» с 2020 года. В её должностные обязанности входят: руководство персоналом; производство инвентаризации на предмет обнаружения хищения ТМЦ, принадлежащих ООО «Агроторг». Свои полномочия она осуществляет по месту расположения магазина «Пятёрочка» по адресу: &lt;адрес&gt;. **.** 2024 года на протяжении всего рабочего дня она находилась по месту своей работы. Ежедневно в её должностные обязанности входит производство инвентаризации по недостаче товаров в случае их хищения из магазина, а также просмотр записей с камер видеонаблюдения, которые установлены по всему торговому залу. При просмотре камер видеонаблюдения **.** 2024 года она установила, что **.** 2024 года примерно в 13:04 описанный ею выше молодой человек, одетый в ту же одежду, что и при предыдущих хищениях, зашёл в магазин и прошёл в отдел с бытовой продукцией, откуда украл несколько пачек шампуней на сумму 4283,69 рублей без учёта НДС. Из данного отдела он вышел в 13:07 и направился к выходу из магазина, не оплатив товар. Весь похищенный товар он прятал под свою одежду, а именно: под жилетку, одетую на нём. Отмечает, что заявление ею в полицию было написано **.** 2024 года, так как именно в эту дату она обнаружила хищение ТМЦ, которое произошло **.** (т. 3 л.д. 214-216). Кроме показаний представителя потерпевшего и свидетеля, вина ФИО2 в совершении инкриминируемого ему преступления (эпизод №3), подтверждается письменными доказательствами, а именно: - рапортом старшего участкового уполномоченного ОП №1 УМВД России по городу Псков М.А., зарегистрированным в КУСП за № **, согласно которому по результатам проведённого административного расследования установлено, что в действиях ФИО2 усматриваются признаки преступления, предусмотренного ч. 1 ст. 158 УК РФ (т. 1 л.д. 95); - сообщением о преступлении, зарегистрированным в КУСП за № **, согласно которому гражданка Н.Т. обратилась в правоохранительные органы с информацией о краже ТМЦ в магазине «Пятёрочка» по адресу: &lt;адрес&gt; (т. 1 л.д. 99); - заявлением, зарегистрированным в КУСП за № **, согласно которому Н.Т. указала, что с 13:04 до 13:07 **.** 2024 года неустановленное лицо, находясь в магазине «Пятёрочка» по адресу: &lt;адрес&gt;, совершило хищение ТМЦ, принадлежащих ООО «Агроторг» (т. 1 л.д. 100); - протоколом осмотра места происшествия от **.** 2024 года, согласно которому зафиксирована обстановка в магазине «Пятёрочка» по адресу: &lt;адрес&gt; (т. 1 л.д. 104-105); - протоколом выемки, согласно которому у представителя потерпевшего ООО «Агроторг» Ц.А. изъято следующее: справка об ущербе от **.** 2024 года, перечень расхождений, счёт-фактура № **, оптический диск с видеозаписями от **.** 2024 года (т. 1 л.д. 194-206); - протоколом осмотра предметов (документов), согласно которому осмотрены справка об ущербе от **.** 2024 года, перечень расхождений, счёт-фактура № ** (т. 3 л.д. 3-4); - протоколом осмотра предметов (документов), согласно которому осмотрен оптический диск, содержащий видеозаписи от **.** 2024 года (т. 3 л.д. 140-205). Помимо признания ФИО2 своей вины в совершении преступления по эпизоду № 4 (от **.**.2024), его вина полностью установлена исследованными в ходе судебного заседания доказательствами в их совокупности, а именно показаниями представителя потерпевшего, свидетеля: Оглашенными в судебном заседании с согласия сторон в порядке ч. 1 ст. 281 УПК РФ показаниями представителя потерпевшего Ц.А. – менеджера по безопасности ООО «Агроторг», который пояснил, что е известно, что **.** 2024 года в период с 09:34 до 09:35 неустановленное лицо, находясь в магазине «Пятёрочка» по адресу: &lt;адрес&gt;, совершило тайное хищение ТМЦ ООО «Агроторг» на сумму 5073,93 рублей без учёта НДС. О данном происшествии ему было сообщено сотрудником магазина по вышеуказанному адресу С.А. С его слов он в курсе, что при просмотре им записей с камер видеонаблюдения в 13:04 **.** 2024 года в магазин зашёл тот же молодой человек, что и **.** 2024 года, который направился в сторону отделов с бытовой и молочной продукциями, откуда до 09:35 взял следующее имущество, впоследствии не оплатив его: Масло сливочное «ТЫСЫЧА ОЗЕР 82,5% 180г» в количестве 6 штук розничной стоимостью 269,99 рублей за одну единицу товара; общей стоимостью 1619,94 рублей; Дезодорант «REXONA/пер.MEN ЭКСТ.ЗАЩ.шар.50мл» в количестве 1 штуки розничной стоимостью 329,99рублей за одну единицу товара; общей стоимостью 329,99 рублей; Дезодорант-спрей «BLADE D.CH.150мл» в количестве 2 штук розничной стоимостью 199,99 рублей за одну единицу товара; общей стоимостью 399,98 рублей; Бальзам после бритья «NIVEA чувствительная кожа» в количестве 2 штук розничной стоимостью 549,99 рублей за одну единицу товара; общей стоимостью 1099,98 рублей; Гель «ARKO Гель SOFT Т.МАН/МАНд/б200мл» в количестве 1 штуки розничной стоимостью 419,99 рублей за одну единицу товара; общей стоимостью 419,99 рублей; Гель для бритья «GILLETTE д/ч.кож.алоэ» в количестве 3 штук розничной стоимостью 399,99 рублей за одну единицу товара; общей стоимостью 1199,97 рублей; Дезодорант «AXE АНАРХ.Д/МУЖ.аэ» в количестве 1 штуки розничной стоимостью 379,99 рублей за одну единицу товара; общей стоимостью 379,99 рублей; Дезодорант «AXE ДАРК ТЕМ.аэр. 150мл» в количестве 2 штук розничной стоимостью 379,99 рублей за одну единицу товара; общей стоимостью 759,98 рублей; Гель «NIVEA Гель MEN КОМФ.FRESH 100мл» в количестве 3 штук розничной стоимостью 399,99 рублей за одну единицу товара; общей стоимостью 1199,97 рублей. Всего молодым человеком из магазина «Пятёрочка» **.** 2024 года по вышеуказанному адресу были похищены ТМЦ общей розничной стоимостью 7409,79 рублей. В его распоряжении имеются следующие документы и предметы: справка об ущербе от **.** 2024 года, перечень расхождений на 2 листах, счёт-фактура № **, оптический диск с видеозаписями от **.** 2024 года (т. 2 л.д. 174-182). Оглашенными в судебном заседании с согласия сторон в порядке ч. 1 ст. 281 УПК РФ показаниями свидетеля С.А., согласно которым он является администратором в ООО «Агроторг» с **.** года. В его должностные обязанности входят: руководство персоналом; производство инвентаризации на предмет обнаружения хищения ТМЦ, принадлежащих ООО «Агроторг». Свои полномочия он осуществляет в магазине «Пятёрочка» по адресу: &lt;адрес&gt;. **.** 2024 года на протяжении всего рабочего дня он находился по месту своей работы. Ежедневно в его должностные обязанности входит производство инвентаризации по недостаче товаров в случае их хищения из магазина, а также просмотр записей с камер видеонаблюдения, которые установлены по всему торговому залу. При их просмотре он обнаружил, что **.** 2024 года примерно в 09:34-09:35 молодой человек худощавого телосложения, одетый в тёмную кепку, жилет чёрного цвета с капюшоном, зашёл в магазин, не беря с собой продовольственную корзину, проходит к отделу с молочной продукцией, откуда берёт несколько пачек масла, которые спрятал к себе под одежду. Отмечает, что отдел с бытовой химией находится рядом с отделом с молочной продукцией, поэтому он мгновенно перешёл туда и взял несколько дезодорантов, несколько упаковок бальзама для бритья, несколько упаковок геля согласно справке об ущербе, которая предоставлялась правоохранительным органам в момент написания им заявления. Вокруг него никого не было, так что он пользовался моментом и брал товар с полок. Всё похищенное молодой человек спрятал под одежду и покинул магазин, минуя кассовую зону (т. 3 л.д. 208-211). Кроме показаний представителя потерпевшего и свидетеля, вина ФИО2 в совершении инкриминируемого ему преступления (эпизод №4), подтверждается письменными доказательствами, а именно: - рапортом старшего участкового уполномоченного ОП №1 УМВД России по городу Псков М.А., зарегистрированным в КУСП за № **, согласно которому по результатам проведённого административного расследования установлено, что в действиях ФИО2 усматриваются признаки преступления, предусмотренного ч. 1 ст. 158 УК РФ (т. 1 л.д. 110); - сообщением о преступлении, зарегистрированным в КУСП за № **, согласно которому гражданин С.А. обратился в правоохранительные органы с информацией о краже ТМЦ в магазине «Пятёрочка» по адресу: &lt;адрес&gt; (т. 1 л.д. 113); - заявлением, зарегистрированным в КУСП за № **, согласно которому гражданин С.А. указал, что с 09:34 до 09:35 **.** 2024 года неустановленное лицо, находясь в магазине «Пятёрочка» по адресу: &lt;адрес&gt;, совершило хищение ТМЦ, принадлежащих ООО «Агроторг» (т. 1 л.д. 114); - протоколом осмотра места происшествия от **.** 2024 года, согласно которому зафиксирована обстановка в магазине «Пятёрочка» по адресу: &lt;адрес&gt; (т. 1 л.д. 119-124); - протоколом выемки, согласно которому у представителя потерпевшего ООО «Агроторг» Ц.А. изъято следующее: справка об ущербе от **.** 2024 года, перечень расхождений на 2 листах, счёт-фактура № **, оптический диск с видеозаписями от **.** 2024 года (т. 2 л.д. 194-206); - протоколом осмотра предметов (документов), согласно которому осмотрено следующее: справка об ущербе от **.** 2024 года, перечень расхождений на 2 листах, счёт-фактура № ** (т. 3 л.д. 22-25); - протоколом осмотра предметов (документов), согласно которому осмотрен оптический диск, содержащий видеозаписи от **.** 2024 года (т. 3 л.д. 140-205). Помимо признания ФИО2 своей вины в совершении преступления по эпизоду № 5 (от **.**.2024), его вина полностью установлена исследованными в ходе судебного заседания доказательствами в их совокупности, а именно показаниями представителя потерпевшего, свидетеля: Оглашенными в судебном заседании с согласия сторон в порядке ч. 1 ст. 281 УПК РФ показаниями представителя потерпевшего Ц.А. – менеджера по безопасности ООО «Агроторг», согласно которым ему известно, что **.** 2024 года в период с 13:50 до 13:51 неустановленное лицо, находясь в магазине «Пятёрочка» по адресу: &lt;адрес&gt;, совершило тайное хищение ТМЦ ООО «Агроторг» на сумму 4880,13 рублей без учёта НДС. О данном происшествии ему было сообщено сотрудником магазина по вышеуказанному адресу С.А. С его слов он в курсе, что при просмотре им записей с камер видеонаблюдения в 13:50 **.** 2024 года в магазин зашёл тот же молодой человек, что и **.** 2024 года, который направился в сторону отдела с бытовой продукцией, откуда до 13:51 взял следующее имущество, впоследствии не оплатив его: Шампунь «HEAD&amp;SHOULDERS 2в1 основной уход 400мл» в количестве 6 штук розничной стоимостью 414,39 рублей за одну единицу товара; общей стоимостью 2486,34 рублей; Шампунь «HEAD&amp;SHOULDERS.ЭНЕРГИЯ ОКЕАНА 400мл» в количестве 1 штуки розничной стоимостью 414,39 рублей за одну единицу товара; общей стоимостью 414,39 рублей; Шампунь «HEAD&amp;SHOULDERS освежающий 400мл» в количестве 1 штуки розничной стоимостью 414,39 рублей за одну единицу товара; общей стоимостью 414,39 рублей; Бальзам «L’OREAL PARIS ELSEVE ПОЛ.ВОССТ.5 400мл» в количестве 2 штук розничной стоимостью 359,99 рублей за одну единицу товара; общей стоимостью 719,98 рублей; Шампунь-уход «L’OREAL PARIS ЭКП.ЦВ.ELSEVE.400м» в количестве 1 штуки розничной стоимостью 359,99 рублей за одну единицу товара; общей стоимостью 359,99 рублей; Шампунь «L’OREAL PARIS ELSEVE.ДЛЯ МЕЧТЫ ПРЕОБРАЖЕНИЯ 400мл» в количестве 1 штуки розничной стоимостью 359,99 рублей за одну единицу товара; общей стоимостью 359,99 рублей. Всего молодым человеком из магазина «Пятёрочка» **.** 2024 года по вышеуказанному адресу были похищены ТМЦ общей розничной стоимостью 4755,08 рублей. В его распоряжении имеются следующие документы и предметы: справка об ущербе от **.** 2024 года, перечень расхождений, счёт-фактура № **, оптический диск с видеозаписями от **.** 2024 года (т. 2 л.д. 174-182). Оглашенными в судебном заседании с согласия сторон в порядке ч. 1 ст. 281 УПК РФ показаниями свидетеля ФИО4, в которых он сообщил, что является администратором в ООО «Агроторг» с **.** года. В его должностные обязанности входят: руководство персоналом; производство инвентаризации на предмет обнаружения хищения ТМЦ, принадлежащих ООО «Агроторг». Свои полномочия он осуществляет в магазине «Пятёрочка» по адресу: &lt;адрес&gt;. **.** 2024 года на протяжении всего рабочего дня он находился по месту своей работы. Ежедневно в его должностные обязанности входит производство инвентаризации по недостаче товаров в случае их хищения из магазина, а также просмотр записей с камер видеонаблюдения, которые установлены по всему торговому залу. При просмотре камер видеонаблюдения **.** 2024 года он обнаружил, что **.** 2024 года примерно в 13:50 описанный им выше молодой человек, одетый в ту же самую одежду, зашёл в магазин и сразу прошёл в отдел с бытовой химией, откуда взял несколько упаковок шампуней различных марок, всего на сумму 4880,13 рублей без учёта НДС. Из данного отдела он вышел и направился к выходу из магазина, не оплатив спрятанный под одежду товар. Отмечает, что заявление им в полицию было написано **.** 2024 года, так как именно в эту дату он обнаружил хищение ТМЦ, которое произошло **.** (т. 3 л.д. 208-211). Кроме показаний представителя потерпевшего и свидетеля, вина ФИО2 в совершении инкриминируемого ему преступления (эпизод №5), подтверждается письменными доказательствами, а именно: - рапортом старшего участкового уполномоченного ОП №1 УМВД России по городу Псков М.А., зарегистрированным в КУСП за № **, согласно которому по результатам проведённого административного расследования установлено, что в действиях ФИО2 усматриваются признаки преступления, предусмотренного ч. 1 ст. 158 УК РФ (т. 1 л.д. 128); - сообщением о преступлении, зарегистрированным в КУСП № **, согласно которому С.А. обратился в правоохранительные органы с информацией о краже ТМЦ в магазине «Пятёрочка» по адресу: &lt;адрес&gt; (том №1 л.д. 132); - заявлением, зарегистрированным в КУСП ОП №1 УМВД России по городу Псков за № **, согласно которому С.А. указал, что с 13:50 до 13:51 **.** 2024 года неустановленное лицо, находясь в магазине «Пятёрочка» по адресу: &lt;адрес&gt;, совершило хищение ТМЦ, принадлежащих ООО «Агроторг» (т. 1 л.д. 133); - протоколом осмотра места происшествия от **.** 2024 года, согласно которому зафиксирована обстановка в магазине «Пятёрочка» по адресу: &lt;адрес&gt; (т. 1 л.д. 138); - протоколом выемки, согласно которому у представителя потерпевшего ООО «Агроторг» Ц.А. изъято следующее: справка об ущербе от **.** 2024 года, перечень расхождений, счёт-фактура &lt;адрес&gt;, оптический диск с видеозаписями от **.** 2024 года (т. 2 л.д. 194-206); - протоколом осмотра предметов (документов), согласно которому осмотрено следующее: справка об ущербе от **.** 2024 года, перечень расхождений, счёт-фактура № ** (т. 3 л.д. 57-58); - протоколом осмотра предметов (документов), согласно которому осмотрен оптический диск, содержащий видеозаписи от **.** 2024 года (т. 3 л.д. 140-205). Помимо признания ФИО2 своей вины в совершении преступления по эпизоду № 6 (от **.**.2024), его вина полностью установлена исследованными в ходе судебного заседания доказательствами в их совокупности, а именно показаниями представителя потерпевшего, свидетеля: Оглашенными в судебном заседании с согласия сторон в порядке ч. 1 ст. 281 УПК РФ показаниями представителя потерпевшего Ц.А. – менеджера по безопасности ООО «Агроторг», согласно которым ему известно, что **.** 2024 года в период с 12:20 до 12:21 неустановленное лицо, находясь в магазине «Пятёрочка» по адресу: &lt;адрес&gt;, совершило тайное хищение ТМЦ ООО «Агроторг» на сумму 2253,32 рублей без учёта НДС. О данном происшествии ему было сообщено сотрудником магазина по вышеуказанному адресу С.А. С его слов он в курсе, что при просмотре им записей с камер видеонаблюдения в 12:20 **.** 2024 года в магазин зашёл тот же молодой человек, что и **.** 2024 года, который направился в сторону отделов с бытовой и молочной продукциями, откуда до 12:21 взял следующее имущество, впоследствии не оплатив его: Шампунь «HEAD&amp;SHOULDERS ЭНЕРГИЯ ОКЕАНА 400мл» в количестве 1 штуки розничной стоимостью 414,39 рублей за одну единицу товара; общей стоимостью 414,39 рублей; Масло сливочное «КРЕСТЬЯНСКОЕ 72,5» в количестве 10 штук розничной стоимостью 189,99 рублей за одну единицу товара; общей стоимостью 1899,90 рублей; Антиперспирант «ФА MEN A/пер.SPORT ВЗР.ЭН.150мл» в количестве 4 штук розничной стоимостью 224,99 рублей за одну единицу товара, общей стоимостью 899,96 рублей. Всего молодым человеком из магазина «Пятёрочка» **.** 2024 года по вышеуказанному адресу были похищены ТМЦ общей розничной стоимостью 3214,25 рублей. В его распоряжении имеются следующие документы и предметы: справка об ущербе от **.** 2024 года, перечень расхождений на 2 листах, счёт-фактура № **, оптический диск с видеозаписями от **.** 2024 года (т. 2 л.д. 174-182). Оглашенными в судебном заседании с согласия сторон в порядке ч. 1 ст. 281 УПК РФ показаниями свидетеля С.А., в которых он сообщил, что является администратором в ООО «Агроторг» с **.** года. В его должностные обязанности входят: руководство персоналом; производство инвентаризации на предмет обнаружения хищения ТМЦ, принадлежащих ООО «Агроторг». Свои полномочия он осуществляет в магазине «Пятёрочка» по адресу: &lt;адрес&gt;. **.** 2024 года на протяжении всего рабочего дня он находился по месту своей работы. Ежедневно в его должностные обязанности входит производство инвентаризации по недостаче товаров в случае их хищения из магазина, а также просмотр записей с камер видеонаблюдения, которые установлены по всему торговому залу. При просмотре камер видеонаблюдения **.** 2024 года он обнаружил, что в эту же дату примерно в 12:20 описанный им выше молодой человек одетый в ту же одежду, что и при предыдущих хищениях, зашёл в магазин и прошёл в отдел с молочной продукцией, откуда украл 10 пачек масла «Крестьянское». После этого сразу он перешёл в отдел с бытовой продукцией, откуда взял несколько упаковок шампуней, всего товаров на сумму 2253,32 рублей без учёта НДС. Из данного отдела он вышел и направился к выходу из магазина, не оплатив товар. Весь похищенный товар он прятал под свою одежду, а именно: под жилетку, одетую на нём. Отмечает, что заявление им в полицию было написано **.** 2024 года, так как именно в эту дату он обнаружил хищение ТМЦ, которое произошло **.** (т. 3 л.д. 208-211). Кроме показаний представителя потерпевшего и свидетеля, вина ФИО2 в совершении инкриминируемого ему преступления (эпизод №6), подтверждается письменными доказательствами, а именно: - рапортом старшего участкового уполномоченного ОП №1 УМВД России по городу Псков М.А., зарегистрированным в КУСП за № **, согласно которому по результатам проведённого административного расследования установлено, что в действиях ФИО2 усматриваются признаки преступления, предусмотренного ч. 1 ст. 158 УК РФ (т. 1 л.д. 141); - сообщением о преступлении, зарегистрированным в КУСП за № **, согласно которому гражданин С.А. обратился в правоохранительные органы с информацией о краже ТМЦ в магазине «Пятёрочка» по адресу: &lt;адрес&gt; (т. 1 л.д. 145); - заявлением, зарегистрированным в КУСП за № **, согласно которому гражданин С.А. указал, что с 12:20 до 12:21 **.** 2024 года неустановленное лицо, находясь в магазине «Пятёрочка» по адресу: &lt;адрес&gt;, совершило хищение ТМЦ, принадлежащих ООО «Агроторг» (т. 1 л.д. 146); - протоколом осмотра места происшествия от **.** 2024 года, согласно которому зафиксирована обстановка в магазине «Пятёрочка» по адресу: &lt;адрес&gt; (т. 1 л.д. 148); - протоколом выемки, согласно которому у представителя потерпевшего ООО «Агроторг» Ц.А. изъято следующее: справка об ущербе от **.** 2024 года, перечень расхождений на 2 листах, счёт-фактура № **, оптический диск с видеозаписями от **.** 2024 года (т. 2 л.д. 194-206); - протоколом осмотра предметов (документов), согласно которому осмотрено следующее: справка об ущербе от **.** 2024 года, перечень расхождений на 2 листах, счёт-фактура № ** (т. 3 л.д. 75-76); - протоколом осмотра предметов (документов), согласно которому осмотрен оптический диск, содержащий видеозаписи от **.** 2024 года (т. 3 л.д. 140-205). Помимо признания ФИО2 своей вины в совершении преступления по эпизоду № 7 (от **.**.2024), его вина полностью установлена исследованными в ходе судебного заседания доказательствами в их совокупности, а именно показаниями представителя потерпевшего, свидетеля: Оглашенными в судебном заседании с согласия сторон в порядке ч. 1 ст. 281 УПК РФ показаниями представителя потерпевшего Ц.А. – менеджера по безопасности ООО «Агроторг», согласно которым ему известно, что **.** 2024 года в период с 09:46 до 09:47 неустановленное лицо, находясь в магазине «Пятёрочка» по адресу: &lt;адрес&gt;, совершило тайное хищение ТМЦ ООО «Агроторг» на сумму 4243,56 рублей без учёта НДС. О данном происшествии ему было сообщено сотрудником магазина по вышеуказанному адресу С.А. С его слов он в курсе, что при просмотре им записей с камер видеонаблюдения в 09:46 **.** 2024 года в магазин зашёл тот же молодой человек, что и **.** 2024 года, который направился в сторону отделов с бытовой и молочной продукциями, откуда до 09:47 взял следующее имущество, впоследствии не оплатив его: Лосьон для бритья «NIVEA для чувствительной кожи» в количестве 2 штук розничной стоимостью 449,99 рублей за одну единицу товара; общей стоимостью 899,98 рублей; Дезодорант-карандаш «AXE AN.50мл» в количестве 2 штук розничной стоимостью 399,99 рублей за одну единицу товара; общей стоимостью 799,98 рублей; Дезодорант-спрей «BLADE D.CH.150мл» в количестве 2 штук розничной стоимостью 299,99 рублей за одну единицу товара; общей стоимостью 599,98 рублей; Лосьон после бритья «FORX М.С.SEN.S.п/бр.1» в количестве 4 штук розничной стоимостью 246,39 рублей за одну единицу товара; общей стоимостью 985,56 рублей; Масло сливочное «КРЕСТЬЯНСКОЕ 72,5» в количестве 9 штук розничной стоимостью 189,99 рублей за одну единицу товара; общей стоимостью 1709,91 рублей; Бальзам после бритья «NIVEA чувствительная кожа» в количестве 2 штук розничной стоимостью 449,99 рублей за одну единицу товара; общей стоимостью 899,98 рублей. Всего молодым человеком из магазина «Пятёрочка» **.** 2024 года по вышеуказанному адресу были похищены ТМЦ общей розничной стоимостью 5895,39 рублей. В его распоряжении имеются следующие документы и предметы: справка об ущербе от **.** 2024 года, перечень расхождений, счёт-фактура № **, оптический диск с видеозаписями от **.** 2024 года (т. 2 л.д. 174-182). Оглашенными в судебном заседании с согласия сторон в порядке ч. 1 ст. 281 УПК РФ показаниями свидетеля С.А., в которых он сообщил, что является администратором в ООО «Агроторг» с **.** года. В его должностные обязанности входят: руководство персоналом; производство инвентаризации на предмет обнаружения хищения ТМЦ, принадлежащих ООО «Агроторг». Свои полномочия он осуществляет в магазине «Пятёрочка» по адресу: &lt;адрес&gt;. **.** 2024 года на протяжении всего рабочего дня он находился по месту своей работы. Ежедневно в его должностные обязанности входит производство инвентаризации по недостаче товаров в случае их хищения из магазина, а также просмотр записей с камер видеонаблюдения, которые установлены по всему торговому залу. При просмотре камер видеонаблюдения **.** 2024 года он обнаружил, что в эту же дату примерно в 09:46 описанный им выше молодой человек одетый в ту же самую одежду, зашёл в магазин и мимолётно прошёл в отдел с бытовой продукцией, откуда взял несколько упаковок дезодорантов, лосьонов. Также в этот же момент он перешёл в отдел с молочной продукцией, откуда украл 9 пачек масла «Крестьянское», всего товаров на сумму 4 243,56 рублей без учёта НДС. Из данного отдела он вышел и направился к выходу из магазина, не оплатив за спрятанный под одежду товар. От сотрудников полиции ему известно, что человека, который совершил несколько хищений на территории магазина в ТК «Империал» по адресу: &lt;адрес&gt;, зовут ФИО2, наглядный ему знакомый, так как он неоднократно с конца лета текущего года приходил в магазин, где он осуществляет свою деятельность, и высматривал товар на полках, обычно это были либо молочные изделия, либо изделия из бытовой категории товаров. Отмечает также, что этот молодой человек всегда похищал ТМЦ один. На вопрос следователя похищал ли ранее что-либо описанный им молодой человек из магазина «Пятёрочка» по вышеуказанному адресу он ответил отрицательно, отметив, что ФИО2 было похищено только то имущество, в отношении которого им и другими сотрудниками были написаны заявления в полицию. Его могли остановить сотрудники охраны для проверки содержимого куртки, но не более того (т. 2 л.д. 208-211). Кроме показаний представителя потерпевшего и свидетеля, вина ФИО2 в совершении инкриминируемого ему преступления (эпизод №7), подтверждается письменными доказательствами, а именно: - рапортом старшего участкового уполномоченного ОП №1 УМВД России по городу Псков М.А., зарегистрированным в КУСП за № **, согласно которому по результатам проведённого административного расследования установлено, что в действиях ФИО2 усматриваются признаки преступления, предусмотренного ч. 1 ст. 158 УК РФ (т. 1 л.д. 152); - сообщением о преступлении, зарегистрированным в КУСП ОП №1 УМВД России по городу Псков за № **, согласно которому гражданин С.А. обратился в правоохранительные органы с информацией о краже ТМЦ в магазине «Пятёрочка» по адресу: &lt;адрес&gt; (т. 1 л.д. 156). - заявлением, зарегистрированным в КУСП за № **, согласно которому гражданин С.А. указал, что с 09:46 до 09:47 **.** 2024 года неустановленное лицо, находясь в магазине «Пятёрочка» по адресу: &lt;адрес&gt;, совершило хищение ТМЦ, принадлежащих ООО «Агроторг» (т. 1 л.д. 157); - протоколом осмотра места происшествия от **.** 2024 года, согласно которому зафиксирована обстановка в магазине «Пятёрочка» по адресу: &lt;адрес&gt; (том №1 л.д. 160); - протоколом выемки, согласно которому у представителя потерпевшего ООО «Агроторг» Ц.А. изъяты справка об ущербе от **.** 2024 года, перечень расхождений, счёт-фактура № **, оптический диск с видеозаписями от **.** 2024 года (т. 2 л.д. 194-206); - протоколом осмотра предметов (документов), согласно которому осмотрено следующее: справка об ущербе от **.** 2024 года, перечень расхождений, счёт-фактура № ** (т. 3 л.д. 91-93); - протоколом осмотра предметов (документов), согласно которому осмотрен оптический диск, содержащий видеозаписи от **.** 2024 года (т. 3 л.д. 140-205). Помимо признания ФИО2 своей вины в совершении преступления по эпизоду № 8 (от **.**.2024), его вина полностью установлена исследованными в ходе судебного заседания доказательствами в их совокупности, а именно показаниями представителя потерпевшего, свидетеля: Оглашенными в судебном заседании с согласия сторон в порядке ч. 1 ст. 281 УПК РФ показаниями представителя потерпевшего Ц.А. – менеджера по безопасности ООО «Агроторг», согласно которым ему известно, что **.** 2024 года в период с 09:02 до 09:04 неустановленное лицо, находясь в магазине «Пятёрочка» по адресу: &lt;адрес&gt;, совершило тайное хищение ТМЦ ООО «Агроторг» на сумму 4243,56 рублей без учёта НДС. О данном происшествии ему было сообщено сотрудницей магазина по вышеуказанному адресу Н.Т. С её слов он в курсе, что при просмотре ею записей с камер видеонаблюдения в 09:02 **.** 2024 года в магазин зашёл тот же молодой человек, что и **.** 2024 года, который направился в сторону отдела с бытовой продукцией, откуда до 09:04 взял следующее имущество, впоследствии не оплатив его: Шампунь «HEAD&amp;SHOULDERS 2в1 основной уход 400мл» в количестве 2 штук розничной стоимостью 414,39 рублей за одну единицу товара; общей стоимостью 828,78 рублей; Шампунь «L’OREAL PARIS Шамп.72Ч.Г.НАП.ELSEVE.ув.400мл» в количестве 4 штук розничной стоимостью 359,99 рублей за одну единицу товара; общей стоимостью 1439,96 рублей; Шампунь «L’OREAL PARIS Шамп.ELSEVE.ДЛЯ МЕЧТЫ ПРЕОБРАЖЕНИЯ 400мл» в количестве 1 штуки розничной стоимостью 359,99 рублей за одну единицу товара; общей стоимостью 359,99 рублей; Шампунь «GARNIER ГОДЖИ СТ.ЦВ.укр.400мл» в количестве 1 штуки розничной стоимостью 299,99 рублей за одну единицу товара; общей стоимостью 299,99 рублей; Шампунь-уход «L’OREAL PARIS ЭКП.ЦВ.ELSEVE.400м» в количестве 2 штук розничной стоимостью 359,99 рублей за одну единицу товара; общей стоимостью 719,98 рублей. Всего молодым человеком из магазина «Пятёрочка» **.** 2024 года по вышеуказанному адресу были похищены ТМЦ общей розничной стоимостью 3648,70 рублей. В его распоряжении имеются следующие документы и предметы: справка об ущербе от **.** 2024 года, перечень расхождений, счёт-фактура № **, оптический диск с видеозаписями от **.** 2024 года (т. 2 л.д. 174-182). Оглашенными в судебном заседании с согласия сторон в порядке ч. 1 ст. 281 УПК РФ показаниями свидетеля Н.Т., в которых она сообщила, что является администратором в ООО «Агроторг» с **.** года. В её должностные обязанности входят: руководство персоналом; производство инвентаризации на предмет обнаружения хищения ТМЦ, принадлежащих ООО «Агроторг». Свои полномочия она осуществляет по месту расположения магазина «Пятёрочка» по адресу: &lt;адрес&gt;. **.** 2024 года на протяжении всего рабочего дня она находилась по месту своей работы. Ежедневно в её должностные обязанности входит производство инвентаризации по недостаче товаров в случае их хищения из магазина, а также просмотр записей с камер видеонаблюдения, которые установлены по всему торговому залу. При просмотре камер видеонаблюдения **.** 2024 года она установила, что днём ранее, **.** 2024 года, примерно в 09:02 описанный ею выше молодой человек, одетый в ту же самую одежду, зашёл в магазин и мимолётно прошёл в отдел с бытовой продукцией, откуда взял несколько упаковок шампуней на сумму 3628,55 рублей без учёта НДС. Из данного отдела он вышел в 09:04 и направился к выходу из магазина, не оплатив за спрятанный под одежду товар. От сотрудников полиции ей известно, что имя человека, который совершил несколько хищений на территории магазина «Пятёрочка» по адресу: &lt;адрес&gt;, - ФИО2, наглядный ей знакомый, так как он с конца лета текущего года постоянно ходит в магазин по вышеуказанному адресу и внимательно высматривает товар на полках. По факту им было похищено то имущество, в отношении которого ею и С.А. были написаны заявления в полицию в **.** текущего года (т. 3 л.д. 214-216). Кроме показаний представителя потерпевшего и свидетеля, вина ФИО2 в совершении инкриминируемого ему преступления (эпизод №8), подтверждается письменными доказательствами, а именно: - рапортом старшего участкового уполномоченного ОП №1 УМВД России по городу Псков М.А., зарегистрированный в КУСП за № **, согласно которому по результатам проведённого административного расследования установлено, что в действиях ФИО2 усматриваются признаки преступления, предусмотренного ч. 1 ст. 158 УК РФ (т. 1 л.д. 163); - сообщением о преступлении, зарегистрированное в КУСП ОП №1 УМВД России по городу Псков за № **, согласно которому Н.Т. обратилась в правоохранительные органы с информацией о краже ТМЦ в магазине «Пятёрочка» по адресу: &lt;адрес&gt; (т. 1 л.д. 167); - заявлением, зарегистрированным в КУСП за № **, согласно которому Н.Т. указала, что с 09:02 до 09:04 **.** 2024 года неустановленное лицо, находясь в магазине «Пятёрочка» по адресу: &lt;адрес&gt;, совершило хищение ТМЦ, принадлежащих ООО «Агроторг» (т. 1 л.д. 168); - протоколом осмотра места происшествия от **.** 2024 года, согласно которому зафиксирована обстановка в магазине «Пятёрочка» по адресу: &lt;адрес&gt; (т. 1 л.д. 171-172); - протоколом выемки, согласно которому у представителя потерпевшего ООО «Агроторг» Ц.А. изъяты справка об ущербе от **.** 2024 года, перечень расхождений, счёт-фактура № **, оптический диск с видеозаписями от **.** 2024 года (т. 2 л.д. 194-206); - протоколом осмотра предметов (документов), согласно которому осмотрено следующее: справка об ущербе от **.** 2024 года, перечень расхождений, счёт-фактура № ** (т. 3 л.д. 116-118); - протоколом осмотра предметов (документов), согласно которому осмотрен оптический диск, содержащий видеозаписи от **.** 2024 года (т. 3 л.д. 140-205). Помимо признания ФИО2 своей вины в совершении преступления по эпизоду № 9 (от **.**.2024 в отношении АО «Тандер»), его вина полностью установлена исследованными в ходе судебного заседания доказательствами в их совокупности, а именно показаниями представителя потерпевшего, свидетеля: Оглашенными в судебном заседании с согласия сторон в порядке ч. 1 ст. 281 УПК РФ показаниями представителя потерпевшего М.Д. – специалиста отдела безопасности АО «Тандер», согласно которым ему известно, что **.** 2024 года около 12 часов 05 минут неизвестный молодой человек зашёл в магазин «Магнит» (&lt;адрес&gt;), где совершил хищение 16 упаковок масла, которые впоследствии положил под куртку с жилетом, которая была одета на нём, и вышел за кассовую зону, не оплатив товар. В ходе инвентаризации в октябре текущего года директор магазина С.О. просмотрела видеозаписи за **.** 2024 года и установила факт хищения ТМЦ АО «Тандер». При просмотре записей с камер видеонаблюдения был обнаружен неизвестный молодой человек, который **.** 2024 года около 12 часов 05 минут, находясь около стеллажей с молочной продукцией в АО «Тандер» на улице Р., берёт некоторое количество пачек масла, после чего кладёт их под куртку, проходит мимо кассовой зоны, не оплатив товар. Всего указанным молодым человеком **.** 2024 года из магазина «Магнит» по адресу: &lt;адрес&gt; - были похищены следующие товарно-материальные ценности на общую розничную сумму 3519,84 с учётом НДС: 1. Масло сливочное «Крестьянское 72,5% 0,18кг фол(Псковский МЗ):40» в количестве 8 шт, розничной стоимостью 199,99 рублей за одну единицу товара; общей стоимостью всего – 1599,92 рублей; 2. Масло сливочное «ЭКОМИЛК Масло сливочное 82,5% 180г(Озерецкий):13» в количестве 8 шт, розничной стоимостью 239,99 рублей за одну единицу товара; общей стоимостью – 1919,92 рублей. От сотрудников правоохранительных органов ему стало известно, что хищение ТМЦ совершил гражданин ФИО2, ранее ему не знакомый, в круг его общения указанный гражданин не входит. Всего АО «Тандер» причинён ущерб в размере 3519,84 рублей с учётом НДС и в рознице. Готов заявить гражданский иск на указанную сумму. К настоящему протоколу прилагает ксерокопию паспорта гражданина РФ на своё имя, а также ксерокопию доверенности № **, на основании которой он уполномочен представлять интересы АО «Тандер» в правоохранительных и судебных органах. В его распоряжении имеются: справка об ущербе от **.** 2024 года на 1 листе, счёт-фактура № **, а также оптический диск, содержащий видеозаписи от **.** 2024 года с камер видеонаблюдения, установленных в магазине «Магнит» (&lt;адрес&gt;) (т. 1 л.д. 197-201). Оглашенными в судебном заседании с согласия сторон в порядке ч. 1 ст. 281 УПК РФ показаниями свидетеля С.О., в которых она сообщила, что является директором в ООО «Агроторг» с **.** года. В её должностные обязанности входят: руководство персоналом; производство инвентаризации на предмет обнаружения хищения ТМЦ, принадлежащих АО «Тандер»». Свои полномочия она осуществляет по месту расположения магазина «Магнит» по адресу: &lt;адрес&gt;. **.** 2024 года на протяжении всего рабочего дня она находилась по месту своей работы. В её должностные обязанности входит производство инвентаризации по недостаче товаров в случае их хищения из магазина после производства инвентаризации, а также просмотр записей с камер видеонаблюдения, которые установлены по всему торговому залу. При производстве инвентаризации ею обнаружено, что в магазине не достаёт определённое количество масла, которое состояло на балансе в организации, после выявления недостачи было принято решение о просмотре записей с камер видеонаблюдения. При их просмотре ею установлено, что **.** 2024 года примерно в 12:05 худой молодой человек славянской внешности, одетый в тёмную кепку, жилет чёрного цвета с капюшоном, при нём была сумка чёрного цвета с логотипом «Puma», зашёл в магазин, прошёл к отделу с молочной продукцией и оттуда взял несколько упаковок масла двух различных марок согласно справке об ущербе. Всё похищенное молодой человек спрятал под одежду и покинул магазин около 12:10, минуя кассовую зону. Отмечает, что заявление ею в полицию было написано лишь **.** 2024 года, так как именно в эту дату она обнаружила хищение ТМЦ от **.** 2024 года. От сотрудников полиции ей известно, что имя человека, который совершил несколько хищений на территории магазина «Пятёрочка» по адресу: &lt;адрес&gt;, - ФИО2, наглядный ей не знакомый, видела его по записям с камер видеонаблюдения впервые (т. 1 л.д. 230-232). Кроме показаний представителя потерпевшего и свидетеля, вина ФИО2 в совершении инкриминируемого ему преступления (эпизод №9), подтверждается письменными доказательствами, а именно: - рапортом участкового уполномоченного ОП №1 УМВД России по городу Псков П.Л., зарегистрированным в КУСП за № **, согласно которому по результатам проведённого административного расследования установлено, что в действиях ФИО2 усматриваются признаки преступления, предусмотренного ч. 1 ст. 158 УК РФ (т. 1 л.д. 177); - заявлением, зарегистрированным в КУСП за № **, согласно которому С.О. указала, что около 12:05 **.** 2024 года неустановленное лицо, находясь в магазине «Магнит» по адресу: &lt;адрес&gt;, совершило хищение ТМЦ, принадлежащих АО «Тандер» (т. 1 л.д. 181); - протоколом осмотра места происшествия от **.** 2024 года, согласно которому зафиксирована обстановка в магазине «Магнит» по адресу: &lt;адрес&gt; (т. 1 л.д. 185-186); - протоколом выемки, согласно которому у представителя потерпевшего АО «Тандер» М.Д. изъято следующее: справка об ущербе от **.** 2024 года на 1 листе, счёт-фактура № **, а также оптический диск, содержащий видеозаписи от **.** 2024 года с камер видеонаблюдения, установленных в магазине «Магнит» (&lt;адрес&gt;) (т. 1 л.д. 213-215); - протоколом осмотра предметов (документов), согласно которому осмотрено следующее: справка об ущербе от **.** 2024 года на 1 листе, счёт-фактура № ** (т. 1 л.д. 216-217); - протоколом осмотра предметов (документов), согласно которому осмотрен оптический диск, содержащий видеозаписи от **.** 2024 года (т. 3 л.д. 140-205). Вина подсудимого в совершении грабежа по эпизоду № 10 установлена исследованными в ходе судебного заседания доказательствами, в их совокупности, а именно показаниями представителя потерпевшего, потерпевшей, свидетеля: Оглашенными в судебном заседании с согласия сторон в порядке ч. 1 ст. 281 УПК РФ показаниями представителя потерпевшего М.Д. – специалиста отдела безопасности АО «Тандер», согласно которым ему известно, что **.** 2024 года около 12 часов 17 минут неизвестный молодой человек зашёл в магазин «Магнит» (&lt;адрес&gt;), где в 12 часов 19 минут совершил хищение 2 упаковок кофе и сырной продукции, которые впоследствии положил под куртку, которая была одета на нём, и вышел за кассовую зону, не оплатив товар. После пересечения расчётно-кассовой зоны директор магазина В.К. обнаружила данного молодого человека и попыталась задержать его, но тому удалось сбежать с похищенным товаром. При просмотре записей с камер видеонаблюдения он обнаружил неизвестного ему молодого человека в толстовке и жилетке с капюшоном чёрных цветов, кепке, который **.** 2024 года около 12 часов 19 минут, находясь около стеллажей с молочной и кофейной продукциями в АО «Тандер» на улице К., берёт некоторое количество пачек сыра, после – две упаковки кофе, после чего кладёт их под куртку, проходит мимо кассовой зоны, что заметила ФИО5 После этого ФИО5 пыталась удержать молодого человека, но тот пытался вырваться, молодой человек пропадает из поля зрения камеры после того как он вместе с В.К. вышел на улицу, где отсутствуют какие-либо наружные камеры видеонаблюдения. Всего указанным молодым человеком **.** 2024 года из магазина «Магнит» по адресу: &lt;адрес&gt; - были похищены следующие товарно-материальные ценности: Сыр «Ламбер Сыр 50% 1кг Вес 6Х СГ270» общим весом 0,842 кг, розничной стоимостью 999,9 рублей за одну единицу товара, общей стоимостью 841,91 рублей; Сыр полутвердый «Брест-Литовск финский 45% 200г. фас.брус_10» в количестве 8 штук, розничной стоимостью 154,99 рублей за одну единицу товара, общей стоимостью 1239,92 рублей; Кофе натуральный растворимый сублимированный «MONARCH ORIGINAL (МОНАРХ ОРИДЖИНАЛ) 210ГХ6» в количестве 2 штук, розничной стоимостью 529,99 рублей за одну единицу товара, общей стоимостью 1059,98 рублей; Сыр полутвердый «Брест-Литовск легкий мдж в сухом веществе 35 % (нарезка-брусок) 200г» в количестве 9 штук, розничной стоимостью 169,99 рублей за единицу товара, общей стоимостью 1529,91 рублей. От сотрудников правоохранительных органов ему стало известно, что хищение ТМЦ совершил гражданин ФИО2, ранее ему не знакомый, в круг его общения указанное лицо не входит. Отметил, что наружные камеры видеонаблюдения отсутствуют: последние установлены только внутри торгового помещения. Всего ООО «Тандер» причинён ущерб в размере 4671 рубля 72 копеек с учётом НДС и в рознице. Готов заявить гражданский иск на указанную сумму. К настоящему протоколу прилагает ксерокопию паспорта гражданина РФ на своё имя, а также ксерокопию доверенности № **, на основании которой он уполномочен представлять интересы АО «Тандер» в правоохранительных и судебных органах. В его распоряжении имеются: справка об ущербе от **.** 2024 года на 1 листе, счёт-фактура № **, а также оптический диск, содержащий видеозаписи от **.** 2024 года с камер видеонаблюдения, установленных в магазине «Магнит» (&lt;адрес&gt;) (т. 2 л.д. 77-81). Показаниями потерпевшей В.К., допрошенной в судебном заседании, в которых она сообщила, что работает директором в АО «Тандер», пошла на кассу, оформляла возврат товара, в этот момент в магазин вошел подсудимый, она сразу его узнала, так как он совершал кражи не в первый раз, я пошла наблюдать за ним по камерам, у него были определенные категории товаров, которые он брал, когда она увидела его по камерам, он уже направлялся к выходу, она пошла за ним на выход, так как понимала, что он что-то уже взял, схватила его за безрукавку, попросила его отдать товар, он начал вырываться, она продолжала его держать, мы переместились на улицу, он дернулся, начал скидывать сумку, пока он вырывался, он ударил меня по животу, я почувствовала боль, отпустила его и присела. На неоднократные вопросы государственного обвинителя и защитника пояснила, что удар был нанесен неумышленно, а в ходе того как он скидывал сумку, об этом ею неоднократно говорилось следователю, она не знает почему в протоколе отображено по-другому. Специально ее никто не толкал, в живот не бил. В судебном заседании настаивала что насилие в отношении нее со стороны подсудимого не применялось. - протоколом проверки показаний потерпевшей В.К. на месте, в рамках которой последняя подтвердила свои показания, дополнительно указав на то, что насилие со стороны ФИО2 в отношении нее не применялось (т. 2 л.д. 62-68). Показаниями свидетеля Т.С., допрошенной в судебном заседании, которая сообщила, что **.** 2024 года около 12:15 она находилась по месту своей работы по адресу: &lt;адрес&gt;, обслуживала клиентов на кассовой зоне, которая расположена напротив входа в магазин. В момент обслуживания клиента она услышала как директор магазина В.К. начала громко требовать у кого-то (на тот момент она ещё не видела у кого конкретно) выложить товар. Она начала наблюдать за данной ситуацией, увидела молодого человека, одетого во всё чёрное, небольшого роста, наглядно ей незнакомого, который пытался пройти к выходу спиной. Она осознала, что данный молодой человек совершил хищение товарно-материальных ценностей АО «Тандер». Так как в торговом зале было шумно, то она не услышала что отвечал В.К. молодой человек, но видела, что что-то он ей говорил. В.К. стала удерживать молодого человека то ли за одежду, то ли за сумку чёрного цвета, которая была при нём одетой через плечо, а последний – тащил её к выходу, пытаясь вырваться. Они уже приблизились к помещению между двумя входными дверьми, как она закрыла кассу и решила подойти и по возможности помочь. Когда она уже подошла, то молодой человек выволок В.К. на улицу. Каких-либо разговоров между В.К. и молодым человеком она не услышала в тот момент. Каких-либо ударов она не наблюдала, но на тот момент предположила, что данный молодой человек мог толкнуть её или ударить. После того как молодой человек убежал в сторону рядом расположенного магазина «Пятёрочка» в том же доме она подошла к В.К. и спросила что произошло, но она ей не ответила, так как находилась в состоянии шока, она расплакалась. В руке В.К. держала сумку, которая находилась при молодом человеке. Кроме показаний представителя потерпевшего и свидетеля, вина ФИО2 в совершении инкриминируемого ему преступления (эпизод №10), подтверждается письменными доказательствами, а именно: - сообщением о преступлении, зарегистрированным в КУСП за № **, согласно которому В.К. с абонентского номера «№ **», принадлежащего В.К., сообщил в правоохранительные органы с информацией о краже ТМЦ в магазине «Магнит» по адресу: &lt;адрес&gt; (т. 1 л.д. 235); - заявлением, зарегистрированным в КУСП за № **, согласно которому В.К. указала, что с 12:21 до 12:27 **.** 2024 года неустановленное лицо, находясь в магазине «Магнит» по адресу: &lt;адрес&gt;, совершило хищение ТМЦ, принадлежащих АО «Тандер» (т. 1 л.д. 236); - протоколом осмотра места происшествия от **.** 2024 года, согласно которому зафиксирована обстановка в магазине «Магнит» по адресу: &lt;адрес&gt; (т. 1 л.д. 240-244); - протоколом выемки, согласно которому у представителя потерпевшего ООО «Агроторг» Ц.А. изъяты справка об ущербе от **.** 2024 года на 1 листе, счёт-фактура № **, а также оптический диск, содержащий видеозаписи от **.** 2024 года с камер видеонаблюдения, установленных в магазине «Магнит» (&lt;адрес&gt;) (т. 2 л.д. 94-95); - протоколом осмотра предметов (документов), согласно которому осмотрены справка об ущербе от **.** 2024 года на 1 листе, счёт-фактура № ** (т. 2 л.д. 118-120); - протоколом осмотра предметов (документов), согласно которому осмотрен оптический диск, содержащий видеозаписи от **.** 2024 года (т. 2 л.д. 96-116); - протоколом изъятия образцов для сравнительного исследования от **.** 2024 года, согласно которому у обвиняемого ФИО2 изъяты образцы следов рук на дактилоскопическую карту (т. 2 л.д. 27-29); - заключением эксперта № **, согласно которому след ногтевой фаланги пальца руки размером 14х15 мм, откопированный на отрезок липкой ленты размером 48х57 мм, оставлен ФИО2, а именно безымянным пальцем правой руки (т. 2 л.д. 32-40); - протоколом осмотра предметов (документов), согласно которому осмотрены 2 дактилоскопические плёнки со следами рук, изъятые в ходе осмотра места происшествия по адресу: &lt;адрес&gt;, а также дактилоскопическая карта на имя ФИО2 (т. 2 л.д. 43-44); - протоколом предъявления лица для опознания от **.** 2024 года, согласно которому В.К. опознала ФИО2 как лицо, совершившее в отношении неё преступление (т. 2 л.д. 149-154). Оценив все исследованные в ходе судебного разбирательства доказательства в их совокупности, суд находит их достаточными для установления вины подсудимого. Добытые доказательства являются допустимыми, поскольку получены из надлежащих источников с соблюдением процедуры, предусмотренной уголовно-процессуальным законодательством, и относятся к исследуемым событиям. Приведенные в основу приговора доказательства получены в соответствии с требованиями уголовно-процессуального закона, согласуются между собой и логически дополняют друг друга, поэтому признаются судом допустимыми, достоверными, а в совокупности достаточными для разрешения уголовного дела. У суда нет оснований не доверять показаниям представителей потерпевших, потерпевшей, свидетелей обвинения, протоколам следственных действий, которые согласуются между собой, и суд их расценивает, как достоверные. Оснований сомневаться в их незаинтересованности в исходе дела у суда не имеется. Представители потерпевших, потерпевшая ранее знакомы с подсудимым не были, оснований для оговора ими подсудимого судом не установлено, не приведено их и стороной защиты. По всем вмененным эпизодам краж нашла свое подтверждение и вмененная в обвинении стоимость похищенного имущества, определенная в соответствии с требованиями действующего законодательства. Доказанность вины ФИО2 в совершении грабежа суд находит несомненной, поскольку на него, как на лицо, совершившее данное деяние, прямо указала потерпевшая В.К., уверенно опознавшая его. Органом предварительного расследования ФИО2 инкриминировалось совершение квалифицированного грабежа, то есть открытого хищения чужого имущества, совершенного с применением насилия, не опасного для жизни или здоровья, что было квалифицировано органами предварительного следствия по п. «г» ч. 2 ст. 161 УК РФ . Проанализировав все представленные доказательства, суд приходит к выводу, что каких-либо объективных доказательств того, что ФИО2 при хищении товарно-материальных ценностей, принадлежащих АО «Тандер» по данному эпизоду, умышленно применял насилие не представлено. Квалифицирующий признак «с применением насилия, не опасного для жизни и здоровья» вменен органом предварительного следствия в связи с тем, что при грабеже ФИО2 вырвался из рук В.К. зацепив своей рукой последнюю, которая в последующем упала, испытав боль. Наступившие последствия (причинение физической боли В.К.) явились результатом избранного им способа завладения имуществом, что говорит о направленности его умысла на противоправное изъятие чужого имущества, а не о намеренном причинении вреда здоровью. Обстоятельства, инкриминируемые ФИО2, не согласуются с показаниями как подсудимого, так и самой В.К. В ходе судебного заседания факт совершения каких-либо активных целенаправленных действий со стороны подсудимого не установлен. Способ хищения, сопровождавшийся преодолением сопротивления В.К., пытавшейся удержать подсудимого, намеревавшегося покинуть магазин, не оплатив товар, не указывает на умысел со стороны подсудимого применить насилие к последней. Согласно п. 21 постановления Пленума Верховного Суда РФ от 27.12.2002 № 29 «О судебной практике по делам о краже, грабеже и разбое» под насилием, не опасным для жизни и здоровья потерпевшего, понимается причинение побоев или иных насильственных действий, связанных с причинением физической боли либо с ограничением свободы. В данном случае достоверных данных и доказательств, свидетельствующих о том, что насилие было умышленно применено со стороны подсудимого ФИО2 с целью подавления воли и возможного сопротивления со стороны потерпевшей В.К. при совершении открытого хищения имущества, в ходе судебного следствия не установлено. С учетом изложенного действия ФИО2 по эпизоду №10 подлежат переквалификации с п. «г» ч. 2 ст. 161 УК РФ на ч. 1 ст. 161 УК РФ , что улучшает положение подсудимого ФИО2 Таким образом, суд считает установленным, что ФИО2 совершил по эпизоду: - № 1 от **.**.2024 в отношении ООО «Агроторг» – кражу, то есть тайное хищение чужого имущества и квалифицирует его действия по ч. 1 ст. 158 УК РФ ; - № 2 от **.**.2024 в отношении ООО «Агроторг» – кражу, то есть тайное хищение чужого имущества и квалифицирует его действия по ч. 1 ст. 158 УК РФ ; - № 3 от **.**.2024 в отношении ООО «Агроторг» – кражу, то есть тайное хищение чужого имущества и квалифицирует его действия по ч. 1 ст. 158 УК РФ ; - № 4 от **.**.2024 в отношении ООО «Агроторг» – кражу, то есть тайное хищение чужого имущества и квалифицирует его действия по ч. 1 ст. 158 УК РФ ; - № 5 от **.**.2024 в отношении ООО «Агроторг» – кражу, то есть тайное хищение чужого имущества и квалифицирует его действия по ч. 1 ст. 158 УК РФ ; - № 6 от **.**.2024 в отношении ООО «Агроторг» – кражу, то есть тайное хищение чужого имущества и квалифицирует его действия по ч. 1 ст. 158 УК РФ ; - № 7 от **.**.2024 в отношении ООО «Агроторг» – кражу, то есть тайное хищение чужого имущества и квалифицирует его действия по ч. 1 ст. 158 УК РФ ; - № 8 от **.**.2024 в отношении ООО «Агроторг» – кражу, то есть тайное хищение чужого имущества и квалифицирует его действия по ч. 1 ст. 158 УК РФ ; - № 9 от **.**.2024 в отношении АО «Тандер» – кражу, то есть тайное хищение чужого имущества и квалифицирует его действия по ч. 1 ст. 158 УК РФ ; - № 10 в отношении АО «Тандер» и В.К. – грабёж, то есть открытое хищение чужого имущества, и квалифицирует его действия по ч. 1 ст. 161 УК РФ . Поведение подсудимого в судебном заседании не вызвало сомнений в его психической полноценности, поэтому суд признает ФИО2 вменяемым в отношении инкриминируемых ему преступлений, он подлежит уголовной ответственности и назначению наказания. Оснований для освобождения его от уголовной ответственности и наказания не имеется. В соответствии с положениями ст. , , ч. 3 ст. 60 УК РФ при определении наказания судом учитывается характер и степень общественной опасности преступлений, личность подсудимого, обстоятельства, смягчающие и отягчающие наказание, влияние назначаемого наказания на его исправление и условия жизни его семьи. ФИО2 в короткий промежуток времени совершил девять преступлений небольшой тяжести, а также преступление средней тяжести. Ранее он не судим (т. 4 л.д. 100, 102), в ГБУЗ Псковской области «Псковский областной клинический центр психиатрии и наркологии» (филиал «Псковский») на учётах не состоит (т. 4 л.д. 112, 109), в ГБУЗ Псковской области «Псковский областной клинический центр психиатрии и наркологии» на лечении не находился (т. 4 л.д. 116), по месту регистрации характеризуется удовлетворительно, поскольку жалоб на его поведение в быту в ОВД не поступало (т. 4 л.д. 122). Смягчающими наказание подсудимого ФИО2, обстоятельствами по всем инкриминируемым эпизодам суд учитывает в соответствии с ч. 2 ст. 61 УК РФ : полное признание вины, раскаяние в содеянном, принесение извинений потерпевшим, полное возмещение материального ущерба представителю потерпевшим, наличие на иждивении малолетнего ребенка; согласно п. «и» ч. 1 ст. 61 УК РФ - активное способствование раскрытию и расследованию преступлений, что выразилось в даче полных показаний и в участии в необходимых следственных действиях, по эпизодам 5-8, 10 – наличие явки с повинной. Оснований для признания иных обстоятельств в качестве смягчающих, судом не установлено. Обстоятельств, отягчающих наказание подсудимого ФИО2, предусмотренных ст. 63 УК РФ , судом не установлено. При определении вида и размера наказания суд учитывает характер и степень общественной опасности, конкретные обстоятельства совершенных преступлений, наличие совокупности смягчающих и отсутствие отягчающих наказание обстоятельств, данные о личности подсудимого, образе жизни, и в целях восстановления социальной справедливости и предупреждения совершения новых преступлений, назначает ФИО2 за каждое преступление наказание в виде исправительных работ, полагая, что именно данный вид наказания будет в полной мере способствовать достижению целей наказания, предусмотренных ст. 43 УК РФ , не усматривая оснований для применения положений ст. 73 УК РФ с учетом конкретных обстоятельств совершения преступлений, данных о личности подсудимого. Иные виды наказания, предусмотренные санкцией части 1 статьи 158 УК РФ , части 1 статьи 161 УК РФ не будут являться справедливыми и соответствовать характеру и степени общественной опасности преступления, обстоятельств его совершения и личности виновного, не смогут в достаточной степени обеспечить восстановление социальной справедливости, а также достигнуть цели исправления осужденного и предупреждения совершения им новых преступлений. Исключительных обстоятельств, связанных с целями и мотивами преступлений, поведением подсудимого до и после совершения деяний, а равно иных обстоятельств, которые могли бы существенно уменьшить степень его общественной опасности и явились бы основанием для применения правил ст. 64 УК РФ , суд не усматривает. Окончательное наказание ФИО2 суд назначает по правилам ч. 2 ст. 69 УК РФ путём путем поглощения менее строгого наказания более строгим. Оснований, предусмотренных ч.6 ст. 15 УК РФ для изменения категории преступления (по эпизоду №10) ФИО2 на менее тяжкую с учетом конкретных обстоятельств преступления и степени его общественной опасности, личности виновного, не имеется. Оснований для постановления приговора без назначения наказания и освобождения от наказания, а также для применения отсрочки отбывания наказания, не имеется. Исковые требования АО «Тандер» о возмещении материального ущерба в размере 4671 рубль 72 копейки (т. 2 л.д. 87), 3519 рублей 84 копейки (т. 1 л.д. 208), ООО «Агроторг» в размере 32813 рублей 74 копейки, с учетом полного возмещения в добровольном порядке подлежат оставлению без рассмотрения. При решении вопроса о вещественных доказательствах суд руководствуется требованиями ч. 3 ст. 81 УПК РФ . Процессуальные издержки в виде расходов на оплату труда адвоката Каширина Р.М., осуществлявшего защиту ФИО2 в ходе предварительного следствия, в размере 4452 рубля, а также адвоката Попова В.Ф. в размере 13356 рублей, подлежат взысканию с подсудимого в доход государства. Оснований для освобождения ФИО2 от выплаты судебных издержек в ходе судебного слушания не установлено. Он является трудоспособным лицом, инвалидности, ограничений к труду не имеет. На основании изложенного, руководствуясь ст.ст. - 309 УПК РФ , суд П Р И Г О В О Р И Л : ФИО2 признать виновным в совершении девяти преступлений, предусмотренных ч. 1 ст. 158 УК РФ и одного преступления, предусмотренного ч. 1 ст. 161 УК РФ и назначить ему наказание: - по ч. 1 ст. 158 УК РФ (эпизод № 1 от **.**.2024 в отношении ООО «Агроторг») в виде 5 (пяти) месяцев исправительных работ с удержанием 5 % заработка в доход государства, ежемесячно; - по ч. 1 ст. 158 УК РФ (эпизод № 2 от **.**.2024 в отношении ООО «Агроторг») в виде 5 (пяти) месяцев исправительных работ с удержанием 5 % заработка в доход государства, ежемесячно; - по ч. 1 ст. 158 УК РФ (эпизод № 3 от **.**.2024 в отношении ООО «Агроторг») в виде 5 (пяти) месяцев исправительных работ с удержанием 5 % заработка в доход государства, ежемесячно; - по ч. 1 ст. 158 УК РФ (эпизод № 4 от **.**.2024 в отношении ООО «Агроторг») в виде 5 (пяти) месяцев исправительных работ с удержанием 5 % заработка в доход государства, ежемесячно; - по ч. 1 ст. 158 УК РФ (эпизод № 5 от **.**.2024 в отношении ООО «Агроторг») в виде 4 (четырех) месяцев исправительных работ с удержанием 5 % заработка в доход государства, ежемесячно; - по ч. 1 ст. 158 УК РФ (эпизод № 6 от **.**.2024 в отношении ООО «Агроторг») в виде 4 (четырех) месяцев исправительных работ с удержанием 5 % заработка в доход государства, ежемесячно; - по ч. 1 ст. 158 УК РФ (эпизод № 7 от **.**.2024 в отношении ООО «Агроторг») в виде 4 (четырех) месяцев исправительных работ с удержанием 5 % заработка в доход государства, ежемесячно; - по ч. 1 ст. 158 УК РФ (эпизод № 8 от **.**.2024 в отношении ООО «Агроторг») в виде 4 (четырех) месяцев исправительных работ с удержанием 5 % заработка в доход государства, ежемесячно; - по ч. 1 ст. 158 УК РФ (эпизод № 9 от **.**.2024 в отношении АО «Тандер») в виде 6 (шести) месяцев исправительных работ с удержанием 5 % заработка в доход государства, ежемесячно; - по ч. 1 ст. 161 УК РФ (эпизод № 10 от **.**.2024 АО «Тандер») в виде 1 (одного) года 4 (четырех) месяцев исправительных работ с удержанием 5 % заработка в доход государства, ежемесячно. На основании ч. 2 ст. 69 УК РФ по совокупности преступлений путем поглощения менее строгого наказания более строгим окончательно назначить ФИО2 наказание в виде 1 (одного) года 4 (четырех) месяцев исправительных работ с удержанием 5 % заработка в доход государства, ежемесячно. Меру пресечения ФИО2 в виде заключения под стражу отменить, освободить его из-под стражи немедленно в зале суда. На основании ч. 3 ст. 72 УК РФ время содержания ФИО2 под стражей с **.**.2025 зачесть в срок исправительных работ из расчета один день содержания под стражей за три дня отбывания наказания в виде исправительных работ. Процессуальные издержки в виде расходов на оплату труда адвоката Каширина Р.М. в размере 4452 рубля, а также адвоката Попова В.Ф. в размере 13356 рублей, понесенные в ходе предварительного следствия, взыскать с осужденного ФИО2 После вступления приговора в законную силу вещественные доказательства: - справка об ущербе от **.** 2024 года, перечень расхождений, счёт-фактура № **; справка об ущербе от **.** 2024 года, перечень расхождений на 2 листах, счёт-фактура № **, счёт-фактура № **, счёт-фактура № **; оптический диск, содержащий видеозаписи от **.** 2024 года (&lt;адрес&gt;); справка об ущербе от **.** 2024 года на 1 листе, счёт-фактура № **; оптический диск, содержащий видеозаписи от **.** 2024 года (&lt;адрес&gt;); справка об ущербе от **.** 2024 года на 1 листе, счёт-фактура № **; след фаланги пальца 14х15 мм и дактилоскопическая карта ФИО2; оптический диск, содержащий видеозаписи от **.** 2024 года, хранящиеся при материалах уголовного дела, оставить при деле на весь срок его хранения. Приговор может быть обжалован в течение 15 суток со дня постановления в Псковский областной суд через Псковский городской суд, а осужденным, содержащимся под стражей, – в тот же срок со дня вручения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а если дело подлежит рассмотрению по представлению прокурора или по жалобе другого лица, то в отдельном ходатайстве или возражениях на жалобу или представление, а также поручить осуществление своей защиты избранному им защитнику, либо ходатайствовать перед судом о назначении защитника. Председательствующий В.В. Куликова Приговор в апелляционном порядке не обжаловался, вступил в законную силу. Суд: Псковский городской суд (Псковская область) (подробнее) Судьи дела: Куликова Виктория Васильевна (судья) (подробнее)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