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Ханты-Мансийск</w:t>
      </w:r>
    </w:p>
    <w:p>
      <w:pPr>
        <w:spacing w:after="200"/>
        <w:jc w:val="center"/>
      </w:pPr>
      <w:r>
        <w:rPr>
          <w:rFonts w:ascii="Times New Roman" w:hAnsi="Times New Roman" w:eastAsia="Times New Roman" w:cs="Times New Roman"/>
          <w:b w:val="0"/>
          <w:i w:val="0"/>
          <w:sz w:val="22"/>
        </w:rPr>
        <w:t>04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период с ДД.ММ.ГГГГ по ДД.ММ.ГГГГ, находясь в кабинете бухгалтера ИП ФИО7, расположенном по адресу: &lt;адрес&gt;, обладая в силу заключенного ДД.ММ.ГГГГ между ООО «Инфолайт» (ИНН &lt;***&gt;), в котором ФИО1 является учредителем, директором и единственным сотрудником, и ИП ФИО7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вознаграждение за оказание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145 000 рублей с назначением платежа «оплата по счету № от ДД.ММ.ГГГГ за оказание бухгалтерских услуг за период с ДД.ММ.ГГГГ по ДД.ММ.ГГГГ», и, используя программное обеспечение «Банк-Клиент», направила его на оплату путем безналичного расчета в ПАО «Сбербанк», после чего ДД.ММ.ГГГГ банковская организация перечислила с расчетного счета ИП ФИО7 № денежные средства в размере 145 000 рублей на расчетный счет ООО «ИнфоЛайт» №, открытый в дополнительном офисе № ПАО «Сбербанк» по адресу: &lt;адрес&gt;, заведомо для ФИО1 не подлежащие выплате. Далее, ФИО1, с целью сокрытия от ИП ФИО7 факта необоснованного перечисления денежных средств, уничтожила платежное поручение № от ДД.ММ.ГГГГ и удалила указанные сведения из программы «1С: Бухгалтерия», тем самым умышленно уничтожив информацию о сформированном ею заведомо подложном платежном поручении. Впоследствии, ДД.ММ.ГГГГ, ФИО1, опасаясь обнаружения ИП ФИО7 ее противоправных действий, внесла на расчетный счет ИП ФИО7 № часть ранее незаконно перечисленных ею на расчетный счет ООО «ИнфоЛайт» № денежных средств в размере 70 000 рублей, тем самым совершив хищение в общей сумме 76 000 рублей, которыми впоследствии распорядилась по своему усмотрению. В результате действий, совершенных ФИО1, ИП ФИО7 причинен материальный ущерб на общую сумму 76 000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ФИО6,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ФИО6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ФИО6,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ФИО6, достоверно зная о том, что ООО «ИнфоЛайт» не подлежит выплате излишнее вознаграждение за оказание бухгалтерских услуг ИП ФИО6 из расчета 15 000 рублей за один месяц с ДД.ММ.ГГГГ по ДД.ММ.ГГГГ, из корыстной заинтересованности, имея единый преступный умысел, направленный на систематическое хищение вверенных ей денежных средств, путем злоупотребления доверием ИП ФИО6, не осведомленной о преступном характере совершаемых ФИО1 действий, обладая сведениями о сумме денежных средств, находящихся на расчетном счете ИП ФИО6,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платежные поручения: № от ДД.ММ.ГГГГ на сумму 10 000 рублей, № от ДД.ММ.ГГГГ на сумму 45 000 рублей, № от ДД.ММ.ГГГГ на сумму 11 000 рублей, № от ДД.ММ.ГГГГ на сумму 65 000 рублей, № от ДД.ММ.ГГГГ на сумму 77 000 рублей, № от ДД.ММ.ГГГГ на сумму 43 600 рублей, с единым назначением платежа «оплата по счету № от ДД.ММ.ГГГГ за оказание бухгалтерских услуг за период с ДД.ММ.ГГГГ по 15.02.2023»; платежное поручение № от ДД.ММ.ГГГГ на сумму 61 000 рублей с назначением платежа «оплата по счету № от ДД.ММ.ГГГГ за оказание бухгалтерских услуг за период с ДД.ММ.ГГГГ по 15.02.2023»; а также платежные поручения: № от ДД.ММ.ГГГГ на сумму 55 000 рублей и № от ДД.ММ.ГГГГ на сумму 47 000 рублей, № от ДД.ММ.ГГГГ на сумму 24 000 рублей, с единым назначением платежа «оплата по счету № от ДД.ММ.ГГГГ за оказание бухгалтерских услуг за период с ДД.ММ.ГГГГ по 15.03.2023», и, используя программное обеспечение «Банк-Клиент», в же день направила их на оплату путем безналичного расчета в ПАО «Сбербанк», после чего в период с ДД.ММ.ГГГГ по ДД.ММ.ГГГГ банковская организация перечислила с расчетного счета ИП ФИО6 № на расчетный счет ООО «ИнфоЛайт» №, открытый в дополнительном офисе № ПАО «Сбербанк» по адресу: &lt;адрес&gt;, денежные средства, а именно: ДД.ММ.ГГГГ в сумме 10 000 рублей, ДД.ММ.ГГГГ в сумме 45 000 рублей, ДД.ММ.ГГГГ в сумме 11 000 рублей и в сумме 65 000 рублей, ДД.ММ.ГГГГ в сумме 77 000 рублей, ДД.ММ.ГГГГ в сумме 43 600 рублей, ДД.ММ.ГГГГ в сумме 61 000 рублей (из которых 15 000 рублей выплачены в счет оказания ООО «ИнфоЛайт», ИП ФИО6, бухгалтерских услуг за период с ДД.ММ.ГГГГ по ДД.ММ.ГГГГ, а 46 000 рублей начислены и выплачены излишне); ДД.ММ.ГГГГ в сумме 55 000 рублей, ДД.ММ.ГГГГ в сумме 47 000 рублей, ДД.ММ.ГГГГ в сумме 24 000 рублей, которые в общем размере 423 600 рублей заведомо для ФИО1 не подлежали выплате в качестве вознаграждения за оказанные ООО «ИнфоЛайт» ИП ФИО6 бухгалтерские услуги, то есть начислены и выплачены излишне, которыми впоследствии ФИО1 распорядилась по своему усмотрению. Затем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ФИО6 причинен материальный ущерб на общую сумму 423 600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ФИО1, ДД.ММ.ГГГГ, находясь в кабинете бухгалтера ИП ФИО7,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ФИО7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38 300 рублей с назначением платежа «оплата по счету № от ДД.ММ.ГГГГ за оказание бухгалтерских услуг за период с ДД.ММ.ГГГГ по 15.03.2023», и, используя программное обеспечение «Банк-Клиент», направила его на оплату путем безналичного расчета в ПАО «Сбербанк», после чего ДД.ММ.ГГГГ банковская организация перечислила с расчетного счета ИП ФИО7 № денежные средства в размере 38 300 рублей на расчетный счет ООО «ИнфоЛайт» №, открытый в дополнительном офисе № ПАО «Сбербанк» по адресу: &lt;адрес&gt;, заведомо для ФИО1 не подлежащие выплате, которыми впоследствии распорядилась по своему усмотрению. Затем ФИО1 с целью сокрытия своих преступных действий внесла изменения в программу «1С: Бухгалтерия», тем самым умышленно уничтожив информацию о сформированном ею заведомо подложном платежном поручении. В результате действий, совершенных ФИО1, ИП ФИО7 причинен материальный ущерб на общую сумму 38 300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ФИО1, в неустановленное время ДД.ММ.ГГГГ, находясь в кабинете бухгалтера ИП ФИО6,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ФИО6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ФИО6,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ФИО6, из корыстной заинтересованности, имея корыстный преступный умысел, используя служебное положение, путем злоупотребления доверием ИП ФИО6, не осведомленной о преступном характере совершаемых ФИО1 действий, обладая сведениями о сумме одновременно находящихся на расчетном счете ИП ФИО6, денежных средств, и сочтя ее недостаточной для обращения в свое пользование, определила сумму денежных средств, подлежащую по ее решению хищению в указанный момент, после чего, обладая свободным доступом к указанному счету и используя электронно-цифровую подпись последней, вверенную ей ФИО6, сформировала в платформе «Сбербанк Бизнес Онлайн» и направила путем использования программы дистанционного банковского обслуживания «Банк-Клиент» в ПАО «Сбербанк» заявление о присоединении к общим условиям кредитования юридического лица и индивидуального предпринимателя №, тем самым выразив от лица ИП ФИО6, не подозревающей о противоправных действиях ФИО1 в ее отношении, заведомо ложное согласие на получение ИП ФИО6 кредита в сумме 500 000 рублей с зачислением на расчетный счет ИП ФИО6 №. Впоследствии ФИО1, имея доступ к вышеуказанному расчетному счету ИП ФИО6, достоверно убедившись в зачислении на основании платежного поручения № от ДД.ММ.ГГГГ кредита в сумме 500 000 рублей с зачислением на расчетный счет ИП ФИО6 №, в продолжение умысла, направленного на хищение денежных средств, принадлежащих ИП ФИО6, находясь в кабинете бухгалтера ИП ФИО6, расположенном по адресу: &lt;адрес&gt;, в период с ДД.ММ.ГГГГ по ДД.ММ.ГГГГ сформировала в программном продукте «1С: Бухгалтерия» платежные поручения: № от ДД.ММ.ГГГГ на сумму 125 000 рублей, № от ДД.ММ.ГГГГ на сумму 20 000 рублей, № от ДД.ММ.ГГГГ на сумму 45 000 рублей, № от ДД.ММ.ГГГГ на сумму 63 000 рублей, № от ДД.ММ.ГГГГ на сумму 37 000 рублей, № от ДД.ММ.ГГГГ на сумму 38 000 рублей, № от ДД.ММ.ГГГГ на сумму 62 000 рублей, № от ДД.ММ.ГГГГ на сумму 103 000 рублей, с единым назначением платежа «оплата по договору займа от 28. 03. 2023 г», заверила их электронно-цифровой подписью ИП ФИО6, находившейся в ее свободном доступе, и, используя программное обеспечение дистанционного банковского обслуживания «Банк-Клиент», в те же даты направила их на оплату путем безналичного расчета в ПАО «Сбербанк», после чего в период с ДД.ММ.ГГГГ по ДД.ММ.ГГГГ банковская организация перечислила с расчетного счета ИП ФИО6 №, на расчетный счет ООО «ИнфоЛайт» №, открытый в дополнительном офисе № ПАО «Сбербанк» по адресу: &lt;адрес&gt;, денежные средства, а именно: ДД.ММ.ГГГГ в сумме 125 000 рублей, ДД.ММ.ГГГГ в сумме 20 000 рублей, ДД.ММ.ГГГГ в сумме 45 000 рублей, ДД.ММ.ГГГГ в сумме 63 000 рублей, ДД.ММ.ГГГГ в сумме 37 000 рублей, ДД.ММ.ГГГГ в сумме 38 000 рублей, ДД.ММ.ГГГГ в сумме 62 000 рублей, ДД.ММ.ГГГГ на сумму 103 000 рублей, а всего в сумме 493 000 рублей, которыми ФИО1 впоследствии распорядилась по своему усмотрению. Затем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ФИО6 причинен материальный ущерб на общую сумму 493 000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ФИО6,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ФИО6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ФИО6,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ФИО6, достоверно зная о том, что ООО «ИнфоЛайт» не подлежит выплате излишнее вознаграждение за оказание бухгалтерских услуг ИП ФИО6 из расчета 15 000 рублей за один месяц с ДД.ММ.ГГГГ по ДД.ММ.ГГГГ, из корыстной заинтересованности, имея единый преступный умысел, направленный на систематическое хищение вверенных ей денежных средств, путем злоупотребления доверием ИП ФИО6, не осведомленного о преступном характере совершаемых ФИО1 действий, обладая сведениями о сумме денежных средств, находящихся на расчетном счете ИП ФИО6,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платежные поручения: № от ДД.ММ.ГГГГ на сумму 9 000 рублей, № от ДД.ММ.ГГГГ на сумму 20 000 рублей, с единым назначением платежа «оплата по счету 15 от ДД.ММ.ГГГГ за бухгалтерское обслуживание»; № от ДД.ММ.ГГГГ на сумму 3 000 рублей, № от ДД.ММ.ГГГГ на сумму 58 000 рублей, № от ДД.ММ.ГГГГ на сумму 73 000 рублей, № от ДД.ММ.ГГГГ на сумму 94 000 рублей, № от ДД.ММ.ГГГГ на сумму 46 000 рублей с единым назначением платежа «оплата по счету 16 от ДД.ММ.ГГГГ за бухгалтерское обслуживание», и, используя программное обеспечение «Банк-Клиент», направила их на оплату путем безналичного расчета в ПАО «Сбербанк», после чего в период с ДД.ММ.ГГГГ по ДД.ММ.ГГГГ банковская организация перечислила с расчетного счета ИП ФИО6 №, открытого в Западно-Сибирском отделении № ПАО «Сбербанк» &lt;адрес&gt;, на расчетный счет ООО «ИнфоЛайт» №, открытый в дополнительном офисе № ПАО «Сбербанк» по адресу: &lt;адрес&gt;, денежные средства, а именно: ДД.ММ.ГГГГ в сумме 9 000 рублей, ДД.ММ.ГГГГ в сумме 20 000 рублей, ДД.ММ.ГГГГ в сумме 3 000 рублей, ДД.ММ.ГГГГ в сумме 58 000 рублей, ДД.ММ.ГГГГ в сумме 73 000 рублей (из которых 15 000 рублей выплачены в счет оказания ООО «ИнфоЛайт», ИП ФИО6, бухгалтерских услуг за период с ДД.ММ.ГГГГ по ДД.ММ.ГГГГ, а 58 000 рублей начислены и выплачены излишне), ДД.ММ.ГГГГ в сумме 94 000 рублей, ДД.ММ.ГГГГ на сумму 46 000 рублей, из которых денежные средства в общем размере 288 000 рублей заведомо для ФИО1 не подлежали выплате в качестве вознаграждения за оказанные ООО «ИнфоЛайт», ИП ФИО6 бухгалтерские услуги, то есть начислены и выплачены излишне, которыми ФИО1 распорядилась по своему усмотрению. Затем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ФИО6 причинен материальный ущерб на общую сумму 288 000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ФИО7,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ФИО7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70 548 рублей с назначением платежа «оплата по счету № от ДД.ММ.ГГГГ за оказание бухгалтерских услуг за период с ДД.ММ.ГГГГ по ДД.ММ.ГГГГ», и, используя программное обеспечение «Банк-Клиент», направила его на оплату путем безналичного расчета в ПАО «Сбербанк», после чего банковская организация перечислила с расчетного счета ИП ФИО7 №, открытого в Западно-Сибирском отделении № ПАО «Сбербанк» &lt;...&gt; 548 рублей на расчетный счет ООО «ИнфоЛайт» №, открытый в дополнительном офисе № ПАО «Сбербанк» по адресу: &lt;адрес&gt;, заведомо для ФИО1 не подлежащие выплате. Не удовлетворившись содеянным, в продолжение корыстного преступного умысла, ДД.ММ.ГГГГ ФИО1, находясь в кабинете бухгалтера ИП ФИО7, расположенном по адресу: &lt;адрес&gt;, достоверно зная о том, что ООО «ИнфоЛайт» не подлежит выплате излишнее вознаграждение за оказание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1 500 рублей и платежное поручение № от ДД.ММ.ГГГГ на сумму 10 000 рублей, с единым назначением платежа «оплата по счету № от ДД.ММ.ГГГГ за оказание бухгалтерских услуг за период с ДД.ММ.ГГГГ по 15.04.2023», и, используя программное обеспечение «Банк-Клиент», направила их на оплату путем безналичного расчета в ПАО «Сбербанк», после чего банковская организация ДД.ММ.ГГГГ перечислила с расчетного счета ИП ФИО7 №, открытого в Западно-Сибирском отделении № ПАО «Сбербанк» г.Тюмень, на расчетный счет ООО «ИнфоЛайт» №, открытый в дополнительном офисе № ПАО «Сбербанк» по адресу: &lt;адрес&gt;, 1 500 и 10 000 рублей соответственно, заведомо для ФИО1 не подлежащие выплате, которыми впоследствии распорядилась по своему усмотрению. Затем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ФИО7 причинен материальный ущерб на общую сумму 82 048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ФИО1, ДД.ММ.ГГГГ, находясь в кабинете бухгалтера ИП ФИО7,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ФИО7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15 000 рублей с назначением платежа «оплата по счету № от 02.05 2023 за оказание бухгалтерских услуг за период с ДД.ММ.ГГГГ по 15.05.2023», и, используя программное обеспечение «Банк-Клиент», в тот же день (ДД.ММ.ГГГГ) направила его на оплату путем безналичного расчета в ПАО «Сбербанк», после чего ДД.ММ.ГГГГ банковская организация перечислила с расчетного счета ИП ФИО7 №, открытого в Западно-Сибирском отделении № ПАО «Сбербанк» &lt;адрес&gt;, 15 000 рублей на расчетный счет ООО «ИнфоЛайт» №, открытый в дополнительном офисе № ПАО «Сбербанк» по адресу: &lt;адрес&gt;, заведомо для ФИО1 не подлежащие выплате. Кроме того, не удовлетворившись содеянным, в продолжение корыстного преступного умысла, ДД.ММ.ГГГГ ФИО1, находясь в кабинете бухгалтера ИП ФИО7, расположенном по адресу: &lt;адрес&gt;, достоверно зная о том, что ООО «ИнфоЛайт» не подлежит выплате излишнее вознаграждение за оказание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10 000 рублей с назначением платежа «оплата по счету № от ДД.ММ.ГГГГ за оказание бухгалтерских услуг за период с ДД.ММ.ГГГГ по 15.05.2023», и, используя программное обеспечение «Банк-Клиент», в тот же день (ДД.ММ.ГГГГ) направила его на оплату путем безналичного расчета в ПАО «Сбербанк», после чего ДД.ММ.ГГГГ банковская организация перечислила с расчетного счета ИП ФИО7 №, открытого в Западно-Сибирском отделении № ПАО «Сбербанк» &lt;адрес&gt;, 10 000 рублей на расчетный счет ООО «ИнфоЛайт» №, открытый в Филиале Западно-Сибирском Банка «Финансовая Корпорация Открытие», расположенном по адресу: &lt;адрес&gt;, заведомо для ФИО1 не подлежащие выплате, которыми впоследствии распорядилась по своему усмотрению. Впоследствии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ФИО7 причинен материальный ущерб на общую сумму 25 000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ФИО7,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ФИО7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и имея доступ к нему,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и имея доступ к расчетному счету ИП ФИО8, ФИО1, используя служебное положение, умалчивая о внесении в платежное поручение завышенного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путем формирования реестров, содержащих заведомо ложные сведения о назначении платежа, а именно: ДД.ММ.ГГГГ в сумме 105 000 рублей с назначением платежа «прочие выплаты по реестру № от ДД.ММ.ГГГГ в соответствии с договором 67252017 от 06.02.2018»; ДД.ММ.ГГГГ в сумме 21 000 рублей с назначением платежа «прочие выплаты по реестру № от ДД.ММ.ГГГГ в соответствии с договором 67252017 от 06.02.2018»; ДД.ММ.ГГГГ в сумме 41 000 рублей с назначением платежа «прочие выплаты по реестру № от ДД.ММ.ГГГГ в соответствии с договором 67252017 от 06.02.2018»; ДД.ММ.ГГГГ в сумме 9 000 рублей с назначением платежа «прочие выплаты по реестру № от ДД.ММ.ГГГГ в соответствии с договором № от 06.02.2018»; ДД.ММ.ГГГГ в сумме 16 000 рублей с назначением платежа «прочие выплаты по реестру № от ДД.ММ.ГГГГ в соответствии с договором № от ДД.ММ.ГГГГ»; ДД.ММ.ГГГГ в сумме 16 000 рублей с назначением платежа «прочие выплаты по реестру № от ДД.ММ.ГГГГ в соответствии с договором № от ДД.ММ.ГГГГ»; ДД.ММ.ГГГГ в сумме 3 000 рублей с назначением платежа «прочие выплаты по реестру № от ДД.ММ.ГГГГ в соответствии с договором № от ДД.ММ.ГГГГ»; ДД.ММ.ГГГГ в сумме 49 000 рублей с назначением платежа «прочие выплаты по реестру № от ДД.ММ.ГГГГ в соответствии с договором № от ДД.ММ.ГГГГ»; ДД.ММ.ГГГГ в сумме 16 000 рублей с назначением платежа «прочие выплаты по реестру № от ДД.ММ.ГГГГ в соответствии с договором № от 06.02.2018», и в те же даты направила их на оплату, после чего банковская организация в период с ДД.ММ.ГГГГ по ДД.ММ.ГГГГ перечислила с расчетного счета ИП ФИО7 №, открытого в Западно-Сибирском отделении № ПАО «Сбербанк» &lt;адрес&gt;,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105 000 рублей; ДД.ММ.ГГГГ в сумме 21 000 рублей; ДД.ММ.ГГГГ в сумме 41 000 рублей; ДД.ММ.ГГГГ в сумме 9 000 рублей; ДД.ММ.ГГГГ в сумме 16 000 рублей; ДД.ММ.ГГГГ в сумме 16 000 рублей; ДД.ММ.ГГГГ в сумме 3 000 рублей; ДД.ММ.ГГГГ в сумме 49 000 рублей; ДД.ММ.ГГГГ в сумме 16 000 рублей, а всего в общем размере 276 000 рублей, которые заведомо для ФИО1 не подлежали выплате в качестве вознаграждения за оказанные ООО «ИнфоЛайт», ИП ФИО7 бухгалтерские услуги, то есть начислены и выплачены излишне, и которыми впоследствии она распорядилась по своему усмотрению. В результате действий, совершенных ФИО1 ИП ФИО7 причинен материальный ущерб на общую сумму 276 000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ФИО6,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ФИО6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ФИО6,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ФИО6,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ФИО6, из корыстной заинтересованности, имея преступный умысел, направленный на хищение вверенных ей денежных средств, путем злоупотребления доверием ИП ФИО6, не осведомленного о преступном характере совершаемых ФИО1 действий, обладая сведениями о сумме денежных средств, находящихся на расчетном счете ИП ФИО6,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ФИО1, используя служебное положение, умалчивая об умышленном завышении завышенного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путем формирования реестров, содержащих заведомо ложные сведения о назначении платежа, а именно: ДД.ММ.ГГГГ в сумме 21 000 рублей с назначением платежа «выплаты по договорам ГПХ по реестру № от ДД.ММ.ГГГГ в соответствии с договором № от ДД.ММ.ГГГГ»; ДД.ММ.ГГГГ в сумме 41 000 рублей с назначением платежа «выплата под отчет по реестру № от ДД.ММ.ГГГГ в соответствии с договором № от ДД.ММ.ГГГГ»; ДД.ММ.ГГГГ в сумме 53 900 рублей с назначением платежа «выплата под отчет по реестру № от ДД.ММ.ГГГГ в соответствии с договором № от ДД.ММ.ГГГГ»; ДД.ММ.ГГГГ в сумме 10 000 рублей с назначением платежа «денежное вознаграждение по реестру № от ДД.ММ.ГГГГ в соответствии с договором 83011527 от 16.02.2021», и в те же даты направила их на оплату, после чего банковская организация перечислила с расчетного счета ИП ФИО6 №, открытого в Западно-Сибирском отделении № ПАО «Сбербанк» &lt;адрес&gt;,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21 000 рублей; ДД.ММ.ГГГГ в сумме 41 000 рублей; ДД.ММ.ГГГГ в сумме 53 900 рублей; ДД.ММ.ГГГГ в сумме 10 000 рублей, а всего в общем размере 125 900 рублей, которые заведомо для ФИО1 не подлежали выплате в качестве вознаграждения за оказанные ООО «ИнфоЛайт», ИП ФИО6 бухгалтерские услуги, то есть начислены и выплачены излишне, и которыми впоследствии она распорядилась по своему усмотрению. В результате действий, совершенных ФИО1 ИП ФИО6 причинен материальный ущерб на общую сумму 125 900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ФИО6,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ФИО6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ФИО6,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ФИО6,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ФИО6, не осведомленной о преступном характере совершаемых ФИО1 действий, обладая сведениями о сумме денежных средств, находящихся на расчетном счете ИП ФИО6,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и электронно-цифровую подпись ИП ФИО6, находившуюся в ее свободном доступе, ФИО1, используя служебное положение, умалчивая об умышленном завышении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путем формирования реестров, содержащих заведомо ложные сведения о назначении платежа, а именно: ДД.ММ.ГГГГ в сумме 81 000 рублей с назначением платежа «денежное вознаграждение по реестру № от ДД.ММ.ГГГГ в соответствии с договором № от ДД.ММ.ГГГГ» и в сумме 39 500 рублей с назначением платежа «денежное вознаграждение по реестру № от ДД.ММ.ГГГГ в соответствии с договором 83011527 от 16.02.2021»; ДД.ММ.ГГГГ в сумме 82 100 рублей с назначением платежа «выплата под отчет по реестру № от ДД.ММ.ГГГГ в соответствии с договором № от ДД.ММ.ГГГГ»; ДД.ММ.ГГГГ в сумме 41 000 рублей с назначением платежа «выплата под отчет по реестру № от ДД.ММ.ГГГГ в соответствии с договором № от ДД.ММ.ГГГГ» и в сумме 22 500 рублей с назначением платежа «выплата под отчет по реестру № от ДД.ММ.ГГГГ в соответствии с договором № от ДД.ММ.ГГГГ»; ДД.ММ.ГГГГ в сумме 11 000 рублей с назначением платежа «выплата под отчет по реестру № от ДД.ММ.ГГГГ в соответствии с договором 83011527 от 16.02.2021»; ДД.ММ.ГГГГ в сумме 5 000 рублей с назначением платежа «выплата под отчет по реестру № от ДД.ММ.ГГГГ в соответствии с договором № от ДД.ММ.ГГГГ»; ДД.ММ.ГГГГ в сумме 2 000 рублей с назначением платежа «выплата под отчет по реестру № от ДД.ММ.ГГГГ в соответствии с договором № от ДД.ММ.ГГГГ», и в те же даты направила их на оплату, после чего банковская организация перечислила с расчетного счета ИП ФИО6 №, открытого в Западно-Сибирском отделении № ПАО «Сбербанк» &lt;адрес&gt;,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81 000 рублей и в сумме 39 500 рублей; ДД.ММ.ГГГГ в сумме 82 100 рублей; ДД.ММ.ГГГГ в сумме 41 000 рублей и в сумме 22 500 рублей; ДД.ММ.ГГГГ в сумме 11 000 рублей; ДД.ММ.ГГГГ в сумме 5 000 рублей; ДД.ММ.ГГГГ в сумме 2 000 рублей, а всего в размере 284 100 рублей, которые заведомо для ФИО1 не подлежали выплате в качестве вознаграждения за оказанные ООО «ИнфоЛайт», ИП ФИО6 бухгалтерские услуги, то есть начислены и выплачены излишне, и которыми впоследствии она распорядилась по своему усмотрению. В результате действий, совершенных ФИО1, ИП ФИО6 причинен материальный ущерб на общую сумму 284 100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ФИО7, расположенном по адресу: &lt;адрес&gt;, обладая в силу заключенного ДД.ММ.ГГГГ между ООО «Инфолайт» (ИНН &lt;***&gt;), в котором ФИО1 является единственным участником, директором и единственным сотрудником, и ИП ФИО7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ФИО1, используя служебное положение, умалчивая об умышленном завышении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путем формирования реестров, содержащих заведомо ложные сведения о назначении платежа, а именно: ДД.ММ.ГГГГ в сумме 25 000 рублей с назначением платежа «прочие выплаты по реестру № от ДД.ММ.ГГГГ в соответствии с договором № от ДД.ММ.ГГГГ»; ДД.ММ.ГГГГ в сумме 2 000 рублей с назначением платежа «прочие выплаты по реестру № от ДД.ММ.ГГГГ в соответствии с договором № от ДД.ММ.ГГГГ»; ДД.ММ.ГГГГ в сумме 5 000 рублей с назначением платежа «прочие выплаты по реестру № от ДД.ММ.ГГГГ в соответствии с договором № от ДД.ММ.ГГГГ»; ДД.ММ.ГГГГ в сумме 8 000 рублей с назначением платежа «прочие выплаты по реестру № от ДД.ММ.ГГГГ в соответствии с договором 67252017 от 06.02.2018»; ДД.ММ.ГГГГ в сумме 5 000 рублей с назначением платежа «прочие выплаты по реестру № от ДД.ММ.ГГГГ в соответствии с договором № от ДД.ММ.ГГГГ»; ДД.ММ.ГГГГ в сумме 8 000 рублей с назначением платежа «прочие выплаты по реестру № от ДД.ММ.ГГГГ в соответствии с договором № от ДД.ММ.ГГГГ»; ДД.ММ.ГГГГ в сумме 14 000 рублей с назначением платежа «прочие выплаты по реестру № от ДД.ММ.ГГГГ в соответствии с договором 67252017 от 06.02.2018»; ДД.ММ.ГГГГ в сумме 26 000 рублей с назначением платежа «прочие выплаты по реестру № от ДД.ММ.ГГГГ в соответствии с договором № от ДД.ММ.ГГГГ»; ДД.ММ.ГГГГ в сумме 74 000 рублей с назначением платежа «прочие выплаты по реестру № от ДД.ММ.ГГГГ в соответствии с договором № от ДД.ММ.ГГГГ» и в сумме 43 000 рублей с назначением платежа «прочие выплаты по реестру № от ДД.ММ.ГГГГ в соответствии с договором № от ДД.ММ.ГГГГ»; ДД.ММ.ГГГГ в сумме 110 000 рублей с назначением платежа «прочие выплаты по реестру № от ДД.ММ.ГГГГ в соответствии с договором № от ДД.ММ.ГГГГ» и в сумме 30 000 рублей с назначением платежа «прочие выплаты по реестру № от ДД.ММ.ГГГГ в соответствии с договором 67252017 от 06.02.2018»; ДД.ММ.ГГГГ в сумме 68 040 рублей с назначением платежа «прочие выплаты по реестру № от ДД.ММ.ГГГГ в соответствии с договором 67252017 от 06.02.2018»; ДД.ММ.ГГГГ в сумме 17 600 рублей с назначением платежа «прочие выплаты по реестру № от ДД.ММ.ГГГГ в соответствии с договором № от ДД.ММ.ГГГГ», и в те же даты направила их на оплату, после чего банковская организация перечислила с расчетного счета ИП ФИО7 №, открытого в Западно-Сибирском отделении № ПАО «Сбербанк» г.Тюмень,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25 000 рублей; ДД.ММ.ГГГГ в сумме 2 000 рублей; ДД.ММ.ГГГГ в сумме 5 000 рублей; ДД.ММ.ГГГГ в сумме 8 000 рублей; ДД.ММ.ГГГГ в сумме 5 000 рублей; ДД.ММ.ГГГГ в сумме 8 000 рублей; ДД.ММ.ГГГГ в сумме 14 000 рублей; ДД.ММ.ГГГГ в сумме 26 000 рублей; ДД.ММ.ГГГГ в сумме 74 000 рублей и в сумме 43 000 рублей; ДД.ММ.ГГГГ в сумме 110 000 рублей и в сумме 30 000 рублей; ДД.ММ.ГГГГ в сумме 68 040 рублей; ДД.ММ.ГГГГ в сумме 17 600 рублей, а всего в общем размере 435 640 рублей, которые заведомо для ФИО1 не подлежали выплате в качестве вознаграждения за оказанные ООО «ИнфоЛайт», ИП ФИО7 бухгалтерские услуги, то есть начислены и выплачены излишне, и которыми впоследствии она распорядилась по своему усмотрению. В результате действий, совершенных ФИО1, ИП ФИО7 причинен материальный ущерб на общую сумму 435 640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ФИО7, расположенном по адресу: &lt;адрес&gt;, обладая в силу заключенного ДД.ММ.ГГГГ между ИП ФИО7 и ООО «Инфолайт» (ИНН &lt;***&gt;), в котором ФИО1 является единственным участником, директором и единственным сотрудником,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1 100 рублей, и платежное поручение № от ДД.ММ.ГГГГ на сумму 38 000 рублей, с единым назначением платежа «оплата по счету № от ДД.ММ.ГГГГ 2023 за оказание бухгалтерских услуг за период с ДД.ММ.ГГГГ по 15.06.2023», и, используя программное обеспечение «Банк-Клиент», направила их на оплату путем безналичного расчета в ПАО «Сбербанк», после чего банковская организация перечислила с расчетного счета ИП ФИО7 №, открытого в Западно-Сибирском отделении № ПАО «Сбербанк» &lt;адрес&gt;, 1 100 и 38 000 рублей соответственно на расчетный счет ООО «ИнфоЛайт» №, открытый в дополнительном офисе № ПАО «Сбербанк» по адресу: &lt;адрес&gt;, из которых 24 100 рублей заведомо для ФИО1 не подлежали выплате в качестве вознаграждения за оказанные ООО «ИнфоЛайт», ИП ФИО7 бухгалтерские услуги, то есть начислены и выплачены излишне. В продолжение корыстного преступного умысла, ДД.ММ.ГГГГ ФИО1, находясь в кабинете бухгалтера ИП ФИО7, расположенном по адресу: &lt;адрес&gt;,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 открытого в Западно-Сибирском отделении № ПАО «Сбербанк» &lt;адрес&gt;,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подложное платежное поручение № от ДД.ММ.ГГГГ на сумму 3 500 рублей с назначением платежа «оплата по счету № от ДД.ММ.ГГГГ за оказание бухгалтерских услуг за период с ДД.ММ.ГГГГ по 15.05.2023», и, используя программное обеспечение «Банк-Клиент», направила их на оплату путем безналичного расчета в ПАО «Сбербанк», после чего банковская организация ДД.ММ.ГГГГ перечислила с расчетного счета ИП ФИО7 №, открытого в Западно-Сибирском отделении № ПАО «Сбербанк» &lt;адрес&gt;, на расчетный счет ООО «ИнфоЛайт» №, открытый в ФЗС ПАО Банк «ФК Открытие», расположенном по адресу: &lt;адрес&gt;, 3 500 рублей, заведомо для ФИО1 не подлежащие выплате. В продолжение корыстного преступного умысла, ДД.ММ.ГГГГ ФИО1, находясь в кабинете бухгалтера ИП ФИО7, расположенном по адресу: &lt;адрес&gt;,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подложное платежное поручение № от ДД.ММ.ГГГГ на сумму 141 000 рублей с назначением платежа «оплата по договору займа № от 19.06.2023», и, используя программное обеспечение «Банк-Клиент», направила их на оплату путем безналичного расчета в ПАО «Сбербанк», после чего банковская организация ДД.ММ.ГГГГ перечислила с расчетного счета ИП ФИО7 №, открытого в Западно-Сибирском отделении № ПАО «Сбербанк» &lt;адрес&gt;, на расчетный счет ООО «ИнфоЛайт» №, открытый в дополнительном офисе № ПАО «Сбербанк» по адресу: &lt;адрес&gt;, 141 000 рублей, заведомо для ФИО1 не подлежащие выплате. В продолжение корыстного преступного умысла, ДД.ММ.ГГГГ ФИО1, находясь в кабинете бухгалтера ИП ФИО7, расположенном по адресу: &lt;адрес&gt;,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подложное платежное поручение № от ДД.ММ.ГГГГ на сумму 10 000 рублей с назначением платежа «оплата по счету № от ДД.ММ.ГГГГ за бухгалтерское обслуживание», и, используя программное обеспечение «Банк-Клиент», направила их на оплату путем безналичного расчета в ПАО «Сбербанк», после чего банковская организация ДД.ММ.ГГГГ перечислила с расчетного счета ИП ФИО7 №, открытого в Западно-Сибирском отделении № ПАО «Сбербанк» &lt;адрес&gt;, на расчетный счет ООО «ИнфоЛайт» №, открытый в ФЗС ПАО Банк «ФК Открытие», расположенном по адресу: &lt;адрес&gt;, 10 000 рублей, заведомо для ФИО1 не подлежащие выплате которыми впоследствии распорядилась по своему усмотрению. Впоследствии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ФИО7 причинен материальный ущерб на общую сумму 178 600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ФИО6, расположенном по адресу: &lt;адрес&gt;, обладая в силу заключенного ДД.ММ.ГГГГ между ИП ФИО6 и ООО «Инфолайт» (ИНН &lt;***&gt;), в котором ФИО1 является единственным участником, директором и единственным сотрудником,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ФИО6,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ФИО6,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ФИО6, из корыстной заинтересованности, имея преступный умысел, направленный на хищение вверенных ей денежных средств, путем злоупотребления доверием ИП ФИО6, не осведомленного о преступном характере совершаемых ФИО1 действий, обладая сведениями о сумме денежных средств, находящихся на расчетном счете ИП ФИО6,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и электронно-цифровую подпись ИП ФИО6, находившуюся в ее свободном доступе, ФИО1, используя служебное положение, умалчивая об умышленном завышении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внеся в программу «1С: Бухгалтерия» заведомо ложные сведения о назначении платежа, а именно: ДД.ММ.ГГГГ в сумме 113 000 рублей с назначением платежа «выплата под отчет по реестру № от ДД.ММ.ГГГГ в соответствии с договором № от ДД.ММ.ГГГГ» и в сумме 38 000 рублей с назначением платежа «выплата под отчет по реестру № от ДД.ММ.ГГГГ в соответствии с договором 83011527 от 16.02.2021»; ДД.ММ.ГГГГ в сумме 38 000 рублей с назначением платежа «выплата под отчет по реестру № от ДД.ММ.ГГГГ в соответствии с договором № от ДД.ММ.ГГГГ» и в сумме 38 000 рублей с назначением платежа «выплата под отчет по реестру № от ДД.ММ.ГГГГ в соответствии с договором № от ДД.ММ.ГГГГ»; ДД.ММ.ГГГГ в сумме 38 000 рублей с назначением платежа «выплата под отчет по реестру № от ДД.ММ.ГГГГ в соответствии с договором 83011527 от 16.02.2021»; ДД.ММ.ГГГГ в сумме 22 965 рублей с назначением платежа «выплата под отчет по реестру № от ДД.ММ.ГГГГ в соответствии с договором № от ДД.ММ.ГГГГ» и в сумме 18 400 рублей с назначением платежа «выплата под отчет по реестру № от ДД.ММ.ГГГГ в соответствии с договором № от ДД.ММ.ГГГГ»; ДД.ММ.ГГГГ в сумме 12 000 рублей с назначением платежа «выплата под отчет по реестру № от ДД.ММ.ГГГГ в соответствии с договором № от ДД.ММ.ГГГГ»; ДД.ММ.ГГГГ в сумме 31 000 рублей с назначением платежа «выплата под отчет по реестру № от ДД.ММ.ГГГГ в соответствии с договором № от ДД.ММ.ГГГГ»; ДД.ММ.ГГГГ в сумме 22 000 рублей с назначением платежа «выплата под отчет по реестру № от ДД.ММ.ГГГГ в соответствии с договором № от ДД.ММ.ГГГГ»; ДД.ММ.ГГГГ в сумме 60 000 рублей с назначением платежа «выплата под отчет по реестру № от ДД.ММ.ГГГГ в соответствии с договором № от ДД.ММ.ГГГГ», и в те же дни направила их на оплату, после чего банковская организация перечислила с расчетного счета ИП ФИО6 №, открытого в Западно-Сибирском отделении № ПАО «Сбербанк» &lt;адрес&gt;,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113 000 рублей и в сумме 38 000 рублей; ДД.ММ.ГГГГ в сумме 38 000 рублей и в сумме 38 000 рублей»; ДД.ММ.ГГГГ в сумме 38 000 рублей; ДД.ММ.ГГГГ в сумме 22 965 рублей и в сумме 18 400 рублей; ДД.ММ.ГГГГ в сумме 12 000 рублей; ДД.ММ.ГГГГ в сумме 31 000 рублей; ДД.ММ.ГГГГ в сумме 22 000 рублей (из которых 15 000 рублей выплачены в счет оказания ООО «ИнфоЛайт», ИП ФИО6, бухгалтерских услуг за период с ДД.ММ.ГГГГ по ДД.ММ.ГГГГ, а 7 000 рублей начислены и выплачены излишне); ДД.ММ.ГГГГ в сумме 60 000 рублей, а всего в размере 416 365 рублей, которые заведомо для ФИО1 не подлежали выплате в качестве вознаграждения за оказанные ООО «ИнфоЛайт», ИП ФИО6 бухгалтерские услуги, то есть начислены и выплачены излишне, и которыми впоследствии она распорядилась по своему усмотрению. В результате действий, совершенных ФИО1, ИП ФИО6 причинен материальный ущерб на общую сумму 416 365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ФИО7, расположенном по адресу: &lt;адрес&gt;, обладая в силу заключенного ДД.ММ.ГГГГ между ИП ФИО7 и ООО «Инфолайт» (ИНН &lt;***&gt;), в котором ФИО1 является учредителем, директором и единственным сотрудником,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бухгалтерских услуг ИП ФИО7 из расчета 15 000 рублей за один месяц с ДД.ММ.ГГГГ по ДД.ММ.ГГГГ,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5 000 рублей с назначением платежа «оплата по счету № от ДД.ММ.ГГГГ за бухгалтерское обслуживание», и, используя программное обеспечение «Банк-Клиент», направила их на оплату путем безналичного расчета в ПАО «Сбербанк», после чего банковская организация перечислила с расчетного счета ИП ФИО7 №, открытого в Западно-Сибирском отделении № ПАО «Сбербанк» &lt;адрес&gt;, 5 000 рублей на расчетный счет ООО «ИнфоЛайт» №, открытый в ФЗС ПАО Банк «ФК Открытие», расположенном по адресу: &lt;адрес&gt;, которые заведомо для ФИО1 не подлежали выплате в качестве вознаграждения за оказанные ООО «ИнфоЛайт», ИП ФИО7 бухгалтерские услуги, то есть начислены и выплачены излишне. В продолжение корыстного преступного умысла, ДД.ММ.ГГГГ ФИО1, находясь в кабинете бухгалтера ИП ФИО7, расположенном по адресу: &lt;адрес&gt;,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108 964,79 рублей с назначением платежа «оплата по счету № от ДД.ММ.ГГГГ за бухгалтерское обслуживание», используя программное обеспечение «Банк-Клиент», направила их на оплату путем безналичного расчета в ПАО «Сбербанк», после чего банковская организация ДД.ММ.ГГГГ перечислила с расчетного счета ИП ФИО7 №, открытого в Западно-Сибирском отделении № ПАО «Сбербанк» &lt;адрес&gt;, на расчетный счет ООО «ИнфоЛайт» №, открытый в дополнительном офисе № ПАО «Сбербанк» по адресу: &lt;адрес&gt;, 108 964,79 рублей, (из которых 15 000 рублей выплачены в счет оказания ООО «ИнфоЛайт», ИП ФИО7, бухгалтерских услуг за период с ДД.ММ.ГГГГ по ДД.ММ.ГГГГ, а 93 964,79 рублей начислены и выплачены излишне), которыми впоследствии распорядилась по своему усмотрению. Впоследствии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ФИО6 причинен материальный ущерб на общую сумму 98 964,79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ФИО7, расположенном по адресу: &lt;адрес&gt;, обладая в силу заключенного ДД.ММ.ГГГГ между ИП ФИО7 и ООО «Инфолайт» (ИНН &lt;***&gt;), в котором ФИО1 является учредителем, директором и единственным сотрудником,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 открытом в Западно-Сибирском отделении № ПАО «Сбербанк» &lt;адрес&gt;,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ФИО1, используя служебное положение, умалчивая об умышленном завышении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путем формирования реестров, содержащих заведомо ложные сведения о назначении платежа, а именно: ДД.ММ.ГГГГ в сумме 29 500 рублей с назначением платежа «прочие выплаты по реестру № от ДД.ММ.ГГГГ в соответствии с договором № от ДД.ММ.ГГГГ»; ДД.ММ.ГГГГ в сумме 22 000 рублей с назначением платежа «прочие выплаты по реестру № от ДД.ММ.ГГГГ в соответствии с договором 67252017 от 06.02.2018» и в сумме 38 000 рублей с назначением платежа «прочие выплаты по реестру № от ДД.ММ.ГГГГ в соответствии с договором № от ДД.ММ.ГГГГ»; ДД.ММ.ГГГГ в сумме 66 500 рублей с назначением платежа «прочие выплаты по реестру № от ДД.ММ.ГГГГ в соответствии с договором 67252017 от 06.02.2018»; ДД.ММ.ГГГГ в сумме 12 000 рублей с назначением платежа «прочие выплаты по реестру № от ДД.ММ.ГГГГ в соответствии с договором № от ДД.ММ.ГГГГ»; ДД.ММ.ГГГГ в сумме 14 385 рублей с назначением платежа «прочие выплаты по реестру № от ДД.ММ.ГГГГ в соответствии с договором 67252017 от 06.02.2018»; ДД.ММ.ГГГГ в сумме 51 937 рублей с назначением платежа «прочие выплаты по реестру № от ДД.ММ.ГГГГ в соответствии с договором 67252017 от 06.02.2018»; ДД.ММ.ГГГГ в сумме 22 965 рублей с назначением платежа «прочие выплаты по реестру № от ДД.ММ.ГГГГ в соответствии с договором 67252017 от 06.02.2018» и в сумме 7 100 рублей с назначением платежа «прочие выплаты по реестру № от ДД.ММ.ГГГГ в соответствии с договором № от ДД.ММ.ГГГГ»; ДД.ММ.ГГГГ в сумме 30 000 рублей с назначением платежа «прочие выплаты по реестру № от ДД.ММ.ГГГГ в соответствии с договором № от ДД.ММ.ГГГГ»; ДД.ММ.ГГГГ в сумме 165 000 рублей с назначением платежа «прочие выплаты по реестру № от ДД.ММ.ГГГГ в соответствии с договором № от ДД.ММ.ГГГГ»; ДД.ММ.ГГГГ в сумме 138 000 рублей с назначением платежа «прочие выплаты по реестру № от ДД.ММ.ГГГГ в соответствии с договором 67252017 от 06.02.2018» и в сумме 99 000 рублей с назначением платежа «прочие выплаты по реестру № от ДД.ММ.ГГГГ в соответствии с договором № от ДД.ММ.ГГГГ»; ДД.ММ.ГГГГ в сумме 127 000 рублей с назначением платежа «прочие выплаты по реестру № от ДД.ММ.ГГГГ в соответствии с договором № от ДД.ММ.ГГГГ»; ДД.ММ.ГГГГ в сумме 148 000 рублей с назначением платежа «прочие выплаты по реестру № от ДД.ММ.ГГГГ в соответствии с договором 67252017 от 06.02.2018» и в сумме 127 000 рублей с назначением платежа «прочие выплаты по реестру № от ДД.ММ.ГГГГ в соответствии с договором № от ДД.ММ.ГГГГ»; ДД.ММ.ГГГГ в сумме 136 436 рублей с назначением платежа «прочие выплаты по реестру № от ДД.ММ.ГГГГ в соответствии с договором № от ДД.ММ.ГГГГ»; ДД.ММ.ГГГГ в сумме 113 000 рублей с назначением платежа «прочие выплаты по реестру № от ДД.ММ.ГГГГ в соответствии с договором 67252017 от 06.02.2028», и в те же даты направила их на оплату, после чего банковская организация перечислила с расчетного счета ИП ФИО7 №, открытого в Западно-Сибирском отделении № ПАО «Сбербанк» &lt;адрес&gt;,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29 500 рублей; ДД.ММ.ГГГГ в сумме 22 000 рублей и в сумме 38 000 рублей; ДД.ММ.ГГГГ в сумме 66 500 рублей; ДД.ММ.ГГГГ в сумме 12 000 рублей; ДД.ММ.ГГГГ в сумме 14 385 рублей; ДД.ММ.ГГГГ в сумме 51 937 рублей; ДД.ММ.ГГГГ в сумме 22 965 рублей и в сумме 7 100 рублей; ДД.ММ.ГГГГ в сумме 30 000 рублей; ДД.ММ.ГГГГ в сумме 165 000 рублей; ДД.ММ.ГГГГ в сумме 138 000 рублей и в сумме 99 000 рублей; ДД.ММ.ГГГГ в сумме 127 000 рублей; ДД.ММ.ГГГГ в сумме 148 000 рублей и в сумме 127 000 рублей; ДД.ММ.ГГГГ в сумме 136 436 рублей; ДД.ММ.ГГГГ в сумме 113 000 рублей, а всего в общем размере 1 347 823 рублей, которые заведомо для ФИО1 не подлежали выплате в качестве вознаграждения за оказанные ООО «ИнфоЛайт», ИП ФИО7 бухгалтерские услуги, то есть начислены и выплачены излишне, и которыми впоследствии она распорядилась по своему усмотрению. В результате действий, совершенных ФИО1, ИП ФИО7 причинен материальный ущерб на общую сумму 1 347 823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Кроме того, ФИО1, в период с ДД.ММ.ГГГГ по ДД.ММ.ГГГГ, ФИО1, находясь в кабинете бухгалтера ИП ФИО7, расположенном по адресу: &lt;адрес&gt;, обладая в силу заключенного ДД.ММ.ГГГГ между ИП ФИО7 и ООО «Инфолайт» (ИНН &lt;***&gt;), в котором ФИО1 является учредителем, директором и единственным сотрудником,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ФИО7,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ФИО1, используя служебное положение, умалчивая об умышленном завышении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путем формирования реестров, содержащих заведомо ложные сведения о назначении платежа, а именно: ДД.ММ.ГГГГ в сумме 115 906 рублей с назначением платежа «прочие выплаты по реестру № от ДД.ММ.ГГГГ в соответствии с договором № от ДД.ММ.ГГГГ»; ДД.ММ.ГГГГ в сумме 133 000 рублей с назначением платежа «прочие выплаты по реестру № от ДД.ММ.ГГГГ в соответствии с договором № от ДД.ММ.ГГГГ»; ДД.ММ.ГГГГ в сумме 4 238,50 рублей с назначением платежа «прочие выплаты по реестру № от ДД.ММ.ГГГГ в соответствии с договором № от ДД.ММ.ГГГГ»; ДД.ММ.ГГГГ в сумме 133 000 рублей с назначением платежа «прочие выплаты по реестру № от ДД.ММ.ГГГГ в соответствии с договором 67252017 от 06.02.2018» и в сумме 75 000 рублей с назначением платежа «прочие выплаты по реестру № от ДД.ММ.ГГГГ в соответствии с договором № от ДД.ММ.ГГГГ»; ДД.ММ.ГГГГ в сумме 172 000 рублей с назначением платежа «прочие выплаты по реестру № от ДД.ММ.ГГГГ в соответствии с договором № от ДД.ММ.ГГГГ»; ДД.ММ.ГГГГ в сумме 15 000 рублей с назначением платежа «прочие выплаты по реестру № от ДД.ММ.ГГГГ в соответствии с договором 67252017 от 06.02.2018»; ДД.ММ.ГГГГ в сумме 65 000 рублей с назначением платежа «прочие выплаты по реестру № от ДД.ММ.ГГГГ в соответствии с договором № от ДД.ММ.ГГГГ»; ДД.ММ.ГГГГ в сумме 96 000 рублей с назначением платежа «прочие выплаты по реестру № от ДД.ММ.ГГГГ в соответствии с договором № от ДД.ММ.ГГГГ», и в те же даты направила их на оплату, после чего банковская организация перечислила с расчетного счета ИП ФИО7 №, открытого в Западно-Сибирском отделении № ПАО «Сбербанк» &lt;адрес&gt;,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115 906 рублей; ДД.ММ.ГГГГ в сумме 133 000 рублей; ДД.ММ.ГГГГ в сумме 4 238,50 рублей; ДД.ММ.ГГГГ в сумме 133 000 рублей и в сумме 75 000 рублей; ДД.ММ.ГГГГ в сумме 172 000 рублей; ДД.ММ.ГГГГ в сумме 15 000 рублей; ДД.ММ.ГГГГ в сумме 65 000 рублей; ДД.ММ.ГГГГ в сумме 96 000 рублей (из которых 7 500 рублей выплачены в счет оказания ООО «ИнфоЛайт», ИП ФИО7, бухгалтерских услуг за период с ДД.ММ.ГГГГ по ДД.ММ.ГГГГ, а 88 500 рублей начислены и выплачены излишне), а всего в общем размере 801 644,50 рублей, которые заведомо для ФИО1 не подлежали выплате в качестве вознаграждения за оказанные ООО «ИнфоЛайт», ИП ФИО7 бухгалтерские услуги, то есть начислены и выплачены излишне, и которыми впоследствии она распорядилась по своему усмотрению. В продолжение корыстного преступного умысла, ДД.ММ.ГГГГ ФИО1, находясь в кабинете бухгалтера ИП ФИО7, расположенном по адресу: &lt;адрес&gt;, достоверно зная о том, что ООО «ИнфоЛайт» не подлежит выплате излишнее вознаграждение за оказание бухгалтерских услуг ИП ФИО7, из корыстной заинтересованности, имея преступный умысел, направленный на хищение вверенных ей денежных средств, путем злоупотребления доверием ИП ФИО7, не осведомленного о преступном характере совершаемых ФИО1 действий, обладая сведениями о сумме денежных средств, находящихся на расчетном счете ИП ФИО7, определила сумму денежных средств, подлежащую по ее решению к хищению в указанный момент, после чего сформировала в программном продукте «1С: Бухгалтерия» платежное поручение № от ДД.ММ.ГГГГ на сумму 15 000 рублей, с назначением платежа «оплата по счету № от ДД.ММ.ГГГГ за бухгалтерское обслуживание» (из которых 7 500 рублей подлежали выплате в счет оказания ООО «ИнфоЛайт», ИП ФИО6, бухгалтерских услуг за период с ДД.ММ.ГГГГ по ДД.ММ.ГГГГ, а 7 500 рублей начислены и выплачены излишне), и, используя программное обеспечение «Банк-Клиент», направила его на оплату путем безналичного расчета в ПАО «Сбербанк», после чего банковская организация ДД.ММ.ГГГГ перечислила с расчетного счета ИП ФИО7 №, открытого в Западно-Сибирском отделении № ПАО «Сбербанк» &lt;адрес&gt;, на расчетный счет ООО «ИнфоЛайт» №, открытый в дополнительном офисе № ПАО «Сбербанк» по адресу: &lt;адрес&gt;, 15 000 рублей, 7 500 рублей из которых заведомо для ФИО1 не подлежащие выплате, которыми впоследствии распорядилась по своему усмотрению. Затем ФИО1 с целью сокрытия своих преступных действий внесла изменения в программу «1С: Бухгалтерия», тем самым умышленно уничтожив информацию о сформированных ею заведомо подложных платежных поручениях. В результате действий, совершенных ФИО1, ИП ФИО7 причинен материальный ущерб на общую сумму 809 144,50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Кроме того, ФИО1, в период с ДД.ММ.ГГГГ по ДД.ММ.ГГГГ, находясь в кабинете бухгалтера ИП ФИО6, расположенном по адресу: &lt;адрес&gt;, обладая в силу заключенного ДД.ММ.ГГГГ между ИП ФИО6 и ООО «Инфолайт» (ИНН &lt;***&gt;), в котором ФИО1 является единственным участником, директором и единственным сотрудником, договора оказания услуг по ведению бухгалтерского учета, составлению финансовой (бухгалтерской) отчетности, бухгалтерскому консультированию №,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ФИО6, полномочиями по направлению бухгалтерских документов в банк для совершения финансовых операций с денежными средствами, находящимися на расчетном счете ИП ФИО6, достоверно зная о том, что ООО «ИнфоЛайт» не подлежит выплате излишнее вознаграждение за оказание за один месяц в период с ДД.ММ.ГГГГ по ДД.ММ.ГГГГ бухгалтерских услуг ИП ФИО6, из корыстной заинтересованности, имея преступный умысел, направленный на хищение вверенных ей денежных средств, путем злоупотребления доверием ИП ФИО6, не осведомленного о преступном характере совершаемых ФИО1 действий, обладая сведениями о сумме денежных средств, находящихся на расчетном счете ИП ФИО6, определила сумму денежных средств, подлежащую по ее решению к хищению в указанный момент, после чего, используя программное обеспечение дистанционного банковского обслуживания «Банк-Клиент» и электронно-цифровую подпись ИП ФИО6, находившуюся в ее свободном доступе, ФИО1, используя служебное положение, умалчивая об умышленном завышении размера платы, подлежащей к начислению ООО «ИнфоЛайт» за оказание бухгалтерских услуг, осуществила перечисления на расчетный счет № банковской карты № ПАО «Сбербанк» платежной системы «МИР», эмитированной на имя ФИО1 в дополнительном офисе № ПАО «Сбербанк», расположенном по адресу: &lt;адрес&gt;, внеся в программу «1С: Бухгалтерия» заведомо ложные сведения о назначении платежа, а именно: ДД.ММ.ГГГГ в сумме 42 000 рублей с назначением платежа «выплата под отчет по реестру № от ДД.ММ.ГГГГ в соответствии с договором 83011527 от 16.02.2021» и в сумме 20 200 рублей с назначением платежа «выплата под отчет по реестру № от ДД.ММ.ГГГГ в соответствии с договором № от ДД.ММ.ГГГГ»; ДД.ММ.ГГГГ в сумме 294 000 рублей с назначением платежа «выплата под отчет по реестру № от ДД.ММ.ГГГГ в соответствии с договором № от ДД.ММ.ГГГГ» и в те же дни направила их на оплату, после чего банковская организация перечислила с расчетного счета ИП ФИО6 №, открытого в Западно-Сибирском отделении № ПАО «Сбербанк» &lt;адрес&gt;, на расчетный счет №, открытый в дополнительном офисе № ПАО «Сбербанк», расположенном по адресу: &lt;адрес&gt;, похищенные ФИО1 денежные средства, а именно: ДД.ММ.ГГГГ в сумме 42 000 рублей и в сумме 20 200 рублей; ДД.ММ.ГГГГ в сумме 294 000 рублей (из которых 15 000 рублей выплачены в счет оказания ООО «ИнфоЛайт», ИП ФИО6, бухгалтерских услуг за период с ДД.ММ.ГГГГ по ДД.ММ.ГГГГ, 4 500 рублей подлежали выплате в счет оказания ООО «ИнфоЛайт», ИП ФИО6, бухгалтерских услуг за период с ДД.ММ.ГГГГ по ДД.ММ.ГГГГ, а 274 500 рублей начислены и выплачены излишне), а всего в размере 336 700 рублей, которые заведомо для ФИО1 не подлежали выплате в качестве вознаграждения за оказанные ООО «ИнфоЛайт», ИП ФИО6 бухгалтерские услуги, то есть начислены и выплачены излишне, и которыми впоследствии она распорядилась по своему усмотрению. В результате действий, совершенных ФИО1, ИП ФИО6 причинен материальный ущерб на общую сумму 336 700 рублей. В судебном заседании ФИО1 согласилась с предъявленным обвинением, вину признала в полном объеме и по фактическим обстоятельствам дела, и по квалификации, от дачи показаний по существу предъявленного обвинения отказалась, пояснив суду, что в содеянном раскаивается, находится на пенсии, размер которой около 27 тысяч рублей, имеет на иждивении отца, имеющего тяжелое заболевание, преступления совершала из-за необходимости помочь человеку, с которым общалась в интернете, от которого поступила просьба в финансовой помощи в связи с его лечением, планирует возвращаnm деньги потерпевшим по частям. Из оглашенных по ходатайству государственного обвинителя в судебном заседании в порядке п. 3 ч. 1 ст. 276 УПК РФ показаний подозреваемой ФИО1, данных в ходе предварительного расследования ДД.ММ.ГГГГ и ДД.ММ.ГГГГ, следует, что с 2020 года по ДД.ММ.ГГГГ она являлась директором и учредителем ООО «ИнфоЛайт», основным направлением деятельности которого являлось оказание бухгалтерских услуг сторонним организациям и индивидуальным предпринимателям, данные услуги она самостоятельно оказывала как бухгалтер. Летом в 2020 году через сеть интернет в Фэйсбуке она познакомилась с «гражданином Нидерландов ФИО2 (ФИО20)». Общались они с ним в интернете, в сентябре 2021 года с его страницы написали, что он попал в аварию, и на лечение того требуются деньги в большой сумме, поэтому она переводила денежные средства на лечение «ФИО2» из имевшихся у нее сбережений, затем она в нескольких банках взяла кредиты, и также частями переводила деньги на лечение «ФИО2». Затем, когда средств на оплату лечения «ФИО2» у нее уже не осталось, а кроме того, она осуществляла уход и лечение за своим престарелым отцом, у которого онкологическое заболевание, поэтому когда ей в феврале 2023 года пришло новое письмо от лечащего врача «ФИО2», что нужны денежные средства не лечение и лекарства, у нее возник умысел воспользоваться денежными средствами ИП ФИО7, ведь она в период с ДД.ММ.ГГГГ по ДД.ММ.ГГГГ оказывала услуги ИП ФИО7 по договору оказания услуг по ведению бухгалтерского учета, составлению финансовой (бухгалтерской) отчетности, бухгалтерскому консультированию (№) №, заключенному между ООО «ИнфоЛайт» в ее лице как единственным исполнителем и ИП ФИО7 Ее рабочее место находилось в ТД «Виктор» 4 этаж, офисное помещение, расположенное по адресу: &lt;адрес&gt;. В соответствии с договором она оказывала услуги по ведению бухгалтерского учета, проведение оплат через банки, составление финансовой (бухгалтерской) отчетности, бухгалтерское консультирование у ИП ФИО7, которые включали в себя ведение бухгалтерской отчетности, учет и уплата налогов, обеспечение платежей контрагентами ИП ФИО7 через банковские сервисы, в том числе через электронные банковские системы. Электронно-цифровая подпись в виде флэш-ключа отсутствовала, платежные поручения (оплата) подписывалась путем получения смс-оповещений на ее личный телефон (ИП ФИО7 лично, добровольно установил на ее абонентский номер телефона данные оповещения, а также доступ к интернет-банку). Вид деятельности у ИП ФИО7 - сдача в аренду торговых и офисных помещений в торговом центре «Виктор». Так как она имела доступ к электронно-цифровой подписи «Сбербанк» (интернет банку ИП ФИО7), она на протяжении времени с февраля 2023 года по август 2023 года осуществляла переводы денежных средств со счета ФИО7 на личную банковскую карту, открытую в ПАО «Сбербанк России» путем перечислений денежных средств с расчетного счета ИП ФИО7, которые в последующем переводила на лечение «ФИО2». Себе она денежные средства не оставляла. Данные денежные средства регулярно поступали на расчетный счет ФИО7 от арендаторов торговых помещений в ТД «Виктор». Общую сумму переведенных денежных средств со счета ФИО7 она не подсчитывала, но как ей сообщил ФИО7, что-то около 3 400 000 рублей. На момент совершения ей противоправных действий, выразившихся в присвоении и растрате вверенных ей денежных средств, она находилась в критическом финансовом состоянии. В связи с этим она неоднократно вынуждена была перечислять себе денежные средства принадлежащие ИП ФИО7 Назначениями платежей, служившими основаниями для переводов денежных средств с расчетного счета ИП ФИО7 на ее личный расчетный счет были: оплата по счету за оказание бухгалтерских услуг; прочие выплаты по реестру в соответствии с договором. Все переводы денежных средств со счета ФИО7 она осуществляла, находясь в офисе в &lt;адрес&gt;. Впоследствии, уже в 2024 году, она поняла, что денежные средства, переводимые на лечение, это обман мошенников, но всю переписку она удалила. Также, единожды она осуществила возврат денежных средств на расчетный счет ИП ФИО7 в сумме 70 000 рублей. Со ФИО7 у нее состоялся разговор о том, как она будет возвращать присвоенные ею денежные средства, в ходе которого была установлена договоренность о возврате ею денежных средств в сумме 20 000 рублей ежемесячно. В настоящее время она осознает, что своими действиями совершила преступление, присвоив денежные средства ИП ФИО7 на сумму более 3 миллионов рублей (сумму точно не помнит), в содеянном раскаивается, свою вину признает полностью, обязуется вернуть денежные средства по мере возможности. Относительно заключения эксперта № от ДД.ММ.ГГГГ пояснила, что также она завышала ежемесячную стоимость оплаты услуг, оказываемых ООО «ИнфоЛайт» ИП ФИО6 и ИП ФИО7 ДД.ММ.ГГГГ и ДД.ММ.ГГГГ Курска С.Н. перечисляла на счет ИП ФИО6 денежные средства дважды по 14 000 рублей, поскольку понимала, что рано или поздно все равно придется их возвращать, поэтому она и осуществляла данные возвраты. Пояснила, что действия от лица ООО «ИнфоЛайт» осуществлялись исключительно ею, она являлась учредителем того и директором. Все денежные средства, незаконно присвоенные ею со счетов ИП ФИО7 и ИП ФИО6, она перечисляла со счета ООО «ИнфоЛайт» на ее банковскую карту, с которой перечисляла на различные карты для оплаты якобы лечения «ФИО2». Реквизиты для перечислений ей предоставлялись с электронного ящика «&lt;данные изъяты&gt;», переписка у нее не сохранилась, со счета ООО «ИнфоЛайт» она никакие переводы, кроме как на свои счета, не осуществляла (т.3 л.д.86-90, 94-97). Из оглашенных по ходатайству государственного обвинителя в судебном заседании в порядке п. 3 ч. 1 ст. 276 УПК РФ показаний подозреваемой ФИО1, данных в ходе предварительного расследования ДД.ММ.ГГГГ при проверке показаний на месте, проведенной в отделе бухгалтерии ИП ФИО6 и ИП ФИО7, расположенном на 4-ом этаже ТД «Виктор» по адресу: ХМАО-Югра, &lt;адрес&gt;, следует, что ФИО1 пояснила, что на рабочем месте, оборудованном персональным компьютером (расположенном в дальнем правом углу относительно входа в кабинет) в период с ДД.ММ.ГГГГ по ДД.ММ.ГГГГ работала она, и на данном компьютере, оборудованном программами «1С: Бухгалтерия» и «Банк-Клиент» ею изготавливались подложные платежные поручения на зачисление денежных средств на принадлежащие ей банковские счета. Свою вину в совершении преступлений, предусмотренных ст. 159 УК РФ , ФИО1 признала полностью, в содеянном раскаялась (т.3 л.д.110-117). Из оглашенных по ходатайству государственного обвинителя в судебном заседании в порядке п. 3 ч. 1 ст. 276 УПК РФ показаний обвиняемой ФИО1, данных в ходе предварительного расследования ДД.ММ.ГГГГ и ДД.ММ.ГГГГ, следует, что с 2020 года по ДД.ММ.ГГГГ она являлась директором, учредителем и единственным работником ООО «ИнфоЛайт». Основное направление деятельности ООО «ИнфоЛайт» - оказание бухгалтерских услуг сторонним организациям и индивидуальным предпринимателям, данные услуги она самостоятельно оказывала как бухгалтер по договору аутсорсинга. ФИО1 подтвердила, что договор аутсорсинга, заключенный с ИП ФИО6 и ИП ФИО7, возлагал на ООО «ИнфоЛайт» в ее лице следующие обязанности: формирование информационной системы бухгалтерского учета и отчетности в соответствии с требованиями бухгалтерского, налогового, статистического и управленческого учета, организация работы по ведению бухгалтерского учета (своевременное и точное отражение на счетах бухгалтерского учета хозяйственных операций, движения активов, формирования доходов и расходов, выполнение обязательств по начислению заработной платы, налогов, дебиторской и кредиторской задолженности, учет основных средств, производство расчетов с подотчетными лицами, учет аренды, горюче-смазочных материалов, ведение налоговой и финансовой отчетности во внебюджетные фонды, налоговые органы и статистику, обработка первичных документов и занесение данных в программу «1С: Бухгалтерия»; контроль за соблюдением порядка оформления первичных учетных документов, в том числе платежных поручений (формирование и отправка в банк платежных поручений, контроль за их прохождением, получение выписок по банковским счетам в программе «Банк-Клиент» и их отражение на счетах по учету безналичных денежных средств, отражение расчетов по кредитам и займам, в том числе по начисленным процентам на счетах); соблюдение финансовой и кассовой дисциплины; контроль операций с контрагентами, оформление актов сверки, счетов на оплату и другой сопутствующей документации, договоров с контрагентами, учет товарных накладных, счетов-фактур, актов выполненных работ (услуг), актов сверок, осуществление контроля правильности оформления первичной документации; расчет, начисление, выдача и учет заработной платы; ведение учета имущества, расходов и доходов компании; своевременный расчет и отправка в налоговые органы и социальные фонды взносов и отчетов, то есть наделял Вас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банковском счете ИП ФИО7, ИП ФИО6, начисление оплату от арендаторов за полученные услуги по предоставлению в аренду нежилых помещений, осуществление контроль за движением материальных ценностей, определение порядка их хранения в том числе по направлению бухгалтерских документов в банк для совершения финансовых операций с денежными средствами, находящимися на расчетном счете ИП ФИО7, ИП ФИО6 С 2021 года он помогала человеку, с которым познакомилась в интернете – ФИО2, ему она отправляла деньги на лечение, кроме того, она осуществляла уход и лечение за своим престарелым отцом, у которого онкологическое заболевание, поэтому когда ей в феврале 2023 года пришло очередное письмо от лечащего врача «ФИО2», что нужны денежные средства не лечение и лекарства, денег на оплату лечения «ФИО2» у нее уже не осталось, у нее возник умысел воспользоваться денежными средствами ИП ФИО7 и ИП ФИО6 поскольку в период с ДД.ММ.ГГГГ (и по ДД.ММ.ГГГГ) она оказывала услуги ИП ФИО7 и ИП ФИО6 по договору оказания услуг по ведению бухгалтерского учета, составлению финансовой (бухгалтерской) отчетности, бухгалтерскому консультированию. Электронно-цифровая подпись в виде флэш-ключа ИП ФИО7 и ИП ФИО6 отсутствовала, платежные поручения (оплата) подписывалась путем получения смс-оповещений на ее личный телефон (ИП ФИО7 сам в день трудоустройства установил на ее абонентский номер телефона данные оповещения, а также доступ к интернет банку). Аналогичный доступ к интернет-банку в тот же день предоставила ей и ИП ФИО6, что было сделано для осуществления ею трудовых обязанностей по договору от лица ООО «ИнфоЛайт», и куда эти флеш-ключи в итоге делись, ответила, что поскольку прошло много времени, она подзабыла многие события на момент первоначального допроса, но теперь вспомнила, что флеш-ключи были, да, она вспомнила это точно. Куда те делись, не знает, она те не брала. Поскольку она имела доступ к электронно-цифровой подписи ИП ФИО7 (интернет-банку ПАО «Сбербанк» ИП ФИО7) и электронно-цифровой подписи ИП ФИО6 (интернет-банку ПАО «Сбербанк» ИП ФИО6), с февраля 2023 года по август 2023 года она осуществляла переводы денежных средств со счета ИП ФИО7 и счета ИП ФИО6, как на счета ООО «ИнфоЛайт», так и на личную банковскую карту, открытую в ПАО «Сбербанк», из числа денежных средств, поступавших на расчетные счета ИП ФИО7 и счета ИП ФИО6 от арендаторов торговых помещений в ТД «Виктор»; она, как бухгалтер, могла и была обязана отслеживать данные поступления, так как это было частью ее должностных обязанностей, и могла определить сумму, которую незаметно смогла бы похитить в конкретный момент. Она понимала, что ее действия по переводу денежных средств ИП на ее собственные счета неправомерны, но она все равно желала их похитить, и делала все возможное, чтобы ее действия не были обнаружены, в том числе она вносила изменения в программу «1С: Бухгалтерия», изменяя первоначальное назначение платежа, чтобы следы совершенного ею преступления были обнаружены как можно позже, поскольку она знала, что оба супруга ей полностью доверяют, и не вмешиваются в ее деятельность бухгалтера. Отмечает, что оплата за оказываемые ею по договорам аутсорсинга услуги составляла 15 000 рублей из расчета за 1 месяц оказания услуг, следовательно, начисляя себе заработную плату, с учетом того, что к работе она приступила ДД.ММ.ГГГГ, она делала расчет следующим образом: 15 000 рублей за период оказания услуг с ДД.ММ.ГГГГ по ДД.ММ.ГГГГ, 15 000 рублей за период оказания услуг с ДД.ММ.ГГГГ по ДД.ММ.ГГГГ, и так далее. Фактически она проработала у ИП ФИО7 и ИП ФИО6 по ДД.ММ.ГГГГ включительно, следовательно, за период с ДД.ММ.ГГГГ по ДД.ММ.ГГГГ начисление оплаты ее труда по обоим договорам должна быть произведена исходя из расчета за ? месяца, то есть по 7 500 рублей в каждом случае. Изучив выписки по счетам ООО «ИнфоЛайт» и принадлежащей ей банковской карты «МИР» ПАО «Сбербанк», а также приложение к заключению эксперта № от ДД.ММ.ГГГГ; исходя из указанной в тех информации, по поводу заключений бухгалтерских судебных экспертиз, проведенных по уголовному делу, пояснила, что исходя из данных отраженных в приложениях-таблицах, суммы хищения были такими, насколько она помнит. Выводы эксперта по поставленным вопросам сомнений у нее не вызывают. Точную сумму похищенных денежных средств не помнит, но та была в пределах 6 000 000 рублей. Отмечает, что на момент совершения ею противоправных действий, выразившихся в хищении вверенных ей ИП ФИО7 и ИП ФИО6 денежных средств, она находилась в критическом финансовом состоянии по причине тяжелой болезни матери, отца и ФИО2. В связи с изложенным она похищала денежные средства, принадлежащие ИП ФИО7 и ИП ФИО6 Общую сумму похищенных ею денежных средств она не подсчитывала, но ДД.ММ.ГГГГ, когда ее вызвал на беседу ФИО7, она узнала, что был проведен аудит, и в результате ее действий обнаружилась недостача около 6 000 000 рублей, раскаялась и призналась в содеянном, и написала расписку о том, что обязуется вернуть похищенное. С ФИО3, ДД.ММ.ГГГГ г.р., на карту № которой она переводила денежные средства (ДД.ММ.ГГГГ 66 285 рублей, ДД.ММ.ГГГГ 39 771 рублей, ДД.ММ.ГГГГ 36 676 рублей, ДД.ММ.ГГГГ 36 676 рублей, ДД.ММ.ГГГГ 45 929 рублей, ДД.ММ.ГГГГ 18 100 рублей, ДД.ММ.ГГГГ 81 162 рубля, ДД.ММ.ГГГГ 67 590 рублей и 97 330 рублей, ДД.ММ.ГГГГ 124 366 рублей, ДД.ММ.ГГГГ 58 773 рублей, ДД.ММ.ГГГГ 125 000, 145 270 рублей, 54 054 рублей, ДД.ММ.ГГГГ 54 012 рублей, ДД.ММ.ГГГГ 122 436 рублей, ДД.ММ.ГГГГ 111 000 рублей, ДД.ММ.ГГГГ 41 301 рублей, 20 192 рублей, ДД.ММ.ГГГГ 114 193 рублей, 150 000 и 145 231 рублей, ДД.ММ.ГГГГ и 107 008 рублей, ДД.ММ.ГГГГ в размере 97 420 рублей, ДД.ММ.ГГГГ 168 732 рублей, ДД.ММ.ГГГГ 60 710 рублей, ДД.ММ.ГГГГ 76 560 рублей и 14 355 рублей, ДД.ММ.ГГГГ 38 464 рублей, ДД.ММ.ГГГГ на сумму 25 000 рублей), ФИО1 не знакома, реквизиты данной карты были даны ей для перечисления денежных средств для лечения «ФИО2», эти суммы она действительно перечисляла из числа денежных средств, похищенных ею с расчетных счетов ИП ФИО7 и ИП ФИО6 Размер сумм для перечисления она определяла сама, исходя из примерной суммы денежных средств, в тот момент находящихся на счете ее карты. С ФИО4, ДД.ММ.ГГГГ г.р., на карту №, которой она переводила денежные средства (ДД.ММ.ГГГГ 31 444 рублей, ДД.ММ.ГГГГ 80661 рублей, ДД.ММ.ГГГГ 53 116 рублей, ДД.ММ.ГГГГ 55 000 рублей, ДД.ММ.ГГГГ 32 012 рублей, ДД.ММ.ГГГГ 31 972 рублей, ДД.ММ.ГГГГ 47 982 рублей, ДД.ММ.ГГГГ 35 982 рублей, ДД.ММ.ГГГГ 40 485 рублей и 38 866 рублей, ДД.ММ.ГГГГ 40 870 рублей, ДД.ММ.ГГГГ 40 440 рублей и 14 560 рублей, ДД.ММ.ГГГГ 24 264 рублей и 8 088 рублей, ДД.ММ.ГГГГ 37 912,50 рублей и 25 275 рублей, ДД.ММ.ГГГГ 63 238 рублей, ДД.ММ.ГГГГ 111 000 рублей), Курская ответила, что не знакома, реквизиты данной карты были даны ей для перечисления денежных средств для лечения «ФИО2», эти суммы она действительно перечисляла из числа денежных средств, похищенных ею с расчетных счетов ИП ФИО7 и ИП ФИО6 С ФИО5, ДД.ММ.ГГГГ г.р., на карту № которой ФИО1 переводила денежные средства (ДД.ММ.ГГГГ 31 444 рублей, ДД.ММ.ГГГГ 80 661 рублей ДД.ММ.ГГГГ 53 116 рублей), она не знакома, реквизиты данной карты были даны ей для перечисления денежных средств для лечения «ФИО2», эти суммы она действительно перечисляла из числа денежных средств, похищенных ею с расчетных счетов ИП ФИО7 и ИП ФИО6 (т.3 л.д.174-186, 217-221). Согласно протоколу явки с повинной ФИО1 от ДД.ММ.ГГГГ ФИО1 чистосердечно призналась и раскаялась в том, что в период с февраля по август 2023 года, будучи трудоустроенной в должности бухгалтера ИП ФИО7 и ИП ФИО6, осуществляла хищения денежных средств, путем зачисления тех на принадлежащие ей счета (т. 3, л.д. 227-228). Помимо признания вины и вышеизложенных признательных показаний подсудимой ФИО1: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виновность ФИО1 в хищении денежных средств у ИП ФИО7 в сумме 76 000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ДД.ММ.ГГГГ ФИО1 находилась на своем рабочем месте, в офисном помещении в ТД «Виктор», когда сформировала в программном продукте «1С: Бухгалтерия» платежное поручение № от ДД.ММ.ГГГГ на сумму 145 000 рублей с назначением платежа «оплата по счету № от ДД.ММ.ГГГГ за оказание бухгалтерских услуг за период с ДД.ММ.ГГГГ по 15.02.2023», заверила то электронно-цифровой подписью ИП ФИО7, и в тот же день направила его через систему «Банк-Клиент» на оплату путем безналичного расчета в ПАО «Сбербанк». Основание данного платежа является недостоверным, она просто скопировала назначение платежа по предыдущему платежному поручению (которым произвела оплату ее услуг ИП ФИО7 за период с ДД.ММ.ГГГГ по ДД.ММ.ГГГГ, в размере 15 000 рублей). Счет на оказание услуг и акт выполненных работ она не делала. В тот же день на счет ООО «ИнфоЛайт» поступила указанная сумма, которую несколькими переводами в виде небольших сумм в течение месяца перевела на ее банковскую карту, открытую в ПАО «Сбербанк» (данную карту она открыла в филиале банка, расположенном в &lt;адрес&gt;) и ПАО «ФК Банк «Открытие». Спустя несколько дней, а именно – ДД.ММ.ГГГГ она, испугавшись, что совершенное ею преступление может быть обнаружено, она с принадлежавшей ей банковской карты осуществила возврат части похищенных денежных средств на расчетный счет ИП ФИО7, в размере 70 000 рублей, и решила, что больше не будет похищать денежные средства ИП ФИО7, так как понимала всю незаконность ее действий, и боялась наказания. Оставшуюся часть похищенных денежных средств она направила на лечение «ФИО2» (т. 3 л.д. 174-186);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виновность ФИО1 в хищении денежных средств у ИП ФИО6 в сумме 423 600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закрыв бухгалтерскую отчётность за прошедший месяц (февраль 2023 года), она поняла, что ни ФИО7, ни ФИО6 не обнаружили ее противоправных действий, поскольку мобильный банкинг был подключен уже только к ее номеру телефона «&lt;данные изъяты&gt;», и ее действия для работодателей были незамеченными, в начале марта 2023 года она, находясь на рабочем месте, решила похитить еще денежных средств, но уже из тех, что находились на расчетном счете ИП ФИО6 В программе «1С: Бухгалтерия» в течение месяца она изготавливала платежные поручения с назначением платежа «оплата по счету за оказание бухгалтерских услуг за период с ДД.ММ.ГГГГ по ДД.ММ.ГГГГ», на общую сумму 423 600 рублей (из которых за указанный период 15 000 рублей действительно должны были быть выплачены ей в счет оказания ООО «ИнфоЛайт», ИП ФИО6, бухгалтерских услуг за период, но не в бОльшем объеме). Данные платежные поручения она заверяла электронно-цифровой подписью ИП ФИО6, вводила код из смс с номера «900», и, используя программное обеспечение «Банк-Клиент», в день формирования платежного поручения направила те на оплату путем безналичного расчета в ПАО «Сбербанк». Денежные средства поступали ей всегда либо в день направления платежа, либо на следующий день. После зачисления денежных средств на счет ООО «ИнфоЛайт» она переводила те на свою карту, и с той осуществляла переводы «на лечение ФИО2». Также по окончанию марта 2023 года она решила, что больше не будет похищать денежные средства со счета ФИО6, потому что боялась, что ее преступление станет явным (т. 3 л.д. 174-186);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виновность ФИО1 в хищении денежных средств у ИП ФИО7 в сумме 38 300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ДД.ММ.ГГГГ она решила похитить денежные средства со счета ИП ФИО7, и аналогичным образом сформировала платежное поручение № от ДД.ММ.ГГГГ на сумму 38 300 рублей с назначением платежа «оплата по счету № от ДД.ММ.ГГГГ за оказание бухгалтерских услуг за период с ДД.ММ.ГГГГ по ДД.ММ.ГГГГ», заверила то электронно-цифровой подписью ИП ФИО7, и направила на оплату путем безналичного расчета в ПАО «Сбербанк». Денежные средства поступили ей в день направления платежа. После зачисления денежных средств на счет ООО «ИнфоЛайт» она переводила те на свою карту, и с той осуществляла переводы «на лечение ФИО2». Также с того дня и до окончания марта 2023 года она решила, что больше не будет похищать денежные средства, потому что боялась, что о ее действиях станет известным ФИО7 (т. 3 л.д. 174-186);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виновность ФИО1 в хищении денежных средств у ИП ФИО6 в сумме 493 000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ДД.ММ.ГГГГ она, в очередной раз придя на работу и проверив счета ИП ФИО6, и не обнаружив на счетах той одновременно сумму, размер которой, по ее мнению, был бы достаточен для похищения ею, она решила оформить на имя ИП ФИО6 кредит в ПАО «Сбербанк», разумеется, тайно, ничего той об этом не говоря. Так, она сформировала в приложении «Банк-Клиент» заявку на кредит в размере 500 000 рублей, и, подписав ту ЭЦП ИП ФИО6, направила ту на согласование в банк. ДД.ММ.ГГГГ банк одобрил данный кредит, и зачислил указанную сумму на расчетный счет ИП ФИО6, с которого она в течение недели небольшими суммами переводила похищенные деньги на счет ООО «ИнфоЛайт», пока те не закончились, а всего в сумме 493 000 рублей, с назначением платежа «оплата по договору займа от ДД.ММ.ГГГГ г», это основание она выдумала сама, чтобы переводы пропустила программа, а с того – на свою карту, с которой переводила деньги на «лечение ФИО2». Впоследствии она уничтожила в программе «1С: Бухгалтерия» сведения о получении кредита, заявку и платежки с подложным назначением платежа, и решила, что таким образом она никогда больше не будет похищать деньги, так как это был наиболее явный способ хищения, и именно тот мог быть обнаружен в первую очередь. Впоследствии, в конце августа 2023 года она, понимая, что она в результате оформления данного кредита похитила немыслимо большую сумму денег, и скоро ее действия будут раскрыты, и ей нужно будет возвращать похищенные деньги, внесла на расчетный счет ИП ФИО6 часть ранее похищенных ею денежных средств, дважды по 14 000 рублей, указав назначением платежа «возврат займа» (т. 3 л.д. 174-186);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виновность ФИО1 в хищении денежных средств у ИП ФИО6 в сумме 288 000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ДД.ММ.ГГГГ, подождав немного с момента хищения последней суммы денежных средств из взятого ею кредита на ИП ФИО6, и убедившись, что мои действия никем не обнаружены, она вновь решила начать похищать деньги со счета ИП ФИО6 Поскольку у нее был полный доступ к счету, она могла смотреть, какое количество денежных средств, поступающих от арендаторов, находится на счете, и видела, какую сумму она может незаметно похитить. Так, в течение апреля 2023 года она формировала в программном продукте «1С: Бухгалтерия» платежные поручения, на общую сумму 288 000 рублей, из которых 15 000 рублей должны были быть выплачены в счет оказания ООО «ИнфоЛайт», ИП ФИО6, бухгалтерских услуг за период с ДД.ММ.ГГГГ по ДД.ММ.ГГГГ, заверяла те электронно-цифровой подписью ИП ФИО6, и направляла на оплату путем безналичного расчета в ПАО «Сбербанк». Денежные средства поступали ей в день направления платежа или на следующий, в зависимости от времени направления платежного документа. После зачисления денежных средств на счет ООО «ИнфоЛайт» она переводила те на свою карту, и с той осуществляла переводы «на лечение ФИО2». Также с того дня и до окончания марта 2023 она решила, что больше не будет похищать денежные средства со счета ФИО6, потому что боялась, что о ее действиях станет известно ФИО6 (т. 3 л.д. 174-186);</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виновность ФИО1 в хищении денежных средств у ИП ФИО7 в сумме 82 048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ДД.ММ.ГГГГ она находилась на рабочем месте, и поняв, что ее действия по хищению денежных средств в прошлом месяце остались незамеченными, решила вновь похитить некоторую сумму денежных средств со счета ИП ФИО7 Она сформировала в программе «1С: Бухгалтерия» платежное поручение на сумму 70 548 рублей с назначением платежа «оплата по счету № от ДД.ММ.ГГГГ за оказание бухгалтерских услуг за период с ДД.ММ.ГГГГ по ДД.ММ.ГГГГ», заверила то электронно-цифровой подписью ИП ФИО7, находившейся в ее доступе, и, используя программное обеспечение «Банк-Клиент», в тот же день направила то на оплату путем безналичного расчета в ПАО «Сбербанк» для зачисления на счет «ИнфоЛайт». Впоследствии ей вновь понадобились деньги, и она сформировала в программе «1С: Бухгалтерия» еще 2 платежных поручения на сумму 1 500 рублей и 10 000 рублей, с единым назначением платежа «оплата по счету за оказание бухгалтерских услуг за период с ДД.ММ.ГГГГ по ДД.ММ.ГГГГ», заверила те электронно-цифровой подписью ИП ФИО7, в связи с чем на счета ООО «ИнфоЛайт» были перечислены похищенные ею денежные средства в общей сумме 82 048 рублей, которые она впоследствии опять перечислила для «ФИО2». После этого она решила больше не похищать денежных, так как последний собирался в отпуск с женой в мае 2023 года, и она боялась, не проверит ли тот фактическое состояние бухгалтерии на тот момент, в связи с чем ее действия стали бы явными (т. 3 л.д. 174-186);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виновность ФИО1 в хищении денежных средств у ИП ФИО7 в сумме 25 000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начале мая 2023 года она вновь решила похитить часть денежных средств, находящихся на расчетном счете ИП ФИО7, в связи с чем сформировала в программе «1С: Бухгалтерия» несколько платежных поручений с назначением платежа «оплата по счету за оказание бухгалтерских услуг за период с ДД.ММ.ГГГГ по 15.05.2023», заверила те электронно-цифровой подписью ИП ФИО7, находившейся в ее свободном доступе, и направила те на оплату через «банк-Клиент», в связи с чем на счет ООО «ИнфоЛайт» были зачислены данные денежные средства в размере 25 000 рублей, затем уничтожила подложные платежные поручения, так как данные суммы были сверх ранее начисленного вознаграждения за оказанные ООО «ИнфоЛайт» ИП ФИО7 услуги, и ее действия могли бы быть обнаруженными. Данные денежные средства также были перечислены ею на предоставленные ей счета, для лечения «ФИО2». После зачисления последней суммы она решила больше не похищать денежные средства со счета ИП ФИО7, так как боялась обнаружения следов совершенного ей преступления (т. 3 л.д. 174-186);</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виновность ФИО1 в хищении денежных средств у ИП ФИО7 в сумме 276 000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мае 2023 года супруги ФИО8 уехали в отпуск за границу, в связи с чем она решила похитить еще денег со счета ИП ФИО7, но при этом попробовать зачислять деньги не на счет ООО «ИнфоЛайт», а уже на счет ее собственной карты, поскольку ей не нужно будет в таком случае выводить деньги со счета подконтрольного ей юридического лица, чтобы переводить деньги на другие счета, ей так было удобнее, и не нужно было задействовать программу «1С: Бухгалтерия». В период с ДД.ММ.ГГГГ по ДД.ММ.ГГГГ она формировала в разделе «зарплатный проект» программы «Банк-Клиент» реестры «прочие выплаты по реестру в соответствии с договором № от ДД.ММ.ГГГГ». Разумеется, никаких выплат по реестру не было и быть не могло, так как у ИП ФИО7 не было никаких обязательств перед ней, как физическим лицом, это был просто один из способов вывода денег, а сведения о договоре № от ДД.ММ.ГГГГ программа подставила автоматически, это номер договора на банковское обслуживание, заключенного с ИП ФИО7 Последние в общем размере 276 000 рублей были зачислены на ее карту МИР ПАО «Сбербанк», а оттуда она перевела те на «лечение «ФИО2»», и решила, что больше не будет перечислять себе деньги со счета ИП ФИО7 (т. 3 л.д. 174-186);</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виновность ФИО1 в хищении денежных средств у ИП ФИО6 в сумме 125 900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С ДД.ММ.ГГГГ по ДД.ММ.ГГГГ она, воспользовавшись отсутствием работодателей, решила похитить часть денежных средств, находящихся на расчетном счете ИП ФИО6 Она сформировала в разделе «зарплатный проект» программы «Банк-Клиент» реестры: «выплаты по договорам ГПХ», «выплата под отчет по реестру в соответствии с договором № от ДД.ММ.ГГГГ», и направила те на оплату в банк, в связи с чем в те же дни или на следующие после проведения оплаты на ее банковскую карту были зачислены денежные средства в общей сумме 125 900 руб., которые не подлежали выплате в качестве вознаграждения за оказанные ООО «ИнфоЛайт». Впоследствии она перевела деньги на «лечение ФИО2», и решила больше не похищать денежные средства ИП ФИО6 (т. 3 л.д. 174-186);</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виновность ФИО1 в хищении денежных средств у ИП ФИО6 в сумме 284 100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начале июня 2023 года, поняв, что произведенные ею в предыдущем месяце хищения так и остались для всех незамеченными, она решила похитить еще часть денег со счета ИП ФИО6, в связи с чем она, находясь в кабинете бухгалтера, в период с ДД.ММ.ГГГГ по ДД.ММ.ГГГГ сформировала в разделе «зарплатный проект» программы «Банк-Клиент» реестры, а именно: «денежное вознаграждение по реестру в соответствии с договором № от ДД.ММ.ГГГГ», на общую сумму 284 100 рублей, и направила те на оплату в банк, в связи с чем в те же дни или на следующие после проведения оплаты на ее банковскую карту были зачислены указанные денежные средства, которые не подлежали выплате в качестве вознаграждения за оказанные ООО «ИнфоЛайт», и решила больше не похищать денежные средства со счета ИП ФИО6 Впоследствии она также перевела указанные денежные средства на «лечение ФИО2» (т. 3 л.д. 174-186);</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виновность ФИО1 в хищении денежных средств у ИП ФИО7 в сумме 435 640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июне 2023 года она вновь решила похитить часть денежных средств, находящихся на счете ИП ФИО7, и в период с ДД.ММ.ГГГГ по ДД.ММ.ГГГГ в разделе «зарплатный проект» программы «Банк-Клиент» реестры с назначением платежа «прочие выплаты по реестру в соответствии с договором № от ДД.ММ.ГГГГ» в общем размере 435 640 рублей, и направила те на оплату в банк, в связи с чем в те же дни или на следующие после проведения оплаты на ее банковскую карту были зачислены указанные денежные средства, которые не подлежали выплате в качестве вознаграждения за оказанные ООО «ИнфоЛайт», и решила больше не похищать денежные средства со счета ИП ФИО7 Впоследствии она также перевела указанные денежные средства на «лечение ФИО2» (т. 3 л.д. 174-186);</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виновность ФИО1 в хищении денежных средств у ИП ФИО7 в сумме 178 600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июне 2023 года она также решила похитить и часть денежных средств, находящихся на счете ИП ФИО7, но уже посредством перечисления их на счета ООО «ИнфоЛайт», в связи с чем в период с ДД.ММ.ГГГГ по ДД.ММ.ГГГГ находясь в кабинете бухгалтера сформировала в программном продукте «1С: Бухгалтерия» платежные поручения на сумму 1 100 рублей, и на сумму 38 000 рублей, с единым назначением платежа «оплата по счету за оказание бухгалтерских услуг за период с ДД.ММ.ГГГГ по ДД.ММ.ГГГГ», заверила те электронно-цифровой подписью ИП ФИО7, и направила те на оплату путем безналичного расчета в ПАО «Сбербанк». Отмечу, что за оказание услуг в этот период времени ООО «ИнфоЛайт» полагалось только 15 000 рублей, то есть, 24 100 рублей были начислены ей излишне. Таким же образом она сформировала и отправила на оплату еще несколько платежных поручений; всего общая сумма излишне выплаченных ООО «ИнфоЛайт» средств составила 178 600 рублей. В те же дни или на следующие после проведения оплаты на счет ООО «ИнфоЛайт» были зачислены указанные денежные средства, которые не подлежали выплате в качестве вознаграждения за оказанные ООО «ИнфоЛайт», и она решила больше не похищать денежные средства со счета ИП ФИО7 Впоследствии она также перевела указанные денежные средства на «лечение ФИО2», а следы в программе «1С: Бухгалтерия» удалила (т. 3 л.д. 174-186);</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виновность ФИО1 в хищении денежных средств у ИП ФИО6 в сумме 416 365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июле 2023 года она задумала похитить часть денежных средств со счета ИП ФИО6, путем перечисления тех на свою карту. Так, с ДД.ММ.ГГГГ по ДД.ММ.ГГГГ она сформировала в разделе «зарплатный проект» программы «Банк-Клиент» реестры: «выплата под отчет по реестру в соответствии с договором № от ДД.ММ.ГГГГ» на общую сумму 431 365 рублей (из которых только 15 000 рублей должны были быть выплачены в счет оказания ООО «ИнфоЛайт», ИП ФИО6, бухгалтерских услуг за период с ДД.ММ.ГГГГ по ДД.ММ.ГГГГ, направила те на оплату в банк, в связи с чем в те же дни или на следующие после проведения оплаты на ею банковскую карту были зачислены указанные денежные средства, которые в сумме 416 365 рублей не подлежали выплате в качестве вознаграждения за оказанные ООО «ИнфоЛайт», и решила больше не похищать денежные средства со счета ИП ФИО7 Впоследствии она также перевела указанные денежные средства на «лечение ФИО2» (т. 3 л.д. 174-186);</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виновность ФИО1 в хищении денежных средств у ИП ФИО7 в сумме 98 964 рублей 79 копеек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июле 2023 года она также решила похитить часть денежных средств со счета ИП ФИО7, в связи с чем ДД.ММ.ГГГГ по ДД.ММ.ГГГГ сформировала в программном продукте «1С: Бухгалтерия» платежные поручения с назначением платежа «оплата по счету за бухгалтерское обслуживание», заверила их электронно-цифровой подписью ИП ФИО7, находившейся в ее свободном доступе, и направила те на оплату путем безналичного расчета в ПАО «Сбербанк», в связи с чем ей были перечислены денежные средства, но учитывая, что на должна была начислить за оказание услуг ООО «ИнфоЛайт» за июль 2023 года 15 000 рублей, излишне ей были начислены 98 964,79 рублей, то есть не подлежали выплате в качестве вознаграждения за оказанные ООО «ИнфоЛайт», и решила больше не похищать денежные средства со счета ИП ФИО7 Впоследствии она также перевела указанные денежные средства на «лечение ФИО2».</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виновность ФИО1 в хищении денежных средств у ИП ФИО7 в сумме 1 347 823 рубля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течение июля 2023 года она также решила похищать денежные средства с расчетного счета ИП ФИО7, на свою карту, в связи с чем она сформировала в разделе «зарплатный проект» программы «Банк-Клиент» реестры с назначением платежа «прочие выплаты по реестру в соответствии с договором № от ДД.ММ.ГГГГ», а всего в общем размере 1 347 823 рублей, которые не подлежали выплате в качестве вознаграждения за оказанные ООО «ИнфоЛайт», ИП ФИО7 бухгалтерские услуги, после чего направила те на оплату в банк, в связи с чем в те же дни или на следующие после проведения оплаты на ее банковскую карту были зачислены указанные денежные средства, которые в сумме 416 365 рублей не подлежали выплате в качестве вознаграждения за оказанные ООО «ИнфоЛайт», и решила больше не похищать денежные средства ИП ФИО7 Впоследствии она также перевела указанные деньги на «лечение ФИО2» (т. 3 л.д. 174-186);</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виновность ФИО1 в хищении денежных средств у ИП ФИО7 в сумме 809 144 рубля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течение июля 2023 года она также решила похищать денежные средства с расчетного счета ИП ФИО7, на свою карту, в связи с чем она сформировала в разделе «зарплатный проект» программы «Банк-Клиент» реестры с назначением платежа «прочие выплаты по реестру в соответствии с договором № от ДД.ММ.ГГГГ», а всего в общем размере 809 144,50 рублей, которые не подлежали выплате в качестве вознаграждения за оказанные ООО «ИнфоЛайт», ИП ФИО7 бухгалтерские услуги, то есть начислены излишне, после чего решила больше не похищать денежные средства со счета ИП ФИО7 Впоследствии она также перевела указанные денежные средства на «лечение ФИО2» (т. 3 л.д. 174-186);</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виновность ФИО1 в хищении денежных средств у ИП ФИО7 в сумме 336 700 рублей подтверждается оглашенными в порядке п. 3 ч. 1 ст. 276 УПК РФ в судебном заседании показаниями обвиняемой ФИО1, данными ДД.ММ.ГГГГ на этапе предварительного расследования по делу, из которых следует, что В течение августа 2023 года она также решила похищать денежные средства с расчетного счета ИП ФИО6, на ее карту, в связи с чем она сформировала в разделе «зарплатный проект» программы «Банк-Клиент» реестры с назначением платежа «выплата под отчет по реестру в соответствии с договором № от ДД.ММ.ГГГГ», а всего в размере 336 700 рублей, которые не подлежали выплате в качестве вознаграждения за оказанные ООО «ИнфоЛайт», ИП ФИО6 бухгалтерские услуги, то есть начислены излишне. После зачисления данных денежных средств на счет карты она решила больше не похищать денежные средства со счета ИП ФИО7 Впоследствии она также перевела указанные денежные средства на «лечение ФИО2» (т. 3 л.д. 174-186). Кроме признания вины и вышеизложенных признательных показаний ФИО1, данных на этапе предварительного расследования, вина подсудимой ФИО1 в совершении каждого из инкриминируемых последней деяний полностью подтверждается следующими доказательствами: Допрошенный в судебном заседании потерпевший ФИО7 суду показал, что им был заключен договор с Инфолайт в лице Курской для оказания услуг по составлению финансовой отчетности, она была уполномочена вести бухгалтерский учет, обеспечивать оплату контрагентам, у нее был доступ к его банковским счетам посредством смс-информирования. Смс-информирование, которое позволяло управлять его счетами, было подключено на телефон Курской после двух месяцев ее работы, поскольку он ей доверял как бухгалтеру, так сложилось в период работы бывшего бухгалтера, которая на протяжении 20 лет работала с его счетами в таком же формате. Факты хищений выявил летом 2023 года, когда у него возникли подозрения. Он подошел к Курской и задал ей вопрос в связи с тем, что его насторожили данные 1С. Он спросил об этом Курскую, которая ответила, что программа работает некорректно. Затем он пригласил программиста, который после диагностики пояснил, что программа исправна. После этого он сказал Курской, что его это не устраивает, кроме того, она регулярно ссылалась на то, что у нее болеют родители, работала она до обеда. После получения выписки в банке, он напрямую спросил Курскую, она ничего не отрицала. Была проведена внутренняя проверка с участием ФИО9, составлен акт, обнаружены факты необоснованных переводов на сумму 3 471 520 рублей, переводы на счета Инфолайт, где она была директором, на личные счета и на счета трех лиц. Как поясняла Курская, она переводила деньги на лечение своего знакомого в Дубае, обещала вернуть деньги, но ничего не вернула. Из оглашенных в судебном заседании в порядке ч. 3 ст. 281 УПК РФ с согласия сторон показаний потерпевшего ФИО7, данных им в ходе предварительного расследования ДД.ММ.ГГГГ, ДД.ММ.ГГГГ, следует, что в результате проведенной комиссионной проверки финансово-хозяйственной деятельности ИП ФИО7, в которой принимали участие он, а также главный бухгалтер Свидетель №1 и оператор системы видеонаблюдения Свидетель №4, было установлено, что ФИО1 присвоила с целью личного обогащения, принадлежащие ему денежные средств на общую сумму 3 471 520,29 рублей, из которых 602 912,79 та перечислила на расчетный счет ООО ИнфоЛайт», и 2 868 607,50 рублей та вывела на свои счета через зарплатный проект Сбербанка. По результатам комиссионной проверки ими был составлен соответствующий акт от ДД.ММ.ГГГГ. В соответствии с имевшимся договором по оказанию услуг с ООО «ИнфоЛайт», он должен был заплатить 120 000 рублей, а по факту ФИО1 перечислила на счет ООО «ИнфоЛайт» 722 912,79 рублей, при составлении акта это было учтено. Просит привлечь к уголовной ответственности ФИО1 (т.2, л.д.69-71, 74-76). Оглашенные показания потерпевший ФИО7 подтвердил в полном объеме. Допрошенная в судебном заседании потерпевшая ФИО6 суду показала, что с Инфолайт в лице Курской был заключен договор на оказание услуг, пригласили ее по рекомендации, в марте ФИО6 легла в больницу. У Курской был доступ к счетам через смс-оповещение, через онлайн-банк, а также электронные подписи. Затем ФИО6 уехала в отпуск. Для использования Курской купили новый телефон с сим-картой, чтобы телефон был в офисе. ФИО6 удивило то, что когда он просила телефон, Курская отвечала, что телефон в ремонте. Факт хищения обнаружил супруг, получив выписку в банке. После чего провели внутреннюю проверку, в ходе которой обнаружен факт получения кредита на 500 000 рублей, хищение около 2 миллионов 800 тысяч рублей. Свое поведение Курская объясняла тем, что влюбилась по интернету, поэтому нужны были деньги на лечение. Из оглашенных в судебном заседании в порядке ч. 3 ст. 281 УПК РФ показаний потерпевшей ФИО6, данных на этапе предварительного расследования в ходе допросов ДД.ММ.ГГГГ и ДД.ММ.ГГГГ следует, что в августе 2023 года они вместе с супругом при проверки правильности ведения бухгалтерского учета выявили, что ФИО1 незаконно, без их ведома, осуществляла списание денежных средств, как с ее расчетного счета № открытого в ПАО «Сбербанк», так и со счета ее супруга ФИО7 №, открытого в ПАО «Сбербанк». При беседе с ФИО1 та призналась им в совершении хищения денежных средств, которые, по утверждению той, та расходовала на лечение своего знакомого, перечисляя похищенные денежные средства на неизвестные банковские счета. Как ими было установлено позже, ФИО1, имея доступ к электронно-цифровой подписи «Сбербанк» (интернет банку ИП ФИО6 расчетного счет №, интернет банку ИП ФИО7 расчетного счет №), на протяжении времени с февраля 2023 года по август 2023 года ФИО1 присваивала себе денежные средства на личные банковские карты возможно открытые на ее имя, а также на расчетные счета ООО «ИнфоЛайт» путем перечислений денежных средств с расчетного счета ИП ФИО6 Денежные средства, которые похищала ФИО1, это доход ИП ФИО6 от арендаторов торговых помещений в счет оплаты аренды. В результате проведенной комиссионной проверки финансово-хозяйственной деятельности ИП ФИО6, в которой принимали участие она, а также главный бухгалтер Свидетель №1 и оператор системы видеонаблюдения Свидетель №4, было установлено, что ФИО1 присвоила с целью личного обогащения, принадлежащие ей денежные средства на общую сумму 3 047 596,68 рублей, в том числе и кредитные средства в сумме 500 000 рублей. Так ФИО1, используя ее электронную подпись, ДД.ММ.ГГГГ незаконно осуществила действия по кредитованию, оформив кредит в ПАО «Сбербанк» на ее имя на сумму 500 000 рублей, без ее ведома, которые в последующем перевела на счет своей фирмы ООО «ИнфоЛайт». По результатам комиссионной проверки ими был составлен соответствующий акт от ДД.ММ.ГГГГ. Просит привлечь к уголовной ответственности ФИО1 (т.2, л.д.57-59, 62-65). В судебном заседании потерпевшая ФИО6 оглашенные показания подтвердила в полном объеме. Допрошенный в судебном заседании свидетель Свидетель №2 суду показал, что он представлял интересы ФИО7 и ФИО6 в гражданском процессе о взыскании похищенных денежных средств. Проводили встречи, были оформлены документы, проведена проверка финансово-хозяйственной деятельности, подготовлены документы, проведены переговоры с Курской, которые эффекта не дали, Курская отказалась пойти на встречу. Им подготовлено заявление о возбуждении уголовного дела. Далее его опросили как свидетеля. По итогам внутренней проверки установлены необоснованные переводы на сумму около 3 миллионов у ИП ФИО7, и ИП ФИО6, и 500 тысяч кредит. Курская получила доступ к счетам потерпевших, поскольку исполняла функции бухгалтера, это стало известно со слов потерпевших и их нового бухгалтера. Отношения потерпевших с подсудимой были оформлены путем заключения гражданско-правового договора. Допрошенный в судебном заседании свидетель Свидетель №4 суду показал, что работает у ИП ФИО7 и у ИП ФИО6, его привлекали к подписанию акта по итогам проверки финансово – хозяйственной деятельности, этот акт также подписывала Свидетель №1, сведений из актов не помнит. Из оглашенных в судебном заседании в порядке ч. 3 ст. 281 УПК РФ показаний свидетеля Свидетель №4, данных им на этапе предварительного расследования в ходе допроса ДД.ММ.ГГГГ, следует, что в должности старшего оператора видеонаблюдения ИП ФИО7 он работает около 14 лет. В декабре 2023 года, когда он находился дома, на выходном дне, ему позвонила Свидетель №1, которая, как он понял, стала бухгалтером после ФИО1 (он не вникал в данные перемещения, просто видел, что Свидетель №1 сидит на месте бухгалтера), и попросила прийти на работу, и зафиксировать факт совершения ФИО1 хищений денежных средств со счетов ИП ФИО7 и ИП ФИО6, на что он согласился, и по приезду в ТД «Виктор», ознакомился с 2 актами служебной проверки отдельных вопросов финансово-хозяйственной деятельности ИП ФИО7 и ИП ФИО6, согласно которым в период с января по август 2023 года со счетов ИП ФИО7 похищено 3 741 520,29 рублей, а со счетов ИП ФИО6 – 3 047 596,68 рублей. Данные акты подписали сами супруги ФИО8, он и Свидетель №1 (т.2, л.д.87-89). В судебном заседании свидетель Свидетель №4 оглашенные показания подтвердил в полном объеме. Из оглашенных в судебном заседании в порядке ст. 281 УПК РФ с согласия сторон показаний свидетеля Свидетель №3, данные ею в ходе предварительного расследования от ДД.ММ.ГГГГ, следует, что ДД.ММ.ГГГГ она с ее знакомой ФИО1 учредили ООО «ИнфоЛайт», с целью реализации бухгалтерской программы «ИНФИН». Общество на протяжении всего времени (до ее увольнения после достижения пенсионного возраста в 2020 году) действовало, хотя и большого дохода не приносило. После ее увольнения ДД.ММ.ГГГГ она более не имела отношения к ООО «ИнфоЛайт», равно как и права подписи, и доступа к счетам того. Учредителем она осталась лишь формально, просто потому, что ФИО1 не закрыла регистрационное дело в налоговой инспекции, по причине нехватки денег на госпошлину, то есть директором и единственным работником ООО «ИнфоЛайт» в настоящее время является ФИО1 Касаемо переводов на ее имя со счета ФИО1, в том числе на ее карту №, ДД.ММ.ГГГГ на сумму 4 000 рублей, ДД.ММ.ГГГГ на сумму 8 000 рублей, ДД.ММ.ГГГГ на сумму 3000 рублей, ДД.ММ.ГГГГ в размере 15 600 рублей, могу пояснить, что мы периодически занимаем друг другу деньги, в эти дни, насколько она помнит, это были переводы в части долговых обязательств. Каких-либо противоправных действий она не совершала. О том, что второй учредитель ООО «ИнфоЛайт» ФИО1 может быть причастна к совершению противоправных действий с использованием счетов ООО «ИнфоЛайт», ей ничего не известно (т.2, л.д.90-91). Из оглашенных в судебном заседании в порядке ст. 281 УПК РФ с согласия сторон показаний свидетеля Свидетель №5, данные ею в ходе предварительного расследования от ДД.ММ.ГГГГ, следует, что в органах внутренних дел Российской Федерации она работает с ДД.ММ.ГГГГ, из них в должности оперуполномоченного ОЭБиПК МОМВД России «Ханты-Мансийский» с ДД.ММ.ГГГГ. В ее должностные обязанности входит выявление и раскрытие преступлений, совершенных на территории &lt;адрес&gt; и &lt;адрес&gt; ХМАО-Югры, в сфере экономической деятельности. Так, ДД.ММ.ГГГГ на рассмотрение и принятие решения в порядке, установленном ст.ст. - 145 УПК РФ в ОЭБиПК МОМВД России «Ханты-Мансийский» ей поступил материал проверки, зарегистрированный в КУСП МОМВД России «Ханты-Мансийский» под № от ДД.ММ.ГГГГ по факту того, что ФИО1, заключившая от лица подконтрольного той ООО «ИнфоЛайт» договор с ИП ФИО7 на оказание услуг по ведению бухгалтерского учета № от ДД.ММ.ГГГГ с ИП ФИО7, имея доступ к интернет-банку ИП ФИО7, неправомерно перечислила на свою банковскую карту 3 471 520,29 рублей, после чего распорядилась теми по своему усмотрению. Кроме того, ДД.ММ.ГГГГ на рассмотрение и принятие решения в порядке, установленном ст.ст. - 145 УПК РФ в ОЭБиПК МОМВД России «Ханты-Мансийский» ей поступил материал проверки, зарегистрированный в КУСП МОМВД России «Ханты-Мансийский» под № от ДД.ММ.ГГГГ по факту того, что ФИО1, заключившая от лица подконтрольного той ООО «ИнфоЛайт» договор с ИП ФИО7 на оказание услуг по ведению бухгалтерского учета № от ДД.ММ.ГГГГ с ИП ФИО6, имея доступ к интернет-банку ИП ФИО6, неправомерно оформила кредит, а также перечисляла на свою банковскую карту денежные средства, которыми впоследствии распорядилась по своему усмотрению, причинив ИП ФИО6 материальный ущерб на общую сумму 3 047 594,68 рублей. В ходе доследственной проверки ею была опрошена ФИО1, которая вину в инкриминируемых той преступлениях не отрицала, и чистосердечно раскаялась в содеянном. Кроме того, ею к материалу проверки были приобщены выписки о движении денежных средств по счетам банковских карт ФИО1 ПАО «Сбербанк» и ПАО Банк «ФК «Открытие», в которых также имелись сведения о зачислении денежных средств, похищенных со счетом ИП ФИО7 и ИП ФИО6 Учитывая, что в действиях ФИО1 имелись признаки состава преступлений, предусмотренных ч.3 ст. 160 УК РФ , данные материалы процессуальной проверки были переданы в следственный отдел МОМВД России «Ханты-Мансийский», для принятия решения о возбуждении уголовного дела в отношении ФИО1 (т.2, л.д.92-94). Кроме признательных показаний подсудимой, вышеизложенных показаний потерпевших и свидетелей, вина подсудимой ФИО1 в совершении каждого из инкриминируемых последней деяний полностью подтверждается следующими доказательствами: Заключением эксперта № от ДД.ММ.ГГГГ установлено: 1) за период с ДД.ММ.ГГГГ по ДД.ММ.ГГГГ в выписках по операциям на счетах ООО «ИнфоЛайт» (ИНН &lt;***&gt;) № (ПАО Сбербанк) и № (ПАО Банк «ФК Открытие») отражены операции по поступлению денежных средств на данные счета со счета ИП ФИО7 (&lt;данные изъяты&gt;) № (ПАО Сбербанк) в общей сумме 672 912,79 руб., в том числе: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сумму 644 412,79 руб. отражены операции по поступлению денежных средств на счет ООО «ИнфоЛайт» (ИНН &lt;***&gt;) № (ПАО Сбербанк), из них: - с назначением платежа за оказание бухгалтерских услуг на сумму 379 448,00 руб., - с назначением платежа оплата по договору займа на сумму 141 000,00 руб., - с назначением платежа за бухгалтерское обслуживание на сумму 123 964,79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сумму 28 500,00 руб. отражены операции по поступлению денежных средств на счет ООО «ИнфоЛайт» (ИНН &lt;***&gt;) № (ПАО Банк «ФК Открытие»), из них: - с назначением платежа за оказание бухгалтерских услуг на сумму 13 500,00 руб., - с назначением платежа за бухгалтерское обслуживание на сумму 15 000,00 руб. Кроме того в выписке по операциям на счете ООО «ИнфоЛайт» (ИНН &lt;***&gt;) № (ПАО Сбербанк) ДД.ММ.ГГГГ отражена операция по возврату денежных средств на счет ИП ФИО7 (&lt;данные изъяты&gt;) № (ПАО Сбербанк) на сумму 70 000,00 руб. с назначением платежа «Возврат ошибочно перечисленной суммы». 2) за период с ДД.ММ.ГГГГ по ДД.ММ.ГГГГ в выписке по операциям на счете ООО «ИнфоЛайт» (ИНН &lt;***&gt;) № (ПАО Сбербанк) отражены операции по поступлению денежных средств на данный счет со счета ИП ФИО6 &lt;данные изъяты&gt;) № (ПАО Сбербанк) в общей сумме 1 252 600,00 руб., из них: - с назначением платежа за оказание бухгалтерских услуг на сумму 453 600,00 руб., - с назначением платежа оплата по договору займа на сумму 493 000,00 руб., - с назначением платежа за бухгалтерское обслуживание на сумму 306 000,00 руб. Кроме того в выписке по операциям на счете ООО «ИнфоЛайт» (ИНН &lt;***&gt;) № (ПАО Сбербанк) отражены операции по возврату денежных средств на счет ИП ФИО6 (&lt;данные изъяты&gt;) № (ПАО Сбербанк) на общую сумму 28 000,00 руб. назначением платежа «Возврат займа». Операций по поступлению денежных средств на счет ООО «ИнфоЛайт» (ИНН &lt;***&gt;) № (ПАО Банк «ФК Открытие») со счета ИП ФИО6 (ИНН &lt;***&gt;) № (ПАО Сбербанк) за период с ДД.ММ.ГГГГ по ДД.ММ.ГГГГ не отражено. 3) за период с ДД.ММ.ГГГГ по ДД.ММ.ГГГГ в выписке по счету ФИО1 № (ПАО Сбербанк) отражены операции по зачислению денежных средств на данный счет от ИП ФИО6 со счета № (ПАО Сбербанк) на общую сумму 1 227 565,00 руб., из них: - с назначением платежа «выплаты по договорам ГПХ…» на сумму 21 000,00 руб., - с назначением платежа «денежное вознаграждение по реестру…» на сумму 145 500,00 руб., - с назначением платежа «выплата под отчет…» на сумму 1 061 065,00 руб. Операций по зачислению денежных средств на счета ФИО1 №, № (ПАО Сбербанк), а также №, №, № (ПАО «ФК Открытие») от ИП ФИО6 (&lt;данные изъяты&gt;) за период с ДД.ММ.ГГГГ по ДД.ММ.ГГГГ не отражено. Движение денежных средств по счету ФИО1 № (ПАО «ФК Открытие») за период с ДД.ММ.ГГГГ по ДД.ММ.ГГГГ отсутствует. 4) за период с ДД.ММ.ГГГГ по ДД.ММ.ГГГГ в выписке по счету ФИО1 № (ПАО Сбербанк) отражены операции по зачислению денежных средств на данный счет от ИП ФИО8 ФИО7 (&lt;данные изъяты&gt;) со счета № (ПАО Сбербанк) на общую сумму 2 868 607,50 руб. с назначением платежа «Прочие выплаты по реестру …» Операций по зачислению денежных средств на счета ФИО1 №, № (ПАО Сбербанк), а также №, №, № (ПАО «ФК Открытие») от ИП ФИО6 (&lt;данные изъяты&gt;) за период с ДД.ММ.ГГГГ по ДД.ММ.ГГГГ не отражено. Движение денежных средств по счету ФИО1 № (ПАО «ФК Открытие») за период с ДД.ММ.ГГГГ по ДД.ММ.ГГГГ отсутствует. 5) за период с ДД.ММ.ГГГГ по ДД.ММ.ГГГГ в выписках по счетам ФИО1 №, № (ПАО Сбербанк), № (ПАО ФК Открытие) отражены операции по зачислению на вышеуказанные счета денежных средств со счетов ООО «ИнфоЛайт» № (ПАО Сбербанк) и № (ПАО Банк «ФК Открытие») на общую сумму 2 203 150,00 руб., из них: - поступило в качестве заработной платы на сумму 238 000,00 руб., - поступило подотчетных денежных средств на сумму 876 600,00 руб., - поступило денежного вознаграждения по реестрам на сумму 226 600,00 руб. - «перечислен перерасход подотчета по заявлению …» на сумму 861 950,00 руб. Подробно, операции по зачислению денежных средств на счета ФИО1 №, № (ПАО Сбербанк), № (ПАО ФК Открытие) в разрезе поступлений на указанные счета отражены в таблицах 5, 6 приложения к заключению эксперта. Операций по зачислению денежных средств на счета ФИО1 № (ПАО Сбербанк), №, № (ПАО «ФК Открытие») от ООО «ИнфоЛайт» (ИНН &lt;***&gt;) за период с ДД.ММ.ГГГГ по ДД.ММ.ГГГГ не отражено. Движение денежных средств по счету ФИО1 № (ПАО «ФК Открытие») за период с ДД.ММ.ГГГГ по ДД.ММ.ГГГГ отсутствует. 6) ДД.ММ.ГГГГ в выписке по счету ИП ФИО6 (&lt;данные изъяты&gt;) № (ПАО Сбербанк) отражена операция по поступлению денежных средств в качестве кредита по договору № по платежному документу № от ДД.ММ.ГГГГ в сумме 500 000,00 рублей. Расходование денежных средств, поступивших на счет ИП ФИО6 (&lt;данные изъяты&gt;) № (ПАО Сбербанк) по платежному документу № от ДД.ММ.ГГГГ в сумме 500 000,00 рублей осуществлялось следующим образом: - ДД.ММ.ГГГГ: в сумме не менее 111 786,77 рублей перечислены ООО «ИнфоЛайт» по платежному документу № (дата совершения операции ДД.ММ.ГГГГ) на сумму 125 000,00 рублей, назначение платежа – Оплата по договору займа от 28. 03. 2023 г НДС не облагается, - ДД.ММ.ГГГГ: в сумме не менее 114 786,77 рублей перечислены ООО «ИнфоЛайт» по платежным документам №, №, № (дата совершения операций ДД.ММ.ГГГГ) на общую сумму 128 000,00 рублей, назначение платежа – Оплата по договору займа от 28. 03. 2023 г НДС не облагается, - ДД.ММ.ГГГГ: в сумме не менее 123 786,77 рублей перечислены ООО «ИнфоЛайт» по платежным документам №, №, № (дата совершения операций ДД.ММ.ГГГГ) на общую сумму 137 000,00 рублей, назначение платежа – Оплата по договору займа от 28. 03. 2023 г НДС не облагается, - ДД.ММ.ГГГГ: в сумме не менее 89 786,77 рублей перечислены ООО «ИнфоЛайт» по платежному документу № (дата совершения операции ДД.ММ.ГГГГ) на сумму 103 000,00 рублей, назначение платежа – Оплата по договору займа от 28. 03. 2023 г НДС не облагается (т. 3, л.д. 2-32). Заключение эксперта № от ДД.ММ.ГГГГ, согласно которому установлено: 1) ДД.ММ.ГГГГ отражена операция по поступлению денежных средств на счет ООО «ИнфоЛайт» (ИНН &lt;***&gt;) № (ПАО «Сбербанк») со счета ИП ФИО7 (&lt;данные изъяты&gt;) № (ПАО «Сбербанк») на сумму 141 000,00 рублей с назначением платежа «оплата по договору займа № от ДД.ММ.ГГГГ НДС не облагается». 2) За период с ДД.ММ.ГГГГ по ДД.ММ.ГГГГ в выписках по операциям на счетах ООО «ИнфоЛайт» (ИНН &lt;***&gt;) № (ПАО Сбербанк) и № (ПАО Банк «ФК Открытие») отражены операции по поступлению денежных средств на данные счета со счета ИП ФИО7 (&lt;данные изъяты&gt;) № (ПАО Сбербанк) с назначением платежа «оплата за оказание бухгалтерских услуг», «оплата за бухгалтерское обслуживание» в общей сумме 531 912,79 руб., в том числе: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сумму 503 412,79 руб. отражены операции по поступлению денежных средств на счет ООО «ИнфоЛайт» (ИНН &lt;***&gt;) № (ПАО Сбербанк), из них: - с назначением платежа за оказание бухгалтерских услуг на сумму 379 448,00 руб., - с назначением платежа за бухгалтерское обслуживание на сумму 123 964,79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сумму 28 500,00 руб. отражены операции по поступлению денежных средств на счет ООО «ИнфоЛайт» (ИНН &lt;***&gt;) № (ПАО Банк «ФК Открытие»), из них: - с назначением платежа за оказание бухгалтерских услуг на сумму 13 500,00 руб., - с назначением платежа за бухгалтерское обслуживание на сумму 15 000,00 руб. 3) ДД.ММ.ГГГГ отражена операция по поступлению денежных средств на счет ИП ФИО7 № (ПАО «Сбербанк») от ООО «ИнфоЛайт» (ИНН &lt;***&gt;) № (ПАО «Сбербанк») на сумму 70 000,00 рублей с назначением платежа «возврат ошибочно перечисленной суммы НДС не облагается». 4) Сумма, подлежащая оплате за оказание услуг по ведению бухгалтерского учета, составлению финансовой (бухгалтерской) отчетности, бухгалтерскому консультированию по договору № от ДД.ММ.ГГГГ, заключенному между ООО «ИнфоЛайт» и ИП ФИО7 за период с ДД.ММ.ГГГГ по ДД.ММ.ГГГГ, исходя из стоимости услуг за один месяц 15 000,00 рублей составляет 120 000,00 рублей; 5) Разница сумм, исчисленных в вопросе № и в вопросах №№ составила 341 912,79 рублей; 6) За период с ДД.ММ.ГГГГ по ДД.ММ.ГГГГ в представленной выписке отражены операции по поступлению денежных средств на данный счет с назначением платежа «оплата за оказание бухгалтерских услуг», «оплата за бухгалтерское обслуживание» со счета ИП ФИО6 (&lt;данные изъяты&gt;) № (ПАО Сбербанк) в общей сумме 759 600,00 руб.; 7) Сумма, подлежащая оплате за оказание услуг по ведению бухгалтерского учета, составлению финансовой (бухгалтерской) отчетности, бухгалтерскому консультированию по договору № от ДД.ММ.ГГГГ, заключенному между ООО «ИнфоЛайт» и ИП ФИО6 за период с ДД.ММ.ГГГГ по ДД.ММ.ГГГГ, исходя из стоимости услуг за один месяц 15 000,00 рублей составляет 120 000,00 рублей.; 8) Разница сумм, исчисленных в вопросах № и №, составила 639 600,00 рублей; 9) За период с ДД.ММ.ГГГГ по ДД.ММ.ГГГГ в представленной выписке по счету ООО «ИнфоЛайт» (ИНН &lt;***&gt;) № (ПАО Сбербанк) отражены операции по поступлению денежных средств на данный счет со счета ИП ФИО6 (&lt;данные изъяты&gt;) № (ПАО Сбербанк) с назначением платежа «оплата по договору займа» в общей сумме 493 000,00 руб.; 10) За период с ДД.ММ.ГГГГ по ДД.ММ.ГГГГ отражены операции по поступлению денежных средств на счет ИП ФИО6 &lt;данные изъяты&gt;) № (ПАО «Сбербанк») от ООО «ИнфоЛайт» (ИНН &lt;***&gt;) № (ПАО «Сбербанк») на сумму 28 000,00 рублей с назначением платежа «возврат займа»; 11) Разница сумм, исчисленных в вопросах № и №, составила 465 000,00 рублей (т. 3 л.д. 40-54). Заключение эксперта № от ДД.ММ.ГГГГ, согласно которому установлено: подписи от имени ФИО1, расположенные в графах «Директор ООО «ИнфоЛайт» ФИО1» договора № «Оказания услуг по ведению бухгалтерского учета, составлению финансовой (бухгалтерской) отчетности, бухгалтерскому консультированию №» от ДД.ММ.ГГГГ, договора № «Оказания услуг по ведению бухгалтерского учета, составлению финансовой (бухгалтерской) отчетности, бухгалтерскому консультированию №» от ДД.ММ.ГГГГ, в нижней части расписки от имени ФИО1 от ДД.ММ.ГГГГ, выполнены ФИО1 Рукописные записи от имени ФИО1 от ДД.ММ.ГГГГ, расположенные в расписке от ДД.ММ.ГГГГ, выполнены ФИО1 (т. 3, л.д. 75-79). Протоколы выемки от ДД.ММ.ГГГГ и осмотра документов от ДД.ММ.ГГГГ и фото-таблицы к ним, согласно которым изъяты и осмотрены: расписка ФИО1 от ДД.ММ.ГГГГ, на 1 л.; договор № от ДД.ММ.ГГГГ, на 6 л.; договор № от ДД.ММ.ГГГГ, на 6 л., в результате чего установлено, что в связи с заключением ООО «ИнфоЛайт» указанных договоров аутсорсинга ФИО1 обладала служебными полномочиями в части доступа и распоряжения денежными средствами на расчетных счетах ИП ФИО7 и ИП ФИО6, а в расписке имеются сведения о присвоении ФИО1 указанных денежных средств в размере 5 861 685,29 рублей без согласия ИП ФИО7 и ИП ФИО6 (т.2 л.д. 184-186, 187-190). Согласно протоколу выемки от ДД.ММ.ГГГГ и протоколу осмотра предмета от ДД.ММ.ГГГГ и фото-таблицы к ним изъят и осмотрен оптический DVD-R диск с видеозаписью беседы потерпевшего ФИО7 и обвиняемой ФИО1 от ДД.ММ.ГГГГ, изъятый в ходе выемки, произведенной ДД.ММ.ГГГГ, в кабинете № УМВД России по ХМАО-Югре по адресу: г. Ханты-Мансийск, ул. Ленина, д.55, в результате чего установлено, что на видеозаписях, имеющихся на осмотренном диске, имеется информация об обстоятельствах совершения ФИО1 хищений денежных средств ИП ФИО7 и ИП ФИО6 в период с ДД.ММ.ГГГГ по ДД.ММ.ГГГГ (т.2 л.д. 208-210, 211-216). Согласно протоколу осмотра предмета от ДД.ММ.ГГГГ с фото-таблицей к нему, осмотрен оптический диск, предоставленный ПАО «Сбербанк» в качестве ответа на запрос, исх. № от ДД.ММ.ГГГГ, на котором имеются сведения о содержании смс-сообщений, поступавших с номера «900» на абонентский номер «89028141755», находившийся в пользовании подозреваемой ФИО1, за период с ДД.ММ.ГГГГ по ДД.ММ.ГГГГ, в результате чего установлены даты подключения мобильного банкинга счетов ИП ФИО6 и ИП ФИО7 и коды, вводимые ФИО1 для осуществления хищений денежных средств (т.2 л.д.136-144). Из протокола осмотра документов от ДД.ММ.ГГГГ с фото-таблицей к нему следует, что осмотрены: выписка по счету дебетовой карты ПАО «Сбербанк» № ФИО1 № за период с ДД.ММ.ГГГГ по ДД.ММ.ГГГГ, приобщенная ДД.ММ.ГГГГ к объяснению ФИО1, на 10 л., копия выписки по счету дебетовой карты ПАО «Сбербанк» № ФИО1 № за период с ДД.ММ.ГГГГ по ДД.ММ.ГГГГ, приобщенная ДД.ММ.ГГГГ к заявлению ФИО1, на 22 л., копия выписки по счету дебетовой карты ПАО «Сбербанк» № ФИО1 № за период с ДД.ММ.ГГГГ по ДД.ММ.ГГГГ, приобщенная ДД.ММ.ГГГГ к заявлению ФИО1, на 21 л., копия справки о движении денежных средств по счету дебетовой карты ПАО Банк «ФК «Открытие» № ФИО1 № за период с ДД.ММ.ГГГГ по ДД.ММ.ГГГГ, приобщенная ДД.ММ.ГГГГ к заявлению ФИО1, на 30 л., копия справки о движении денежных средств по счету дебетовой карты ПАО Банк «ФК «Открытие» № ФИО1 № за период с ДД.ММ.ГГГГ по ДД.ММ.ГГГГ, приобщенная ДД.ММ.ГГГГ к заявлению ФИО1, на 15 л. (т.1 л.д.121-136). Из протокола осмотра места происшествия от ДД.ММ.ГГГГ с фото-таблицей к нему следует, что осмотрено здание ТД «Виктор» по адресу: &lt;адрес&gt;, в котором производилось зачисление на лицевые (банковские) счета ФИО1 похищенных денежных средств, а также изъяты копия договора № от ДД.ММ.ГГГГ оказания услуг по ведению бухгалтерского учета, составлению финансовой (бухгалтерской) отчетности, бухгалтерскому консультированию на 4 л.; копия договора № от ДД.ММ.ГГГГ оказания услуг по ведению бухгалтерского учета, составлению финансовой (бухгалтерской) отчетности, бухгалтерскому консультированию, на 3л.; копия акта служебной проверки отдельных вопросов финансово-хозяйственной деятельности (Проверка банковских операций) ИП ФИО7 &lt;данные изъяты&gt; за период с ДД.ММ.ГГГГ по ДД.ММ.ГГГГ, на 1 л., копия акта служебной проверки отдельных вопросов финансово-хозяйственной деятельности (Проверка банковских операций) ИП ФИО6 &lt;данные изъяты&gt; за период с ДД.ММ.ГГГГ по ДД.ММ.ГГГГ, на 1 л., копия выписки операций по лицевому счету ИП ФИО6 № (ПАО «Сбербанк») за период с ДД.ММ.ГГГГ по ДД.ММ.ГГГГ на 16 л., копия выписки операций по лицевому счету ИП ФИО7 № (ПАО «Сбербанк») за период с ДД.ММ.ГГГГ по ДД.ММ.ГГГГ на 60 л., сшивка документов (первый лист с наименованием «Анализ выписки банка ИП ШБА по перечислениям между ИП И ООО «ИНФОЛАЙТ» на 11л., сшивка с копиями реестров на перечисление денежных средств со счета ИП ФИО6 №, открытого в ПАО «Сбербанк» на 28 л., о перечислении на счет ФИО1 денежных средств, сшивка с копиями платежных поручений на 27 л., о перечислении на счет ООО «ИнфоЛайт» денежных средств, сшивка с копиями реестров на перечисление денежных средств со счета ИП ФИО7 №, открытого в ПАО Сбербанк на 49 л., копия заявления о присоединении к Общим условиям кредитования юридического лица и индивидуального предпринимателя № на 5л., копия графика платежей на 1л., копия платежного поручения № от ДД.ММ.ГГГГ на сумму 500 000,00 руб. на 1л. (т. 2 л.д.147-154). Из протокол осмотра предметов и документов от ДД.ММ.ГГГГ с фото-таблицей к нему следует, что осмотрены: CD-R диск с находящимися на нем выписками по счетам ФИО1, ФИО7 и ФИО6, представленный по запросу следователя ПАО «Сбербанк», № от ДД.ММ.ГГГГ; CD-R диск с находящимися на нем выписками по счетам ООО «ИнфоЛайт» ПАО «Сбербанк», представленный ПАО «Сбербанк» по запросу следователя, исх.№ от ДД.ММ.ГГГГ; СD-R диск с находящимися на нем выписками по счетам ФИО1, ООО «ИнфоЛайт», открытым в ПАО Банка «ФК «Открытие», и представленный по запросу следователя, исх.№ от ДД.ММ.ГГГГ и документы, изъятые в ходе осмотра места происшествия от ДД.ММ.ГГГГ, в результате чего установлено, что они могут служить средствами для установления обстоятельств уголовного дела – совершения ФИО1 хищений денежных средств со счетов ИП ФИО6 и ИП ФИО7 (т. 2 л.д.155-181). Из протокола получения образцов для сравнительного исследования от ДД.ММ.ГГГГ следует, что у подозреваемой ФИО1 получены образцы ее почерка и подписи (т. 3 л.д. 66-70). Иные представленные сторонами доказательства не содержат сведений, которые могут быть признаны относящимися к уголовному делу либо на основании которых возможно установление наличия или отсутствия обстоятельств, подлежащих доказыванию при производстве по нему, а также других обстоятельств, имеющих значение для дела. Вышеприведенные доказательства получены в соответствии с требованиями уголовно-процессуального закона, при этом никаких нарушений при их составлении, которые могли бы повлечь признание их недопустимыми доказательствами по делу, суд не усматривает, в связи с чем, признает их относимыми, достоверными и допустимыми доказательствами по настоящему делу. Разрешая вопрос о достоверности и объективности исследованных в судебном заседании доказательств, суд приходит к следующим выводам. В материалах дела не содержится и суду не представлено каких-либо данных о наличии у лиц, проводивших предварительное расследование по делу необходимости для искусственного создания доказательств обвинения или их фальсификации, а также заинтересованности сотрудников полиции в итоге разрешения дела. Каких - либо допущенных нарушений законодательства при получении доказательств, влекущих их исключение из числа доказательств, а также фактов оказания на подсудимую давления или физического принуждения судом не установлено. Оценивая показания допрошенных в судебном заседании потерпевших ФИО7, ФИО6, свидетелей Свидетель №2, Свидетель №4, а также оглашенные в судебном заседании показания потерпевших ФИО7, ФИО6, свидетелей Свидетель №4, Свидетель №5, Свидетель №3, ранее данные на этапе предварительного расследования, суд доверяет им, поскольку они последовательны, непротиворечивы и согласуются как между собой, так и с исследованными в судебном заседании другими доказательствами по делу, признанными судом относимыми, достоверными и допустимыми. Указанные потерпевшие, свидетели в ходе допроса как в период предварительного расследования, так и в ходе судебного заседания предупреждались об уголовной ответственности за дачу заведомо ложных показаний и отказ от дачи показаний, каких-либо нарушений УПК РФ при проведении допросов следователем допущено не было. Из показаний данных свидетелей объективно следуют обстоятельства совершения ФИО1 установленных судом преступлений, размер причиненного потерпевшим имущественного ущерба. Показания подсудимой ФИО1, данные ею на стадии предварительного расследования и оглашенные в судебном заседании, из которых следуют обстоятельства совершения ею установленных преступлений, полностью согласуются с иными доказательствами, представленными в материалах уголовного дела, отвечающим принципам относимости, допустимости и достоверности, следовательно, в результате чего показания ФИО1 судом признаются как имеющие доказательственное значение для разрешения уголовного дела по существу, при этом обстоятельств самооговора подсудимой в ходе судебного разбирательства судом не установлено. Кроме того, сообщенные потерпевшими, свидетелями обстоятельства подтверждаются полностью показаниями самой подсудимой ФИО1, данными ею в ходе предварительного расследования и оглашенными в судебном заседании. Оценивая приведённые выше заключения эксперта № судебной бухгалтерской экспертизы от ДД.ММ.ГГГГ, заключение эксперта № от ДД.ММ.ГГГГ, заключение судебно-психиатрической комиссии экспертов № от ДД.ММ.ГГГГ, суд доверяет им в полном объёме, поскольку каждое из заключений научно обосновано, выводы их понятны, экспертизы назначены правомочным на то лицом с соблюдением требований УПК РФ, и проведены специалистами должной квалификации, имеющими надлежащий опыт и стаж работы по специальности, при этом эксперты предупреждались об уголовной ответственности за дачу заведомо ложного заключения, в связи с чем суд признает экспертные заключения относимыми и допустимыми доказательствами по делу. О совершении ФИО1 хищений, которые были совершены с использованием служебного положения в каждом из установленных преступлений, свидетельствуют следующие обстоятельства. Согласно п. 29 Постановления Пленума Верховного Суда РФ от 30 ноября 2017 года (в редакции от 15 декабря 2022 года) «О судебной практике по делам о мошенничестве, присвоении и растрате», под лицами, использующими свое служебное положение при совершении мошенничества, присвоения или растраты (часть 3 статьи , часть 3 статьи 159.1 , часть 3 статьи 159.2 , часть 3 статьи 159.3 , часть 3 статьи 159.5 , часть 3 статьи 159.6 , часть 3 статьи 160 УК РФ ), следует понимать должностных лиц, обладающих признаками, предусмотренными пунктом 1 примечаний к статье 285 УК РФ , государственных или муниципальных служащих, не являющихся должностными лицами, а также иных лиц, отвечающих требованиям, предусмотренным пунктом 1 примечаний к статье 201 УК РФ (например, лицо, которое использует для совершения хищения чужого имущества свои служебные полномочия, включающие организационно-распорядительные или административно-хозяйственные обязанности в коммерческой организации). В соответствии с примечанием 1 к ст. 201 УК РФ в статьях настоящей главы выполняющим управленческие функции в коммерческой или иной организации, за исключением организаций, указанных в п. 1 примечаний к ст. 285 УК РФ , либо в некоммерческой организации, не являющейся государственным органом, органом местного самоуправления либо государственным или муниципальным учреждением, признается лицо, выполняющее функции единоличного исполнительного органа либо члена совета директоров или иного коллегиального исполнительного органа, или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 При совершении каждого из установленных судом преступлений ФИО1, будучи учредителем, директором и единственным сотрудником ООО «ИнфоЛайт» (ИНН &lt;***&gt;, юридический адрес: ХМАО-Югра, &lt;...&gt;, действовала на основании договора оказания услуг по ведению бухгалтерского учета, составлению финансовой (бухгалтерской) отчетности, бухгалтерскому консультированию №, заключенному ДД.ММ.ГГГГ ООО «ИнфоЛайт» с ИП ФИО7 (&lt;данные изъяты&gt;) – применительно к преступлениям, потерпевшим по которым является ФИО7, а также на основании договора оказания услуг по ведению бухгалтерского учета, составлению финансовой (бухгалтерской) отчетности, бухгалтерскому консультированию №, заключенному ДД.ММ.ГГГГ ООО «ИнфоЛайт» с ИП ФИО6 (&lt;данные изъяты&gt;) – применительно к преступлениям, потерпевшей по которым является ФИО6 На основании заключенных договоров ФИО1 фактически выполняла функции бухгалтера в интересах ИП ФИО7, и ИП ФИО6, обладая возложенными на нее вышеуказанными договорами следующими должностными обязанностями: формирование информационной системы бухгалтерского учета и отчетности в соответствии с требованиями бухгалтерского, налогового, статистического и управленческого учета, организация работы по ведению бухгалтерского учета (своевременное и точное отражение на счетах бухгалтерского учета хозяйственных операций, движения активов, формирования доходов и расходов, выполнение обязательств по начислению заработной платы, налогов, дебиторской и кредиторской задолженности, учет основных средств, производство расчетов с подотчетными лицами, учет аренды, горюче-смазочных материалов, ведение налоговой и финансовой отчетности во внебюджетные фонды, налоговые органы и статистику, обработка первичных документов и занесение данных в программу «1С: Бухгалтерия»; контроль за соблюдением порядка оформления первичных учетных документов, в том числе платежных поручений (формирование и отправка в банк платежных поручений, контроль за их прохождением, получение выписок по банковским счетам в программе «Банк-Клиент» и их отражение на счетах по учету безналичных денежных средств, отражение расчетов по кредитам и займам, в том числе по начисленным процентам на счетах); соблюдение финансовой и кассовой дисциплины; контроль операций с контрагентами, оформление актов сверки, счетов на оплату и другой сопутствующей документации, договоров с контрагентами, учет товарных накладных, счетов-фактур, актов выполненных работ (услуг), актов сверок, осуществление контроля правильности оформления первичной документации; расчет, начисление, выдача и учет заработной платы; ведение учета имущества, расходов и доходов компании; своевременный расчет и отправка в налоговые органы и социальные фонды взносов и отчетов, в связи с чем ФИО1 обладала служебными полномочиями, включающими административно-хозяйственные обязанности в коммерческой организации, в том числе полномочиями по управлению и распоряжению денежными средствами, находящимися на балансе и банковских счетах ИП ФИО7, ИП ФИО6, начисляла оплату от арендаторов за полученные услуги по предоставлению в аренду нежилых помещений, осуществляла контроль за движением материальных ценностей, определяла порядок их хранения в том числе по направлению бухгалтерских документов в банк для совершения финансовых операций с денежными средствами, находящимися на расчетных счетах ИП ФИО7, ИП ФИО6 Судом установлено, что преступления ФИО1 были совершены с использованием ею своего служебного положения, поскольку ФИО1 на момент совершения преступлений выполняя функции бухгалтера на основании заключенных договоров, обладая комплексом должностных прав и обязанностей, что было использовано ФИО1 в осуществлении преступной деятельности, связанной с хищениями чужого имущества. В ходе судебного разбирательства установлено, что подсудимая ФИО1 при совершении указанных деяний действовала с прямым умыслом, поскольку ФИО1 желала совершить данные преступления и предпринимала для этого объективные действия. Анализируя и оценивая собранные по делу и представленные суду доказательства в их совокупности, суд признает их достаточными для принятия решения по делу, а вину подсудимой в совершении преступлений доказанной, поскольку она осознавала общественную опасность своих действий и предвидела наступление негативных последствий. К таким выводам суд приходит, поскольку ФИО1, фактически являясь бухгалтером ИП ФИО7 и ИП ФИО6 на основании заключенных между ООО «ИнфоЛайт» и ИП ФИО7, ИП ФИО6 договоров оказания услуг по ведению бухгалтерского учета, составлению финансовой (бухгалтерской) отчетности, бухгалтерскому консультированию (№ от ДД.ММ.ГГГГ, № от ДД.ММ.ГГГГ), обладая в соответствии с заключенными договорами административно-хозяйственными полномочиями, в каждом установленном случае возымела преступный умысел, направленный на совершение мошенничества, то есть хищение чужого имущества с использованием своего служебного положения, путем злоупотребления доверием, оказанным ей потерпевшими ФИО6 и ФИО7 при заключении с ней вышеуказанных договоров, а также посредством передачи ей доступов к своим банковским счетам, и во исполнение своих преступных намерений, действуя умышленно, из корыстных побуждений, с целью получения незаконной имущественной прибыли, каждый раз мотивированная вновь возникающим преступным умыслом на хищение имущества потерпевших, при вышеописанных обстоятельствах, злоупотребляя доверием ФИО6 и ФИО7, ФИО1 совершала хищения денежных средств со счетов ФИО6 и ФИО7, и получив, таким образом, в каждом случае реальную возможность распоряжаться похищенным по своему усмотрению. Суд не усматривает каких-либо оснований для квалификации действий ФИО1 как единого продолжаемого преступления. В ходе судебного разбирательства установлено, что каждый раз умысел на мошенничество возникал у ФИО1 самостоятельно, противоправные действия ею совершены в разное время с определенными временными промежутками, по конкретным обстоятельствам их совершения каждое преступление носит самостоятельный характер, в каждом случае она самостоятельно получала реальную возможность распорядиться похищенными деньгами. Обстоятельства, свидетельствующие о том, что ФИО1 реализовывала единый преступный умысел, направленный на одномоментное либо поэтапное хищение чужого имущества из представленных сторонами доказательств, не усматриваются. Наличие во всех случаях корыстной цели, двух потерпевших, средства которых похищались, безусловно не свидетельствуют о совершении единого продолжаемого преступления. Размер причиненного ущерба потерпевшему ФИО6 по фактам хищений в размере 423 600 рублей, 493 000 рублей, 288 000 рублей, 284 100 рублей, 336 700 рублей, превышает 250 000 рублей и не превышает 1 000 000 рублей и согласно п. 4 примечания к ст. 158 УК РФ в каждом из указанных случаев образуем крупный размер. Размер причиненного ущерба потерпевшему ФИО7 по фактам хищений денежных средств в размере 276 000 рублей, 435 640 рублей, 809 144 рубля 50 копеек, превышает 250 000 рублей и не превышает 1 000 000 рублей и согласно примечания 4 к ст. 158 УК РФ в каждом из указанных случаев образует крупный размер. Размер причиненного ущерба потерпевшему ФИО7 по факту хищения денежных средств в размере 1 347 823 рубля превышает 1 000 000 рублей и согласно и согласно примечания 4 к ст. 158 УК РФ образует особо крупный размер. Действия ФИО1 по факту хищения у потерпевшей ФИО6 денежных средств в размере 416 365 рублей органами предварительного расследования квалифицированы по ч. 4 ст. 159 УК РФ – мошенничество, то есть хищение чужого имущества путем злоупотребления доверием, совершенное с использованием своего служебного положения, в особо крупном размере. Суд не соглашается с предложенной квалификацией, переквалифицируя ее действия по следующим основаниям. Из предъявленного обвинения и установленных в судебном заседании обстоятельств следует, что ФИО1 совершила хищение денежных средств у ФИО6 в размере 416 365 рублей. При этом согласно примечанию 4 к ст. 158 УК РФ крупным размером в статьях настоящей главы, за исключением частей шестой и седьмой статьи 159, статей 159.1, 159.5 и 165, признается стоимость имущества, превышающая двести пятьдесят тысяч рублей, а особо крупным - один миллион рублей. Поскольку сумма денежных средств, похищенных ФИО1 у ФИО6 в случае данного преступления не превышает 1 000 000 рублей, суд считает, что квалификация ее действий, по ч. 4 ст. 159 УК РФ как мошенничество, то есть хищение чужого имущества путем злоупотребления доверием, совершенном с использованием своего служебного положения, в особо крупном размере, является необоснованной в части размера, и находит установленным, что ФИО1 совершила мошенничество, то есть хищение чужого имущества путем злоупотребления доверием, совершенном с использованием своего служебного положения, в крупном размере, и усматривает основания для квалификации ее действий по данному преступлению по ч. 3 ст. 159 УК РФ . Давая правовую оценку действиям подсудимой ФИО1 суд исходит из фактических обстоятельств дела, установленных в судебном заседании, подтверждённых совокупностью приведённых доказательств, и приходит к выводу, что вина подсудимой ФИО1 установлена, доказана, и квалифицирует ее действия: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хищения у ИП ФИО7 денежных средств в сумме 76 000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хищения у ИП ФИО6 денежных средств в сумме 423 600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хищения у ИП ФИО7 денежных средств в сумме 38 300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факту хищения у ИП ФИО6 денежных средств в сумме 493 000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факту хищения у ИП ФИО6 денежных средств в сумме 288 000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факту хищения у ИП ФИО7 денежных средств в сумме 82 048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факту хищения у ИП ФИО7 денежных средств в сумме 25 000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факту хищения у ИП ФИО7 денежных средств в сумме 276 000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факту хищения у ИП ФИО6 денежных средств в сумме 125 900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факту хищения у ИП ФИО6 денежных средств в сумме 284 100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факту хищения у ИП ФИО7 денежных средств в сумме 435 640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факту хищения у ИП ФИО7 денежных средств в сумме 178 600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факту хищения у ИП ФИО6 денежных средств в сумме 416 365 -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факту хищения у ИП ФИО7 денежных средств в сумме 98 964 рубля 79 копеек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факту хищения у ИП ФИО7 денежных средств в сумме 1 347 823 рубля - по ч. 4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особо крупном размере;</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факту хищения у ИП ФИО7 денежных средств в сумме 809 144 рубля 50 копеек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 факту хищения у ИП ФИО6 денежных средств в сумме 336 700 рублей - по ч. 3 ст. 159 УК РФ как мошенничество, то есть хищение чужого имущества путем злоупотребления доверием, совершенное лицом с использованием своего служебного положения, в крупном размере. Психическое состояние подсудимой ФИО1 у суда сомнения не вызывает, поэтому ее следует считать вменяемой, и подлежащей уголовной ответственности и наказанию. Суд принимает во внимание заключение судебно-психиатрической комиссии экспертов от ДД.ММ.ГГГГ №, согласно которому ФИО1 каким-либо психическим расстройством, лишающим или ограничивающим ее способность осознавать фактический характер и общественную опасность своих действий и руководить ими, не страдала в период совершения инкриминируемого ей состава преступления, и не страдает в настоящее время, кроме того, у ФИО1 в период совершения инкриминируемого преступления не выявлялось признаков наличия какого-либо временного психического расстройства, ее действия носили сознательный, последовательный и целенаправленный характер, то есть ФИО1 была способна в полной мере осознавать фактический характер и общественную опасность своих действий, и руководить ими (т.3 л.д.61-63). При назначении вида и размера наказания суд в соответствии с положениями статей , , , Уголовного кодекса Российской Федерации учитывает характер и степень общественной опасности совершённых ФИО1 преступлений, обстоятельства их совершения, данные о личности подсудимой, влияние назначаемого наказания на исправление подсудимой и на условия жизни ее семьи. При оценке характера общественной опасности суд учитывает, что ФИО1 совершено семнадцать преступлений, относящихся к категории тяжких, и являющихся преступлениями против собственности. Определяя степень общественной опасности, суд учитывает оконченный характер совершенных преступлений, их совершение с прямым умыслом. При оценке личности ФИО1 суд учитывает, что она имеет постоянное место жительства, официально не трудоустроена, находится на пенсии (т. 3 л.д. 93), не имеет судимости, по месту жительства характеризуется удовлетворительно (т.3 л.д. 245), на предыдущих местах работы характеризуется положительно (т.4 л.д.4-5), под наблюдением у врача-психиатра и у врача психиатра-нарколога не состоит (т. 3 л.д. 240). Обстоятельствами, смягчающими наказание ФИО1 по каждому из преступлений, суд признает: в соответствии с п. «и» ч. 1 ст. 61 УК РФ – активное способствование расследованию преступления, что выразилось в признательных показаниях в ходе предварительного следствия, участии в проверке показаний на месте, в соответствии с ч. 2 ст. 61 УК РФ – заявленное ФИО1 признание вины и раскаяние в содеянном, наличие на иждивении отца, имеющего тяжелое заболевание, неудовлетворительное состояние здоровья самой ФИО1 Суд не усматривает такого обстоятельства, смягчающего наказания, как совершение преступления в силу стечения тяжелых жизненных обстоятельств либо по мотиву сострадания (п. д ч. 1 ст. 62 УК РФ ) по каждому из преступлений, поскольку достоверно не установлено фактическое использование похищенных денежных средств не лечение неустановленного лица, при условиях, когда обстановка явствовала об отсутствии действительных оснований полагать о реальной потребности неустановленного лица в финансовой помощи, в том числе на его возможное лечение. Отягчающих наказание ФИО1 обстоятельств, предусмотренных ст. 63 УК РФ , судом не установлено. В соответствии с ч. 2 ст. , ч. 3 ст. Уголовного кодекса Российской Федерации наказание применяется в целях восстановления социальной справедливости, а также в целях исправления осужденного и предупреждения совершения им новых преступлений. В связи с наличием смягчающих обстоятельств, предусмотренных пунктом «и» ч. 1 ст. 61 УК РФ , отсутствием отягчающих обстоятельств, подлежат учету при назначении наказания требования ч. 1 ст. 62 УК РФ . При назначении наказания, принимая во внимание изложенные обстоятельства дела, с учетом общественной опасности совершенных подсудимой ФИО1 преступлений, отсутствие обстоятельств, отягчающих наказание, предусмотренных ч. 1 ст. 63 УК РФ , суд считает, что достижение целей уголовного наказания, предусмотренных ч. 2 ст. 43 УК РФ в отношении подсудимой ФИО1 может быть достигнуто путем назначения ей наказания только в виде лишения свободы, предусмотренного санкцией статьи, за каждое из совершенных преступлений, поскольку именно этот вид наказания, по мнению суда, будет отвечать принципу справедливости, регламентированному ст. 6 УК РФ , а также требованиям, предусмотренным ст. 60 УК РФ . В соответствии с требованиями ч. 3 ст. 69 УК РФ , учитывая, что все преступления, совершенные ФИО1 относятся к категории тяжких, суд считает необходимым назначить ей наказание по совокупности преступлений путем частичного сложения назначенных наказаний. В соответствии со ст. 73 УК РФ суд считает возможным назначить подсудимой ФИО1 наказание условно, поскольку приходит к выводу о том, что её исправление возможно без реального отбывания наказания. При этом суд учитывает личность виновной, и смягчающие наказание обстоятельства, её возраст, состояние здоровья, наличие заболеваний, а также характер и степень общественной опасности совершенных преступлений, которые относятся к категории тяжких. Учитывая материальное и семейное положение подсудимой, суд находит возможным не назначать дополнительные виды наказаний в виде штрафа и ограничения свободы. Правовых оснований для применения положений ст.ст. 53.1 , , 82 УК РФ не имеется. Судом не установлено исключительных обстоятельств, связанных с целями и мотивами совершенных подсудимой преступлений, её поведением, а также других обстоятельств, существенно уменьшающих степень общественной опасности преступлений, дающих основание для назначения наказания с применением положений ст. 64 УК РФ . С учетом фактических обстоятельств совершенных подсудимой преступлений и степени их общественной опасности, суд не находит правовых оснований для изменения категории совершенных преступлений на менее тяжкую в соответствии с ч. 6 ст. 15 УК РФ . Потерпевшим ФИО7 предъявлен гражданский иск о возмещении имущественного вреда, причинённого преступлениями в размере 3 471 520 рублей 29 копеек. Подсудимая ФИО1 с исковыми требованиями согласилась частично, а именно, в части размера хищений, вмененных согласно предъявленному обвинению, то есть в размере 3 367 520 рублей 29 копеек. В соответствии с ч. 1 ст. 1064 Гражданского кодекса Российской Федерации, вред, причинённый имуществу и личности гражданина, подлежит возмещению в полном объёме лицом, причинившим вред. В судебном заседании нашёл своё подтверждение факт причинения вреда ФИО7 в размере, равном сумме денежных средств похищенных ФИО1 у ФИО7 В связи с чем исковые требования в части возмещения имущественного вреда, причинённого преступлениями, подлежат удовлетворению в части, а именно, в размере 3 367 520 рублей 29 копеек. Потерпевшей ФИО6 предъявлен гражданский иск о возмещении имущественного вреда, причинённого преступлениями в размере 3 047 596 рублей 68 копеек. Подсудимая ФИО1 с исковыми требованиями согласилась частично, а именно, в части размера хищений, вмененных согласно предъявленному обвинению, то есть в размере 2 367 665 рубле. В соответствии с ч. 1 ст. 1064 Гражданского кодекса Российской Федерации, вред, причинённый имуществу и личности гражданина, подлежит возмещению в полном объёме лицом, причинившим вред. В судебном заседании нашёл своё подтверждение факт причинения вреда ФИО6 в размере, равном сумме денежных средств похищенных ФИО1 у ФИО6 В связи с чем исковые требования в части возмещения имущественного вреда, причинённого преступлениями, подлежат удовлетворению в части, а именно, в размере 2 367 665 рублей. Вопрос о том, как поступить с вещественными доказательствами, подлежит разрешению в соответствии со ст. 81 УПК РФ . В соответствии с п. 5 ч. 2 ст. , ч.ч. 1 и ст. 132 УПК РФ процессуальные издержки в размере 35 400 рублей в виде выплат адвокатам ФИО11, Хутиеву А.М. (т.3 л.д. 107, т. 4 л.д. 19), участвовавшим в ходе предварительного расследования, за оказание юридической помощи обвиняемой в качестве защитников по назначению, с учетом мнений сторон, выраженным в судебном заседании, подлежат взысканию с осужденной ФИО1, с учетом того, что у нее имеется доход в виде пенсии, иные временные заработки, вместе с тем суд находит необходимым, в связи с имущественным, финансовым положением ФИО1, состоянием ее здоровья, наличием на иждивении отца, снизить размер взыскиваемых процессуальных издержек до 5 000 рублей. На основании вышеизложенного и руководствуясь статьями 304, 307 - 309 Уголовно-процессуального кодекса Российской Федерации, суд, ПРИГОВОРИЛ: ФИО1 признать виновной в совершении преступлений, предусмотренных ч. 3 ст. , ч. 3 ст. , ч. 3 ст. , ч. 3 ст. , ч. 3 ст. , ч. 3 ст. , ч. 3 ст. , ч. 3 ст. , ч. 3 ст. , ч. 3 ст. , ч. 3 ст. , ч. 3 ст. , ч. 3 ст. , ч. 3 ст. , ч. 3 ст. , ч. 3 ст. , ч. 4 ст. Уголовного кодекса Российской Федерации и назначить ей наказание: - по ч. 3 ст. 159 УК РФ (по факту хищения у ИП ФИО7 денежных средств в сумме 76 000 рублей) – в виде 1 (одного) года лишения свободы; - по ч. 3 ст. 159 УК РФ (по факту хищения у ИП ФИО6 денежных средств в сумме 423 600 рублей) в виде 1 (одного) года 2 (двух) месяцев лишения свободы; – по ч. 3 ст. 159 УК РФ (по факту хищения у ИП ФИО7 денежных средств в сумме 38 300 рублей) - в виде 1 (одного) года лишения свободы; - по ч. 3 ст. 159 УК РФ (по факту хищения у ИП ФИО6 денежных средств в сумме 493 000 рублей) - в виде 1 (одного) года 2 (двух) месяцев лишения свободы; - по ч. 3 ст. 159 УК РФ (по факту хищения у ИП ФИО6 денежных средств в сумме 288 000 рублей) - в виде 1 (одного) года 2 (двух) месяцев лишения свободы; - по ч. 3 ст. 159 УК РФ (по факту хищения у ИП ФИО7 денежных средств в сумме 82 048 рублей) - в виде 1 (одного) года лишения свободы; - по ч. 3 ст. 159 УК РФ (по факту хищения у ИП ФИО7 денежных средств в сумме 25 000 рублей) - в виде 1 (одного) года лишения свободы; - по ч. 3 ст. 159 УК РФ (по факту хищения у ИП ФИО7 денежных средств в сумме 276 000 рублей) - в виде 1 (одного) года 2 (двух) месяцев лишения свободы; - по ч. 3 ст. 159 УК РФ (по факту хищения у ИП ФИО6 денежных средств в сумме 125 900 рублей) - в виде 1 (одного) года лишения свободы; – по ч. 3 ст. 159 УК РФ (по факту хищения у ИП ФИО6 денежных средств в сумме 284 100 рублей) - в виде 1 (одного) года 2 (двух) месяцев лишения свободы; - по ч. 3 ст. 159 УК РФ (по факту хищения у ИП ФИО7 денежных средств в сумме 435 640 рублей) - в виде 1 (одного) года 2 (двух) месяцев лишения свободы; – по ч. 3 ст. 159 УК РФ (по факту хищения у ИП ФИО7 денежных средств в сумме 178 600 рублей) - в виде 1 (одного) года лишения свободы; – по ч. 3 ст. 159 УК РФ (по факту хищения у ИП ФИО6 денежных средств в сумме 416 365 рублей) - в виде 1 (одного) года 2 (двух) месяцев лишения свободы; – по ч. 3 ст. 159 УК РФ (по факту хищения у ИП ФИО7 денежных средств в сумме 98 964 рубля 79 копеек) - в виде 1 (одного) года лишения свободы; - по ч. 4 ст. 159 УК РФ (по факту хищения у ИП ФИО7 денежных средств в сумме 1 347 823 рубля) - в виде 2 (двух) лет лишения свободы; - по ч. 3 ст. 159 УК РФ (по факту хищения у ИП ФИО7 денежных средств в сумме 809 144 рубля 50 копеек) - в виде 1 (одного) года 2 (двух) месяцев лишения свободы; – по ч. 3 ст. 159 УК РФ (по факту хищения у ИП ФИО6 денежных средств в сумме 336 700 рублей) - в виде 1 (одного) года 2 (двух) месяцев лишения свободы. В соответствии с ч. 3 ст. Уголовного кодекса Российской Федерации по совокупности преступлений путём частичного сложения назначенных наказаний ФИО1 окончательно назначить наказание в виде 05 (пяти) лет лишения свободы. В соответствии со ст. Уголовного кодекса Российской Федерации назначенное ФИО1 наказание в виде лишения свободы считать условным с испытательным сроком 05 (пять) лет. Возложить на ФИО1 обязанности: в течение одного месяца со дня вступления приговора в законную силу встать на учет в уголовно-исполнительной инспекции по месту жительства, в течение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ежемесячно являться на регистрацию в указанный орган в дни регистрации, устанавливаемые указанным органом. Меру пресечения ФИО1 в виде подписки о невыезде и надлежащем поведении оставить без изменения до вступления приговора в законную силу, после чего - отменить. Гражданский иск индивидуального предпринимателя ФИО7 к ФИО1 о возмещении имущественного вреда, причинённого преступлением, удовлетворить частично. Взыскать с ФИО1 в пользу индивидуального предпринимателя ФИО7 в качестве возмещения имущественного вреда, причинённого преступлением, 3 367 520 (три миллиона триста шестьдесят семь тысяч пятьсот двадцать) рублей 29 копеек. Гражданский иск индивидуального предпринимателя ФИО6 к ФИО1 о возмещении имущественного вреда, причинённого преступлением, удовлетворить частично. Взыскать с ФИО1 в пользу индивидуального предпринимателя ФИО6 в качестве возмещения имущественного вреда, причинённого преступлением, 2 367 665 (два миллиона триста шестьдесят семь тысяч шестьсот шестьдесят пять) рублей. Взыскать с ФИО1 в доход государства (федерального бюджета) процессуальные издержки в сумме 5 000 (пять тысяч) рублей 00 копеек. Вещественные доказательства: 1) расписку ФИО1 от ДД.ММ.ГГГГ, договор № от ДД.ММ.ГГГГ, договор № от ДД.ММ.ГГГГ, DVD-R диски, CD-R диски, выписки по счетам карт ПАО «Сбербанк» ФИО1, копии справок о движении денежных средств по счетам дебетовых карт ПАО Банк «ФК «Открытие» ФИО1 – хранить в материалах уголовного дела; 2) копию договора № от ДД.ММ.ГГГГ, копию договора № от ДД.ММ.ГГГГ; копии актов служебных проверок, копии выписок операций по лицевым счетам ИП ФИО6, ИП ФИО7, сшивки документов (анализ выписки банка, копии реестров, копии платежных поручений), копию заявления о присоединении к Общим условиям кредитования юридического лица и индивидуального предпринимателя, копию графика платежей, находящиеся в камере хранения МО МВД России «Ханты-Мансийский», – уничтожить, поручив уничтожение МО МВД России «Ханты-Мансийский». Приговор может быть обжалован в апелляционном порядке в Суд Ханты-Мансийского автономного округа – Югры в течение 15 суток со дня его постановления, а осужденным, содержащимся под стражей, - в тот же срок со дня вручения ему копий приговора, путем принесения апелляционной жалобы или представления через Ханты-Мансийский районный суд Ханты-Мансийского автономного округа – Югры. В случае апелляционного обжалования приговора осужденный вправе ходатайствовать о своем участии в рассмотрении уголовного дела судом апелляционной инстанции, о чем должен указать в апелляционной жалобе или в возражениях на жалобы, представления, принесенные другими участниками уголовного процесса, либо в отдельном заявлении в течение 15 суток со дня получения копии приговора. Судья А.В. Булыгин Суд: Ханты-Мансийский районный суд (Ханты-Мансийский автономный округ-Югра) (подробнее) Иные лица: Ханты-Мансийская межрайонная прокуратура (подробнее) Судьи дела: Булыгин А.В. (судья) (подробнее) Последние документы по делу: Приговор от 8 июня 2025 г. по делу № 1-93/2025 Приговор от 3 марта 2025 г. по делу № 1-93/2025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Злоупотребление должностными полномочиями Судебная практика по применению нормы ст. 285 УК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