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позднее 07 декабря 2023 года ФИО2, находясь на территории г. Томска Томской области, испытывая нужду в денежных средствах, осознавая общественную опасность своих действий, предвидя возможность и неизбежность наступления общественно-опасных последствий в виде причинения имущественного вреда неопределённому кругу лиц и желая их наступления, из корыстных побуждений, посредством принадлежащего ему мобильного телефона, с установленной в нем безопасной шифрованной программой мгновенного обмена сообщениями «Telegram», вступил в преступный сговор с неустановленным лицом (лицами), которые используют вымышленные имена (ники), на совершение хищения денежных средств, путём обмана граждан пожилого возраста, легко поддающихся психологическому воздействию и склонных к доверию посторонним лицам, под предлогом оказания помощи близкому родственнику, который попал в беду. В осуществление общего преступного умысла ФИО2, и неустановленное лицо (лица), группой лиц по предварительному сговору распределили между собой роли следующим образом: - неустановленное лицо (лица), осуществляет общее руководство группой, планирует совершение конкретных преступлений, принимает непосредственное участие в хищении денежных средств, для чего: осуществляет звонки на стационарные, сотовые телефоны граждан, проживающих на территории г. Томск Томской области; обманывает этих граждан, выдавая себя за родственника этих граждан или сотрудника правоохранительных органов, оказывает на них психологическое давление и вводя в заблуждение, сообщает им ложную информацию о том, что родственник попал в беду и находится в больнице, после чего требует от них денежные средства якобы за проведение дорогостоящей операции, используя в разговоре способность убеждать и психологически воздействовать на пожилых граждан, лишать их возможности идентификации голоса, изменяя его интонацию и сомневаться в правдивости. Убеждает их передать денежные средства прибывшему к ним лицу. При получении от обманываемых граждан согласия передать денежные средства, неустановленное лицо (лица), в ходе дальнейшего телефонного разговора с гражданами, должны узнавать у них адрес их места нахождения, который сообщить посредством мессенджера «Telegram» ФИО2 При этом неустановленное лицо (лица) должно продолжать поддерживать разговор с потерпевшим, выдавая себя за сотрудника правоохранительных органов, не давая возможности потерпевшему проанализировать полученную информацию и осуществить телефонный звонок родственнику, чтобы выяснить ее правдивость, до того момента пока к потерпевшим не прибудет ФИО2 и не получит от них денежные средства; распределять между участниками группы похищенные денежные средства; - ФИО2, как участник группы лиц, действуя в соответствии с отведенной ему ролью и ранее разработанным планом совершения преступления, выполняя указания неустановленного лица (лиц), принимает непосредственное участие в хищении денежных средств, а именно: после того как неустановленное лицо (лица) убедит потерпевшего передать денежные средства, должен прибывать на указанный неустановленным лицом адрес места нахождения потерпевшего, и выдавать себя за сотрудника курьера, представляясь вымышленными именами, получать денежные средства, предназначенные якобы для родственников потерпевших попавших в беду, тем самым похищать их. Впоследствии ФИО2, похищенные денежные средства должен был перевести на указанные неустановленными лицами счета, оставив себе 2,5 % от суммы, которыми распорядиться по своему усмотрению. Так, согласно единому преступному умыслу, направленному на хищение чужого имущества, путем обмана, группой лиц по предварительному сговору, 07 декабря 2023 года около 20 часов 24 минут, неустановленное лицо (лица), находясь в неустановленном месте, действуя в соответствии с ранее распределенными ролями и в соответствии с разработанным планом совершения преступления, используя различные номера IP-телефонии осуществило телефонный звонок на стационарный №, установленный в квартире ФИО9 №1, когда последняя ответила на телефонный звонок, неустановленное лицо (лица) согласно отведенной ему роли, совместно и согласованно с ФИО2 действуя умышленно, из корыстных побуждений, с целью хищения денежных средств ФИО9 №1, представляясь родственником потерпевшей от имени ее племянницы, обманывая последнюю, сообщило ложную информацию, о том, что ее родственница попала в больницу и ей нужны деньги на операцию. ФИО9 №1, будучи обманутой действиями неустановленного лица (лиц), приняла сообщённые им сведения за достоверную информацию. Далее, неустановленное лицо (лица), действуя умышленно, из корыстных побуждений, с целью хищения денежных средств, стало убеждать её передать денежные средства в максимальной сумме, под предлогом проведения операции её родственнице. ФИО9 №1, не ожидая подобной информации, разволновавшись, за своего родственника – племянницу и будучи обманута неустановленным лицом (лицами), доверяя их словам, полагая, что разговаривает со своей племянницей, находясь в растерянном состоянии, не проверив достоверность полученной информации, желая помочь своему близкому человеку - племяннице, сообщила, что у неё имеются денежные средства в сумме 200 000 рублей, которые она готова передать. Неустановленное лицо, добившись от ФИО9 №1, согласия передать денежные средства, продолжая обманывать последнюю, сообщило ложную информацию, что за денежными средствами прибудет знакомый её племянницы. Выяснив у ФИО9 №1, адрес её местонахождения, неустановленное лицо (лица), продолжая действовать в соответствии с ранее разработанным планом совершения преступления, сообщили его в мессенджере «Telegram» ожидавшему сообщения ФИО2, оставаясь с ним на связи, чтобы координировать его действия. Одновременно с этим, неустановленное лицо, продолжило телефонный разговор с ФИО9 №1, не давая ей возможности проанализировать полученную информацию, а также осуществить звонок родственникам, чтобы выяснить её правдивость, до того момента, пока потерпевшая не передаст денежные средства ФИО2 ФИО9 №1, будучи, обманутой, полагая, что передав денежные средства, поможет своему родственнику – племяннице произвести операцию, находясь в &lt;адрес&gt; положила в пакет – не представляющий материальной ценности, денежные средства в сумме 200 000 рублей, которые завернула в полотенце, не представляющее материальной ценности для последней и стала ожидать по своему месту жительства, знакомого её племянницы, чтобы передать ему пакет с денежными средствами. Далее, 07 декабря 2023 года около 21 часа 25 минут, ФИО2, получив от неустановленного лица (лиц), адрес местонахождения ФИО9 №1, действуя в соответствии с отведённой ему ролью и ранее разработанным планом совершения преступления, умышленно, из корыстных побуждений, группой лиц по предварительному сговору с неустановленными лицами, реализуя совместный преступный умысел, направленный на хищение чужого имущества, путём обмана, 07 декабря 2023 года в период с 21 часа 47 минут до 21 часа 57 минут, прибыл к квартире, расположенной по адресу: &lt;адрес&gt; и, находясь в квартире, получил от ФИО9 №1, уверенной, в том, что ФИО2 является знакомым её племянницы и она действует исключительно в интересах своего попавшего в беду родственника – племянницы, пакет с полотенцем и денежными средствами в сумме 200 000 рублей, тем самым похитил их. С похищенным имуществом: пакетом, в котором находились полотенце с денежными средствами в сумме 200 000 рублей с места преступления ФИО2, скрылся, пакет и полотенце выбросил, похищенные денежные средства в сумме 200 000 рублей посредством банкомата TINKOFF BANK №41002, расположенного по адресу: пр-т Комсомольский, 13 Б г. Томск внёс на принадлежащий ему банковской счет №, после чего в осуществлении общего преступного умысла ФИО2 по указанию неустановленного лица, являющегося участником группы, перевел со своего банковского счета на банковский счет № денежные средства в сумме 195 000 рублей, оставив себе 2,5 % от похищенной суммы денежных средств, которыми распорядился по своему усмотрению. Тем самым, ФИО2, и неустановленное лицо (лица), группой лиц по предварительному сговору, умышленно, из корыстных побуждений, путем обмана, похитили принадлежащие ФИО9 №1 денежные средства в сумме 200 000 рублей, причинив своими действиями потерпевшей ФИО9 №1 значительный ущерб.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не позднее 13 декабря 2023 года, находясь на территории г. Томска Томской области, испытывая нужду в денежных средствах, осознавая общественную опасность своих действий, предвидя возможность и неизбежность наступления общественно-опасных последствий в виде причинения имущественного вреда неопределённому кругу лиц и желая их наступления, из корыстных побуждений, посредством принадлежащего ему мобильного телефона, с установленной в нем безопасной шифрованной программой мгновенного обмена сообщениями «Telegram», вступил в преступный сговор с неустановленным лицом (лицами), которые используют вымышленные имена (ники), на совершение хищения денежных средств, путём обмана граждан пожилого возраста, легко поддающихся психологическому воздействию и склонных к доверию посторонним лицам, под предлогом оказания помощи близкому родственнику, который попал в беду. В осуществление общего преступного умысла ФИО2, и неустановленное лицо (лица), группой лиц по предварительному сговору распределили между собой роли следующим образом: - неустановленное лицо (лица), осуществляет общее руководство группой, планирует совершение конкретных преступлений, принимает непосредственное участие в хищении денежных средств, для чего: осуществляет звонки на стационарные, сотовые телефоны граждан, проживающих на территории г. Томска Томской области; обманывает этих граждан, выдавая себя за родственника этих граждан или сотрудника правоохранительных органов, оказывает на них психологическое давление и вводя в заблуждение, сообщает им ложную информацию о совершении их родственником дорожно-транспортного происшествия, в котором пострадал другой человек, после чего требует от них денежные средства якобы за оплату компенсации вреда, причиненного их родственником, и за его освобождение от уголовной ответственности, используя в разговоре способность убеждать и психологически воздействовать на пожилых граждан, лишает их возможности идентификации голоса, изменяя его интонацию и сомневаться в правдивости. Убеждает их передать денежные средства прибывшему к ним лицу. При получении от обманываемых граждан согласия передать денежные средства, неустановленное лицо (лица), в ходе дальнейшего телефонного разговора с гражданами, должны узнавать у них адрес их места нахождения, который сообщить посредством мессенджера «Telegram» ФИО2 При этом неустановленное лицо (лица) должно продолжать поддерживать разговор с потерпевшим, выдавая себя за сотрудника правоохранительных органов, не давая возможности потерпевшему проанализировать полученную информацию и осуществить телефонный звонок родственнику, чтобы выяснить ее правдивость, до того момента пока к потерпевшим не прибудет ФИО2 и не получит от них денежные средства; распределять между участниками группы похищенные денежные средства; - ФИО2 как участник группы лиц, действуя в соответствии с отведенной ему ролью и ранее разработанным планом совершения преступления, выполняя указания неустановленного лица (лиц), принимает непосредственное участие в хищении денежных средств, а именно: после того как неустановленное лицо (лица) убедит потерпевшего передать денежные средства, должен прибывать на указанный неустановленным лицом адрес места нахождения потерпевшего, и выдавать себя за сотрудника курьера, представляясь вымышленными именами, получать денежные средства, предназначенные якобы для родственников потерпевших попавших в беду, тем самым похищать их. В последствии ФИО2, похищенные денежные средства должен был перевести на указанные неустановленными лицами счета, оставив себе 2,5 % от суммы, которыми распорядиться по своему усмотрению. Так, согласно единому преступному умыслу, направленному на хищение чужого имущества, путем обмана, группой лиц по предварительному сговору, 13 декабря 2023 года около 17 часов 29 минут, неустановленное лицо (лица), находясь в неустановленном месте, действуя в соответствии с ранее распределенными ролями и в соответствии с разработанным планом совершения преступления, используя различные номера IP-телефонии осуществило телефонный звонок на стационарный №, установленный в квартире ФИО9 №5, когда последняя ответила на телефонный звонок, неустановленное лицо (лица) согласно отведенной ему роли, совместно и согласованно с ФИО2 действуя умышленно, из корыстных побуждений, с целью хищения денежных средств ФИО9 №5, представляясь родственником потерпевшей – двоюродной сестрой, а затем сотрудником правоохранительных органов обманывая последнюю, сообщило заведомо ложную информацию, о том, что её родственница – двоюродная сестра попала в дорожно-транспортное происшествие, в котором пострадала её родственница, а также другой человек. ФИО9 №5, обманутая действиями неустановленного лица (лиц), приняла сообщённые ей сведения за достоверную информацию. Далее, неустановленное лицо (лица), действуя умышленно, из корыстных побуждений, с целью хищения денежных средств, стало убеждать её передать денежные средства в максимальной сумме, под предлогом освобождения двоюродной сестры потерпевшей, от уголовной ответственности. ФИО9 №5, не ожидая подобной информации, разволновавшись, за своего родственника – двоюродную сестру и будучи обманутой неустановленным лицом (лицами), доверяя их словам, полагая, что разговаривает со своей двоюродной сестрой и с сотрудником правоохранительных органов, находясь в растерянном состоянии, не проверив достоверность полученной информации, желая помочь своему близкому человеку – двоюродной сестре, сообщила, что у неё имеются денежные средства в сумме 150 000 рублей, которые она готова передать. Неустановленное лицо, добившись от ФИО9 №5, согласия передать денежные средства, продолжая обманывать последнюю, сообщило ложную информацию, что за денежными средствами прибудет водитель ФИО6. Выяснив у ФИО9 №5, адрес её местонахождения, неустановленное лицо (лица), продолжая действовать в соответствии с ранее разработанным планом совершения преступления, сообщили его в мессенджере «Telegram» ожидавшему сообщения ФИО2, оставаясь с ним на связи, чтобы координировать его действия. Одновременно с этим, неустановленное лицо, продолжило телефонный разговор с ФИО9 №5, не давая ей возможности проанализировать полученную информацию, а также осуществить звонок родственникам, чтобы выяснить её правдивость, до того момента, пока потерпевшая не передаст денежные средства ФИО2 ФИО9 №5, будучи обманутой, полагая, что передав денежные средства, поможет своему родственнику – двоюродной сестре избежать уголовной ответственности, находясь у себя в &lt;адрес&gt;, по указанию звонившего лица, положив в пакет полотенце, не представляющее материальной ценности для последней и денежные средства в сумме 150 000 рублей, стала ожидать по своему месту жительства, водителя ФИО6, чтобы передать ему пакет с денежными средствами в сумме 150 000 рублей. Далее, 13 декабря 2023 года около 17 часов 58 минут, ФИО2, получив от неустановленного лица (лиц), адрес местонахождения ФИО9 №5, действуя в соответствии с отведённой ему ролью и ранее разработанным планом совершения преступления, умышленно, из корыстных побуждений, группой лиц по предварительному сговору с неустановленными лицами, реализуя совместный преступный умысел, направленный на хищение чужого имущества, путём обмана, 13 декабря 2023 года в период времени с 18 часов 17 минут до 18 часов 24 минут, прибыл к квартире, расположенной по адресу: &lt;адрес&gt; и, сообщив ложную информацию выдавая себя за водителя ФИО6, получил от ФИО9 №5, уверенной, в том, что она действует исключительно в интересах своего попавшего в беду родственника – двоюродной сестры, пакет с полотенцем, в котором находились денежные средства в сумме 150 000 рублей, тем самым похитил их. С похищенным имуществом: пакетом с полотенцем, в котором находились денежные средства на общую сумму 150 000 рублей с места преступления ФИО2 скрылся, пакет и полотенца выбросил, похищенные денежные средства в сумме 150 000 рублей посредством банкомата TINKOFF BANK № 41001, расположенного по адресу: ул. Беринга, 10 г.Томск внёс на принадлежащий ему банковской счет №, после чего в осуществлении общего преступного умысла ФИО2 по указанию неустановленного лица, являющегося участником группы, перевел со своего банковского счета на банковский счет № денежные средства в сумме 145 500 рублей, оставив себе 2,5 % от похищенной суммы денежных средств, которыми распорядился по своему усмотрению. В продолжение своего единого преступного умысла, 14 декабря 2023 года ФИО2, получив от неустановленного лица (лиц), информацию о том, что у ФИО9 №5 необходимо получить еще денежные средства в сумме 250 000, действуя в соответствии с отведённой ему ролью и ранее разработанным планом совершения преступления, умышленно, из корыстных побуждений, группой лиц по предварительному сговору с неустановленными лицами, реализуя совместный преступный умысел, направленный на хищение чужого имущества, путём обмана, 14 декабря 2023 года около 15 часов, вернулся к квартире, расположенной по адресу: &lt;адрес&gt; и, сообщив ложную информацию выдавая себя за водителя ФИО6, получил от ФИО9 №5, уверенной, в том, что она действует исключительно в интересах своего попавшего в беду родственника – двоюродной сестры, пакет с полотенцем, в котором находились денежные средства в сумме 250 000 рублей, тем самым похитил их. С похищенным имуществом: пакетом с полотенцем, в котором находились денежные средства на общую сумму 250 000 рублей с места преступления ФИО2 скрылся, пакет и полотенца выбросил, похищенные денежные средства в сумме 250 000 рублей посредством банкомата TINKOFF BANK № 1039, расположенного по адресу: &lt;адрес&gt; внёс на принадлежащий ему банковской счет №, после чего в осуществлении общего преступного умысла ФИО2 по указанию неустановленного лица, являющегося участником группы, перевел со своего банковского счета на банковский счет № денежные средства в сумме 150 000 рублей и на банковский счет № денежные средства в сумме 93 500 рублей, оставив себе 2,5 % от похищенной суммы денежных средств, которыми распорядился по своему усмотрению. Тем самым, ФИО2, и неустановленное лицо (лица), группой лиц по предварительному сговору, умышленно, из корыстных побуждений, путем обмана, похитили, принадлежащие ФИО9 №5, денежные средства в общей сумме 400 000 рублей, причинив своими действиями ФИО9 №5 имущественный ущерб в крупном размере.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15 декабря 2023 года находясь на территории г. Томска Томской области, испытывая нужду в денежных средствах, осознавая общественную опасность своих действий, предвидя возможность и неизбежность наступления общественно-опасных последствий в виде причинения имущественного вреда неопределённому кругу лиц и желая их наступления, из корыстных побуждений, посредством принадлежащего ему мобильного телефона, с установленной в нем безопасной шифрованной программой мгновенного обмена сообщениями «Telegram», вступил в преступный сговор с неустановленным лицом (лицами), которые используют вымышленные имена (ники), на совершение хищения денежных средств, путём обмана граждан пожилого возраста, легко поддающихся психологическому воздействию и склонных к доверию посторонним лицам, под предлогом оказания помощи близкому родственнику, который попал в беду. В осуществление общего преступного умысла ФИО2, и неустановленное лицо (лица), группой лиц по предварительному сговору распределили между собой роли следующим образом: - неустановленное лицо (лица), осуществляет общее руководство группой, планирует совершение конкретных преступлений, принимает непосредственное участие в хищении денежных средств, для чего: осуществляет звонки на стационарные, сотовые телефоны граждан, проживающих на территории Кемеровской области – Кузбасса; обманывает этих граждан, выдавая себя за родственника этих граждан или сотрудника правоохранительных органов, оказывает на них психологическое давление и вводя в заблуждение, сообщает им ложную информацию о совершении их родственником дорожно-транспортного происшествия, в котором пострадал другой человек, после чего требует от них денежные средства якобы за оплату компенсации вреда, причиненного их родственником, и за его освобождение от уголовной ответственности, используя в разговоре способность убеждать и психологически воздействовать на пожилых граждан, лишать их возможности идентификации голоса, изменяя его интонацию и сомневаться в правдивости. Убеждает их передать денежные средства прибывшему к ним лицу. При получении от обманываемых граждан согласия передать денежные средства, неустановленное лицо (лица), в ходе дальнейшего телефонного разговора с гражданами, должны узнавать у них адрес их места нахождения, который сообщить посредством мессенджера «Telegram» ФИО2 При этом неустановленное лицо (лица) должно продолжать поддерживать разговор с потерпевшим, выдавая себя за сотрудника правоохранительных органов, не давая возможности потерпевшему проанализировать полученную информацию и осуществить телефонный звонок родственнику, чтобы выяснить ее правдивость, до того момента пока к потерпевшим не прибудет ФИО2 и не получит от них денежные средства; распределять между участниками группы похищенные денежные средства; - ФИО2 как участник группы лиц, действуя в соответствии с отведенной ему ролью и ранее разработанным планом совершения преступления, выполняя указания неустановленного лица (лиц), принимает непосредственное участие в хищении денежных средств, а именно: после того как неустановленное лицо (лица) убедит потерпевшего передать денежные средства, должен прибывать на указанный неустановленным лицом адрес места нахождения потерпевшего, и выдавать себя за сотрудника курьера, представляясь вымышленными именами, получать денежные средства, предназначенные якобы для родственников потерпевших попавших в беду, тем самым похищать их. В последствии ФИО2, похищенные денежные средства должен был перевести на указанные неустановленными лицами счета, оставив себе 2,5 % от суммы, которыми распорядиться по своему усмотрению. Так, согласно единому преступному умыслу, направленному на хищение чужого имущества, путем обмана, группой лиц по предварительному сговору, 15 декабря 2023 года около 21 часа 23 минут, неустановленное лицо (лица), находясь в неустановленном месте, действуя в соответствии с ранее распределенными ролями и в соответствии с разработанным планом совершения преступления, используя различные номера IP-телефонии осуществило телефонный звонок на стационарный №, установленный в квартире ФИО9 №3, когда последняя ответила на телефонный звонок, неустановленное лицо (лица) согласно отведенной ему роли, совместно и согласованно с ФИО2 действуя умышленно, из корыстных побуждений, с целью хищения денежных средств ФИО9 №3, представляясь родственником потерпевшей от имени ее дочери, а затем сотрудником правоохранительных органов обманывая последнюю, сообщило заведомо ложную информацию, о том, что её родственница – дочь попала в дорожно-транспортное происшествие, в котором пострадала её родственница, а также другой человек. ФИО9 №3, будучи обманутой действиями неустановленного лица (лиц), принимает сообщённые им сведения за достоверную информацию. Далее, неустановленное лицо (лица), действуя умышленно, из корыстных побуждений, с целью хищения денежных средств, стало убеждать её передать денежные средства в максимальной сумме, под предлогом оказания помощи пострадавшему в дорожно-транспортном происшествии другому лицу и освобождения от уголовной ответственности её дочери. ФИО9 №3, не ожидая подобной информации, разволновавшись, за своего родственника – дочь и будучи обманута неустановленным лицом (лицами), доверяя их словам, полагая, что разговаривает со своей дочерью, а после с сотрудником правоохранительных органов, находясь в растерянном состоянии, не проверив достоверность полученной информации, желая помочь своему близкому человеку – дочери, сообщила, что у неё имеются денежные средства в сумме 800 000 рублей, которые она готова передать. Неустановленное лицо, добившись от ФИО9 №3, согласия передать денежные средства, продолжая обманывать последнюю, сообщило ложную информацию, что за денежными средствами прибудет водитель по фамилии ФИО8. Выяснив у ФИО9 №3, адрес её местонахождения, неустановленное лицо (лица), продолжая действовать в соответствии с ранее разработанным планом совершения преступления, сообщили его в мессенджере «Telegram» ожидавшему сообщения ФИО2, оставаясь с ним на связи, чтобы координировать его действия. Одновременно с этим, неустановленное лицо, продолжило телефонный разговор с ФИО9 №3, не давая ей возможности проанализировать полученную информацию, а также осуществить звонок родственникам, чтобы выяснить ее правдивость, до того момента, пока потерпевшая не передаст денежные средства ФИО2 ФИО9 №3, будучи обманутой, полагая, что передав денежные средства, поможет своей дочери освободиться от уголовной ответственности, находясь в &lt;адрес&gt; по указанию звонившего лица, положила в пакет – не представляющий материальной ценности, денежные средства в сумме 800 000 рублей, которые завернула в полотенце, не представляющее материальной ценности, а также положила мыло и туалетную бумагу для последней и стала ожидать по своему месту жительства, водителя по фамилии ФИО8, чтобы передать ему пакет с денежными средствами. Далее, 15 декабря 2023 года около 23 часов 39 минут, ФИО2, получив от неустановленного лица (лиц), адрес местонахождения ФИО9 №3, действуя в соответствии с отведённой ему ролью и ранее разработанным планом совершения преступления, умышленно, из корыстных побуждений, группой лиц по предварительному сговору с неустановленными лицами, реализуя совместный преступный умысел, направленный на хищение чужого имущества, путём обмана, 16 декабря 2023 года около 02 часов 11 минут, прибыл к квартире, расположенной по адресу: &lt;адрес&gt; и, сообщив ложную информацию выдавая себя за водителя по фамилии ФИО65, получил от ФИО9 №3, уверенной, в том, что она действует исключительно в интересах своего попавшего в беду родственника – дочери, пакет с полотенцами, туалетной бумагой, мылом и денежными средствами в сумме 800 000 рублей, тем самым похитил их. С похищенным имуществом: пакетом, в котором находились полотенца, туалетная бумага, мыло и денежные средства в сумме 800 000 рублей с места преступления ФИО2, скрылся, пакет, с полотенцами, мылом и туалетной бумагой передал таксисту, часть похищенных денежных средства в сумме 179 000 рублей посредством банкомата ПАО «Сбербанк» № 60081301, расположенного по адресу: ул. Абразивная, 1. г. Юрга внёс на принадлежащий ему банковской счет №, после чего в осуществлении общего преступного умысла ФИО2 по указанию неустановленного лица, являющегося участником группы, перевел на неустановленные в ходе следствия банковские счета, оставив себе 2,5 % от похищенной суммы денежных средств, которыми распорядился по своему усмотрению. Тем самым, ФИО2, и неустановленное лицо (лица), группой лиц по предварительному сговору, умышленно, из корыстных побуждений, путем обмана, похитили принадлежащие ФИО9 №3, денежные средства в сумме 800 000 рублей, причинив своими действиями потерпевшей ФИО9 №3 имущественный ущерб в крупном размере.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22 декабря 2023 года находясь на территории г. Томска Томской области, испытывая нужду в денежных средствах, осознавая общественную опасность своих действий, предвидя возможность и неизбежность наступления общественно-опасных последствий в виде причинения имущественного вреда неопределённому кругу лиц и желая их наступления, из корыстных побуждений, посредством принадлежащего ему мобильного телефона, с установленной в нем безопасной шифрованной программой мгновенного обмена сообщениями «Telegram», вступил в преступный сговор с неустановленным лицом (лицами), которые используют вымышленные имена (ники), на совершение хищения денежных средств, путём обмана граждан пожилого возраста, легко поддающихся психологическому воздействию и склонных к доверию посторонним лицам, под предлогом оказания помощи близкому родственнику, который попал в беду. В осуществление общего преступного умысла ФИО2, и неустановленное лицо (лица), группой лиц по предварительному сговору распределили между собой роли следующим образом: - неустановленное лицо (лица), осуществляет общее руководство группой, планирует совершение конкретных преступлений, принимает непосредственное участие в хищении денежных средств, для чего: осуществляет звонки на стационарные, сотовые телефоны граждан, проживающих на территории г. Томск Томской области; обманывает этих граждан, выдавая себя за родственника этих граждан или сотрудника правоохранительных органов, оказывает на них психологическое давление и вводя в заблуждение, сообщает им ложную информацию о совершении их родственником дорожно-транспортного происшествия, в котором пострадал другой человек, после чего требует от них денежные средства якобы за оплату компенсации вреда, причиненного их родственником, и за его освобождение от уголовной ответственности, используя в разговоре способность убеждать и психологически воздействовать на пожилых граждан, лишать их возможности идентификации голоса, изменяя его интонацию и сомневаться в правдивости. Убеждает их передать денежные средства прибывшему к ним лицу. При получении от обманываемых граждан согласия передать денежные средства, неустановленное лицо (лица), в ходе дальнейшего телефонного разговора с гражданами, должны узнавать у них адрес их места нахождения, который сообщить посредством мессенджера «Telegram» ФИО2 При этом неустановленное лицо (лица) должно продолжать поддерживать разговор с потерпевшим, выдавая себя за сотрудника правоохранительных органов, не давая возможности потерпевшему проанализировать полученную информацию и осуществить телефонный звонок родственнику, чтобы выяснить ее правдивость, до того момента пока к потерпевшим не прибудет ФИО2 и не получит от них денежные средства; распределять между участниками группы похищенные денежные средства; - ФИО2 как участник группы лиц, действуя в соответствии с отведенной ему ролью и ранее разработанным планом совершения преступления, выполняя указания неустановленного лица (лиц), принимает непосредственное участие в хищении денежных средств, а именно: после того как неустановленное лицо (лица) убедит потерпевшего передать денежные средства, должен прибывать на указанный неустановленным лицом адрес места нахождения потерпевшего, и выдавать себя за сотрудника курьера, представляясь вымышленными именами, получать денежные средства, предназначенные якобы для родственников потерпевших попавших в беду, тем самым похищать их. В последствии ФИО2, похищенные денежные средства должен был перевести на указанные неустановленными лицами счета, оставив себе 2,5 % от суммы, которыми распорядиться по своему усмотрению. Так, согласно единому преступному умыслу, направленному на хищение чужого имущества, путем обмана, группой лиц по предварительному сговору, 22 декабря 2023 года около 15 часов 10 минут, неустановленное лицо (лица), находясь в неустановленном месте, действуя в соответствии с ранее распределенными ролями и в соответствии с разработанным планом совершения преступления, используя различные номера IP-телефонии осуществило телефонный звонок на стационарный №, установленный в квартире ФИО9 №4, когда последняя ответила на телефонный звонок, неустановленное лицо (лица) согласно отведенной ему роли, совместно и согласованно с ФИО2 действуя умышленно, из корыстных побуждений, с целью хищения денежных средств ФИО9 №4, представляясь родственником потерпевшей от имени ее дочери, а затем работником больницы обманывая последнюю, сообщило заведомо ложную информацию, о том что ее родственница – дочь попала в дорожно-транспортное происшествие и что нужны денежные средства для проведения операции. ФИО9 №4, будучи обманутой действиями неустановленного лица (лиц), принимая сообщённые ей сведения за достоверную информацию. Далее, неустановленное лицо (лица), действуя умышленно, из корыстных побуждений, с целью хищения денежных средств, стало убеждать ее передать денежные средства в максимальной сумме, под предлогом оказания помощи пострадавшей в дорожно-транспортном происшествии своей дочери. ФИО9 №4, не ожидая подобной информации, разволновавшись, за своего родственника – дочь и будучи обманута неустановленным лицом (лицами), доверяя их словам, полагая, что разговаривает со своей дочерью, а после с работником больницы, находясь в растерянном состоянии, не проверив достоверность полученной информации, желая помочь своему близкому человеку – дочери, сообщила что у нее имеются денежные средства в сумме 10 000 рублей, которые она готова передать. Неустановленное лицо, добившись от ФИО9 №4, согласия передать денежные средства, продолжая обманывать последнюю, сообщило ложную информацию, что за денежными средствами прибудет водитель Руслан. Выяснив у ФИО9 №4, адрес её местонахождения, неустановленное лицо (лица), продолжая действовать в соответствии с ранее разработанным планом совершения преступления, сообщили его в мессенджере «Telegram» ожидавшему сообщения ФИО2, оставаясь с ним на связи, чтобы координировать его действия. Одновременно с этим, неустановленное лицо, продолжило телефонный разговор с ФИО9 №4, не давая ей возможности проанализировать полученную информацию, а также осуществить звонок родственникам, чтобы выяснить ее правдивость, до того момента, пока потерпевшая не передаст денежные средства ФИО2 ФИО9 №4, будучи, обманутой, полагая, что передав денежные средства, поможет своей дочери оплатить операцию, находясь в &lt;адрес&gt; стала приготавливать денежные средства в сумме 10 000 рублей, которые предварительно должна была положить вместе с одеждой для своей дочери в пакет и передать в последующем прибывшему на ее адрес курьеру. Далее, 22 декабря 2023 года около 16 часов 04 минут, ФИО2, получив от неустановленного лица (лиц), адрес местонахождения ФИО9 №4, действуя в соответствии с отведённой ему ролью и ранее разработанным планом совершения преступления, умышленно, из корыстных побуждений, группой лиц по предварительному сговору с неустановленными лицами, реализуя совместный преступный умысел, направленный на хищение чужого имущества, путём обмана, 22 декабря 2023 года около 16 часов 53 минут, прибыл к квартире, расположенной по адресу: &lt;адрес&gt;&lt;адрес&gt; и, сообщив ложную информацию выдавая себя за водителя Руслана, покушался получить от престарелой ФИО9 №4, уверенной, в том, что она действует исключительно в интересах своего попавшего в беду родственника – дочери, пакет с вещами и денежными средствами в сумме 10 000 рублей и тем самым похитить их, однако потерпевшая ФИО9 №4 пакет с вещами и денежными средствами в сумме 10 000 рублей не успела передать ФИО2, поскольку домой к потерпевшей ФИО9 №4 пришла ее внучка ФИО30, которой она рассказала о случившемся и внучка позвонив дочери потерпевшей ФИО9 №4 выяснила, что дочь потерпевшей в дорожно-транспортное происшествие не попадала, тем самым не допустила хищение денежных средств потерпевшей ФИО9 №4 Таким образом, ФИО2, и неустановленное лицо (лица), группой лиц по предварительному сговору, умышленно, из корыстных побуждений, покушались на хищение путем обмана, денежных средств в сумме 10 000 рублей, с причинением значительного ущерба гражданину, принадлежащих потерпевшей ФИО9 №4, однако преступление не было доведено до конца по независящим от ФИО2 и неустановленного лица (лиц) обстоятельствам ввиду того, что внучка потерпевшей ФИО9 №4 пришла домой и не допустила хищение денежных средств.</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 же, 26 декабря 2023 года, находясь на территории г. Томска Томской области, испытывая нужду в денежных средствах, осознавая общественную опасность своих действий, предвидя возможность и неизбежность наступления общественно-опасных последствий в виде причинения имущественного вреда неопределённому кругу лиц и желая их наступления, из корыстных побуждений, посредством принадлежащего ему мобильного телефона, с установленной в нем безопасной шифрованной программой мгновенного обмена сообщениями «Telegram», вступил в преступный сговор с неустановленным лицом (лицами), которые используют вымышленные имена (ники), на совершение хищения денежных средств, путём обмана граждан пожилого возраста, легко поддающихся психологическому воздействию и склонных к доверию посторонним лицам, под предлогом оказания помощи близкому родственнику, который попал в беду. В осуществление общего преступного умысла ФИО2, и неустановленное лицо (лица), группой лиц по предварительному сговору распределили между собой роли следующим образом: - неустановленное лицо (лица), осуществляет общее руководство группой, планирует совершение конкретных преступлений, принимает непосредственное участие в хищении денежных средств, для чего: осуществляет звонки на стационарные, сотовые телефоны граждан, проживающих на территории г. Томск Томской области; обманывает этих граждан, выдавая себя за родственника этих граждан или сотрудника правоохранительных органов, оказывает на них психологическое давление и вводя в заблуждение, сообщает им ложную информацию о совершении их родственником дорожно-транспортного происшествия, в котором пострадал другой человек, после чего требует от них денежные средства якобы за оплату компенсации вреда, причиненного их родственником, и за его освобождение от уголовной ответственности, используя в разговоре способность убеждать и психологически воздействовать на пожилых граждан, лишать их возможности идентификации голоса, изменяя его интонацию и сомневаться в правдивости. Убеждает их передать денежные средства прибывшему к ним лицу. При получении от обманываемых граждан согласия передать денежные средства, неустановленное лицо (лица), в ходе дальнейшего телефонного разговора с гражданами, должны узнавать у них адрес их места нахождения, который сообщить посредством мессенджера «Telegram» ФИО2 При этом неустановленное лицо (лица) должно продолжать поддерживать разговор с потерпевшим, выдавая себя за сотрудника правоохранительных органов, не давая возможности потерпевшему проанализировать полученную информацию и осуществить телефонный звонок родственнику, чтобы выяснить ее правдивость, до того момента пока к потерпевшим не прибудет ФИО2 и не получит от них денежные средства; распределять между участниками группы похищенные денежные средства; - ФИО2 как участник группы лиц, действуя в соответствии с отведенной ему ролью и ранее разработанным планом совершения преступления, выполняя указания неустановленного лица (лиц), принимает непосредственное участие в хищении денежных средств, а именно: после того как неустановленное лицо (лица) убедит потерпевшего передать денежные средства, должен прибывать на указанный неустановленным лицом адрес места нахождения потерпевшего, и выдавать себя за сотрудника курьера, представляясь вымышленными именами, получать денежные средства, предназначенные якобы для родственников потерпевших попавших в беду, тем самым похищать их. В последствии ФИО2, похищенные денежные средства должен был перевести на указанные неустановленными лицами счета, оставив себе 2,5 % от суммы, которыми распорядиться по своему усмотрению. Так, согласно единому преступному умыслу, направленному на хищение чужого имущества, путем обмана, группой лиц по предварительному сговору, 26 декабря 2023 года около 19 часов 38 минут, неустановленное лицо (лица), находясь в неустановленном месте, действуя в соответствии с ранее распределенными ролями и в соответствии с разработанным планом совершения преступления, используя различные номера IP-телефонии осуществило телефонный звонок на стационарный №, установленный в квартире ФИО9 №2, когда последняя ответила на телефонный звонок, неустановленное лицо (лица) согласно отведенной ему роли, совместно и согласованно с ФИО2 действуя умышленно, из корыстных побуждений, с целью хищения денежных средств ФИО9 №2, представляясь знакомой потерпевшей, а затем сотрудником правоохранительных органов обманывая последнюю, сообщило заведомо ложную информацию, о том, что ее знакомая попала в дорожно-транспортное происшествие, в котором пострадала ее знакомая, а также другой человек. ФИО9 №2, будучи обманутой действиями неустановленного лица (лиц), принимает сообщённые им сведения за достоверную информацию. Далее, неустановленное лицо (лица), действуя умышленно, из корыстных побуждений, с целью хищения денежных средств, стало убеждать её передать денежные средства в максимальной сумме, под предлогом оказания помощи пострадавшему в дорожно-транспортном происшествии другому лицу и освобождения от уголовной ответственности её знакомой. ФИО9 №2, не ожидая подобной информации, разволновавшись, за свою знакомую и будучи обманута неустановленным лицом (лицами), доверяя их словам, полагая, что разговаривает со своей знакомой, а после с сотрудником правоохранительных органов, находясь в растерянном состоянии, не проверив достоверность полученной информации, желая помочь своей знакомой, сообщила что у нее имеются денежные средства в сумме 100 000 рублей, которые она готова передать. Неустановленное лицо, добившись от ФИО9 №2, согласия передать денежные средства, продолжая обманывать последнюю, сообщило ложную информацию, что за денежными средствами прибудет водитель ФИО6. Выяснив у ФИО9 №2, адрес её местонахождения, неустановленное лицо (лица), продолжая действовать в соответствии с ранее разработанным планом совершения преступления, сообщили его в мессенджере «Telegram» ожидавшему сообщения ФИО2, оставаясь с ним на связи, чтобы координировать его действия. Одновременно с этим, неустановленное лицо, продолжило телефонный разговор с ФИО9 №2, не давая ей возможности проанализировать полученную информацию, а также осуществить звонок родственникам, чтобы выяснить ее правдивость, до того момента, пока потерпевшая не передаст денежные средства ФИО2 ФИО9 №2, будучи обманутой, полагая, что передав денежные средства, поможет своей знакомой, находясь в &lt;адрес&gt; по указания звонившего лица положила в пакет – не представляющий материальной ценности, денежные средства в сумме 100 000 рублей и стала ожидать по своему месту жительства, водителя ФИО6, чтобы передать ему пакет с денежными средствами. Далее, 26 декабря 2023 года около 19 часов 59 минут, ФИО2, получив от неустановленного лица (лиц), адрес местонахождения ФИО9 №2, действуя в соответствии с отведённой ему ролью и ранее разработанным планом совершения преступления, умышленно, из корыстных побуждений, группой лиц по предварительному сговору с неустановленными лицами, реализуя совместный преступный умысел, направленный на хищение чужого имущества, путём обмана, 26 декабря 2023 года около 20 часов 19 минут, прибыл к квартире, расположенной по адресу: &lt;адрес&gt; и, сообщив ложную информацию выдавая себя за водителя ФИО6, получил от престарелой ФИО9 №2, уверенной, в том, что она действует исключительно в интересах своей попавшей в беду знакомой, пакет с денежными средствами в сумме 100 000 рублей, тем самым похитил их. С похищенным имуществом: пакетом, в котором находились денежные средства в сумме 100 000 рублей с места преступления ФИО2, скрылся, пакет выбросил, похищенными денежными средствами распорядился по своему усмотрению, похищенные денежные средства в сумме 100 000 рублей посредством банкомата TINKOFF BANK № 5144, расположенного по адресу: ул.Елизаровых, 13 г. Томск внёс на принадлежащий ему банковской счет №, после чего в осуществлении общего преступного умысла ФИО2 по указанию неустановленного лица, являющегося участником группы, перевел со своего банковского счета на банковский счет № денежные средства в сумме 97 000 рублей, оставив себе 2,5 % от похищенной суммы денежных средств, которыми распорядился по своему усмотрению. Тем самым, ФИО2, и неустановленное лицо (лица), группой лиц по предварительному сговору, умышленно, из корыстных побуждений, путем обмана, похитили принадлежащие ФИО9 №2, денежные средства в сумме 100 000 рублей, причинив своими действиями потерпевшей ФИО9 №2 значительный ущерб. В ходе судебного следствия подсудимый ФИО2 виновным себя признал частично, не оспаривая фактических обстоятельств вменяемых ему преступлений, указывая, что не осознавал о совершении мошенничества группой лиц по предварительному сговору, с квалификацией вменяемых ему деяний согласился, воспользовавшись положением ст. 51 Конституции РФ, от дачи показаний отказался, подтвердил свои показания, данные в ходе предварительного следствия, оглашенные по ходатайству государственного обвинителя в порядке п. 3 ч. 1 ст. 276 УПК РФ (том 1 л.д. 42-45, 61-63, том 2 л.д. 22-25, 31-34, 119-127, 149-155, 207-211, том 3 л.д. 84-91, 204-208, том 4 л.д. 9-13, 91-96, том 5 л.д. 36-42, том 6 л.д. 212-217, 232-235), оглашенные в судебном заседании, в которых подробно и последовательно показал об обстоятельствах совершенных им преступлений, где указал, что имея не постоянный и очень маленький доход, в декабре 2023 года его заинтересовала работа, которую он увидел в приложении «Телеграмм» на своем мобильном телефоне. В канале «Вписка Томск», в которой он состоял, предлагали работу, было обозначено, что не связанная с наркотиками, и он стал спрашивать, что это за работа. После чего ему скинули условия работы, которая состояла в том, что он будет курьером, который должен получать денежные средства и переводить их на банковские реквизиты, которые ему будут высылать его кураторы. Также было указано, что их организация является посредником между клиентами. В дальнейшем на него вышли в телеграмме люди в «Телеграмм» &lt;данные изъяты&gt;». 07 декабря 2023 года в вечернее время ему поступил первый заказ, чтобы он съездил на адрес и забрал денежные средства. Ему прислали адрес – &lt;адрес&gt;, чтобы там забрать пакет с денежными средствами, при этом ему было указано представиться другим именем и что он является водителем. В этот момент времени ему стало понятно, что речь идет об осуществлении противоправной деятельности. Согласившись, он вызвал такси через приложение «Яндекс.Такси» и отправился на указанный адрес. Время было около 22 часов. Когда он приехал на адрес, то записал сообщение кураторам, что он на адресе, после чего ему скинули номер квартиры, этаж и легенду о том, от кого он приехал и написали, кем он должен представиться. Если не ошибается, он называл данные, что он ФИО6. Он позвонил в домофон, ему открыли дверь подъезда, когда он подошёл к нужной квартире, то ему открыла дверь пожилая женщина, которая ему отдала пакет, какого был цвета, он не помнит. После чего женщина закрыла дверь. Он написал кураторам, что он забрал деньги, дальше ему сказали, чтобы он спустился на пару этажей вниз, там он по указанию кураторов достал из пакета полотенце, вытащил из него денежные средства, забрал их, а полотенце положил в пакет и оставил его в подъезде. Вышел с подъезда, пересчитал деньги, их было 200 000 рублей. После этого вызвал такси до ТРЦ «Изумрудный город», там располагался терминал «Тинькофф», через который он осуществил 2 пополнения в общей сумме 200 000 рублей, себе оставил 2,5 % от суммы и за расходы на такси, а остальные денежные средства, со своей карты Тинькофф, перевел на карты, номера которых ему указали кураторы. 13 декабря 2023 года около 19 часов ему поступил заказ на адрес: &lt;адрес&gt;. Он согласился и вызвал такси через приложение «Яндекс.такси». К его дому подъехало такси автомобиль марки «Фольксваген Поло», на данном автомобиле он поехал на адрес. Когда он приехал на адрес, он записал сообщение кураторам, что он на адресе, после чего ему скинули номер квартиры, этаж и легенду о том, от кого он приехал и написали, кем он должен представиться. Если не ошибается, он называл данные, что он ФИО6. Находясь на адресе, он зашел в 14 подъезд, 5 этаж, квартиру точно назвать не может, где ему открыла дверь пожилая женщина, которая передала ему пакет, в котором было полотенце. Он также спустился ниже и достал денежные средства, а пакет с полотенцем оставил в подъезде. Деньги он считал в подъезде, после чего писал кураторам, какая сумма была в пакете, после чего ему приходило указание ехать в ТРЦ «Манеж», где через терминал Тинькофф он положил себе на карту денежные средства в общей сумме 150 000 рублей, после чего перевел денежные средства на счета, вернее, на карты, которые ему указали кураторы. Когда он 13.12.2023 приехал на адрес: &lt;адрес&gt;, и ему открыла дверь пожилая женщина, то в этот момент у него возникли сомнения, что деньги, которые он должен забрать, законные, то есть женщина отдаёт эти деньги добровольно, так как ей их надо передать. У него возникли сомнения, так как он снова забирал деньги у пожилой женщины, но когда женщина передала ему спокойно деньги, то все сомнения у него отпали и он думал, что деньги законные и он поступает законно. На следующий день, 14 декабря 2023 года, около 16 часов, ему сказали кураторы, что ему нужно вернуться на тот же адрес и забрать вторую часть денег, он согласился, вызвал такси и поехал на адрес. Там он пошел в ту же квартиру, что и днем ранее, ему открыла та же пожилая женщина, которая также передала ему пакет. Он забрал пакет, спустился ниже и увидел, что в пакете было полотенце, в котором были деньги, а также йогурт. Он посчитал деньги, там была сумма 100 000 рублей. Тогда он пошел в ближайший магазин «Пятерочка», где был терминал, если он не ошибается – «ВТБ», где он на свою карту Тинькофф положил указанную сумму, а потом отправил их на счета, которые ему указали кураторы. 15 декабря 2023 года в начале двенадцати часов ночи ему от пользователя «Andrey» поступило сообщение в «Телеграмм» о том, что есть заказ забрать денежные средства в &lt;адрес&gt; Он посмотрел в приложении «Яндекс Такси» стоимость поездки, она составляла 7992 рубля, он сообщил в группе, где находились «&lt;данные изъяты&gt;» об этом, кто-то из них ответил, что бы он вызывал такси, оплату за такси они ему закинут на карту «Тинькофф Банка». После чего он спросил конкретный адрес, тогда ему написали номер дома и улицу – &lt;адрес&gt; Он вызвал такси в 23:47 часов через приложение «Яндекс такси» и выслал кому-то из них номер заказа для отслеживания такси. Когда он выехал на автомобиле такси – KIA RIO,, то ему поступили денежные средства на его банковскую карту «Тинькофф» денежные средства в сумме 8000 рублей через сервис кард2кард через open.ru. Деньги за такси у него списались с его банковской карты. 16 декабря 2023 года около 02 часов они на такси приехали по указанному адресу. По пути он оплачивал своей банковской картой за понтонный мост. Он сообщал об этом кураторам и кто-то из них сообщил, что деньги за мост он оставит себе с заказа. Приехав в &lt;адрес&gt; он отправил в группу «кружок» в «Телеграмм» и сообщил, что он на месте, после чего ему сообщили номер квартиры, в настоящее время он квартиру не помнит, помнит, что &lt;адрес&gt;-х этажный, квартира была на втором этаже первого подъезда, квартира - &lt;адрес&gt; Так же ему сообщили, как звать «клиента» и как ему представиться и сообщить клиенту от кого он приехал. Подойдя в квартиру, ему открыла пожилая женщина и сразу передала ему черный пакет, никаких вопросов у нее не возникало, она не спрашивала даже его имя, он ей ничего не называл. Описать женщину он в настоящее время не сможет. Он знал, что в пакете должны были находиться денежные средства. После того, как он забрал пакет, он сразу пошел в автомобиль считать деньги, смотреть содержимое пакета в подъезде он не стал. Когда они стали выезжать с п. Акация, ему поставили адрес: &lt;адрес&gt;, где имеется банкомат, куда он должен будет положить денежные средства на добавленные им в приложении карты. Приехав к банкомату «ВТБ», он обнаружил, что он не имеет системы оплаты «NFC», о чем сообщил кураторам в «Телеграмм», сделав при этом видео банкомата, в подтверждение что нет такой функции. Пока ждал второго адреса, положил пакет на стол в данном помещении, после чего увидел, что в данном пакете находятся одно или два полотенца, два куска мыла и туалетная бумага. Хочет пояснить, что денежные средства лежали беспорядочно в пакете, не мог их посчитать, но он видел, что здесь очень крупная сумма купюрами разных номиналов: 1000, 2000, 5000. Когда ему кураторы прислали адрес другого банкомата, в здании «Феросплавного завода», он поехал на данный адрес, где внес денежные средства на карты, которые предварительно добавил в свое приложение «МирПэй». Как ему сообщили, он должен был закинуть на каждую карту по 200 000 рублей, не более. Какими суммами пополнял банковские карты, назвать не может, но у него остались какие-то скрины в его телефоне. Так же закидывал какую-то сумму на свою банковскую карту «Тинькофф банка», а потом перевел денежные средства на указанную ему банковскую карту. Хочет пояснить, что когда перевел все денежные средства, то посчитал общую сумму и у него получилось 799 000 рублей. Допускает тот факт, что 1 000 рублей мог где-нибудь выронить, либо оставить в пакете, так как деньги лежали кучей и их было большое количество. Все операции он проводил в данном здании где-то около минут 30, после чего поехали в г. Томск, домой он приехал около 06:00, точное время он не помнит. Также хочет пояснить, что он не знал о том, что ему передали денежные средства якобы для помощи их родственнику, который попал в ДТП. Кураторы ему поясняли, что он является просто посредником который забирает деньги, с них берет процент, а остальные денежные средства отправляет на счета, которые ему укажут кураторы. Он не был в курсе, о том, по какой причине, за что ему передавали деньги. В настоящее время он понимает, что он совершил преступление, предусмотренное ч.3 ст. 159 УК РФ . Он не знал, каким образом и за что ему передавались деньги, то есть никакой договоренности и распределения ролей не было. Никаких действий для обмана потерпевшей он не совершал. Так как он действительно получил денежные средства от потерпевшей, то он готов принимать меры к возмещению ущерба. 22 декабря 2023 года в дневное время ему пришло сообщение в «Телеграмм» от куратора о том, что необходимо забрать деньги с адреса &lt;адрес&gt;, он согласился и вызвал через приложение «Яндекс.Такси» такси. Приехало такси автомобиль «Киа Рио», на данном автомобиле приехал на адрес, по указанию куратора набрал номер квартиры в домофон, ему открыли двери, поднялся на верхний этаж, какой этаж не помнит, двери квартиры ему открыла пожилая женщина, рядом с ней была молодая женщина, указанных женщин опознать не сможет. Молодая женщина стала сразу на него кричать и говорить, как он может забирать у престарелых людей деньги. Ответил, что его дело маленькое, что он только забирает деньги и их отправляет, что делает с согласия престарелых людей, которые отдают ему деньги добровольно. Вышел на улицу и написал куратору, что денег ему никто не дал, что происходит, его это насторожило, спросил, куда уходят деньги. Куратор ему пояснил, чтобы он не переживал, что все законно. Вину признает и полностью раскаивается. Если бы он сразу понял, что это обман, то он бы не совершал данного преступления, в настоящее время он осознает, все последствия совершенных им действий. 26 декабря 2023 года от кураторов поступил заказ на адрес: &lt;адрес&gt;. Согласившись, вызвал такси с помощью приложения «Яндекс.Такси» и отправился на указанный адрес. Приехав, зашел во второй подъезд в 45 квартиру, на 3 этаже. Там ему открыла пожилая женщина, которая отдала ему маленький пакетик, в котором лежали только денежные средства. Получив данный пакет, спустился ниже и посчитал денежные средства, сумма была 100 000 рублей. Отписался куратору, который направил его к ближайшему банкомату Тинькофф, который находился напротив этого дома, в магазине «Лента», через который он положил денежные средства на свою карту, после чего перевел их на счет, указанный кураторами. После чего отправился на маршрутке в сторону своего дома, в это время ему поступило сообщение от кураторов, что возможно будет с этого же адреса передана вторая часть денег, чтобы он был поблизости. Спустя некоторое время, ему позвонила соседка, сообщив, что сотрудники полиции его ищут, на что он сказал, чтобы она дала им его номер. Когда он подходил к дому, он позвонил сотрудникам, и они встретились около его дома. После чего они сели в машину, и они начали расспрашивать про ситуацию в п. Акация. Он сразу все рассказал, как было, после чего они поехали в пгт. Яшкино. Хочет пояснить, что перед тем, как начать работать, он отсылал в группу, где находились кураторы, свою фотографию с паспортными данными, а также записал видео, как он выходит со своей квартиры и доходит до надписи с наименованием улицы и номером его дома. Он понимал, что люди знают о нем всю информацию. Вину в совершении преступлений признает частично, в содеянном раскаивается. Да действительно он забирал денежные средства, которые ему передавали потерпевшие, проживающие в гор. Томске. Он считал, что ничего противоправного в его действиях нет. О мошеннических действиях кураторов он не подозревал и не знал, в преступный сговор с ними не вступал, в распределении ролей не участвовал. Понимает, что совершил преступление, а именно хищение путем обмана денежных средств, он это сделал, так как на тот момент он нуждался в денежных средствах и его заинтересовал легкий способ их получения, поэтому он решил заработать денежные средства таким способом. Также хочет пояснить, что в описании данной деятельности не было ничего, указывающего, что данное действие будет преступным. Желает возместить причиненный преступлением ущерб, в содеянном раскаивается. Кроме того, в ходе предварительного следствия на вопросы следователя обвиняемый ФИО2 пояснял, что когда он впервые приехал на адрес, он не знал, какая договорённость между работодателем и клиентами, поэтому он спрашивал у кураторов кем, каким именем ему представляться. Когда он выразил сомнения в том, что нужно назваться именем ФИО26, поскольку у него лицо кавказкой национальности, кураторы ему ответили, что это совсем не важно. Тогда он подумал, что раз так сказали, значит так надо, то существует какая-то договорённость. Никаких вопросов он куратору не задавал. Никаких вопросов и подозрений у него ни полотенца, ни иные предметы, которые ему передавали потерпевшие, у него не возникало, так как кураторы говорили, что деньги будут завернуты в полотенце, их следует пересчитать, забрать себе, чтобы перечислить на счета, а пакет оставить в подъезде. Когда он поднимался к потерпевшим, при передаче пакетов никаких диалогов между ним и потерпевшим не было. Они у него ничего не спрашивали, молча передавали пакет и он уходил. Иногда он сам добирался до ближайшего банкомата, где перечислял денежные средства, а иногда кураторы указывали ему конкретный банкомат, где он должен осуществить перевод. Он задавал кураторам вопрос о том, почему он должен быть под контролем кураторов, всегда быть с ними на связи. На что они ему ответили, что, так как он имеет дело с большими деньгами, то его будут контролировать, чтобы он не пропал. У него периодически возникали мысли, что он совершает что-то противоправное, что кураторы ему что-то не договаривают, поэтому он смотрел, как на него реагируют люди, будут ли у них какие-либо вопросы при виде него. Так как никаких вопросов у людей (потерпевших) не возникало, то он продолжил заниматься этой деятельностью. Работу курьера он понимал как получение вещей или денег от одного человека другому, и получение оплаты за свою работу. При оформлении на работу в качестве курьера, трудового договора с работодателем он не заключал, но свои паспортные данные он направлял. Его работу в основном координировали два человека, а именно Андрей и Михаил и кроме переписки он с ними также общался в режиме звонка и по голосу им было 30-35 лет, говорили без акцента. Андрей и Михаил указывали ему адреса по которым ему необходимо было прибыть и забрать денежные средства, а далее указывали номера счетов на которые ему необходимо было перевести полученные им денежные средства. Также с ним общалась девушка, которая представлялась ФИО57 и она осуществляла приём на работу и также в сообщениях разъясняла порядок его работы и какой % он будет получать. В ходе своей работы он выполнял те действия, которые ему говорили кураторы. Для общения в мессенджере Телеграмм была создана группа «Томск» куда входило 4-5 человек и он мог также получать указания и от других участников группы. Про «легенду» у своих кураторов он спросил после того, как ему был указан адрес &lt;адрес&gt;, где он должен был забрать денежные средства. Данный адрес был уде 4-ый по счету, где он забирал денежные средства и так как до этого на трёх остальных адресах он представлялся именами, которые ему указывали кураторы, и он также указывали имя от кого он пришел, которые ему также указывали кураторы, то он подумал, что по данному адресу он также представится не своим именем и поэтому спросил у кураторов «легенду» и в слово «легенда» он заложил слово «пароль», которые он должен назвать своему клиенту, когда он прибывал на адрес. Точно он не помнит представлялся ли он пожилой женщине в пос. Акация. Возможно он ей представился именем, которое ему указали кураторы, но он этого точно не помнит. У него возникали подозрения, что его действия незаконные (будут незаконными), поэтому представляясь не своим именем, он проверял реакцию пожилых людей, так как он выглядел не совсем ФИО6, поскольку у него нерусская внешность. Потерпевшие никак не отреагировали. Он не спрашивал у них, за что они передают ему пакет с полотенцем и деньгами, так как разговоры с ними были запрещены кураторами. У кураторов он также не спрашивал, зачем передают полотенца. у куратора. У него было подозрение, что он действовал незаконно, то есть похищает деньги, но был успокоен объяснениями куратора и спокойной реакцией потерпевших. Он по указанию куратора пакеты и полотенца либо оставлял в подъезде, либо выбрасывал, в одном случае он отдал таксисту в пос. Акация. Переводя деньги на разные карты неизвестных лиц, он не задумывался об этом, но выполнял указания своего куратора и перечислял таким способом, как ему указывал куратор, при этом он делал скрин-шоты чеков о переводе и сумме операции. Требования кураторов о том, чтобы при встрече с клиентом не было никаких лишних разговоров, просто: прийти, представиться, забрать пакет, деньги - просто забирать, а потом пересчитать, вызывали его сомнения в законности его действий и действий куратора, но он себя успокаивал, что все нормально, при этом он полностью выполнял указания куратора, конечной целью которого было получить деньги от клиента и перевести их на карты указанные куратором, всегда они были разные, деньги перечислял со своей карты банка Тинькофф, при этом получал свой 2,5% выручки от суммы полученной от клиента. Теперь он понимает, что совершил хищение денег группой лиц по предварительному сговору с неустановленными лицами, и раскаивается. Он имеет среднее образование, 11 классов. Кроме того он учился в СибГМУ (медико-биологический факультет) окончил 3 курса, затем был отчислен в связи с неуспеваемостью. Работал официально в 2003 года на протяжении 1 года барменом, потом продавцом консультантом в 2005-2006 годах, а также в 2022 году сотрудником кол-центра (оператором). При этом с ним заключались трудовые договоры, он их подписывал, один экземпляр ему выдавали на руки, также в его трудовой книжке имелись записи о его трудовой деятельности. С данными кураторами сначала была устная договоренность. Ему пояснили, что будет испытательный срок, который заключался в работе по адресам граждан и после 5-10 адресов, будет заключен с ним трудовой договор, предварительно он им скинул свою копию паспорта и видео запись места своего проживания, но договор до настоящего времени не был подписан. Достоверных данных о фамилии, имени и отчестве его кураторов, он не имеет, он общался с ними только через приложение «Телеграмм», где они были зарегистрированы под разными «никами», их номера телефонов не высвечивались. Представляясь потерпевшим вымышленными данными, указанными кураторами, он видел, что граждане не реагируют на его нерусскую внешность и русские имена, то убеждался, что все нормально и ничего незаконного в этом нет. Без куратора он не мог забирать деньги, так как и адреса, и номера счетов, ему присылал куратор. Самостоятельно не собирался заниматься преступной деятельностью. Ознакомившись с выпиской по своему банковскому счету № за период с 01.12.2023 по 26.12.2023 ФИО2 пояснил, что некоторых лиц указанных в выписке он как жителей г.Томск и Томской области, либо его клиентов и коллег. Переводы, указанные в выписке, между ними осуществлялись в связи с его профессиональной деятельностью. Лиц, на счета которых он переводил денежные средств в те дни, когда получал их от потерпевших по уголовному делу, он не знает. Переводил денежные средства на счета указанные кураторами. Денежные средства в размере 170 000 рублей. Зачисленные на его счет 16.12.2023 года были частью денежных средств, переданных ему пожилой женщины, проживающей в пос.Акация. Остальные денежные средства он положил на счета карт, указанные ему кураторами. Данные карты у него были добавлены в приложение «Мир Пей» и затем посредством банкомата перевел их на различные счета указанные кураторами». Показания подсудимого в ходе предварительного расследования получены в соответствии с требованиями закона, из содержания протоколов его допросов, следует, что до начала производства следственных действий ФИО2 были разъяснены положения ст. 51 Конституции РФ, а также процессуальные права, в том числе о том, что его показания могут быть использованы в качестве доказательств по уголовному делу, в том числе, и при последующем отказе от этих показаний, за исключением случаев, предусмотренных п. 1 ч. 2 ст. 75 УПК РФ . При производстве следственных действий с участием подсудимого присутствовал профессиональный защитник, что подтверждается подписанными подсудимым и его адвокатом протоколами допросов и других следственных действий, и исключает возможность оказания какого-либо воздействия на ФИО2 и оговора обвиняемого себя. Никаких замечаний по поводу ведения допросов и правильности отражения, изложенных в них показаний, в протоколах следственных действий не содержится. Оценивая показания подсудимого, данные в связи с обвинением в совершении преступлений, предусмотренных ч. 2 ст. , ч. 3 ст. , ч. 3 ст. , ч. 3 ст. – ч. 2 ст. , ч. 2 ст. 159 УК РФ , суд находит их последовательными, подробными, по изложенным фактическим обстоятельствам они согласуются с показаниями допрошенных по делу потерпевших и свидетелей, не противоречат установленным и исследованным в судебном заседании доказательствам, получены с соблюдением требований закона. В это же время показания подсудимого о том, что он не осознавал противоправности своего поведения, и у него отсутствовал умысел на соучастие в мошенничестве, суд находит недостоверными, поскольку они опровергаются исследованными судом доказательствами. В судебном заседании подсудимый ФИО2 дополнил, что вину в совершении вменяемых ему преступлений признает в полном объёме. Пояснил, что не признание им вины в ходе предварительного расследования, было избранным им способом защиты. Принес извинения потерпевшим ФИО9 №3 и ФИО9 №1, направил извинения ФИО9 №5. Так, виновность подсудимого в совершении хищения имущества ФИО9 №1 путем обмана, группой лиц по предварительному сговору, в значительном размере, подтверждают: Показания потерпевшей ФИО9 №1, которые в судебном заседании оглашены по ходатайству государственного обвинителя с наличием существенных противоречий (т.3 л.д. 63-67, т.4 л.д. 115-118, т.6 л.д. 196-198), пояснила, что проживает по адресу: &lt;адрес&gt;. 07.12.2023 она находилась дома одна. Около 15 часов ей позвонили на домашний телефон № оператора Ростелеком, телефон не имеет определителя номера. Ответив на телефонный звонок, она услышала женский голос, похожий на голос ее племянницы ФИО31 Она спросила у звонившей ей женщины, что случилось, и при этом она назвала женщину имением Вера. Данная женщина в ответ её никак не называла. Женщина была сильно взволнована и очень плакала. Женщина стала ей говорить, что находится в больнице, какой не говорила, и ей необходимо срочно делать операцию, на которую надо много денежных средств. Когда она услышала плачущий голос, как ей казалось Веры, то очень сильно взволновалась и не могла ни о чем думать, как только о том, как помочь своей племяннице. Она сказала женщине, которую считала своей племянницей, что у неё есть только 100 000 рублей и может дать ей эти деньги, но потом сказала, что есть еще 100 000 рублей, и она готова их также отдать. Женщина её убедила, что на следующий день ей деньги вернёт, но ей тогда это было не важно, она хотела помочь своей племяннице. Так как женщина всё время плакала, то у неё не было возможности точно понять разговаривает она с Верой или другим человеком и так как голос был очень похож на голос Веры, то у неё даже не возникло сомнений, что она разговаривает с племянницей. Когда она сказала женщине, что готова отдать 200 000 рублей, то та пояснила, что за деньгами придёт знакомый и она так поняла, что придёт кто-то из больницы. Женщина называла имя этого человека, но она его в настоящее время не помнит. Её разговор с женщиной, длился около 30 минут, и весь их разговор женщина плакала, убеждая, что необходима срочная операция, на которую необходимы деньги. Когда она заканчивала разговор с женщиной, та ей сказала, что за деньгами придут через 30 минут. После окончания разговора она положила трубку телефона и ей показалось, что она её положила на телефон, но как потом увидел её сын Дмитрий, который пришел домой, она положила трубку телефона на стул рядом с телефоном и так как она была сильно взволнована тем, что происходило с Верой, то этого даже не заметила. После разговора, она достала денежные средства в сумме 200 000 рублей и положила их в карман своего халата и стала ждать человека от Веры. У неё даже не было мысли позвонить Вере, пока она ждала человека, так как была уверена, что разговаривала по телефону именно с ней. В связи с тем, что она человек пожилой, она не знала, что есть такие способы обмана граждан и похищения денежных средств и поэтому она даже не думала, что её могут обманывать. Спустя 30 минут после того как она закончила разговор с женщиной, которую считала Верой, то есть через указанное время, в домофон позвонили и она открыла дверь подъезда. Так как уже прошло длительное время, то она не помнит, говорил ли человек пришедший к ней от кого он и кто он, но хочет сказать, что она всегда перед тем как открыть дверь подъезда спрашивает кто пришел и в этом случае она также должна была спросить. Незнакомым людям она двери не открывает, даже не смотря на то, что дверь в квартиру у неё всегда закрыта. Затем постучали в дверь и когда она открыла то увидела незнакомого ей мужчину, на вид 35-40 лет, нерусской национальности. В настоящее время из материалов уголовного дела и от сотрудников полиции ей известно, что фамилия данного мужчины ФИО2. Он зашел в коридор квартиры и она, ничего у него не спрашивая, так как была уверена, что тот от Веры, достала из кармана халата денежные средства в сумме 200 000 рублей и протянула их ФИО2, но тот не стал их брать и попросил во что-нибудь завернуть. Она зашла в свою комнату, достала из шкафа полотенце в которое завернула деньги и затем положила их в пакет, которые передала ФИО2. Затем тот ушел. Она с ним ни о чём не разговаривала и ничего не выясняла. Она была сильно взволнована и хотела, чтобы деньги быстрее оказались у Веры. Она тогда не думала, что её обманывают. Так как ФИО2 пришел через промежуток времени, указанный женщиной, которую она считала Верой, и представился именно тем имением, которое ей назвала женщина в телефонном разговоре, то у неё даже не возникло сомнений, что тот знакомый Веры, что тот с ней. Иначе она бы его не впустила. Затем она с мобильного телефона позвонила своему сыну и обо всём ему рассказала. Сын ей потом перезвонил и сказал, что с Верой всё хорошо и её обманули мошенники. В ходе общения с женщиной, которую она считала Верой, из-за того, что она постоянно плакала у неё не было возможности понять, что она разговаривает не с Верой. Звонившая всё время плакала, убеждала в срочности операции и в том, что деньги ей вернет на следующий день и опасаясь за состоянии Веры она согласилась передать деньги её знакомому. Так как она человек пожилой, плохо слышит и также из-за того, что женщина всё время плакала она не могла четко разобрать и понять её голос и она была лишена возможности идентифицировать голос Веры. Когда ей позвонила женщина, то она сама назвала её именем Вера. Звонившая же её в ответ никак не называла, но она этому не придала значение. Считает, что ФИО2 был заодно со звонившими ей по телефону, он воспользовался тем, что она была выведена из психологического равновесия от услышанного по телефону о проблемах с её племянницей, обманул её относительно своей личности назвавшись другим имением. Простому курьеру она бы денежные средства в сумме 200000 рублей не отдала, это для неё значительная сумма и она бы не стала отдавать её человеку, которого не знает. Хищением ей причинен значительный ущерб в сумме 200000 рублей, они являлись её накоплениями за несколько лет. Она получает пенсию, а также иные выплаты положенные ей как пенсионеру и в месяц она получает около 40000 рублей. В судебном заседании потерпевшая ФИО9 №1 оглашенные показания подтвердила, объяснив допущенные ею противоречия в показаниях в судебном заседании давностью событий. Показания свидетеля ФИО10 №8, которые в судебном заседании оглашены по ходатайству государственного обвинителя с согласия сторон (т.3 л.д. 144-146), пояснившего, что в декабре 2023 года он работал в ООО «Яндекс.Такси». 07.12.2023 в 21 час 25 минут он принял заказ на адрес &lt;адрес&gt;, с адреса &lt;адрес&gt; Обычно все пассажиры садятся на задние места, и он не смотрит на них, опознать пассажира он не сможет, так как его не запомнил. Разговаривал ли пассажир по телефону, он не видел, ничего обычного он не заметил. Показания свидетеля ФИО10 №15, которые в судебном заседании оглашены по ходатайству государственного обвинителя с согласия сторон (т.4 л.д. 139, т.6 л.д. 210-211), пояснившего, что он проживает с матерью ФИО9 №1. 07.12.2023 года ему позвонила на мобильный телефон мама и сообщила, что ее племянница ФИО66 попала в больницу и что ей нужны деньги на лечение. Он сказал, чтобы мама ничего не предпринимала, и что он сам позвонит Вере. Он позвонил Вере и узнал о ее состоянии, что с ней все хорошо. После он стал перезванивать маме, но не мог дозвониться до нее, после он поехал домой. Он, беспокоясь за маму, быстро вызвал такси и поехал к себе домой, то от мамы узнал, что она передала курьеру, который приехал к ней домой, деньги в сумме 200 000 рублей, чтобы помочь Вере. То увидел, что мама находится в расстроенном состоянии. Мама ему сказала, что приходил мужчина минут за пять до его прихода, и она отдала данному мужчине деньги в сумме 200 000 рублей для Веры. Когда он зашел в комнату, то увидел, что трубка стационарного телефона лежит рядом с телефоном. Он взял телефон и сказал: «Алё», но никто не ответил, и поэтому он положил телефон, почти сразу на телефон поступил звонок. Когда он ответил, то с ним стал общаться мужчина, которому по голосу было 35-40 лет, говорил без акцента. Данный мужчина представился следователем, назвал свои данные, которые он уже не помнит. Следователь пояснил, что Вера попала в ДТП, она находится в ОКБ, но город при этом не называл, Вере необходимы деньги на операцию. Он не стал продолжать разговор и положил трубку телефона. Затем снова поступил звонок, с ним разговаривать тот же мужчина. Он ему пояснил, что с их Верой всё хорошо, что он сам с ней разговаривал недавно. Следователь ему сказал, что сейчас вернётся водитель, и деньги, которые отдала мама, будут возвращены. По указанию следователя он вышел на улицу и стал ждать водителя. На мобильный телефон, поступил звонок от мужчины, который пояснил, что является водителем и подъедет к нему через 5 минут. Он продолжил ждать на улице, но так никто и не приехал. Он звонил на номер водителя, но телефон был уже отключен. Он находился на улице около 20 минут. Когда зашел домой и взял трубку стационарного телефона, которую он не положил, когда уходил на улицу, то там уже были гудки. Больше звонков не поступало. Он сообщил маме, что это были мошенники и вызвал полицию. Вещественные доказательства: банковские карты АО «Тинькофф банк», мобильный телефон марки «Самсунг» – переданы на хранение в камеру хранения вещественных доказательств Отдела МВД России по Яшкинскому муниципальному округу. (т.1 л.д. 148-150 ) представленная ООО «Яндекс.Такси» от 20.01.2024 информация о сделанных заказах такси, абонентом ФИО2 со своего номера мобильного телефона № за 07.12.2023, в который ФИО2 осуществлял заказы такси и поездки на адрес потерпевшей ФИО9 №1 по &lt;адрес&gt; (т.3 л.д. 2-11) представленная АО «ТБанк» от 14.08.2024 информация о движении денежных средств по счету № ФИО2 за период с 01.12.2023 по 26.12.2023, зафиксированную на бумажном носителе, где имеются сведения о переводе ФИО2 похищенных им денежных средств на различные банковские счета третьих лиц. ( т. 4 л.д. 171-189) представленная ПАО Ростелеком от 15.08.2024 информация о телефонных соединениях потерпевших за период с 01.12.2023 по 26.12.2023, где зафиксирована информация о номерах телефонов, которые звонили потерпевшим и представлялись вымышленными именами – хранится в материалах уголовного дела (т.4 л.д. 236-243) Протоколы следственных действий: протокол осмотра места происшествия от 27.12.2023 с фототаблицей, из которого следует, что с участием потерпевшей ФИО9 №1 осмотрена &lt;адрес&gt;, которая находится на третьем этаже пятиэтажного дома, где потерпевшая ФИО9 №1 в коридоре передала деньги в сумме 200000 рублей прибывшему в роли курьера ФИО2 (т.3 л.д. 44-48 ) протокол осмотра места происшествия от 03.07.2024 с фототаблицей, из которого следует, что осмотрено помещение ТЦ «Изумрудный город», расположенное по адресу проспекту Комсомольский, 13Б, в гор. Томске, где установлен банкомат «Тинькофф» № 41002, при помощи которого 07.12.2023 ФИО2 переводил похищенные им у ФИО9 №1 деньги в сумме 200 000 рублей на счета третьих лиц. (т.4 л.д. 76-79 ) протокол выемки от 27.12.2023 c фототаблицей, в ходе которой подозреваемый ФИО2 добровольно выдал мобильный телефон марки «Samsung» в корпусе голубого цвета; банковские карты АО «Тинькофф банк» №, №. ( т. 1 л.д. 47-50 ) протокол осмотра предметов от 17.01.2024 с фототаблицей, в ходе которого осмотрены: мобильный телефон марки «Samsung», при помощи которого ФИО2 осуществлял свои действия по завладению денежными средствами ФИО58 банковские карты банка «TINKOFF» №, при помощи которой ФИО2 осуществлял переводы денежных средств, принадлежащих ФИО9 №1, иным лицам и №, куртки, которые постановлением следователя от 17.01.2024 года признаны вещественными доказательствами по делу, сданы в комнату хранения вещественных доказательств ( т.1 л.д. 113-120, 121-147, 148, 149, 150) протокол осмотра предметов от 07.08.2024 с фототаблицей, в ходе которого осмотрена информация, представленная ООО «Яндекс.Такси», где имеется заказ № 2 с телефона пассажира с номером №, который принадлежит ФИО2, который 07.12.2023 в 21:25:32 осуществил заказ автомобиля такси на адрес &lt;адрес&gt;, прибыл на данный адрес в 21:47:51. После чего ФИО2 совершил заказ такси № с адреса &lt;адрес&gt; 07.12.2023 в 21:57:24., которые постановлением следователя от 07.08.2024 года признаны вещественными доказательствами по делу, приобщены к материалам дела в качестве таковых ( т. 4 л.д. 142-154, 155 ) протокол осмотра предметов от 16.08.2024 с фототаблицей, в ходе которого осмотрена информация, представленная АО «ТБанк», где имеется информация о движении денежных средств по счету № ФИО2 за 07.12.2023 о переводе ФИО2 похищенных им денежных средств на различные банковские счета третьих лиц, которые постановлением следователя от 16.08.2024 года признаны вещественными доказательствами по делу, приобщены к материалам дела в качестве таковых (т.4 л.д. 229-232, 231-234, 235) протокол осмотра предметов от 18.08.2024 с фототаблицей, в ходе которого осмотрена информация, представленная ПАО Ростелеком от 15.08.2024 информация о телефонных соединениях потерпевших за период с 01.12.2023 по 26.12.2023, где зафиксирована информация о номерах телефонов, которые звонили потерпевшим и представлялись вымышленными именами, которая постановлением следователя от 18.08.2024 года признана вещественным доказательством по делу, приобщена к материалам дела в качестве такового ( т. 5 л.д. 3-14, 15 ) Иные документы: заявление о преступлении ФИО9 №1 от 27.12.2023, из которого следует, что в период времени с 15 часов до 16 часов 07.12.2023 неустановленное лицо находясь в неустановленном месте, путем обмана и злоупотреблением доверием похитило деньги в сумме 200 000 рублей, виновное лицо желает привлечь к уголовной ответственности. ( т. 3 л.д. 41 ) квитанция о размере получаемой страховой пенсии и ЕДВ ветерана труда, получаемых ФИО9 №1 (т.6 л.д. 199) Виновность подсудимого в хищении имущества ФИО9 №5 с причинением ущерба в крупном размере, группой лиц по предварительному сговору подтверждают: Показания потерпевшей ФИО9 №5, которые в судебном заседании оглашены по ходатайству государственного обвинителя с согласия сторон (т. 3 л.д. 186-189, т. 4 л.д. 121-124, т. 6 л.д. 201-203), пояснившей, что 13.12.2023 в 19 часов 45 минут ей позвонили на домашний номер телефона. Когда она ответила, то услышала в телефоне плачущий голос своей двоюродной сестры ФИО10 №13, которая стала ей пояснять, что она переходила дорогу в неположенном месте и водитель автомобиля задел ее и у сестры сломаны ребра и разбита губа, а у женщины, которая был за рулем автомобиля случился выкидыш. Далее якобы ее сестра, ей пояснила, что нужны денежные средства для того, чтобы дело прекратили, сказала, что передаст трубку следователю, который все ей объяснит. После с ней стал разговаривать следователь, который ей представился ФИО1, он пояснил, что будет расследовать уголовное дело и для того, что ее сестру не закрыли, нужно передать денежные средства в размере 1 000 000 рублей. Она спросила, как она может убедиться, что он следователь, а также она пояснила, что у нее нет такой большой суммы денег, тогда следователь сказал, что ее сестру закроют и что телефон у сестры изъяли и звонить ей бесполезно, тогда следователь сказал, что можно передать денежные средства сколько есть. Она согласилась и сказала, что у нее есть наличные денежные средства в сумме 150 000 рублей номиналом по 5000 рублей, тогда следователь пояснил, что в течении часа подъедет курьер и ему нужно передать деньги. До приезда курьера она была на связи со следователем. Через несколько минут подъехал мужчина и представился курьером, рост около 170 см., среднего телосложения, глаза опухшие, кепка надвинута на лоб,. Деньги в сумме 150 000 рублей она положила в конверт, конверт положила в полотенце и все это передала курьеру в подъезде на пятом этаже по адресу &lt;адрес&gt;. Курьер молча взял деньги и ушел. Сестре она звонить не стала, так как она думала, что телефона у нее нет. Более ей в этот день не звонили. 14 декабря 2023 года примерно в обед она находилась дома на телефон поступил звонок, она ответила и опять услышала голос своей двоюродной сестры, которая пояснила, что нужны еще денежные средства в размере 400 000 рублей, на что она пояснила, что такой суммы у нее нет, тогда сестра предложила либо взять кредит, либо передать денежные средства сколько есть. Потом она начала разговаривать со следователем, который пояснил, что нужно передать денежные средства сколько есть, согласившись, далее объяснили, что подъедет курьер и ему нужно будет передать денежные средства. Через несколько минут подъехал курьер, тот же мужчина что и приезжал 13.12.2023, она вышла в подъезд и передала ему денежные средства в сумме 250000 рублей, упакованные в бумажный конверт, который он также молча взял и ушел. После передачи денег она хотела пойти в банк и снять наличные денежные средства, по пути следования зашла к приятельнице Ирине, которая проживает по &lt;адрес&gt; и объяснила ей ситуацию, на что ФИО25 сказала, что это были мошенники. После она позвонила своей сестре и сестра ей сказала, что это были мошенники и отругала ее. С двоюродной сестрой у нее хорошие отношения, видятся с ней редко, но часто созваниваются. Всего она передала мошенникам 400000 рублей, ущерб для нее является значительным, проживает на одну пенсию. Показания свидетеля ФИО10 №10, которые в судебном заседании оглашены по ходатайству государственного обвинителя с согласия сторон (т.4 л.д. 43-45), пояснившего, что он работает в такси «Яндекс», на арендованном автомобиле Фольксваген Поло, гос. номер №. 13.12.2023 в 17 часов 58 минут через приложение «Яндекс.Такси» ему поступил заказ на адрес по маршруту &lt;адрес&gt;. По указанному адресу сел незнакомый ему мужчина, на заднее пассажирское сиденье, на вид мужчине 35-40 лет не русской внешности, его не опознает, поздоровался, но более с ним не разговаривал. В 18 часов 17 минут на &lt;адрес&gt;, он высадил данного мужчину и поехал на другой адрес. Мужчина рассчитался наличными деньгами в сумме 211 рублей и пошел в сторону дома по &lt;адрес&gt;. Показания свидетеля ФИО10 №12, которые в судебном заседании оглашены по ходатайству государственного обвинителя с согласия сторон (т.4 л.д. 127-130), пояснившей, что в середине декабря 2023 года в вечернее время к ней на работу пришла её знакомая ФИО9 №5, которая попросила вместе с ней сходить до отделения Сбербанка, чтобы снять большую сумму денег. Было видно, что ФИО9 №5 была растеряна и как бы «зомбирована». На вопрос, что случилось, ФИО9 №5 сообщила, что ее сестра попала в ДТП и нужны деньги, чтобы заплатить следователю. Она поинтересовалась, почему звонят ей, а не детям ФИО24, ее это насторожило, и она сама позвонила сыну ФИО24 – ФИО23 и спросила у него, где ФИО24 и попадала ли она в ДТП. ФИО23 ей ответил, что его мама дома и что с ней все в порядке. Она об этом сообщила ФИО9 №5 и сказала, что это звонили мошенники, что это не правда. ФИО9 №5 ей не верила и с кем-то говорила по телефону, она взяла трубку и услышала голос не ФИО24 и после чего положила трубку. Когда ФИО9 №5 пришла в себя, то сообщила, что мошенникам передала деньги в сумме 150000 и 250000 рублей за два дня. Показания свидетеля ФИО10 №13, которые в судебном заседании оглашены по ходатайству государственного обвинителя с согласия сторон (т. 4 л.д. 131-134), пояснившей, что ФИО9 №5 является её двоюродной сестрой, с ней она общается в основном по телефону. В середине декабря 2023 года ей позвонил сын ФИО10 №14 и спросил, как у неё дела и где она находится, она ответила, что с ней все в порядке, и она находится дома. Тогда сын ей сообщил, что ее двоюродная сестра ФИО9 №5 передала мошенникам деньги в сумме 150000 рублей, деньги приехал и забрал курьер. Перед этим ей звонила женщина и представилась ФИО10 №13 и сообщила, что она попала в ДТП и ей нужны деньги, чтобы заплатить следователю. Она сама позже позвонила ФИО9 №5 и действительно узнала, что ее сестра отдала мошенникам деньги. Сама она в ДТП не попадала и сестре не звонила и денег не просила. Показания свидетеля ФИО10 №13, которые в судебном заседании оглашены по ходатайству государственного обвинителя с согласия сторон (т. 4 л.д. 137-138), пояснившего, что 14.12.2023 ему на телефон позвонила тетя ФИО9 №5, которая проживает одна по &lt;адрес&gt; и сообщила, что ее обманули мошенники. Приехал к тете и стал с ней разговаривать, она сообщила, что ей на домашний телефон позвонила его мама ФИО10 №13, которая пояснила, что она попала в аварию и что нужны деньги, чтобы заплатить следователю, чтобы прекратить дело. Какую сумму, тетя не называла. В полицию обращаться не стали, так как не хотели осуждения от третьих лиц. В январе 2024 года к тете приезжал следователь, который сообщил, что курьера, который забирал у тети деньги, задержали полицейские. Его мама ФИО10 №13 в ДТП не попадала и деньги не занимала. Показания свидетеля ФИО10 №16, которые в судебном заседании оглашены по ходатайству государственного обвинителя с согласия сторон (т. 4 л.д. 209-212), пояснившего, что он занимается частным извозом и работает в «Яндекс.Такси» на арендованном автомобиле. Ранее у него был автомобиль Фольксваген Поло гос. номер №. Обозрев представленную ему выписку из ООО «Яндекс.Такси» за 13.12.2023 о заказе на адрес &lt;адрес&gt;, пояснил, что он мог возить клиента, по &lt;адрес&gt; расположен ТЦ «Манеж», где располагаются различные банкоматы. Показания свидетеля ФИО10 №17, которые в судебном заседании оглашены по ходатайству государственного обвинителя с согласия сторон (т. 4 л.д. 213-214), пояснившего, что он ранее работал в ООО «Яндекс.Такси» на арендованном автомобиле марки «Фольксваген Поло» гос. номер №. По обстоятельствам поездки за 14.12.2023 сделанной гр. ФИО2 он пояснить ничего не может, так как прошло много времени. С ФИО2 не знаком, по фотографии опознать его не сможет. Вещественные доказательства: банковские карты АО «Тинькофф банк», мобильный телефон марки «Самсунг» – переданы на хранение в камеру хранения вещественных доказательств Отдела МВД России по Яшкинскому муниципальному округу. ( т. 1 л.д. 148-150 ) представленная ООО «Яндекс.Такси» от 20.01.2024 информация о сделанных заказах такси, абонентом ФИО2 со своего номера мобильного телефона № за 13.12.2023 и 14.12.2023, в который ФИО2 осуществлял заказы такси и поездки на адрес потерпевшей ФИО9 №5 по &lt;адрес&gt; ( т.3 л.д. 2-11) представленная АО «ТБанк» от 14.08.2024 информация о движении денежных средств по счету № ФИО2 за период с 01.12.2023 по 26.12.2023, зафиксированную на бумажном носителе, где имеются сведения о переводе ФИО2 похищенных им денежных средств на различные банковские счета третьих лиц. ( т. 4 л.д. 171-189) представленная ПАО Ростелеком от 15.08.2024 информация о телефонных соединениях потерпевших за период с 01.12.2023 по 26.12.2023, где зафиксирована информация о номерах телефонов, которые звонили потерпевшим и представлялись вымышленными именами – хранится в материалах уголовного дела (т.4 л.д. 236-243) Протоколы следственных действий: протокол осмотра места происшествия от 10.01.2024 с фототаблицей, из которого следует, что с участием потерпевшей ФИО9 №5 осмотрена лестничная площадка пятого этажа 14 подъезда &lt;адрес&gt; в &lt;адрес&gt;, где потерпевшая ФИО9 №5 передала деньги в сумме 400 000 рублей прибывшему в роли курьера ФИО2 ( т. 3 л.д. 170-173, 174-176) протокол осмотра места происшествия от 03.07.2024 с фототаблицей, из которого следует, что осмотрено помещение магазина «Пятерочка», расположенное по адресу &lt;адрес&gt;, в &lt;адрес&gt;, где установлен банкомат «Тинькофф» № 1039, при помощи которого 14.12.2023 ФИО2 переводил похищенные им у ФИО9 №5 деньги в сумме 250 000 рублей на счета третьих лиц. ( т. 4 л.д. 80-83 ) протокол осмотра места происшествия от 03.07.2024 с фототаблицей, из которого следует, что осмотрено помещение ТЦ «Манеж», расположенное по адресу &lt;адрес&gt;, в &lt;адрес&gt;, где установлен банкомат «Тинькофф» №, при помощи которого 13.12.2023 ФИО2 переводил похищенные им у ФИО9 №5 деньги в сумме 150 000 рублей на счета третьих лиц. ( т. 4 л.д. 84-86 ) протокол выемки от 27.12.2023 c фототаблицей, в ходе которой подозреваемый ФИО2 добровольно выдал мобильный телефон марки «Samsung» в корпусе голубого цвета; банковские карты АО «Тинькофф банк» №, №; куртку черно-серо-желтого цвета фирмы «High Experience». ( т. 1 л.д. 47-50 ) протокол осмотра предметов от 17.01.2024 с фототаблицей, в ходе которого осмотрены: мобильный телефон марки «Samsung», при помощи которого ФИО2 осуществлял свои преступные действия по завладению денежными средствами ФИО9 №5; банковские карты банка «TINKOFF» №, при помощи которой ФИО2 осуществлял переводы денежных средств, принадлежащих ФИО9 №5, иным лицам и №, куртки, которые постановлением следователя от 17.01.2024 года признаны вещественными доказательствами по делу, сданы в комнату хранения вещественных доказательств (т.1 л.д. 113-120, 121-147, 148, 149, 150) протокол осмотра предметов от 07.08.2024 с фототаблицей, в ходе которого осмотрена информация, представленная ООО «Яндекс.Такси», где имеется заказ № 11 с телефона пассажира с номером +№ который принадлежит ФИО2, который 13.12.2023 в 17:58:36 осуществил заказ автомобиля такси на адрес &lt;адрес&gt;, прибыл на данный адрес в 18:17:39. После чего ФИО2 совершил заказ такси № с адреса &lt;адрес&gt; на адрес &lt;адрес&gt; 13.12.2023 в 18:24:54, а также имеется заказ № 14 с телефона пассажира с номером №, который принадлежит ФИО2, который 14.12.2023 в 14:50:02 осуществил заказ автомобиля такси на адрес &lt;адрес&gt;, прибыл на данный адрес в 15:01:52, которые постановлением следователя от 07.08.2024 года признаны вещественными доказательствами по делу, приобщены к материалам дела в качестве таковых ( т. 4 л.д. 142-154, 155 ) протокол осмотра предметов от 16.08.2024 с фототаблицей, в ходе которого осмотрена информация, представленная АО «ТБанк», где имеется информация о движении денежных средств по счету № ФИО2 за 13.12.2023 и 14.12.2023 о переводе ФИО2 похищенных им денежных средств на различные банковские счета третьих лиц которые постановлением следователя от 16.08.2024 года признаны вещественными доказательствами по делу, приобщены к материалам дела в качестве таковых (т.4 л.д. 229-232, 231-234, 235) протокол осмотра предметов от 18.08.2024 с фототаблицей, в ходе которого осмотрена информация, представленная ПАО Ростелеком от 15.08.2024 информация о телефонных соединениях потерпевших за период с 01.12.2023 по 26.12.2023, где зафиксирована информация о номерах телефонов, которые звонили потерпевшим и представлялись вымышленными именами, которая постановлением следователя от 18.08.2024 года признана вещественным доказательством по делу, приобщена к материалам дела в качестве такового (т.5 л.д. 3-14, 15) Иные документы: заявление о преступлении ФИО9 №5 от 10.01.2024, из которого следует, что с 13.12.2023 до 14.12.2023 она передала мошенникам 400 000 рублей, так как считала, что ее двоюродная сестра попала в ДТП. (т. 3 л.д. 169) протокол явки с повинной ФИО2 от 12.01.2024, из которого следует, что ФИО2 добровольно сообщил сотруднику полиции оперуполномоченному ОУР ФИО32 о совершенным им преступлении, а именно о том, что 13 декабря 2023 года ему поступил заказ из группы «Томск» в «Телеграмм» на адрес &lt;адрес&gt;. Он вызвал Яндекс такси и прибыл по указанному адресу. Находясь на адресе, он зашел в 14 подъезд на 5 этаж, там ему открыла двери квартиры пожилая женщина, которая передала ему пакет, он спустился на второй этаж достал из пакета деньги, пересчитал, их было 150000 рублей. Далее по указанию куратора с данными деньгами он поехал в ТРЦ «Манеж», где через терминал «Тинькофф» он положил себе на карту деньги в сумме 150000 рублей, после чего перевел деньги на указанную ему карту за минусом 2,5 % от суммы. Также на следующий день по аналогичной схеме он прибыл на тот же адрес по &lt;адрес&gt; и забрал денежные средства в сумме 100000 рублей. После чего дошел до ближайшего банкомата в магазине «Пятерочка», где через терминал «Тинькофф» положил деньги себе на карту и потом перевел их на указанные ему счета за минусом 2,5% от суммы. (т. 3 л.д.198) квитанция о размере получаемой страховой пенсии, ЕДВ ЖКУ ветерана труда, ЕДВ ветерана труда получаемых ФИО9 №5 ( т. 6 л.д. 204 ) Виновность подсудимого в хищении имущества ФИО9 №3, с причинением ущерба в крупном размере, группой лиц по предварительному сговору и подтверждают: Показания потерпевшей ФИО9 №3 в судебном заседании, которая пояснила, что она проживает с супругом ФИО10 №3 по адресу &lt;адрес&gt;. У них есть двое детей: дочь ФИО10 №1, и сын ФИО3, которые проживают отдельно от них. С детьми они часто созваниваются. Её пенсия составляет 16 000 рублей, плюс 3000 рублей по инвалидности. Пенсия супруга 19 000 рублей. Иного источника дохода они не имеют. Со слухом у неё все нормально, голоса она различает. 15.12.2023г., около 21 часа, зазвонил стационарный телефон, когда она взяла трубку, услышала в трубке визжащим голосом « мама, мама я под машину попала, ребро сломано, голова пробита, я не могу говорить, трубку передаю ФИО15, она следователь, она тебе все расскажет». Она никогда кричащей, плачущей свою дочь не видела, не слышала, и посчитала, раз она в такую беду попала, то и голос у неё изменился поэтому. Она не узнала голос дочери, но допустила, что это возможно. Этот разговор длился не более пяти минут. Дальше разговор шел с ФИО15, которая представилась следователем, а еще мужчина был, он представился адвокатом. ФИО4 был серьезным, внушающим доверия, располагающим. ФИО15 попросила трубку не класть на рычаг, а положить на ребро, чтобы постоянно быть постоянно на связи. Поинтересовалась, есть ли у неё мобильный телефон, и попросила назвать его номер, что она и сделала. Сказали, что денег надо. На её вопрос сколько денег надо, ей ответили - рублей 800 000 рублей, что дочь сама попала под машину, и еще кого-то сбила, и чтобы в суд не подали, вот её «умаслить» надо, ей 400 000 рублей, и 400 000 рублей на судебные издержки. Она сказала, что перезвоню мужу дочери, узнает, что у них там произошло. Но они ей не дали перезвонить зятю, сказали, что он повез дочь в больницу г.Кемерово. Они держали ее на связи с 21 часа до 03 часов ночи. ФИО15 говорила ей или спрашивала всякую ерунду, и на ее вопрос, зачем она это ей говорит и спрашивает, ведь это к делу не относится, она ей отвечала, чтобы она не уснула до приезда курьера. Она мне сказала, что приедет курьер, фамилия у него ФИО59, это молодой парень. Когда он приедет, спросите его фамилию, имя, отчество, и Вы с ним передайте деньги, что она и сделала. Откуда должен был приехать ФИО53, она не знает, но приехать он должен был на поезде. Сообщение что дочь попала в беду, меня сильно встревожило, поэтому она этому всему поверила. А муж ей говорил « мать, ты что делаешь?, это же мошенники, не смей». Муж сразу понял, что это мошенники, а она настаивала на своём, она дочь спасала. Потом она мужу высказала, что он дома был, видел, что с ней происходило, лучше бы ударил её и успокоил. От этой ситуации она не плакала, её просто трясло. С 21 часа до 03 часов, они постоянно разговаривали, то они ей говорили, что дочь на капельницу повезли, то её в больницу увезли. Всего она разговаривала с 4-мя людьми: якобы дочерью, ФИО15 – следователем, медицинской сестрой, которая капельницу делала, и адвокат - мужчина. Её мобильный телефон всегда лежал рядом с ней. Она несколько раз порывалась позвонить зятю, но ей говорили, что не надо, они со мной постоянно на связи, чтобы она не трогала телефон. Возможно, они слышали, как муж ей говорил, что это мошенники, но ей они ничего не говорили. Про ФИО8 они стали говорить с часов 22-23. Они его ждали, почему-то он задерживался. Когда ФИО53 приехал, постучал в двери их квартиры. Их квартира расположена на втором этаже, вход в подъезд свободный. Когда она вышла, увидела перед собой парня среднего роста, с короткой стрижкой. Это был подсудимый. Она подумала про себя, что у него лицо не славянской наружности, а фамилия, имя отчество - русские, это её смутило, но не остановило. Документы этого мужчины она не спрашивала, ей надо было дочь спасать. На её вопрос кто он, мужчина назвал фамилию, имя и отчество как ей говорила ФИО15. Раз он эту фамилию назвал, то она со спокойной душой отдала деньги. Он собрался, и ушел, все это произошло за минуту-другую. В одно полотенце она заранее завернула деньги, а в два других полотенца - туалетную бумагу и мыло, ведь она думала, что это для дочери, в больницу. Всё это она положила в черный пакет, как ей и было сказано. Муж в это время спал. Он видел, что её не сможет переубедить, знал, что если она уже задумала отдать, то отдаст. Она думала, что этот мужчина в больницу поедет, к дочери. Мужчина у неё не спрашивал, сколько денег в пакете, и она ему не говорила. Когда он уехал, она все на часы смотрела, что по времени уже должен быть в Яшкино. ФИО5, спрашивала, привезли ли деньги. На что она сказала, что привезли не 800 00 рублей, как они договаривались, а всего 600 000 рублей». На ее заверения, что она отдала 800 000 рублей, они стала требовать еще, «дочь» закричала ей «мама, ты говорила, что у тебя миллион, у тебя еще должно быть 200 000», но она ответила, что больше нет денег, и она от неё я отстала. После этого она легла спать. Утром, около 08 часов, она позвонила зятю, поинтересовалась у него, где он, где ФИО16, на что он ей ответил, что он – на работе, а ФИО16 - дома, спит. Она почувствовала облегчение, что они у неё живы и здоровы, порадовалась за них. После этого позвонила в полицию и рассказала, что с ней произошло. На автомобиле сотрудников полиции, её привезли в отдел полиции в Яшкино. Во время ее допроса следователем, ей на сотовый телефон поступил звонок. По предложению следователя она ответила на вызов и услышала такой живой голос, ей говорили «ну что, в полицию поехала?» Ночтью этот голос был вкрадчивый, тихий, а тут - орет. И еще наговорил ей неприятного, что их не найдут. Когда она приехала домой, муж ей сказал, что звонил «адвокат», и интересовался, поехала ли она в полицию. Она считает, что подсудимый был вместе с ними. Просто так, посреди ночи, я не отдала бы деньги постороннему человеку. Эти люди ввели её в заблуждение относительно того, что её дочь в беде и что еще пострадала беременная женщина. До настоящего времени ущерб ей не возмещен. Эти деньги, 800 00 рублей они копили в течение 17 лет, собирали их «на черный день». Показания свидетеля ФИО10 №2, которые в судебном заседании оглашены по ходатайству государственного обвинителя с согласия сторон (т. 1 л.д. 30-31), пояснившего, что у него в пользовании имеется автомобиль Kia Rio г/н №, 2018 года, серебристого цвета. Он занимается частным извозом, работает с агрегаторами такси Яндекс и Максим. 15.12.2023 он в «Яндекс.Такси» принял заявку от &lt;адрес&gt;, &lt;адрес&gt; до &lt;адрес&gt;, ДД.ММ.ГГГГ рубля. Он с указанного адреса забрал мужчину и повез его в &lt;адрес&gt;. Доехав в п. Акация, мужчина попросил его подождать и сказал, что поедет обратно. Когда они приехали в п. Акация, то мужчина куда-то вышел, а спустя несколько минут вернулся с черным пакетом, который он всю дорогу держал в руках. Он спрашивал у мужчины, что в пакете, он сказал, что не знает, работает курьером, и его попросили забрать пакет. Он спросил, это точно не наркотики или что-то преступное, на что мужчина ему ответил, что нет, ему не стоит переживать. Они с ним договорились, что он ему переведет 7000 рублей за поездку обратно в г. Томск. Когда парень вышел, он в руках держал черный пакет. В п. Акация он ехал по навигатору, за проезд по мосту парень также рассчитывался банковской картой, также парень перевел за поездку 7000 рублей на его карту Тинькофф с его карты Тинькофф по номеру телефона. Перевод был от имени ФИО11 М. После того, как они поехали в &lt;адрес&gt;, где парень вышел и зашел в помещение банка «ВТБ». Через некоторое время парень вышел, где он заправился газом на заправке АЗС №135. Далее они проехали к какому-то торговому центру, где парень вышел, и он прождал его минут 40. Далее они поехали в &lt;адрес&gt;, приехав в &lt;адрес&gt;, он высадил парня на том же адресе около 05 часов утра. Когда подъехали к дому ФИО11, последний спросил, нужны ли ему тряпки и показал, что в пакете несколько полотенец, туалетная бумага и мыло. Он сказал, что нужны, после чего забрал себе пакет и принес его домой. После чего он поехал домой. Также может пояснить, что парень отдал ему черный пакет, в котором находились три полотенца и кусок мыла. Показания свидетеля ФИО61 которые в судебном заседании оглашены по ходатайству государственного обвинителя с согласия сторон (т. 1 л.д. 180-183), пояснившей, что ФИО11 является братом, который проживает по адресу: &lt;адрес&gt; с отцом ФИО60, который является инвалидом &lt;данные изъяты&gt;. Брат ухаживал за отцом. В настоящее время отец чувствует себя хуже он практически не ходит самостоятельно. Они с братом общались редко, но никаких конфликтов между ними не было. Почему ФИО11 не сообщил ей о своем задержании, она не знает, наверное, не хотел ее расстраивать. В настоящее время она не сказала отцу, что ФИО11 задержан, так как он сильно расстроится и его состояние здоровья может ухудшиться, она сказала отцу, что ФИО11 на заработках, но отец чувствует, что что-то не так и переживает. Сама она проживает на другом конце города, у нее нет возможности осуществлять уход за отцом, поэтому ФИО11 просит не назначать наказание, связанное с лишением свободы. Она знала, что ФИО11 занимается массажами и зарабатывает этим. Показания свидетеля ФИО10 №5, которые в судебном заседании оглашены по ходатайству государственного обвинителя с согласия сторон (т. 1 л.д. 187-190), пояснившей, что она проживает по соседству с семьей М-вых: Жанибеком и его отцом ФИО62 Она знает, что Жанибек занимается массажами, он ей сам об этом говорил. Они с ним в хороших взаимоотношениях. Пару раз Жанибек попросил присмотреть за его отцом, так как он является инвалидом и самостоятельно плохо передвигается. Она согласилась, кормила его отца, прибирала по дому. Все расходы Жанибек возмещал. 26 декабря 2023 года к ней постучали сотрудники полиции и спросили про Жанибека, его номер, она позвонила Жанибеку и сказала, что его спрашивают сотрудники полиции, на что он разрешил дать его номер, после чего они уехали. Утром 27 декабря 2023 года ей пришло сообщение от Жанибека, что он срочно уехал, попросил покормить отца. Ближе к обеду он позвонил снова и сказал, что его не будет какое-то время, попросил приглядеть за отцом. Показания свидетеля ФИО63 которые в судебном заседании оглашены по ходатайству государственного обвинителя с согласия сторон (т. 1 л.д. 207-210), пояснившего, что ФИО9 №3 является его супругой. 15.12.2023 года в вечернее время кто-то позвонил на домашний телефон, она ответила и стала разговаривать. После чего рассказала ему, что их дочь ФИО16 попала в ДТП, что ее сбила машина и она виновата. Он сразу начал говорить жене, чтобы она ни с кем не общалась, что это мошенники, но она стояла на своем, что нужно помочь дочери и передать для этого денежные средства в сумме 800000 рублей. После чего, стали ФИО5 на сотовый телефон, она с кем-то разговаривала, когда позвонили на домашний телефон, он взял трубку, слышал, что кто-то разговаривает, но не понимал ни единого слова. Он весь вечер уверял жену, чтобы она ни с кем не разговаривала и никому ничего не передавала. Потом, спустя некоторое время, он лег отдыхать и уснул. Когда проснулся, его жена позвонила ФИО22, мужу дочери ФИО16, и он пояснил, что с ФИО16 все в порядке, ни в какое ДТП она не попала. Тогда жена сообщила, что она все-таки передала денежные средства мужчине, который приезжал ночью. Тогда все сказали, чтобы ей, чтобы шла в полицию и писала заявление. Показания свидетеля ФИО10 №1, которые в судебном заседании оглашены по ходатайству государственного обвинителя с согласия сторон (т. 1 л.д. 233-235), пояснившей, что 16 декабря 2023 года в утреннее время, ей позвонил ее муж ФИО10 №6, пояснил, что ему позвонила ФИО9 №3 и спросила, что случилось с ней (ФИО10 №1), что нужно в больницу, что ФИО16 попала в ДТП. На что, муж пояснил, что с ФИО16 все хорошо, что она спит дома, ни в какое ДТП не попадала. После чего муж сообщил, что мать –ФИО3, отдала деньги мошенникам, чтобы помочь ей. Позвонив матери, узнала о случившемся. Показания свидетеля ФИО10 №6, которые в судебном заседании оглашены по ходатайству государственного обвинителя с согласия сторон (т. 1 л.д. 237-239), пояснившего, что 16.12.2023 года в утреннее время, позвонила ФИО9 №3, мать его супруги ФИО10 №1, и спросила, что случилось с ФИО16, нужно ли что – то в больницу. Он начал спрашивать, почему она так говорит, на что ФИО9 №3 ему пояснила, что якобы ФИО16 попала в ДТП, что ее сбила машина, и с ней по данному поводу общался следователь и сказал, что нужны денежные средства. Он сказал, что с ФИО16 все в порядке, она спит дома, в ДТП не попадала, чтобы не передавала никому денежные средства, так как это мошенники. Но ФИО9 №3 ему сказала, что уже отдала деньги 800 000 рублей. Он после разговора с ФИО9 №3 сразу позвонил ФИО16 и сообщил о произошедшем. Спустя некоторое время ФИО9 №3 ему рассказала, что сотрудники полиции задержали человека, который приезжал к ней за деньгами, больше ничего не поясняла. Вещественные доказательства: материалы ОРД о причастности ФИО2 к данному преступлению, выписку по банковской карте ФИО2, детализацию абонентского номера № ( т. 1 л.д. 66-83 ) банковские карты АО «Тинькофф банк», мобильный телефон марки «Самсунг», куртка ФИО2 – переданы на хранение в камеру хранения вещественных доказательств Отдела МВД России по Яшкинскому муниципальному округу. ( т. 1 л.д. 148-150 ) ответ из ПАО ВТБ с диском с видеозаписью на котором изображен ФИО2 ( т. 1 л.д. 153, 163) представленная ООО «Яндекс.Такси» от 20.01.2024 информация о сделанных заказах такси, абонентом ФИО2 со своего номера мобильного телефона № за 15.12.2023, в который ФИО2 осуществлял заказы такси и поездки на адрес потерпевшей ФИО9 №3 по &lt;адрес&gt; ( т.3 л.д.2-11) представленная АО «ТБанк» от 14.08.2024 информация о движении денежных средств по счету № ФИО2 за период с 01.12.2023 по 26.12.2023, зафиксированную на бумажном носителе, где имеются сведения о переводе ФИО2 похищенных им денежных средств на различные банковские счета третьих лиц. ( т. 4 л.д. 171-189) представленная ПАО Ростелеком от 15.08.2024 информация о телефонных соединениях потерпевших за период с 01.12.2023 по 26.12.2023, где зафиксирована информация о номерах телефонов, которые звонили потерпевшим и представлялись вымышленными именами (т.4 л.д.236-243) Протоколы следственных действий: протокол осмотра места происшествия от 20.02.2024 с фототаблией, в ходе которого осмотрена &lt;адрес&gt;, расположенная на втором этаже &lt;адрес&gt;&lt;адрес&gt;, куда прибыл ФИО2 и похитил деньги в сумме 800000 рублей у потерпевшей ФИО9 №3 ( т. 2 л.д. 1-6 ) протокол выемки от 27.12.2023 c фототаблицей, в ходе которой подозреваемый ФИО2 добровольно выдал мобильный телефон марки «Samsung» в корпусе голубого цвета; банковские карты АО «Тинькофф банк» №, №; куртку черно-серо-желтого цвета фирмы «High Experience». ( т. 1 л.д. 47-49, 50) протокол проверки показаний на месте от 27.12.2023 с фототалицей, в ходе которой подозреваемый ФИО2 показал место &lt;адрес&gt; муниципального округа &lt;адрес&gt; – Кузбасса. (т. 1 л.д. 51-55-, 56-57) протокол осмотра предметов от 29.12.2023 с фототаблицей, в ходе которого осмотрены детализация абонентского №+№ результатов ОРД от 28.12.2023, справки о движении денежных средств по карте ФИО2, так как в указанных документах содержатся сведения, подтверждающие причастность ФИО2 к данному преступлению, в выписке по банковской карте указано, что ФИО2 осуществлял переводы денежных средств неизвестным лицам, которые постановлением следователя от 29.12.2023 года признаны вещественными доказательствами по делу, приобщены к материалам дела в качестве таковых (т. 1 л.д. 84-89, 94-100, 101-109, 110) протокол осмотра предметов от 17.01.2024 с фототаблицей, в ходе которого осмотрены: мобильный телефон марки «Samsung», при помощи которого ФИО2 осуществлял свои преступные действия по завладению денежными средствами ФИО9 №3; банковские карты банка «TINKOFF» №, при помощи которой ФИО2 осуществлял переводы денежных средств, принадлежащих ФИО9 №3, иным лицам и №, куртки, которые постановлением следователя от ДД.ММ.ГГГГ признаны вещественными доказательствами по делу, сданы в комнату хранения вещественных доказательств ( т.1 л.д. 113-120, 121-147, 148, 149, 150) протокол предметов и документов от 25.01.2024 с фототаблицей, в ходе которого осмотрены ответ от Банка ВТБ (ПАО) и приложенный к нему DVD-диск, на котором содержится запись с камер видеонаблюдения, на которых ФИО2 пытается перевести денежные средства, которые постановлением следователя от 25.01.2024 года признаны вещественными доказательствами по делу, приобщены к материалам дела в качестве таковых ( т. 1 л.д. 154-161, 162, 163) протокол выемки от 29.01.2024 с фототаблицей, в ходе которой у свидетеля ФИО10 №2 изъят черный полиэтиленовый пакет, в котором находились три полотенца: голубое, ярко-розовое, сиреневое и белой окантовкой и рисунком. ( т. 1 л.д. 176-178, 179) протокол осмотра предметов от 29.01.2024 с фототаблицей, в ходе которого с участием потерпевшей ФИО9 №3 осмотрен пакет, к котором находились три полотенца, который забрал обвиняемый ФИО2 у потерпевшей ФИО9 №3 вместе с денежными средствами в сумме 800 000 рублей, которые постановлением следователя от 29.01.2024 года признаны вещественными доказательствами по делу, переданы потерпевшей на хранение (т.1 л.д. 193-194, 195-197, 198, 206) протокол осмотра предметов от 07.08.2024 с фототаблицей, в ходе которого осмотрена информация, представленная ООО «Яндекс.Такси», где имеется заказ № 16 с телефона пассажира с номером +№ который принадлежит ФИО2, который 15.12.2023 в 23:39:14 осуществил заказ автомобиля такси на адрес &lt;адрес&gt;, прибыл на данный адрес в 02:11:00 16.12.2023., которые постановлением следователя от 07.08.2024 года признаны вещественными доказательствами по делу, приобщены к материалам дела в качестве таковых ( т. 4 л.д. 142-154, 155 ) протокол осмотра предметов от 16.08.2024 с фототаблицей, в ходе которого осмотрена информация, представленная АО «ТБанк», где имеется информация о движении денежных средств по счету № ФИО2 за 16.12.2023 о переводе ФИО2 похищенных им денежных средств на различные банковские счета третьих лиц, которые постановлением следователя от 16.08.2024 года признаны вещественными доказательствами по делу, приобщены к материалам дела в качестве таковых (т.4 л.д. 229-232, 231-234, 235) протокол осмотра предметов от 18.08.2024 с фототаблицей, в ходе которого осмотрена информация, представленная ПАО Ростелеком от 15.08.2024 информация о телефонных соединениях потерпевших за период с 01.12.2023 по 26.12.2023, где зафиксирована информация о номерах телефонов, которые звонили потерпевшим и представлялись вымышленными именами, которая постановлением следователя от 18.08.2024 года признана вещественным доказательством по делу, приобщена к материалам дела в качестве такового (т.5 л.д. 3-14, 15) протокол осмотра места происшествия от 19.08.2024 с фототаблицей, из которого осмотрено помещение Юргинского ферросплавного завода, расположенное по адресу ул. Абразивная, 1, гор. Юрга где установлен банкомат ПАО Сбербанк № 60081301, при помощи которого 16.12.2023 ФИО2 переводил похищенные им у ФИО64. деньги в сумме 800000 рублей на счета третьих лиц. ( т. 5 л.д. 16-18 ) Иные документы: рапорт об обнаружении признаков преступления от 16.12.2023 КУСП № 4829, из которого следует, что 16.12.2023 в 09 часов 40 минут в дежурную часть поступило сообщение от ФИО9 №3, проживает &lt;адрес&gt; о том, что 15.12.2023 около 21 часа позвонила неизвестная женщина, представилась дочерью заявительницы, сказала, что ее сбила машина и ей нужно 800000 рублей, а также личные вещи. Около 23 часов приехал неизвестный и заявительница передала ему деньги в сумме 800000 рублей и личные вещи (туалетную бумагу, 3 полотенца, мыло) в пакете черного цвета. ( т. 1 л.д. 3 ) расписка потерпевшей ФИО9 №3 от 29.01.2024 о получении ею трех полотенец, которые она передала с деньгами ФИО2 ( т. 1 л.д. 198 ) копии квитанций о размере пенсий ФИО9 №3 и ФИО10 №3 за январь 2024 года, общий размер дохода составил 38 549,55 рублей. ( т. 1 л.д. 203 ) Виновность подсудимого в покушении на хищение имущества ФИО9 №4 с причинением значительного ущерба, группой лиц по предварительному сговору и подтверждают: Показания потерпевшей ФИО9 №4, которые в судебном заседании оглашены по ходатайству государственного обвинителя с согласия сторон (т. 4 л.д. 28-31, т. 6 л.д. 206-207), пояснившей, что она проживает с дочерью ФИО10 №9, и внучкой ФИО30. 22.12.2023 около 16 часов ей на домашний стационарный телефон позвонили. Когда она ответила, с ней стал разговаривать женский голос, женщина плакала и говорила: «Мама я попала в аварию, мне будут делать операцию, сейчас с тобой будет говорить мой лечащий врач», после чего трубку передали другой женщине. Которая сообщила, что для проведения операции необходимы деньги в сумме 1 000 000 рублей. Обе женщины свои данные не называли. Она предположила, что женщина, которая разговаривала с ней первая является ее дочерью ФИО10 №9, она поверила и согласилась заплатить деньги, но сказала, что у нее есть только 10 000 рублей. Ей было сказано, чтобы положила деньги в конверт вместе с одежной для дочери в больницу, также сообщили, что за деньгами приедет какой-то курьер, данных его не называли. По просьбе женщины назвала свой адрес проживания, данная женщина спросила, есть ли у нее мобильный телефон и сказала, чтобы она его положила в морозильную камеру, для чего не пояснила. Около 17 часов 30 минут домой пришла внучка ФИО30, которой она все рассказала, внучка позвонила своей матери и узнала, что с ней все в порядке, что в аварию она не попадала, находится на работе, она поняла, что ей ФИО5 мошенники. В это время в домофон позвонили, она поняла, что приехал курьер, молча открыла двери домофона, в подъезд вышла ее внучка, она наблюдала из квартиры. На этаж поднялся мужчина, его не разглядела, был с рюкзаком. Внучка стала его ругать и сказала, что он мошенник забирает деньги у пожилых людей, на что он ответил, что он курьер и приехал забрать посылку, после чего он быстро вышел из подъезда и больше не приходил. Деньги у нее так и не забрали. Если бы парень забрал у нее деньги в сумме 10 000 рублей, то ей бы был причинен значительный ущерб, так как проживает на пенсию размер, которой составляет 25000 рублей, ежемесячно тратит на коммунальные услуги 8000 рублей и лекарства 6000 рублей. Показания свидетеля ФИО10 №9, которые в судебном заседании оглашены по ходатайству государственного обвинителя с согласия сторон (т. 4 л.д. 32-34), пояснившей, что она проживает с мамой – ФИО9 №4 и дочерью – ФИО30. 22.12.2023 около 17 часов 30 минут ей на телефон позвонила ее дочь ФИО30 и спросила, все ли у нее в порядке, она ответила, что у нее все в порядке и она находится на работе. После чего ее дочь ей пояснила, что около 16 часов 22.12.2023 ее матери ФИО9 №4 на стационарный телефон позвонила неизвестная женщина, которая сообщила, что она попала в аварию и её нужны деньги на операцию, после чего с ней стала разговаривать другая женщина представившаяся сотрудником больницы и пояснила, что нужны деньги на операцию в сумме 100 000 рублей. Когда ФИО9 №4 пояснила, что у нее всего 10 000 рублей, женщина сказала, чтобы она приготовила деньги и одежду для своей дочери и что за деньгами приедет курьер. Пока она готовила деньги домой пришла ее дочь ФИО30 и выяснилось, что звонили мошенники и что никакого происшествия не было. В 17 часов 30 минут в двери домофона позвонили, ФИО9 №4 открыла домофон и двери квартиры, на площадку вышла дочь ФИО30 и стала ругаться с прибывшим мужчиной курьером, на вид 35-40 лет, рост 170 см. азиатской внешности, на спине висел рюкзак, сказала почему он обманывает пожилых граждан и забирает деньги, на что мужчина пояснил, что он простой водитель такси приехал забрать посылку, после чего мужчина ушел и деньги не забрал. О случившемся она сообщила в полицию. Показания свидетеля ФИО30, которые в судебном заседании оглашены по ходатайству государственного обвинителя с согласия сторон (т. 4 л.д. 40-42), пояснившей, что она проживает с мамой ФИО10 №9 и бабушкой ФИО9 №4. 22.12.2023 около 17 часов 30 мину она пришла домой и увидела, что бабушка находится в стрессовом состоянии. Бабушка ей рассказала, что около 16 часов ей позвонили на стационарный телефон, с ней стал разговаривать женский голос, женщина плакала и говорила: Мама, я попала в аварию, мне нужны деньги на операцию. После этого с бабушкой стала разговаривать вторая женщина, она представилась лечащим врачом и пояснила, что на операцию нужны деньги 100 000 рублей. Бабушка сказала, что у нее есть всего 10 000 рублей, после чего женщина сказала приготовить деньги и одежду, приедет за деньгами курьер. Она предположила, что звонили мошенники и позвонила своей маме ФИО10 №9, которая пояснила, что с ней все в порядке, она находится на работе. Вскоре в домофон позвонили, бабушка открыла двери и в подъезд вошел мужчина азиатской внешности на вид 35-40 лет, рост 170 см., в куртке темного цвета с рюкзаком на спине. Она стала ругать данного мужчину, зачем он забирает деньги у пожилых граждан. На что мужчина пояснил, что он таксист и приехал за посылкой, после чего она стала кричать на мужчину и он убежал, деньги переданы не были. Она позвонила маме и мама сообщила в полицию. Показания свидетеля ФИО33, которые в судебном заседании оглашены по ходатайству государственного обвинителя с согласия сторон (т. 4 л.д. 48-50), которая пояснила, что с августа 2023 года работает таксистом у нее имеется автомобиль марки Кия Рио гос. номер №. 22.12.2023 около 16 часов 31 минут ему через приложение «Яндекс.Такси» поступил заказ на адрес &lt;адрес&gt; В 16 часов 41 минуту он подъехал на адрес, к нему в машину сел на заднее сиденье мужчина не русской внешности на вид 35-40 лет, его не опознает, с ним он не общался. В 16 часов 53 минуты данного мужчину привез на &lt;адрес&gt;, после чего пассажир вышел, а он уехал на другой адрес. Вещественные доказательства: мобильный телефон марки «Самсунг» – передан на хранение в камеру хранения вещественных доказательств Отдела МВД России по Яшкинскому муниципальному округу. ( т. 1 л.д. 148-150 ) представленная ООО «Яндекс.Такси» от 20.01.2024 информация о сделанных заказах такси, абонентом ФИО2 со своего номера мобильного телефона № за 22.12.2023, в который ФИО2 осуществлял заказы такси и поездки на адрес потерпевшей ФИО67 по &lt;адрес&gt; (т.3 л.д. 2-11) представленная ПАО Ростелеком от 15.08.2024 информация о телефонных соединениях потерпевших за период с 01.12.2023 по 26.12.2023, где зафиксирована информация о номерах телефонов, которые звонили потерпевшим и представлялись вымышленными именами (т.4 л.д.236-243) Протоколы следственных действий: протокол осмотра места происшествия от 23.12.2023 с фототаблицей, из которого следует, что с участием заявителя ФИО30 осмотрена лестничная площадка первого этажа 2 подъезда &lt;адрес&gt; в &lt;адрес&gt;, где потерпевшая ФИО9 №4 должна была передать деньги в сумме 10 000 рублей прибывшему в роли курьера ФИО2 ( т. 3 л.д. 246-248 ) протокол выемки от 27.12.2023 c фототаблицей, в ходе которой подозреваемый ФИО2 добровольно выдал мобильный телефон марки «Samsung» в корпусе голубого цвета. ( т. 1 л.д. 47-50 ) протокол осмотра предметов от 17.01.2024 с фототаблицей, в ходе которого осмотрены: мобильный телефон марки «Samsung», при помощи которого ФИО2 осуществлял свои преступные действия по завладению денежными средствами ФИО30, куртки, которые постановлением следователя от 17.01.2024 года признан вещественным доказательством по делу, сдан в комнату хранения вещественных доказательств ( т.1 л.д. 113-120, 121-147, 148, 149, 150) протокол осмотра предметов от 07.08.2024 с фототаблицей, в ходе которого осмотрена информация, представленная ООО «Яндекс.Такси», где имеется заказ № 20 с телефона пассажира с номером +№, который принадлежит ФИО2, который 22.12.2023 в 16:31:09 осуществил заказ автомобиля такси на адрес &lt;адрес&gt;, прибыл на данный адрес в 16:53:55, которые постановлением следователя от 07.08.2024 года признаны вещественными доказательствами по делу, приобщены к материалам дела в качестве таковых ( т. 4 л.д. 142-154, 155 ) протокол осмотра предметов от 18.08.2024 с фототаблицей, в ходе которого осмотрена информация, представленная ПАО Ростелеком от 15.08.2024 информация о телефонных соединениях потерпевших за период с 01.12.2023 по 26.12.2023, где зафиксирована информация о номерах телефонов, которые звонили потерпевшим и представлялись вымышленными именами, которая постановлением следователя от 18.08.2024 года признана вещественным доказательством по делу, приобщена к материалам дела в качестве такового ( т. 5 л.д. 3-14, 15) Иные документы: заявление о преступлении ФИО30 от 22.12.2023, из которого следует, что ФИО30 просит привлечь к уголовной ответственности лицо, которое 22.12.2023 в период времени с 16 до 17 часов 30 минут обманным путем пыталось похитить денежные средства в сумме 10000 рублей, принадлежащие ФИО9 №4, но не смогло это сделать, так как она этому помешала. ( т. 3 л.д. 242 ) квитанция о размере получаемой страховой пенсии, ЕДВ инвалидам получаемых ФИО9 №4 ( т. 6 л.д. 208 ) Виновность подсудимого в хищении имущества ФИО9 №2. с причинением значительного ущерба, группой лиц по предварительному сговору и подтверждают: Показания потерпевшей ФИО9 №2, которые в судебном заседании оглашены по ходатайству государственного обвинителя с согласия сторон (т. 2 л.д. 230-233, т. 4 л.д. 111-114, т. 6 л.д. 191-194), пояснившей, что она проживает одна. 26.12.2023 примерно в 20 часов ей на стационарный телефон поступил звонок, с ней стала разговаривать женщина по голосу очень была похожа на ее подругу из г. Москвы Наталью. Женщина плакала, говорила, что попала в ДТП и ей нужна помощь деньги для адвоката. После с ней стал разговаривать мужчина, который представился адвокатом, пояснил, что Наталья попала в ДТП, повредила автомобиль и что на нее планируют подать в суд и что нужны деньги. Женщина, которую она считала Натальей, взволнованным и заплаканным голосом стала ей говорить, что попала в ДТП в котором виновата она (звонившая) и для того, чтобы закрыть дело необходимо заплатить денежные средства в сумме 1 000 000 рублей. Затем женщина пояснила, что передаст трубку своему адвокату, который ей всё объяснит. Затем с ней стал общаться мужчина, который пояснил, что является адвокатом Натальи, что она стала виновницей ДТП и чтобы на неё не подали в суд необходимо заплатить денежные средства в сумме 1 000 000 рублей. Она сказала, что у нее есть только 100 000 рублей, согласилась передать деньги. Мужчина заставил написать ее заявление на имя начальника ФИО12 о прекращении дела по ДТП, она написала под диктовку. Она попросила адвоката передать телефон Наталье и тот ей пояснил, что та получила травмы и так как ей оказывают медицинскую помощь, то Наталья не может ей ответить. В ходе общения с адвокатом, на заднем фоне, она слышала мужской голос и как она поняла это был врач, который говорил про оказание медицинской помощи Наталье. Адвокат пояснил, что Наталья находится под следствием и её не отпустят пока та не заплатит денежные средства. Также адвокат пояснил, что у Натальи нет карты куда можно было бы перевести денежные средства. Когда она сказала, что готова передать денежные средства Наталье, то адвокат ей пояснил, что к ней придёт человек, который является водителем и его зовут ФИО6. После чего приготовила деньги в сумме 100 000 рублей купюрами по 5000 рублей, которые положила в пакет и стала ожидать водителя от ФИО6, все это время была на телефоне с мужчиной, не кладя трубку телефона. Примерно в 20 часов 30 минут в домофон позвонил мужчина, представился от ФИО6, она открыла двери и впустила мужчину в подъезд, он поднялся на третий этаж, мужчина выглядел на 30 лет, среднего роста, одет был в черную куртку. Деньги передала данному мужчине, он ушел, по телефону сказала, что деньги передала, женщина поблагодарила, сказала что деньги вернет. После ей позвонил сын ФИО10 №7 и она ему все рассказала, и он позвонил в полицию, она поняла, что ее обманули мошенники. После она позвонила подруге Наталье и выяснила, что с ней все в порядке в ДТП она не попадала. Хищением ей причинен значительный ущерб, проживает на пенсию в размере 32 000 рублей. Показания свидетеля ФИО10 №7, которые в судебном заседании оглашены по ходатайству государственного обвинителя с согласия сторон (т. 4 л.д. 136, т. 6 л.д. 195), пояснившего, что в вечернее 26.12.2023 года его мать ФИО9 №2 сообщила ему, что она передала деньги в сумме 100 000 рублей курьеру, чтобы помочь своей подруге из гор. ФИО7. Тогда он позвонил ФИО7, и та пояснила, что не звонила, денег не просила, что с ней все в порядке, тогда он понял, что маме звонили мошенники, которым передала деньги, о случившемся было сообщено в полицию ( том 6 л.д. 195 ) Вещественные доказательства: банковские карты АО «Тинькофф банк», мобильный телефон марки «Самсунг» – переданы на хранение в камеру хранения вещественных доказательств Отдела МВД России по Яшкинскому муниципальному округу. ( т. 1 л.д. 148-150 ) представленная ООО «Яндекс.Такси» от 20.01.2024 информация о сделанных заказах такси, абонентом ФИО2 со своего номера мобильного телефона № за 26.12.2023, в который ФИО2 осуществлял заказы такси и поездки на адрес потерпевшей ФИО13 по ул. Елизаровых, 4, в гор. Томск (т 3 л.д. 2-11) представленная АО «ТБанк» от 14.08.2024 информация о движении денежных средств по счету № ФИО2 за период с 01.12.2023 по 26.12.2023, зафиксированную на бумажном носителе, где имеются сведения о переводе ФИО2 похищенных им денежных средств на различные банковские счета третьих лиц. ( т. 4 л.д. 171-189) представленная ПАО Ростелеком от 15.08.2024 информация о телефонных соединениях потерпевших за период с 01.12.2023 по 26.12.2023, где зафиксирована информация о номерах телефонов, которые звонили потерпевшим и представлялись вымышленными именами (т.4 л.д.236-243) Протоколы следственных действий: протокол осмотра места происшествия от 26.12.2023 с фототаблицей, из которого следует, что с участием потерпевшей ФИО9 №2 осмотрена лестничная площадка третьего этажа 2 подъезда &lt;адрес&gt; в &lt;адрес&gt;, где потерпевшая ФИО9 №2 передала деньги в сумме 100000 рублей прибывшему в роли курьера ФИО2 ( т. 2 л.д. 184-186, 187-190) протокол осмотра места происшествия от 03.07.2024 с фототаблицей, из которого следует, что осмотрено помещение магазина «ГиперЛента», расположенное по адресу ул. Елизаровых, 13, в гор. Томске, где установлен банкомат «Тинькофф» № 5144, при помощи которого 26.12.2023 ФИО2 переводил похищенные им у ФИО9 №2 деньги в сумме 100000 рублей на счета третьих лиц. ( т. 4 л.д. 72-75 ) протокол выемки от 27.12.2023 c фототаблицей, в ходе которой подозреваемый ФИО2 добровольно выдал мобильный телефон марки «Samsung» в корпусе голубого цвета; банковские карты АО «Тинькофф банк» №, №; куртку черно-серо-желтого цвета фирмы «High Experience». ( т. 1 л.д. 47-50 ) протокол осмотра предметов от 17.01.2024 с фототаблицей, в ходе которого осмотрены: мобильный телефон марки «Samsung», при помощи которого ФИО2 осуществлял свои преступные действия по завладению денежными средствами ФИО13; банковские карты банка «TINKOFF» № №, при помощи которой ФИО2 осуществлял переводы денежных средств, принадлежащих ФИО9 №2, иным лицам и №, куртки, которые постановлением следователя от 17.01.2024 года признаны вещественными доказательствами по делу, сданы в комнату хранения вещественных доказательств ( т.1 л.д. 113-120, 121-147, 148, 149, 150) протокол осмотра предметов от 07.08.2024 с фототаблицей, в ходе которого осмотрена информация, представленная ООО «Яндекс.Такси», где имеется заказ № 26 с телефона пассажира с номером №, который принадлежит ФИО2, который 26.12.2023 в 19:59:23 осуществил заказ автомобиля такси на адрес &lt;адрес&gt;, прибыл на данный адрес в 20:19:06, которые постановлением следователя от 07.08.2024 года признаны вещественными доказательствами по делу, приобщены к материалам дела в качестве таковых (т. 4 л.д. 142-154, 155) протокол осмотра предметов от 16.08.2024 с фототаблицей, в ходе которого осмотрена информация, представленная АО «ТБанк», где имеется информация о движении денежных средств по счету № ФИО2 за 26.12.2023 о переводе ФИО2 похищенных им денежных средств на различные банковские счета третьих лиц, которые постановлением следователя от 16.08.2024 года признаны вещественными доказательствами по делу, приобщены к материалам дела в качестве таковых (т.4 л.д. 229-232, 231-234, 235) протокол осмотра предметов от 18.08.2024 с фототаблицей, в ходе которого осмотрена информация, представленная ПАО Ростелеком от 15.08.2024 информация о телефонных соединениях потерпевших за период с 01.12.2023 по 26.12.2023, где зафиксирована информация о номерах телефонов, которые звонили потерпевшим и представлялись вымышленными именами, которая постановлением следователя от 18.08.2024 года признана вещественным доказательством по делу, приобщена к материалам дела в качестве такового ( т. 5 л.д. 3-14, 15 ) Иные документы: заявление о преступлении ФИО9 №2 от 26.12.2023, из которого следует, что в период времени с 20:30 ч до 21:00 26.12.2023 неизвестные путём обмана похитили принадлежащие ей денежные средства в сумме 100 000 причинив ей материальный ущерб ( т. 2 л.д. 180 ) квитанция о размере получаемой страховой пенсии, ЕДВ ЖКУ ветерана труда, ЕДВ ветерана труда получаемых ФИО9 №2 ( т. 2 л.д. 242-245) Суд, оценивая вышеперечисленные доказательства, считает, что они соответствуют требованиям, установленным уголовно-процессуальным законом, полностью согласуются с другими доказательствами по делу, сомнений у суда не вызывают. Оперативно-розыскные мероприятия проведены и предоставлены органу предварительного в соответствии с требованиями Федерального закона «Об оперативно-розыскной деятельности», они соответствуют требованиям, предъявляемым к доказательствам, предусмотренным ст. 75 УПК РФ , получены в соответствии с требованиями УПК РФ, согласуются между собой, дополняют друг друга, подтверждаются совокупностью других письменных доказательств. Показания потерпевших, свидетелей, в том числе оглашенные в судебном заседании, относительно обстоятельств совершенных преступлений являются последовательными и непротиворечивыми, подробными, они взаимно согласовываются и дополняют друг друга, подтверждаются иными исследованными судом доказательствами, письменными материалами дела. Суд не находит оснований у потерпевших и свидетелей оговаривать подсудимого. Не доверять их показаниям оснований не имеется, поскольку они предупреждены об уголовной ответственности, их заинтересованности в исходе дела не установлено. Потерпевшие и свидетели ранее с подсудимым знакомы не были, в связи с чем, каких-либо оснований для оговора подсудимого у них не имеется. Таким образом, оценив каждое из вышеперечисленных доказательств, с точки зрения относимости, допустимости и достоверности, а все эти доказательства в совокупности - с точки зрения достаточности для разрешения уголовного дела, судом достоверно установлено, что подсудимый ФИО2, действуя совместно и согласовано с неустановленными следствием лицами, согласно заранее распределенных ролей, будучи осведомленным о преступных действиях неустановленных лиц, по их указанию, путем обмана, совершил хищение чужого имущества – денежных средств в сумме 200 000 рублей, принадлежащих потерпевший ФИО9 №1, 400 000 рублей, принадлежащих потерпевшей ФИО9 №5, 800 000 рублей, принадлежащих потерпевшей ФИО9 №3, покушение на хищение денежных средств в сумме 10 000 рублей, принадлежащих потерпевшей ФИО9 №4, хищение чужого имущества – денежных средств в сумме 100 000 рублей, принадлежащих потерпевшей ФИО9 №2, поскольку приходил к квартирам, в которых проживают потерпевшие, сообщал ложную информацию, выдавая себя за водителя, называя себя вымышленным именем, и получал от потерпевших, убежденных, что они действуют в интересах родственников, попавших в дорожно-транспортное происшествие или больницу, пакет с вещами и денежными средствами в указанных суммах. Хищение имущества потерпевших ФИО2 совершил путем обмана, поскольку те, будучи обманутыми относительно действий подсудимого, не догадываясь об истинных намерениях ФИО2, полагая, что помогают близкому родственнику, передавали денежные средства в распоряжение ФИО2 В каждом случае подсудимым совершались действия, направленные на изъятие имущества потерпевших и обращения его в свою пользу в виде комиссии за работу и пользу третьих лиц оставшуюся часть денежных средств, что свидетельствует о наличии у него в каждом случае корыстного мотива при совершении преступлений. Преступления совершены подсудимым с прямым умыслом, поскольку ФИО2 совершал действия в целях личного обогащения, имея преступный умысел на завладение чужим имуществом – денежными средствами потерпевших, осознавал общественную опасность своих действий, желал их наступления, о чем свидетельствуют показания подсудимого. ФИО2 подтвердил, что для совершения преступлений предпринимал меры конспирации: не называя своего настоящего имени, фамилии, представлялся заведомо вымышленными именами, а также водителем, которым не являлся. Характер таких действий свидетельствовал об их незаконности, заблуждаться относительно чего осужденный, с учетом его образования, жизненного опыта, видя эмоциональное состояние потерпевших, не мог, он осознавал их преступный характер. Об этом также свидетельствуют показания подсудимого о том, что у него периодически возникали сомнения в законности своих действий, но такие сомнения проходили после разговоров с кураторами, убеждавших его в законности их действий. Доводы подсудимого о том, что он думал, что выполняет услугу для физических лиц по кратчайшему переводы денежных средств не нашли своего подтверждения, они опровергаются показаниями самого подсудимого о том, что при получении денежных средств он ничего не спрашивал у потерпевших, полученные денежные средства в присутствии потерпевших не пересчитывал, никаких документов, связанных с передачей денежных средств, с ними не подписывал, перечислял их по указанию кураторов, оставляя себе заранее оговоренное вознаграждение, распоряжался по своему усмотрению иными вещами, переданными ему потерпевшими (полотенцами, предметами гигиены, заявления). Умысел подсудимого на хищение имущества ФИО9 №1, ФИО9 №5, ФИО9 №3, ФИО9 №2 был полностью реализован, т.к. подсудимый распорядился похищенным имуществом по своему усмотрению. Умысел подсудимого на хищение имущества ФИО9 №4 не был доведен ФИО2 до конца по независящим от него обстоятельствам. Согласно разъяснениям п.1 Постановления Пленума Верховного Суда РФ от 30 ноября 2017 г. N 48 "О судебной практике по делам о мошенничестве, присвоении и растрате" способами хищения чужого имущества или приобретения права на чужое имущество при мошенничестве, ответственность за которое наступает в соответствии со статьями 158.1 , , 159.1 , 159.2 , 159.3 , 159.5 УК РФ , являются обман или злоупотребление доверием, под воздействием которых владелец имущества или иное лицо передают имущество или право на него другому лицу либо не препятствуют изъятию этого имущества или приобретению права на него другим лицом. П. 2 названного Постановления разъяснено, что обман как способ совершения хищения или приобретения права на чужое имущество может состоять в сознательном сообщении (представлении) заведомо ложных, не соответствующих действительности сведений, либо в умолчании об истинных фактах, либо в умышленных действиях (например, в предоставлении фальсифицированного товара или иного предмета сделки, использовании различных обманных приемов при расчетах за товары или услуги или при игре в азартные игры, в имитации кассовых расчетов и т.д.), направленных на введение владельца имущества или иного лица в заблуждение. Сообщаемые при мошенничестве ложные сведения (либо сведения, о которых умалчивается) могут относиться к любым обстоятельствам, в частности к юридическим фактам и событиям, качеству, стоимости имущества, личности виновного, его полномочиям, намерениям. В п.26 Постановления Пленума Верховного Суда РФ от 30 ноября 2017 г. N 48 "О судебной практике по делам о мошенничестве, присвоении и растрате" указано, что обязательным признаком хищения является наличие у лица корыстной цели, то есть стремления изъять и (или) обратить чужое имущество в свою пользу либо распорядиться указанным имуществом как своим собственным, в том числе путем передачи его в обладание других лиц, круг которых не ограничен. Квалифицирующий признак "группой лиц по предварительному сговору" суд находит установленным, поскольку ФИО2 совместно с неустановленными следствием лицами совершая хищение чужого имущества путем обмана, действовал группой лиц по предварительному сговору, поскольку они до совершения преступления договорились об этом, совместно принимали участие в совершении хищения, действовали согласовано, распределив между собой роли, действия их были направлены на достижение одной цели – хищение денежных средств путем обмана. Отрицание данного квалифицирующего признака подсудимым в ходе предварительного расследования суд расценивает как способ защиты, поскольку как следует из показаний самого подсудимого, до начала выполнения объективной стороны каждого из преступлений, он, действуя по предварительной договоренности с неустановленными следствием лицами, следовал по указанным ими адресам потерпевших, выполнял их указания о способах конспирации, а именно: не вступал в диалог с потерпевшими, назывался вымышленными именами, осуществлял переводы похищенных денежных средств по реквизитам, указанным ему кураторами, достигая тем самым единого преступного умысла на хищение денежных средств. Согласно п.2, п.4 ст. 158 УК РФ значительный ущерб гражданину в статьях настоящей главы, за исключением части пятой статьи 159, определяется с учетом его имущественного положения, но не может составлять менее пяти тысяч рублей, крупным размером в статьях настоящей главы, за исключением частей шестой и седьмой статьи 159, статей 159.1, 159.5 и 165, признается стоимость имущества, превышающая двести пятьдесят тысяч рублей. Квалифицирующий признак мошенничества - «с причинением значительного ущерба гражданину» в деяниях ФИО2 (потерпевшая ФИО9 №1 – 200 000,00 рублей, ФИО9 №4 – 10 000 рублей, ФИО9 №2 – 100 000,00 рублей) нашел своё подтверждение в судебном заседании из показаний потерпевших ФИО9 №1, ФИО9 №4, ФИО10 №7, исходя из размера похищенных денежных средств, который значительно превышает 5 000 рублей, а также с учетом имущественного положения потерпевших, которые не работают, являются пенсионерами, единственным их источником дохода является пенсия, размер которой на момент совершения преступления составлял 40 000 рублей, 41 000 рублей, 42 000 рублей у каждой соответственно, а потому ущерб в данной сумме является для них значительным. Квалифицирующий признак мошенничества, предусмотренный ч.3 ст. 159 УК РФ «с причинением крупного ущерба гражданину» в деяниях ФИО2 (потерпевшие ФИО9 №5 – 400 000,00 рублей, ФИО9 №3 – 800 000,00 рублей), также нашел своё подтверждение в судебном заседании из показаний потерпевших ФИО9 №5, ФИО9 №3, являющихся пенсионерами, единственным источником дохода которых является пенсия в размере 33 000 рублей и 19 000 рублей соответственно, а также исходя из размера похищенных денежных средств, которые превышают 250 000 рублей. Таким образом, суд квалифицирует действия ФИО2 по ч. 2 ст. 159 УК РФ - как мошенничество, т.е. хищение чужого имущества путем обмана, совершенное группой лиц по предварительному сговору, с причинением значительного ущерба гражданину, по преступлениям в отношении потерпевших ФИО9 №1, ФИО9 №2, по ч. 3 ст. 159 УК РФ как мошенничество, т.е. хищение чужого имущества путем обмана, совершенное группой лиц по предварительному сговору, в крупном размере, по преступлениям в отношении потерпевших ФИО9 №5, ФИО9 №3, по ч. 3 ст. , ч. 2 ст. 159 УК РФ , как покушение на мошенничество, то есть хищение чужого имущества путем обмана, совершенное группой лиц по предварительному сговору, с причинением значительного ущерба гражданину, по преступлению в отношении потерпевшей ФИО9 №4. Оснований для оправдания подсудимого в связи с совершенными им деяниями, переквалификации его действий, прекращении уголовного дела и уголовного преследования, а также для его освобождения от уголовной ответственности и наказания судом не установлено. Исходя из материалов дела об обстоятельствах совершения преступлений, мотивов их совершения, личности подсудимого, его поведения в момент совершения преступлений и в судебном заседании, подсудимого следует признать вменяемым в отношении совершенных им преступлений и ответственным за содеянное. При определении вида и меры наказания суд, в соответствии ч.3 ст. 60 УК РФ , учитывает характер и степень общественной опасности совершенных преступлений, а также личность подсудимого, обстоятельства, смягчающие наказание, а так же влияние назначенного наказания на исправление осужденного и на условия жизни его семьи. ФИО2 на учете у врачей нарколога, психиатра не состоит (т. 2 л.д. 38, 40, т.5 л.д.57), со стороны УУП Отдела МВД России по Ленинскому району гор. Томска характеризуется удовлетворительно (т. 2 л.д. 42 ), по месту работы характеризуется удовлетворительно (т. 1 л.д. 217-218). К смягчающим наказание обстоятельствам по каждому из совершенных преступлений в соответствии с ч.2 ст. 61 УК РФ суд относит полное признание подсудимым своей вины и раскаяние, привлечение к уголовной ответственности впервые, состояние здоровья подсудимого и его отца, а по преступлениям в отношении потерпевших ФИО9 №1, ФИО9 №3, ФИО9 №5 - также принесение извинений потерпевшим. В соответствии с ч.1 ст. 61 УК РФ к смягчающим наказание обстоятельствам по каждому из совершенных преступлений, суд относит – активное способствование расследованию и раскрытию преступлений (п.«и» ч.1 ст. 61 УК РФ ), выразившееся в даче в ходе расследования уголовного дела последовательных признательных показаний по всем преступлениям, в том числе при проверки показания на месте по преступлению в отношении ФИО9 №3 (т.1 л.д.51-55, 56-57), добровольной выдаче мобильного телефона, банковских карт, куртки, что способствовало установлению имеющих значение обстоятельств, не вводя органы предварительного расследования в заблуждение (т.1 л.д. 47-49, 50), а по преступлениям, совершенным в отношении потерпевших ФИО9 №1, ФИО9 №5, ФИО9 №3, ФИО9 №2 - явку с повинной п. и» ч. 1 ст. 61 УК РФ (протоколы явок с повинной от 27.12.2023 г. - т.3 л.д. 76, от 12.01.2024 г. – т.3 л.д.198, объяснения от 27.12.2023 г. – т.3 л.д.77-78, обьяснения от 12.01.2024 г. – т.3 л.д.199) данные до возбуждения уголовного дела), Суд, с учетом фактических обстоятельств каждого из совершенных преступлений, степени их общественной опасности, не находит оснований для применения положений ч.6 ст. 15 УК РФ по каждому из совершенных преступлений. Указанные выше смягчающие обстоятельства, по мнению суда, как в отдельности, так и в совокупности не являются исключительными, поскольку они существенно не уменьшают степень общественной опасности совершенного подсудимой преступления, также они не связаны с целями и мотивами преступления, а потому суд не находит оснований для применения положений ст. 64 УК РФ . Обстоятельств, отягчающих наказание подсудимого по каждому из совершенных преступлений в соответствии со ст. 63 УК РФ , судом не установлено. Суд, в целях восстановления социальной справедливости, исправления подсудимого и предупреждения совершения им новых преступлений, исходя из характера и степени общественной опасности совершенных преступлений, данных о его личности, совокупности смягчающих наказание обстоятельств, находит справедливым назначить ФИО2. наказание в виде лишения свободы за каждое из совершенных преступлений. Ч.ч.1, 2 ст. 73 УК РФ установлено, что если, назначив лишение свободы на срок до восьми лет, суд придет к выводу о возможности исправления осужденного без реального отбывания наказания, он постановляет считать назначенное наказание условным. При назначении условного осуждения суд учитывает характер и степень общественной опасности совершенного преступления, личность виновного, в том числе смягчающие и отягчающие обстоятельства. При разрешении поставленного вопроса, суд учитывает, что ФИО2 совершил пять преступлений, из которых два умышленных тяжких преступления, два умышленных преступления средней тяжести, и одно покушение на преступление средней тяжести, которые направлены против собственности, обстоятельства их совершения, личность виновного, не смотря на наличие смягчающих обстоятельств, все они в своей совокупности, не уменьшают степень общественной опасности совершенных подсудимым преступлений до той степени, которая бы свидетельствовала о возможности добиться надлежащего исправления осужденного, полного восстановления социальной справедливости и действительного предупреждения совершения новых преступлений без реального отбывания наказания в виде лишения свободы. Таким образом, оснований для применения ст. 73 УК РФ и назначения условного наказания по каждому из совершенных ФИО2 преступлений не имеется. Назначение ФИО2 иных видов наказаний, предусмотренных санкциями ч.ч. 2, 3 ст. 159 УК РФ , по мнению суда, не будет отвечать целям уголовного наказания, указанным в ч. 2 ст. 43 УК РФ . Уголовный кодекс Российской Федерации, закрепляя общие начала назначения наказания, предусматривает, что лицу, признанному виновным в совершении преступления, назначается справедливое наказание в пределах, предусмотренных соответствующей статьей особенной части УК РФ, более строгий вид наказания из числа предусмотренных за совершенное преступление назначается только в случае, если менее строгий вид наказания не сможет обеспечить достижение целей наказания. В соответствии со ст. 53.1 УК Российской Федерации принудительные работы применяются как альтернатива лишению свободы в случаях, предусмотренных соответствующими статьями особенной части УК РФ, за совершение преступлений небольшой или средней тяжести либо за совершение тяжкого преступления впервые. Принимая во внимание характер и степень общественной опасности совершенных преступлений, личность виновного, на момент совершения преступлений не судимого, учитывая наличие смягчающих наказание обстоятельств и отсутствие отягчающих наказание обстоятельств, суд не усматривает оснований, предусмотренных ст. 53.1 УК РФ , о возможности исправления ФИО2 без реального отбывания наказания в местах лишения свободы, путем замены назначенного ему наказания по преступлениям, предусмотренным ч.2 ст. , ч.2 ст. 159 УК РФ , ч.3 ст. ч.2 ст. 159 УК РФ , в виде лишения свободы на принудительные работы, поскольку это не будет отвечать требованиям справедливости, и противоречить целям наказания, указанным в ч.2 ст. 43 УК РФ . С учетом совокупности обстоятельств, учитываемых при назначении наказания, характера и размера назначенного основного наказания, назначенного за совершение преступлений, предусмотренных ч. 3 ст. , ч. 3 ст. 159 УК РФ , суд находит возможным не назначать подсудимому дополнительных наказаний в виде штрафа, так как основного наказания будет достаточно для его исправления, назначив при этом по преступлениям, предусмотренным ч. 2 ст. , ч. 3 ст. , ч. 3 ст. , ч. 2 ст. 159 УК РФ , дополнительное наказание в виде ограничения свободы. По преступлению, предусмотренному ч.3 ст. , ч.2 ст. 159 УК РФ назначение дополнительного наказания в виде ограничения свободы нецелесообразно. Поскольку имеются смягчающие обстоятельства, предусмотренные п. «и» ч.1 ст. 61 УК РФ , отсутствуют отягчающие обстоятельства, подсудимому за каждое преступление следует назначить наказание по правилам ч.1 ст. 62 УК РФ . За покушение на мошенничество, то есть хищение чужого имущества путем обмана, совершенное группой лиц по предварительному сговору, с причинением значительного ущерба гражданину, в отношении ФИО9 №4, наказание следует назначить с учетом положений ч. 3 ст. 66 УК РФ . При назначении наказания подсудимому по совокупности преступлений в соответствии с ч.3 ст. 69 УК РФ , исходя из характера и степени общественной опасности совершенных преступлений, обстоятельств их совершения, смягчающих обстоятельств, данных о личности подсудимого, суд считает возможным применить правила частичного сложения назначенных наказаний. По уголовному делу заявлены гражданские иски: потерпевшей ФИО9 №3 на сумму 800 000 рублей ( т. 1 л.д. 204-205 ), потерпевшей ФИО9 №2 на сумму 100 000 рублей. ( т. 2 л.д. 241, 246-247), потерпевшей ФИО9 №1 на сумму 200 000 рублей. ( т. 4 л.д. 119-120 ), потерпевшей ФИО9 №5 на сумму 400 000 рублей. ( т.4 л.д. 125-126 ) Подсудимый ФИО11 исковые требования потерпевших признал в полном объеме, расчет суммы ущерба, причиненного совершенными им преступлениями, не оспорил, поэтому в соответствии с ч.1 ст. 1064 ГК РФ , указанная сумма подлежат взысканию с него в пользу потерпевших. В целях обеспечения гражданского иска арест, наложенный на денежные средства, перечисляемые на счета №, 40№, 40№, открытые в ПАО «Сбербанк»; 40№, 40№, 40№, 40№, 40№, открытые в АО «Банк Русский Стандарт»; 40№, открытый в ПАО «ВТБ»; 40№, открытый в ПАО «МТС - Банк»; 40№, 40№. 40№, открытые в АО «Альфа-Банк»; 40№. 40№, 40№, 40№, открытые в Новосибирский социальный коммерческий банк «Левобережный» (ПАО); 40№, 40№, открытые в ООО «Эс-Би-Ай Банк»; 40№, открытый в АО «Киви Банк», на имя ФИО2, постановлением Яшкинского районного суда от 20 февраля 2024 года, сохранить до исполнения приговора в части гражданского иска ФИО9 №3, ФИО9 №2, ФИО9 №1, ФИО9 №5. ( т.4 л.д. 200) Меру пресечения ФИО11 до вступления приговора в законную силу следует оставить прежней – заключение под стражей. В соответствии с п.«б» ч.3.1 ст. 72 УК РФ время содержания ФИО2 под стражей с 27.12.2023 г. до вступления приговора в законную силу зачесть в срок наказания из расчета один день содержания под стражей за полтора дня отбывания наказания в исправительной колонии общего режима. Вещественные доказательства по уголовному делу после вступления приговора в законную силу: материалы ОРД о причастности ФИО2 к данному преступлению, выписку по банковской карте ФИО2, детализацию абонентского номера 89235259820; ответ из ПАО ВТБ с диском с видеозаписью на котором изображен ФИО2 представленная ООО «Яндекс.Такси» от 20.01.2024 информация о сделанных заказах такси представленная АО «ТБанк» от 14.08.2024 информация о движении денежных средств по счету № ФИО2 представленная ПАО Ростелеком от 15.08.2024 информация о телефонных соединениях потерпевших, хранящиеся в материалах уголовного дела, оставить в деле; три полотенца, переданные ФИО9 №3 с деньгами ФИО2, возвращенные потерпевшей ФИО9 №3 оставить у последней. банковские карты АО «Тинькофф банк», мобильный телефон марки «Самсунг», хранящиеся в камере хранения вещественных доказательств Отдела МВД России по Яшкинскому муниципальному округу, уничтожить куртку, изъятую у ФИО2, хранящуюся в камере хранения вещественных доказательств Отдела МВД России по Яшкинскому муниципальному округу, вернуть ФИО2 В соответствии ст. 132 УПК РФ процессуальные издержки в виде оплаты труда адвоката по назначению взыскиваются с осужденных. Постановлением Кемеровского областного суда от 15.01.2024 г. произведена оплата вознаграждения за участие в суде апелляционной инстанции по защите интересов обвиняемого адвокату ФИО34 в сумме 6 133 рубля 40 копеек ( том 1 л.д. 165), постановлениями следователя произведена оплата вознаграждения за участие в предварительном следствии по защите интересов обвиняемого адвокату Акуловой О.Л. в сумме 8 559 рублей 20 копеек (том 2 л.д. 82), адвокату Колесникову А.А. в сумме 2139 рублей 80 копеек (том 2 л.д. 80), адвокату Колесникову А.А. в сумме 2139 рублей 80 копеек (том 3 л.д. 31), адвокату Акуловой О.Л. в сумме 25693 рублей 20 копеек (том 5 л.д. 119-120), адвокату Акуловой О.Л. в сумме 8541 рублей 00 копеек (том 7 л.д. 48). Данные суммы подлежит взысканию с подсудимого в доход федерального бюджета, так как оснований для его освобождения от их уплаты не имеется, ограничений по трудоспособности подсудимого не установлено, в судебном заседании подсудимый согласился со взысканием с него процессуальных издержек. Руководствуясь ст.ст. - 309 УПК РФ , суд П Р И Г О В О Р И Л: ФИО2 признать виновным в совершении преступлений, предусмотренных ч. 2 ст. , ч. 3 ст. , ч. 3 ст. , ч. 3 ст. – ч. 2 ст. , ч. 2 ст. 159 УК РФ , и назначить наказание: - по ч. 2 ст. 159 УК РФ (хищение имущества ФИО9 №1) в виде лишения свободы на срок два года с ограничением свободы на срок восемь месяцев - по ч. 3 ст. 159 УК РФ (хищение имущества ФИО9 №5) в виде лишения свободы на срок три года с ограничением свободы на срок десять месяцев - по ч. 3 ст. 159 УК РФ (хищение имущества ФИО9 №3) в виде лишения свободы на срок четыре года с ограничением свободы на срок один год - по ч. 3 ст. – ч. 2 ст. 159 УК РФ (покушение на хищение имущества ФИО9 №4) в виде лишения свободы на срок один год - по ч. 2 ст. 159 УК РФ (хищение имущества ФИО9 №2) в виде лишения свободы на срок два года с ограничением свободы на срок восемь месяцев На основании ч. 3 ст. 69 УК РФ по совокупности преступлений, предусмотренных ч. 2 ст. , ч. 3 ст. , ч. 3 ст. , ч. 3 ст. – ч. 2 ст. , ч. 2 ст. 159 УК РФ , путем частичного сложения назначенных наказаний ФИО2 окончательно назначить наказание в виде лишения свободы на срок шесть лет с ограничением свободы на срок один год шесть месяцев. Отбывание основного наказания в виде лишения свободы ФИО2 следует отбывать в исправительной колонии общего режима, исчисляя срок отбытия основного наказания со дня вступления приговора в законную силу. Меру пресечения ФИО2 до вступления приговора в законную силу следует оставить прежней – заключение под стражей. В соответствии с п. «б» ч.3.1 ст. 72 УК РФ время содержания ФИО2 под стражей с 27.12.2023 г. до вступления приговора в законную силу зачесть в срок наказания из расчета один день содержания под стражей за полтора дня отбывания наказания в исправительной колонии общего режима. В соответствии с ч.1 ст. 53 УК РФ установить ФИО2 следующие ограничения: без согласия специализированного государственного органа, осуществляющего надзор за отбыванием осужденными наказания в виде ограничения свободы, не выезжать за пределы муниципального образования, где осужденный будет проживать, не изменять место жительства без согласия специализированного государственного органа, осуществляющего надзор за отбыванием осужденными наказания в виде ограничения свободы. Возложить на ФИО2 обязанность один раз в месяц являться в специализированный государственный орган, осуществляющий надзор за отбыванием осужденными наказания в виде ограничения свободы. Срок дополнительного наказания в виде ограничения свободы исчислять со дня освобождения осужденного из исправительного учреждения, с зачетом в срок этого наказания времени его следования из исправительного учреждения к месту жительства из расчета один день за один день. Взыскать ФИО2, родившегося ДД.ММ.ГГГГ в &lt;адрес&gt;, в пользу ФИО9 №1 200 000 (двести тысяч) рублей, в пользу ФИО9 №5 400 000 (четыреста тысяч) рублей, в пользу ФИО9 №3 800 000 (восемьсот тысяч) рублей, в пользу ФИО9 №2 100 000 (сто тысяч) рублей, в счет возмещения имущественного ущерба, причиненного преступлениями. Вещественные доказательства по уголовному делу после вступления приговора в законную силу: материалы ОРД о причастности ФИО2 к данному преступлению, выписку по банковской карте ФИО2, детализацию абонентского номера № ответ из ПАО ВТБ с диском с видеозаписью на котором изображен ФИО2 представленная ООО «Яндекс.Такси» от 20.01.2024 информация о сделанных заказах такси представленная АО «ТБанк» от 14.08.2024 информация о движении денежных средств по счету № ФИО2 представленная ПАО Ростелеком от 15.08.2024 информация о телефонных соединениях потерпевших, хранящиеся в материалах уголовного дела, оставить в деле; три полотенца, переданные ФИО9 №3 с деньгами ФИО2, возвращенные потерпевшей ФИО9 №3 оставить у последней. банковские карты АО «Тинькофф банк», мобильный телефон марки «Самсунг», хранящиеся в камере хранения вещественных доказательств Отдела МВД России по Яшкинскому муниципальному округу, уничтожить куртку, изъятую у ФИО2, хранящуюся в камере хранения вещественных доказательств Отдела МВД России по Яшкинскому муниципальному округу, вернуть ФИО2 Арест, наложенный на денежные средства, перечисляемые на счета №, 40№, 40№, открытые в ПАО «Сбербанк»; 40№, 40№, 40№, 40№, 40№, открытые в АО «Банк Русский Стандарт»; 40№, открытый в ПАО «ВТБ»; 40№, открытый в ПАО «МТС - Банк»; 40№, 40№. 40№, открытые в АО «Альфа-Банк»; 40№. 40№, 40№, 40№, открытые в Новосибирский социальный коммерческий банк «Левобережный» (ПАО); 40№, 40№, открытые в ООО «Эс-Би-Ай Банк»; 40№, открытый в АО «Киви Банк», на имя ФИО2, постановлением Яшкинского районного суда от 20 февраля 2024 года, сохранить до исполнения приговора в части гражданского иска ФИО9 №1, ФИО9 №5, ФИО9 №3, ФИО9 №2 Взыскать ФИО2, родившегося ДД.ММ.ГГГГ в &lt;адрес&gt;, в доход Федерального бюджета процессуальные издержки в размере 53 206 (пятьдесят три тысячи двести шесть) рублей 40 копеек. Приговор может быть обжалован в Кемеровский областной суд через Яшкинский районный суд в апелляционном порядке в течение 15 суток со дня его провозглашения, а осужденным, содержащимся под стражей – в тот же срок со дня вручения ему копии приговора. Осужденный вправе ходатайствовать о своем участии в рассмотрении уголовного дела судом апелляционной инстанции, о чем необходимо указать в апелляционной жалобе или в возражениях на жалобы (представления), принесенные другими участниками процесса, вправе подать свои возражения в письменном виде и иметь возможность довести до суда апелляционной инстанции свою позицию непосредственно либо с использованием систем видеоконференцсвязи, а также поручать осуществление своей защиты избранному им защитнику, вправе отказаться от защитника, ходатайствовать перед судом о назначении защитника. Председательствующий подпись Г.А. Алиудинова Суд: Яшкинский районный суд (Кемеровская область) (подробнее) Иные лица: Прокурор Яшкинского района (подробнее) Судьи дела: Алиудинова Г.А. (судья) (подробнее) Последние документы по делу: Приговор от 5 марта 2025 г. по делу № 1-108/2024 Приговор от 25 февраля 2025 г. по делу № 1-108/2024 Апелляционное постановление от 12 января 2025 г. по делу № 1-108/2024 Приговор от 12 декабря 2024 г. по делу № 1-108/2024 Приговор от 8 октября 2024 г. по делу № 1-108/2024 Приговор от 15 сентября 2024 г. по делу № 1-108/2024 Апелляционное постановление от 11 сентября 2024 г. по делу № 1-108/2024 Приговор от 29 июля 2024 г. по делу № 1-108/2024 Приговор от 15 июля 2024 г. по делу № 1-108/2024 Приговор от 3 июня 2024 г. по делу № 1-108/2024 Приговор от 28 мая 2024 г. по делу № 1-108/2024 Приговор от 23 мая 2024 г. по делу № 1-108/2024 Приговор от 19 мая 2024 г. по делу № 1-108/2024 Приговор от 15 мая 2024 г. по делу № 1-108/2024 Апелляционное постановление от 14 апреля 2024 г. по делу № 1-108/2024 Приговор от 24 марта 2024 г. по делу № 1-108/2024 Приговор от 18 марта 2024 г. по делу № 1-108/2024 Приговор от 13 марта 2024 г. по делу № 1-108/2024 Приговор от 30 января 2024 г. по делу № 1-108/2024 Приговор от 24 января 2024 г. по делу № 1-108/2024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