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11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осознавая, что наряду с другими лицами, является одним из участников организованной группы, созданной при обстоятельствах описанных выше, занимающейся распространением наркотических средств через интернет-магазин «&lt;данные изъяты&gt;» на территории Республики Башкортостан, а также осознавая, что распространение наркотических средств через информационно-телекоммуникационную сеть (включая сеть «Интернет») носит организованный характер, незаконно, в нарушение требований Федерального Закона России от ДД.ММ.ГГГГ № 3-ФЗ «О наркотических средствах и психотропных веществах», совершил умышленное преступление, связанное с покушением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в начале августа 2024 года, в период до ДД.ММ.ГГГГ (более точное дата и время не установлено), неустановленное лицо, являющееся «Организатором и Руководителем» организованной группы, осуществляя планирование преступлений – незаконных сбытов наркотических средств, через созданную им сеть, организуя и координируя действия всех членов организованной группы, путем распределения между ними наркотических средств, аккумулирования у себя вырученных от их сбыта денежных средств для дальнейшей закупки новых партий наркотических средств, в крупном размере, обеспечивая бесперебойные и регулярные поставки наркотических средств, организовало помещение в потайное место-«закладку», находящееся в неустановленном месте - на территории &lt;адрес&gt; Республики Башкортостан (точное местонахождение не установлено), наркотического средства гашиш (анаша, смола каннабиса), общей массой не менее 538,09 грамма, о местонахождении которого сообщило «куратору», который в период с ДД.ММ.ГГГГ до ДД.ММ.ГГГГ включительно, в соответствии с отведенной ролью в организованной группе, с использованием информационно-телекоммуникационных сетей (включая сеть «Интернет»), будучи зарегистрированным в интернет-программе обмена сообщениями «Proton Mail» под неустановленной учетной записью и именем пользователя, сообщил ФИО2, зарегистрированному в указанной интернет-программе, установленной в принадлежащем последнему мобильном телефоне марки «Redmi 10», а также используемом ФИО2 как орудие совершения преступления, под учетной записью «&lt;данные изъяты&gt;» с именем пользователя «Klad», направив сообщение с указанием адреса потайного места-«закладки» с наркотическим средством, находящегося в неустановленном месте - на территории &lt;адрес&gt; Республики Башкортостан. ФИО2, в соответствии с отведенной ему ролью в организованной группе, действуя независимо от сотрудников правоохранительных органов, получив в период с ДД.ММ.ГГГГ до ДД.ММ.ГГГГ включительно, от «куратора», зарегистрированного в интернет-программе обмена сообщениями «Proton Mail» под неустановленной учетной записью и именем пользователя сообщение, с информацией о месте нахождения потайного места-«закладки» с наркотическим средством, в период с ДД.ММ.ГГГГ до ДД.ММ.ГГГГ включительно, прибыл на автомобиле марки «НИССАН TERRANO» г.р.з. №, к потайному месту-«закладке», находящегося в неустановленном месте на территории &lt;адрес&gt; Республики Башкортостан, где собственноручно извлек наркотическое средство гашиш (анаша, смола каннабиса), общей массой не менее 538,09 грамма, которое впоследствии незаконно храня как при себе, в том числе в руках и в карманах носимой одежды, так и в салоне автомобиля марки «НИССАН TERRANO» г.р.з. №, переместил по месту своего временного проживания, по адресу: &lt;адрес&gt;, где незаконно хранил для размещения в потайные места-«закладки» на территории &lt;адрес&gt; Республики Башкортостан, с целью последующего незаконного сбыта, организованной группой. В последующем, в период времени с ДД.ММ.ГГГГ до 10 час. 19 минут ДД.ММ.ГГГГ, ФИО2, выполняя указания «куратора», находясь по месту своего временного проживания, в арендованной им квартире, расположенной по адресу: &lt;адрес&gt;, используя электронные весы, пустые полимерные пакетики с клипсой, рулон полимерной (пищевой) пленки, ткань и резинки, расфасовал часть ранее полученного наркотического средства гашиш (анаша, смола каннабиса), в полимерные пленки, поместив в полимерные пакетики с клипсой, обмотав тканью и резинками, для удобства помещения их в потайные места-«закладки» на территории &lt;адрес&gt; Республики Башкортостан, с целью последующего незаконного сбыта, организованной группой. Далее, ФИО2, в соответствии с отведенной ему ролью, в период времени с 10 час. 19 мин. до 10 час. 54 мин. ДД.ММ.ГГГГ, осуществляя незаконное хранение и перевозку как при себе, в том числе в руках и в карманах носимой одежды, так и в салоне автомобиля марки «НИССАН TERRANO» г.р.з. №, части расфасованного наркотического средства гашиш (анаша, смола каннабиса), общей массой не менее 194,21 грамма, полученного от «куратора», действуя по указанию последнего, реализуя преступный умысел, направленный на незаконный сбыт наркотических средств, с использованием информационно-телекоммуникационных сетей (включая сеть «Интернет»), прибыл к участку местности, расположенному в лесном массиве, вблизи Садового товарищества «Вишенка» Таптыковского сельсовета &lt;адрес&gt;, где ДД.ММ.ГГГГ, в период времени с 10 час. 55 мин. до 11 час. 00 мин., ФИО2, часть расфасованного наркотического средства гашиш (анаша, смола каннабиса), массой 96,56 грамма, находящегося в полимерной пленке, вложенный в полимерный пакетик с клипсой, обмотанный тканью и резинками, подобрав наиболее удобное место, имея умысел на незаконный сбыт указанной массы наркотического средства потенциальному потребителю, который имел возможность приобрести наркотическое средство через тайник «закладку», в разное время и определенном месте (сведений о намерении сбыть наркотическое средство находящиеся в разных «тайниках-закладках» одному и тому же потребителю в ходе следствия не установлено), поместил в потайное место-«закладку», находящееся в земле, у основания дерева, произрастающего в лесном массиве, на расстоянии 745 м. в северо-восточного направления от участка № СТ «Вишенка» Таптыковского сельсовета &lt;адрес&gt;, расположенное по географическим координатам 54.59126, 55.73818, сфотографировал оборудованное им потайное место-«закладку» с указанным наркотическим средством на камеру своего мобильного телефон марки «Redmi 10», для загрузки данных фотоизображений и информации об оборудованном тайнике-«закладке» на сайт «&lt;данные изъяты&gt;» интернет-магазина «&lt;данные изъяты&gt;», для последующего направления информации «куратору», зарегистрированному в интернет-программе обмена сообщениями «Proton Mail» под неустановленной учетной записью и именем пользователя, предварительно составив краткое описание о его месторасположении, используя приложение «ColorNote», установленном в вышеуказанном мобильном телефоне, с текстом: «54.59126, 55.73818 пердесиссер», с целью последующего незаконного сбыта, организованной группой, с использованием информационно-телекоммуникационных сетей (включая сеть «Интернет»). ДД.ММ.ГГГГ в 11 час. 31 мин., в ходе проведения оперативно-розыскного мероприятия «Наблюдение», на объездной дороге, в 90 м. от &lt;адрес&gt; Республики Башкортостан, в сторону &lt;адрес&gt; Республики Башкортостан, сотрудниками УНК МВД России по &lt;адрес&gt; и ДПС ОГИБДД ОМВД России по &lt;адрес&gt; ФИО2 был задержан, в ходе его досмотра, проведенного в период времени с 13 час. 08 мин. по 13 час. 22 мин. ДД.ММ.ГГГГ по выше указанному адресу сотрудники полиции обнаружили в левом переднем кармане джинсовых брюк и изъяли мобильный телефон марки «Redmi 10», с установленными интернет-программами обмена сообщениями «&lt;данные изъяты&gt;», «&lt;данные изъяты&gt;», используемый им в качестве орудия совершения преступления, для переписки, получения и отправки сообщений с адресами и фотоизображениями, с разъяснениями о местонахождении потайных мест - «закладок» с наркотическими средствами; в ходе осмотра находившегося в пользовании ФИО2 автомобиля марки «НИССАН TERANNO» г.р.з. №, проведенного в период времени с 13 час. 28 мин. по 13 час. 48 мин. 08 августа 2024 года по выше указанному вдресу сотрудники полиции обнаружили и изъяли две металлические лопаты, используемые ФИО2 для оборудования в земле потайных мест-«закладок». В ходе осмотра места происшествия, проведенного в период времени с 15 час. 11 мин. по 15 час. 23 мин. ДД.ММ.ГГГГ, на участке местности, расположенном по географическим координатам № а именно у основания дерева, произрастающего в лесном массиве, на расстоянии 745 м. в северо-восточном направлении от участка № &lt;адрес&gt;, сотрудники полиции обнаружили в земле и изъяли наркотическое средство гашиш (анаша, смола каннабиса), массой 96,56 грамма, что является крупным размером, находящегося в полимерной пленке, вложенного в полимерный пакетик с клипсой, обмотанный тканью и резинками, которое ФИО2 поместил в указанное потайное место-«закладку», с целью последующего незаконного сбыта, организованной группой, с использованием информационно-телекоммуникационных сетей (включая сеть «Интернет»). В ходе осмотра места происшествия, проведенного по месту временного проживания ФИО2, по адресу: &lt;адрес&gt;, в период времени с 18 час. 08 мин. до 19 час. 27 мин. ДД.ММ.ГГГГ, сотрудники полиции обнаружили и изъяли: электронные весы, на поверхности которых обнаружены следовые количества тетрагидроканнабинола, 155 пустых полимерных пакетиков с клипсой, рулон полимерной пленки, перчатки, множество ткани и резинок, ноутбук марки «Huawei», используемые ФИО2 для расфасовки наркотических средств, переписки, получения и отправки сообщений с адресами и фотоизображениями, с разъяснениями о местонахождении потайных мест - «закладок» с наркотическими средствами, с целью последующего незаконного сбыта, организованной группой. ФИО2 свой совместный с неустановленными лицами преступный умысел, направленный на незаконный сбыт наркотического средства гашиш (анаша, смола каннабиса), массой 96,56 грамма, в крупном размере, с использованием информационно-телекоммуникационных сетей (включая сеть «Интернет»), организованной группой, в крупном размере, до конца довести не смог, по не зависящим от него обстоятельствам, связанным с задержанием и изъятием данного наркотического средства сотрудниками полиции из незаконного оборота.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ФИО2, осознавая, что наряду с другими лицами, является одним из участников организованной группы, созданной при обстоятельствах описанных выше, занимающейся распространением наркотических средств через интернет-магазин «BUGSY420.BIZ» на территории Республики Башкортостан, а также осознавая, что распространение наркотических средств через информационно-телекоммуникационную сеть (включая сеть «Интернет») носит организованный характер, незаконно, в нарушение требований Федерального Закона России от 08 января 1998 года № 3-ФЗ «О наркотических средствах и психотропных веществах», совершил умышленное преступление, связанное с покушением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в начале августа 2024 года, в период до ДД.ММ.ГГГГ (более точное дата и время не установлено), неустановленное лицо, являющееся «Организатором и Руководителем» организованной группы, осуществляя планирование преступлений – незаконных сбытов наркотических средств, через созданную им сеть, организуя и координируя действия всех членов организованной группы, путем распределения между ними наркотических средств, аккумулирования у себя вырученных от их сбыта денежных средств для дальнейшей закупки новых партий наркотических средств, в крупном размере, обеспечивая бесперебойные и регулярные поставки наркотических средств, организовало помещение в потайное место-«закладку», находящееся в неустановленном месте - на территории &lt;адрес&gt; Республики Башкортостан (точное местонахождение не установлено), наркотического средства гашиш (анаша, смола каннабиса), общей массой не менее 538,09 грамма, о местонахождении которого сообщило «куратору», который в период с ДД.ММ.ГГГГ до ДД.ММ.ГГГГ включительно, в соответствии с отведенной ролью в организованной группе, с использованием информационно-телекоммуникационных сетей (включая сеть «Интернет»), будучи зарегистрированным в интернет-программе обмена сообщениями «Proton Mail» под неустановленной учетной записью и именем пользователя, сообщил ФИО2, зарегистрированному в указанной интернет-программе, установленной в принадлежащем последнему мобильном телефоне марки «Redmi 10», а также используемом ФИО2 как орудие совершения преступления, под учетной записью «ufaproton@proton.me» с именем пользователя «Klad», направив сообщение с указанием адреса потайного места-«закладки» с наркотическим средством, находящегося в неустановленном месте - на территории &lt;адрес&gt; Республики Башкортостан. ФИО2, в соответствии с отведенной ему ролью в организованной группе, действуя независимо от сотрудников правоохранительных органов, получив в период с ДД.ММ.ГГГГ до ДД.ММ.ГГГГ включительно, от «куратора», зарегистрированного в интернет-программе обмена сообщениями «Proton Mail» под неустановленной учетной записью и именем пользователя сообщение, с информацией о месте нахождения потайного места-«закладки» с наркотическим средством, в период с ДД.ММ.ГГГГ до ДД.ММ.ГГГГ включительно, прибыл на автомобиле марки «НИССАН TERRANO» г.р.з. №, к потайному месту-«закладке», находящегося в неустановленном месте на территории &lt;адрес&gt; Республики Башкортостан, где собственноручно извлек наркотическое средство гашиш (анаша, смола каннабиса), общей массой не менее 538,09 грамма, которое впоследствии незаконно храня как при себе, в том числе в руках и в карманах носимой одежды, так и в салоне автомобиля марки «НИССАН TERRANO» г.р.з. №, переместил по месту своего временного проживания, по адресу: &lt;адрес&gt;, где незаконно хранил для размещения в потайные места-«закладки» на территории &lt;адрес&gt; Республики Башкортостан, с целью последующего незаконного сбыта, организованной группой. В последующем, в период времени с ДД.ММ.ГГГГ до 10 час. 19 минут ДД.ММ.ГГГГ, ФИО2, выполняя указания «куратора», находясь по месту своего временного проживания, в арендованной им квартире, расположенной по адресу: &lt;адрес&gt;, используя электронные весы, пустые полимерные пакетики с клипсой, рулон полимерной (пищевой) пленки, ткань и резинки, расфасовал часть ранее полученного наркотического средства гашиш (анаша, смола каннабиса), в полимерные пленки, поместив в полимерные пакетики с клипсой, обмотав тканью и резинками, для удобства помещения их в потайные места-«закладки» на территории &lt;адрес&gt; Республики Башкортостан, с целью последующего незаконного сбыта, организованной группой. ФИО2, в соответствии с отведенной ему ролью, в период времени с 10 час. 19 мин. до 10 час. 54 мин. ДД.ММ.ГГГГ, осуществляя незаконное хранение и перевозку как при себе, в том числе в руках и в карманах носимой одежды, так и в салоне автомобиля марки «НИССАН TERRANO» г.р.з. №, находившегося под его управлением, части расфасованного наркотического средства гашиш (анаша, смола каннабиса), общей массой не менее 194,21 грамма, полученного от «куратора», действуя по указанию последнего, реализуя преступный умысел, направленный на незаконный сбыт наркотических средств, с использованием информационно-телекоммуникационных сетей (включая сеть «Интернет»), прибыл к участку местности, расположенному в лесном массиве, вблизи СТ «Вишенка» Таптыковского сельсовета &lt;адрес&gt;, для оборудования потайного места - «закладки» с наркотическим средством, с целью последующего незаконного сбыта, и в период времени с 11 час. 03 мин. до 11 час. 15 мин., расфасованное наркотическое средство гашиш (анаша, смола каннабиса), массой 97,65 грамма, находящееся в полимерной пленке, вложенный в полимерный пакетик с клипсой, обмотанный тканью и резинками, подобрав наиболее удобное место, имея умысел на незаконный сбыт указанной массы наркотического средства потенциальному потребителю, который имел возможность приобрести наркотическое средство через тайник «закладку», в разное время и определенном месте (сведений о намерении сбыть наркотическое средство находящиеся в разных «тайниках-закладках» одному и тому же потребителю в ходе следствия не установлено), поместил в потайное место-«закладку», находящееся в земле, а именно между пнем и деревом, произрастающим в лесном массиве, на расстоянии 335 м. в северо-восточного направления от участка № &lt;адрес&gt;, расположенное по географическим координатам №, сфотографировал оборудованное им потайное место-«закладку» с указанным наркотическим средством, на камеру своего мобильного телефон марки «Redmi 10», для последующей загрузки данных фотоизображений и информации об оборудованном тайнике-«закладке» на сайт «№» интернет-магазина «№», для последующего направления информации «куратору», зарегистрированному в интернет-программе обмена сообщениями «Proton Mail» под неустановленной учетной записью и именем пользователя, предварительно составив краткое описание о его месторасположении, используя приложение «ColorNote», установленном в вышеуказанном мобильном телефоне, с текстом: «№», с целью последующего незаконного сбыта, организованной группой, с использованием информационно-телекоммуникационных сетей (включая сеть «Интернет»). ДД.ММ.ГГГГ в 11 час. 31 мин., в ходе проведения оперативно-розыскного мероприятия «Наблюдение», на объездной дороге, в 90 м. от &lt;адрес&gt;, в сторону &lt;адрес&gt;, сотрудниками УНК МВД России по &lt;адрес&gt; и ДПС ОГИБДД ОМВД России по &lt;адрес&gt; ФИО2 был задержан, в ходе его досмотра, проведенного в период времени с 13 час. 08 мин. по 13 час. 22 мин. по выше указанному адресу сотрудники полиции обнаружили в левом переднем кармане джинсовых брюк и изъяли мобильный телефон марки «Redmi 10», с установленными интернет-программами обмена сообщениями «&lt;данные изъяты&gt;», «&lt;данные изъяты&gt;», используемый им в качестве орудия совершения преступления, для переписки, получения и отправки сообщений с адресами и фотоизображениями, с разъяснениями о местонахождении потайных мест - «закладок» с наркотическими средствами; в ходе осмотра находившегося в пользовании ФИО2 автомобиля марки «НИССАН TERANNO» г.р.зщ. №, припаркованного по выше указанному адресу, проведенного в период времени с 13 час. 28 мин. по 13 час. 48 мин. сотрудники полиции обнаружили и изъяли две металлические лопаты, используемые ФИО2 для оборудования в земле потайных мест-«закладок». В ходе осмотра места происшествия, проведенного по месту временного проживания ФИО2, по адресу: &lt;адрес&gt;, в период времени с 18 час. 08 мин. до 19 час. 27 мин. 08 августа 2024 года, сотрудники полиции обнаружили и изъяли: электронные весы, на поверхности которых обнаружены следовые количества тетрагидроканнабинола, 155 пустых полимерных пакетиков с клипсой, рулон полимерной пленки, перчатки, множество ткани и резинок, ноутбук марки «Huawei», используемые ФИО2 для расфасовки наркотических средств, переписки, получения и отправки сообщений с адресами и фотоизображениями, с разъяснениями о местонахождении потайных мест - «закладок» с наркотическими средствами, с целью последующего незаконного сбыта, организованной группой. ФИО2 свой совместный с неустановленными лицами преступный умысел, направленный на незаконный сбыт наркотического средства гашиш (анаша, смола каннабиса), массой 97,65 грамма, в крупном размере, с использованием информационно-телекоммуникационных сетей (включая сеть «Интернет»), организованной группой, в крупном размере, до конца довести не смог, по не зависящим от него обстоятельствам, связанным с задержанием и изъятием данного наркотического средства сотрудниками полиции из незаконного оборота.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ФИО2, осознавая, что наряду с другими лицами, является одним из участников организованной группы, созданной при обстоятельствах описанных выше, занимающейся распространением наркотических средств через интернет-магазин «BUGSY420.BIZ» на территории Республики Башкортостан, а также осознавая, что распространение наркотических средств через информационно-телекоммуникационную сеть (включая сеть «Интернет») носит организованный характер, незаконно, в нарушение требований Федерального Закона России от 08 января 1998 года № 3-ФЗ «О наркотических средствах и психотропных веществах», совершил умышленное преступление, связанное с покушением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в начале августа 2024 года, в период до ДД.ММ.ГГГГ (более точное дата и время не установлено), неустановленное лицо, являющееся «Организатором и Руководителем» организованной группы, осуществляя планирование преступлений – незаконных сбытов наркотических средств, через созданную им сеть, организуя и координируя действия всех членов организованной группы, путем распределения между ними наркотических средств, аккумулирования у себя вырученных от их сбыта денежных средств для дальнейшей закупки новых партий наркотических средств, в крупном размере, обеспечивая бесперебойные и регулярные поставки наркотических средств, организовало помещение в потайное место-«закладку», находящееся в неустановленном месте - на территории &lt;адрес&gt; Республики Башкортостан (точное местонахождение не установлено), наркотического средства гашиш (анаша, смола каннабиса), общей массой не менее 538,09 грамма, о местонахождении которого сообщило «куратору», который в период с ДД.ММ.ГГГГ до ДД.ММ.ГГГГ включительно, в соответствии с отведенной ролью в организованной группе, с использованием информационно-телекоммуникационных сетей (включая сеть «Интернет»), будучи зарегистрированным в интернет-программе обмена сообщениями «Proton Mail» под неустановленной учетной записью и именем пользователя, сообщил ФИО2, зарегистрированному в указанной интернет-программе, установленной в принадлежащем последнему мобильном телефоне марки «Redmi 10», а также используемом ФИО2 как орудие совершения преступления, под учетной записью «ufaproton@proton.me» с именем пользователя «Klad», направив сообщение с указанием адреса потайного места-«закладки» с наркотическим средством, находящегося в неустановленном месте - на территории &lt;адрес&gt; Республики Башкортостан. ФИО2, в соответствии с отведенной ему ролью в организованной группе, действуя независимо от сотрудников правоохранительных органов, получив в период с ДД.ММ.ГГГГ до ДД.ММ.ГГГГ включительно, от «куратора», зарегистрированного в интернет-программе обмена сообщениями «Proton Mail» под неустановленной учетной записью и именем пользователя сообщение, с информацией о месте нахождения потайного места-«закладки» с наркотическим средством, в период с ДД.ММ.ГГГГ до ДД.ММ.ГГГГ включительно, прибыл на автомобиле марки «НИССАН TERRANO» г.р.з. №, к потайному месту-«закладке», находящегося в неустановленном месте на территории &lt;адрес&gt; Республики Башкортостан, где собственноручно извлек наркотическое средство гашиш (анаша, смола каннабиса), общей массой не менее 538,09 грамма, которое впоследствии незаконно храня как при себе, в том числе в руках и в карманах носимой одежды, так и в салоне автомобиля марки «НИССАН TERRANO» г.р.з. №, переместил по месту своего временного проживания, по адресу: &lt;адрес&gt;, где незаконно хранил для размещения в потайные места-«закладки» на территории &lt;адрес&gt; Республики Башкортостан, с целью последующего незаконного сбыта, организованной группой. В последующем, в период времени с ДД.ММ.ГГГГ до 10 час. 19 минут ДД.ММ.ГГГГ, ФИО2, выполняя указания «куратора», находясь по месту своего временного проживания, в арендованной им квартире, расположенной по адресу: &lt;адрес&gt;, используя электронные весы, пустые полимерные пакетики с клипсой, рулон полимерной (пищевой) пленки, ткань и резинки, расфасовал часть ранее полученного наркотического средства гашиш (анаша, смола каннабиса), в полимерные пленки, поместив в полимерные пакетики с клипсой, обмотав тканью и резинками, для удобства помещения их в потайные места-«закладки» на территории &lt;адрес&gt; Республики Башкортостан, с целью последующего незаконного сбыта, организованной группой. В период времени с 10 час. 55 мин. до 11 час. 15 мин. ДД.ММ.ГГГГ, ФИО2, в соответствии с отведенной ему ролью, находясь на территории &lt;адрес&gt; собственноручно поместил, не менее чем в двух потайных места-«закладки» часть ранее полученного наркотического средства гашиш (анаша, смола каннабиса), общей массой 194,21 грамма, а оставшуюся часть наркотического средства гашиш (анаша, смола каннабиса), общей массой 343,88 грамма, продолжил незаконно хранить месту своего временного проживания по адресу: &lt;адрес&gt;, с целью последующего незаконного сбыта, организованной группой, с использованием информационно-телекоммуникационных сетей (включая сеть «Интернет»). ДД.ММ.ГГГГ в 11 час. 31 мин., в ходе проведения оперативно-розыскного мероприятия «Наблюдение», на объездной дороге, в 90 м. от &lt;адрес&gt; Республики Башкортостан, в сторону &lt;адрес&gt; Республики Башкортостан, сотрудниками УНК МВД России по &lt;адрес&gt; и ДПС ОГИБДД ОМВД России по &lt;адрес&gt; задержан ФИО2 В ходе осмотра жилого помещния по месту временного проживания ФИО2 по адресу: &lt;адрес&gt;, в период времени с 18 час. 08 мин. до 19 час. 27 мин. ДД.ММ.ГГГГ, сотрудники полиции обнаружили и изъяли: электронные весы, на поверхности которых обнаружены следовые количества тетрагидроканнабинола, 155 пустых полимерных пакетиков с клипсой, рулон полимерной пленки, перчатки, множество ткани и резинок, ноутбук марки «Huawei», используемые ФИО2 для расфасовки наркотических средств, переписки, получения и отправки сообщений с адресами и фотоизображениями, с разъяснениями о местонахождении потайных мест - «закладок» с наркотическими средствами, с целью последующего незаконного сбыта, организованной группой; в шкаф-купе, расположенного слева в прихожей комнате, наркотическое средство гашиш (анаша, смола каннабиса), массой 49,05 грамма, находящееся в полимерной пленке, вложенное в полимерный пакетик с клипсой, на верхней полке шкаф-купе, расположенного справа в прихожей комнате, наркотическое средство гашиш (анаша, смола каннабиса), общей массой 294,83 грамма, находящееся в 3 полимерных пленках, вложенные в полимерный пакетик с клипсой, которое ФИО2 незаконно, в нарушение требований Федерального Закона Российской Федерации №3-ФЗ от ДД.ММ.ГГГГ «О наркотических средствах и психотропных веществах», хранил с целью последующего незаконного сбыта, организованной группой, с использованием информационно-телекоммуникационных сетей (включая сеть «Интернет»), до момента его задержания сотрудниками полиции по месту временного проживания, и изъятия из незаконного оборота. ФИО2 свой совместный с неустановленными лицами преступный умысел, направленный на незаконный сбыт наркотического средства гашиш (анаша, смола каннабиса), общей массой 343,88 грамма, в крупном размере,с использованием информационно-телекоммуникационных сетей (включая сеть «Интернет»), организованной группой, в крупном размере, до конца довести не смог, по не зависящим от него обстоятельствам, связанным с задержанием и изъятием данного наркотического средства сотрудниками полиции из незаконного оборота. Подсудимый ФИО2 в судебном заседании показал, что начал заниматься сбытом наркотических средств в конце 2021 года, до этого работал в сфере строительства, начались проблемы со здоровьем, не мог поднимать тяжести, стал искать работу, в том числе через сайты на Интернет-порталах, работу искал долго, не мог ничего найти подходящего по условиям и по оплате. В ходе поиска попал на сайт Гидра, где нашел работу, через три месяца был менеджером по продажам, доход был небольшой, поэтому оставил, и начал занимать сбытом наркотических средств, занимался только органическими веществами, с химией никогда не занимался принципиально. ДД.ММ.ГГГГ был задержан сотрудниками УНК при МВД РБ в момент, когда он сделал две закладки, когда возвращался в город, его остановили сотрудники ГИБДД, проверяли документы, в это время подъехали сотрудники УНК, представились, пояснили, что он подозревается в распространении наркотических средств, понял и не собирался скрываться, стал оказывать активное содействие в раскрытии преступления, он распаролил телефон, показал места, где сделал две закладки, сотрудники произвели его досмотр при понятых, при нем ничего не обнаружили. В лесополосе, где он указал, изъяли две закладки. Ранее он получил через мастер-клад в Кушнаренковском районе наркотическое средств, точный вес которого не помнит, но не больше десяти в каждой плитке гашиша, массой чуть меньше 100 грамм в каждой плитке. Ему также сделали закладку, направили координаты, он её забрал, далее по отведенной ему роли сам произвел две закладки по одной плитке в каждой на территории Тапытковского сельсовета Уфимского района, в квартире оставалось три плитки и полплитки от полученного веса. Обнаруженные в квартире весы обычные кухонные, он ничего на них не взвешивал. Почему на них обнаружены были какие-то вещества, не может пояснить, он не раскладывал по 10-20 грамм, на глаз всё делал, требований по взвешиванию не было, плитки не взвешивал, не отмерял после получения и для осуществления закладок. Считает, что был единый умысел на осуществление закладки, закладки сделал одновременно в разнице несколько минут и на небольшом расстоянии, в денежных потоках не участвовал, по частям продавать у него не было умысла. В августе 2024 года поучил закладку, ДД.ММ.ГГГГ сделал свои закладки, после чего его задержали. В сговор лично не вступал, никто не знал об осуществлении им такого рода деятельности, он общался через интернет посредством сообщений, используя телефон, никаких других контактов не было, был ли на той стороне один человек или несколько, ему не известно. Вину по предъявленному обвинению признает, раскаивается, сожалеет, что встал на такой путь, потому написал заявление и подписал контракт на участие в специальной военной операции. Просит учесть, что активно сотрудничал с сотрудниками полиции, сопротивление при задержании не оказывал, скрываться даже не думал. По обыску в квартире он также оказывал содействие, всё добровольно выдал, указал адрес места жительства, что сотрудникам не было известно. Вина подсудимого ФИО2 в совершении трех покушений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подтверждается совокупностью следующих исследованных судом доказательств. Показания свидетелей, допрошенных в ходе предварительного следствия, оглашены в судебном заседании с согласия сторон в соответствии с ч.1 ст. 281 УПК РФ . Так, свидетель Свидетель №2, по предоставленным на обозрение актам сбора образцов для сравнительного исследования у ФИО2, акту личного досмотра ФИО2 от ДД.ММ.ГГГГ, протоколу осмотра места происшествия от ДД.ММ.ГГГГ (осмотр автомобиля «Nissan Terrano»), показал, что ДД.ММ.ГГГГ он участвовал понятым. Предъявленные ему документы узнает, в них стоят его подписи. ДД.ММ.ГГГГ в дневное время к нему подошли двое мужчин, предъявили служебное удостоверение, представились сотрудниками полиции и попросили поучаствовать в качестве понятого, на что он дал согласие. После чего они прошли на &lt;адрес&gt;. С ним пригласили еще одного понятого. В данном месте находился задержанный, которого сотрудники полиции представили, как ФИО2 Перед началом производства данных следственных действий сотрудник полиции разъяснил им порядок производства досмотра, а также зачитал права и обязанности участвующим лицам, то есть Свидетель №2, второму понятому и ФИО2 Далее сотрудник полиции в присутствии Свидетель №2, второго понятого и ФИО2 надел на руки стерильные перчатки, затем вскрыл упаковку ватных палочек, взял три ватные палочки и произвел изъятие образцов буккального эпителия в полости рта у ФИО2, которые были упакованы в пустой бумажный конверт, оклеен, опечатан печатью №, где расписался понятые и ФИО2 Далее сотрудник полиции вскрыл упаковку ватных дисков, затем он взял два ватных тампона и произвел изъятие смывов с ладоней и пальцев обеих рук ФИО2, которые были упакованы в раздельные бумажные конверты, оклеены, опечатаны печатью и где поставил подпись Свидетель №2, второй понятой и ФИО2 По окончанию сбора образцов для сравнительного исследования сотрудник полиции составил акт сбора образцов для сравнительного исследования, ознакомившись с содержанием которого и удостоверившись в правильности записи, Свидетель №2 расписался в нем. В ходе личного досмотра ФИО2 были обнаружены и изъяты 2 сотовых телефона, 4 банковские карты (Тинькофф, Сбербанк России, Альфа Банк), денежные средства в размере 33 150 рублей, все изъятое было упаковано в раздельные полимерные пакеты, горловина которых была перевязана белой нитью, и на конце бумаги снабжена пояснительной надписью, где расписались понятые и ФИО2 Также были обнаружены ключи от автомобиля марки «Nissan Terrano», которые не изымались сотрудниками полиции. По окончанию личного досмотра сотрудник полиции составил акт досмотра, ознакомившись с содержанием которого и удостоверившись в правильности записи, Свидетель №2 расписался. Сотрудник полиции произвел срез правого переднего кармана джинсовых штанов, который был упакован в бумажный конверт, оклеен оттиском печати, где расписались он, второй понятой и ФИО2 По окончанию сбора образцов для сравнительного исследования, сотрудник полиции составил акт сбора образцов для сравнительного исследования, ознакомившись с содержанием которого и удостоверившись в правильности записи, он расписался. Далее был произведен досмотр автомобиля марки «Nissan Terrano», с участием него, второго понятого и ФИО2, где было обнаружено и изъято: связка ключей с надписью: «гараж», 2 лопаты, нож в чехле, которые упакованы в раздельные полимерные пакеты, горловина перевязана белой нитью, и на конце бумаги снабжена пояснительной надписью, оклеена оттиском печати, где расписались он, второй понятой и ФИО2 По окончанию досмотра автомобиля сотрудник полиции составил протокол осмотра места происшествия, а именно: автомобиля марки «Nissan Terrano», ознакомившись с содержанием которого и удостоверившись в правильности записи, он расписался. Каких-либо замечаний от участников не поступало. Давления на задержанного никто не оказывал. Задержанный шел на сотрудничество с сотрудниками полиции и на все вопросы отвечал добровольно. Он куда-либо во время проведения досмотра и осмотров, не отлучался, никакого давления не оказывалось, это точно (т.2 л.д. 210-213). Свидетель Свидетель №3, участвовавший в качестве второго понятного, дал показания, аналогичные показаниям свидетеля Свидетель №2 (т.2 л.д. 215-218). Из показаний свидетеля Свидетель №4 следует, что ДД.ММ.ГГГГ в дневное время суток, примерно в 15:00 часов он поехал за грибами в лесопосадку, расположенную рядом с д. &lt;адрес&gt;. Спустя примерно некоторое время к нему подошли мужчины, которые представились сотрудниками полиции, показали свое удостоверение и попросили поучаствовать в качестве понятого, на что он добровольно согласился. Далее сотрудники полиции разъяснили ему и второму понятому незнакомой ему женщине их права и обязанности, а также объяснили для чего их пригласили в качестве понятых и порядок производства осмотра. После этого они прошли к участку местности, который расположен возле 38 участка СТ «Вишенка» Таптыковского сельсовета &lt;адрес&gt;, и начали проводить осмотр места происшествия, а именно: сотрудники полиции с неизвестным ему мужчиной, который, как выяснилось, был задержан по факту незаконного оборота наркотических средств, показывал в сторону лесополосы, куда они в последующем направились. Находясь в лесополосе, неизвестный ему мужчина показал на дерево, где под землей, сотрудники полиции обнаружили сверток, обмотанный тканью, внутри которого находился полимерный пакет с надписью «Gorilla……», но точно не помнит название, внутри которого было спрессованное вещество в виде плитки. Был обмотан резинкой, данный сверток в их присутствии сотрудники полиции упаковали в полимерный пакет, обвязали его белой нитью, после чего они расписались на отрезке бумаги, прикрепленного к пакету. Далее сотрудник полиции составил протокол и ознакомившись с протоколом, прочитав его лично, удостоверившись в правильности записи, Свидетель №4 расписался, замечания от участников и задержанного не поступали. Далее они проехали метров примерно 500, точный адрес не помнит, куда также показывал неизвестный ему задержанный сотрудниками полиции мужчина, который также показал на дерево, где по координатам сотрудники полиции также проводили осмотр места происшествия, где был обнаружен полимерный пакет с наклейкой «Gorilla……», точно не помнит название, внутри которого было спрессованное вещество в виде плитки. Был обмотан резинкой, данный сверток в их присутствии сотрудники полиции упаковали в полимерный пакет, обвязали его белой нитью, после чего они расписались на отрезке бумаги, прикрепленного к пакету. Далее сотрудник полиции составил протокол и ознакомившись с протоколом, прочитав его лично, удостоверившись в правильности записи, Свидетель №4 расписался, замечания от участников и задержанного не поступали. В ходе осмотра сотрудником полиции проводилась фотофиксация, в ходе осмотра он никуда не отлучался (т.2 л.д. 224-227). Свидетель Свидетель №5 по представленному на обозрение протоколу осмотра места происшествия от ДД.ММ.ГГГГ по адресу: &lt;адрес&gt;, где он участвовал в качестве понятого, показал, что ДД.ММ.ГГГГ в вечернее время он возвращался с магазина, шел в сторону дома. Около подъезда № &lt;адрес&gt; к нему подошел мужчина, предъявил служебное удостоверение, представился сотрудником полиции и попросил поучаствовать в качестве понятого, на что Свидетель №5 дал свое согласие. После чего они поднялись на 5 этаж, где находился задержанный, которого представили (сейчас он уже точно не помнит, как), также там находился еще один сотрудник полиции. После чего, спустя какое-то время подошел еще один понятой с сотрудниками полиции. Далее они подошли к квартире 113, расположенной на 5 этаже, где задержанный дал добровольное согласие сотрудникам полиции на осмотр арендуемой им &lt;адрес&gt;. Сотрудник полиции разъяснил всем участвующим лицам полностью права, обязанности и порядок производства осмотра. Квартиру открыл ключами задержанный, и они все зашли в квартиру. В ходе осмотра сотрудниками полиции было обнаружено в шкафу, который стоял в коридоре, вещество темного цвета, похожее на кусок пластилина в виде бруска, на котором имелась наклейка, обмотанный пищевой пленкой. Также там-же были обнаружены полимерные пакетики, которые находились в большом полимерном пакете. В коридоре находился еще один шкаф, в котором сотрудники полиции обнаружили на верхней полке 3 вещества темного цвета в виде бруска, похожего на пластилин, с наклейкой. Далее, пройдя на кухню, в кухонном гарнитуре в выдвижном ящике были обнаружены электронные весы, больше там ничего не было обнаружено. Потом они прошли в зал, который совмещен с кухней, где было обнаружено: ноутбук (серебристого цвета) модель не помнит с зарядным устройством, заграничный паспорт на имя ФИО2, договор аренды (напечатанный на белых листах А4), сотовый телефон черного цвета (модель точно не помнит), банковские карты, полимерный пакет, внутри которого множественное количество резинок, рулон пищевой пленки. Больше он не помнит сейчас, что еще было обнаружено и изъято. Далее сотрудники полиции изъятые вещества и предметы, в присутствии понятых упаковали в пустые полимерные пакеты, опечатали их, где Свидетель №5, второй понятой и остальные участники расписались. Сотрудник полиции составил протокол осмотра квартиры, где было указано дата, время и место проведения осмотра, данные всех участвующих лиц, обстоятельства осмотра, перечень обнаруженного и изъятого, во что изъятое было упаковано, ознакомившись с протоколом и удостоверившись в правильности записи, они все расписались. Во время проведения указанного действия в присутствии Свидетель №5 сотрудниками полиции в отношении ФИО2 никакого давления не оказывалось, во время проведения осмотра Свидетель №5 никуда не отлучался (т.3 л.д. 1-4). Свидетеля Савидетель №16, участвовавший в качестве второго понятного в ходе осмотра места происшествия по адресу: &lt;адрес&gt;, дал показания, аналогичные показаниям свидетеля Свидетель №5 (т.3 л.д. 5-8). Из показаний свидетеля Свидетель №1 следует, что по представленным на обозрение протоколам осмотров предметов с участием ФИО2 от ДД.ММ.ГГГГ, где он участвовал в качестве понятого, показал, что ДД.ММ.ГГГГ он участвовал понятым при осмотре сотового телефона марки «Redmi», сотового телефона марки «Iphone 15 Pro Max», ноутбука марки «Huawei». Предъявленные ему документы узнает, в них стоят его подписи. Так, ДД.ММ.ГГГГ, примерно в 08:00 часов утра он шел на работу по &lt;адрес&gt;. Возле здания № по &lt;адрес&gt; его остановил сотрудник полиции, предъявил свое служебное удостоверение и попросил поучаствовать в качестве понятого, на что Свидетель №1 дал свое согласие. После чего, он с сотрудником полиции проследовал в один из служебных кабинетов, расположенных в здании &lt;адрес&gt;. В кабинете уже находились сотрудники полиции, задержанный, которого представили, как ФИО2, а также второй понятой. После чего, сотрудник полиции Свидетель №1, ФИО2 и второму понятому, разъяснили их права и обязанности, а также порядок правовых действий, объяснили, что они задержали ФИО2, который занимается незаконным сбытом наркотических средств. Далее сотрудники полиции сказали, что сейчас с их участием и участием задержанного будут осматриваться изъятые у задержанного в ходе личного досмотра сотовые телефоны и ноутбук. Перед началом осмотра у задержанного спросили, кому принадлежит сотовый телефон марки «Redmi», «Iphone 15 Pro Max», ноутбук марки «Huawei», на что ФИО2 ответил, что это его телефоны и ноутбук. После чего, дал письменное согласие на их осмотр. Далее сотрудник полиции в присутствии Свидетель №1, второго понятого и ФИО2 предъявил им сотовый телефон марки «Redmi», после чего включил его. При включении, телефон затребовал пароль, который ФИО2 назвал, и телефон разблокировался. Далее они стали осматривать содержимое телефона. В сотовом телефоне были обнаружены фотографии мест «тайников-закладок» с координатами, которые были в галереи сотового телефона, подробностей не помнит. После осмотра телефона марки «Redmi», сотрудник полиции упаковал его в полимерный пакет, который опечатал и на его упаковке все расписались. Каких-либо замечаний от участников не поступало. Давления на ФИО2 никто не оказывал. Задержанный шел на сотрудничество с сотрудниками полиции добровольно. По окончании осмотра, Свидетель №1 ознакомился с протоколом и расписался в нем. Далее сотрудник полиции в присутствии Свидетель №1, второго понятого и ФИО2 предъявил им сотовый телефон марки «Iphone 15 Pro Max», после чего включили его. При включении телефон затребовал пароль, который задержанный назвал и телефон разблокировался. Далее они стали осматривать содержимое телефона. В ходе осмотра были обнаружены переписки в приложениях (каких именно не помнит), там информации, интересующей сотрудников полиции не было обнаружено. Потом были просмотрены SMS - сообщения о перечислении денежных средств на различные крупные суммы, которые поступали на счет «Альфа Банка». После осмотра телефона марки «Iphone 15 Pro Max», сотрудники полиции упаковали его в полимерный пакет, который опечатали, и на его упаковке они расписались. Каких-либо замечаний от участников не поступало. Давления на ФИО2 никто не оказывал. Задержанный на вопросы сотрудников полиции отвечал добровольно. По окончании осмотра Свидетель №1 ознакомился с протоколом и расписался в нем. Далее сотрудник полиции в присутствии Свидетель №1, второго понятого и ФИО2 вскрыл полимерный пакет, в котором находился ноутбук марки «Huawei», после чего включил его. При включении ноутбука затребовался пароль, который задержанный продиктовал и ноутбук разблокировался. Далее они стали осматривать содержимое ноутбука. В ходе осмотра ноутбука, после перехода на какой-то ярлык, который им показал ФИО2, точно не помнит какой, там также потребовался еще пароль или регистрация (точно не помнит). Тогда ФИО2 сообщил, что пароль содержится в папке «Мои документы», после чего сотрудники полиции скопировали пароль и ввели его в этот ярлык, где в дальнейшем была обнаружена переписка в виде диалога с фотоиллюстрациями. Сотрудник полиции зачитывал ему и второму понятому текст переписок, а также они сами осмотрели их содержимое. По окончанию осмотра ноутбука переупаковали его в тот же полимерный пакет, который опечатали и на котором они все расписались. Каких-либо замечаний от участников не поступало. Давления на задержанного никто не оказывал. Задержанный шел на сотрудничество с сотрудниками полиции и на все вопросы отвечал добровольно. По окончании осмотра Свидетель №1 ознакомился с протоколом и расписался в нем (т.2 л.д. 204-208). Свидетель Свидетель №6 участвовавший в качестве второго понятного в ходе осмотра сотового телефона марки «Redmi», сотового телефона марки «Iphone 15 Pro Max», ноутбука марки «Huawei», дал показания, аналогичные показаниям свидетеля Свидетель №1 (т.3 л.д. 9-12). Свидетель Свидетель №7 показала, что в настоящее время около полугода проживает в &lt;адрес&gt;, квартиру арендует с июля 2024 года. У нее в собственности имеются квартиры по адресу: &lt;адрес&gt;, и по адресу: &lt;адрес&gt;. Квартиру по адресу: &lt;адрес&gt;, она начала сдавать в аренду с 2021 года. Объявление о сдаче квартиры она разместила на сайте «Авито», где указала свой абонентский номер. В июле 2021 года ей позвонил риелтор, его данных она не помнит, сообщил, что имеется клиент для аренды данной квартиры. Далее они встретились при просмотре ее квартиры и заключили с клиентом договор аренды квартиры сроком на 1 год с автоматическим продлением. Арендатором являлся ФИО2, полных данных не помнит, на вид 50 лет, на вид спокойный, педантичный мужчина. С ним ранее не встречалась. При заключении договора она спросила о его роде деятельности, он пояснил, что занимается строительством. Ежемесячная стоимость платы за аренду квартиры составляла 25 000 рублей. Оплату за аренду ФИО2 в основном производил онлайн-переводом на ее банковские карты «Сбербанк», «Альфа-Банк» и другие. Сведений о том, с какого расчетного счета поступали платежи от ФИО2 у нее не сохранились, поскольку по данным картам истек срок действия. Жалоб от соседей на ФИО2 не поступало, спиртными напитками данный гражданин не злоупотреблял, вел обособленный образ жизни, не шумел. Проверку квартиры в первые полгода она осуществляла один раз в месяц, далее один-два раза в год, поскольку отсутствовала необходимость. Кто имел доступ в квартиру, помимо ФИО2, ей не известно, однако поясняет, что имелось два комплекта ключей: у нее и у арендатора. О том, что ФИО2 хранил по месту жительства наркотические средства ей не известно. О том, что он был причастен к незаконному обороту наркотических средств ей также не было известно (т.3 л.д. 68-70). Из показаний свидетеля Свидетель №8 следует, что с ФИО2 они знакомы с 2020 года, познакомились в &lt;адрес&gt;, когда она прилетела на свадьбу к подруге, обстоятельства: стояла у дороги, на машине, сломалась машина, открыла капот, подошел ФИО2, предложил помощь, встречались редко, больше созванивались. Состоят в дружеских отношениях. +№ абонентским номером пользовалась примерно с 2023 по 09.2024 года, в данный момент пользуется +№. Номер ФИО2 +№, к мессенджеру «WhatsApp» привязан номер +№; с 2023 по сентября 2024 года к «Телеграмм» был привязан номер +№, в данный момент «Телеграмм» нет. В &lt;адрес&gt; она приезжала с 2020 года раза 4, 2 раза во время ковида, до знакомства, далее 1 раз на свадьбу к подруге, в это время и познакомилась с ФИО2 В 1 раз примерно в мае 2024 года для отдыха на дня 2-3 с ФИО2, примерно ноября 2023 года они совместно ездили в Санкт-Петербург, она, ее сын и ФИО2 Он говорил, что занимается стройкой и ему туда надо по работе, а она по своим делам, на дня два, после этого поехали совместно в &lt;адрес&gt;, где он был всего день и уехал в &lt;адрес&gt;. По пути заезжали в &lt;адрес&gt;, переночевать, о том, что ФИО2 причастен к незаконному обороту наркотических средств ей неизвестно, если бы узнала, то не общалась бы с ним. При совместном времяпровождении с ФИО2 запрещенные предметы и странное поведение не замечала, при ней он даже не пил. О каких-либо закладок-тайников наркотических средств она не занималась и не замечала за ФИО2 (т.4 л.д. 178-181). Свидетель Свидетель №9, оперуполномоченный УЭБиПК МВД по РБ, в период с ДД.ММ.ГГГГ по ДД.ММ.ГГГГ работал в должности старшего оперуполномоченного УНК МВД по РБ, показал, что ДД.ММ.ГГГГ принимал участие в оперативно-розыскном мероприятии (далее ОРМ) «Наблюдение», проводимое их отделом в составе оперативной группы, в которую входили оперуполномоченные (далее о/у) УНК МВД по РБ Свидетель №13, Свидетель №12, Свидетель №10, Свидетель №11 Указанное мероприятие проводилось в отношении ФИО2 и неустановленного лица, которые согласно имеющийся информации, причастны к незаконному обороту наркотических средств. В районе 10 часов утра ДД.ММ.ГГГГ, он совместно с вышеуказанными о/у прибыли к дому № по &lt;адрес&gt;. Примерно спустя 20 минут они заметили, как мужчина, позднее отождествлённый как ФИО2 вышел из третьего подъезда &lt;адрес&gt;, и подошел к автомобилю марки «Ниссан Terrano», г/н № регион, сел за руль и начал движение. После чего, спустился на проспекта Салавата Юлаева и направился в сторону ТРЦ «Мега» &lt;адрес&gt;, проехал &lt;адрес&gt; РБ и двинулся дальше в сторону Таптыковского сельсовета &lt;адрес&gt; РБ. Далее ФИО2 доехал до поворота &lt;адрес&gt;, повернул в ту сторону, доехав до участка № &lt;адрес&gt;, после чего развернулся и направился в обратную сторону. Примерно в 10 часов 50 минут ФИО2 на своем автомобиле марки «Ниссан Terrano» г/н № регион повернул в сторону лесного массива. Проехав вдоль леса, расположенного напротив &lt;адрес&gt;&lt;адрес&gt; РБ, остановился, вышел из автомобиля и пошел вглубь леса, после чего потерялся из виду, в связи с чем ими было принято решение наблюдать издалека за автомобилем марки «Ниссан Terrano» г/н № регион. Спустя примерно 5-10 минут ФИО2 вышел из лесного массива, сел за руль автомобиля и поехал дальше. Через пару минут ФИО2 доехал до лесного массива, расположенного недалеко от участка № &lt;адрес&gt; вышел из машины, и направился вглубь леса. Ими снова было принято решение о наблюдении издалека за автомобилем марки «Ниссан Terrano» г/н № регион. Спустя примерно 10 минут ФИО2 вышел из лесного массива, сел за руль автомобиля и направился в сторону выезда из лесного массива. Было предположение того, что ФИО2 начал движение в сторону &lt;адрес&gt;, в связи с чем было принято решение о привлечении сотрудников ДПС ОГИБДД ОМВД России по &lt;адрес&gt;, находившиеся на тот момент на маршруте патрулирования на объездной дороге в направлении &lt;адрес&gt;, чтобы остановить автомобиль под управлением ФИО2 Примерно в 11 часов 30 минут на объездной дороге в направлении &lt;адрес&gt; в 90 метрах от &lt;адрес&gt; сотрудниками ДПС был остановлен автомобиль марки «Ниссан Terrano» г/н № регион под управлением ФИО2, после чего они в составе оперативной группы прибыли к месту остановки автомобиля, где и был задержан ФИО2 В дальнейших мероприятиях сотрудники ДПС ОГИБДД ОМВД России по &lt;адрес&gt; участие не принимали. Далее, в отношении ФИО2, его коллегами в присутствии приглашенных понятых мужского пола, были взяты образцы для сравнительного исследования, проведен его личный досмотр, а также досмотр автомашины, находившегося под управлением ФИО2, при проведении которых Свидетель №9 участия не принимал, позднее им был опрошен один из понятых, участвовавший при досмотрах. Однако со слов его коллег, ему стало известно о том, что при личном досмотре ФИО2 было обнаружено и изъято 2 сотовых телефона марки «Редми», «Айфон 15 Про Макс», денежные средства в размере 33 150 рублей, банковские карты «Сбербанк» и «Альфа Банк». В ходе осмотра автомашины было обнаружено и изъято: связка металлических ключей с брелком, две металлические лопаты, нож в чехле. Также его коллегами были проведены два осмотра места происшествия по географическим координатам, обнаруженные в мобильном телефоне ФИО2 Со слов коллег ему известно, что по географическим координатам, указанными в мобильном телефоне ФИО2 были обнаружены и изъяты полимерные пакеты, внутри которых спрессованное вещество в виде плитки. Далее, Свидетель №9 тем же днем, т.е. ДД.ММ.ГГГГ около 18 час.00 минут с согласия ФИО2 был проведен осмотр квартиры, по месту проживания ФИО2, по адресу: &lt;адрес&gt;. Осмотр квартиры проводил он, совместно с о/у Свидетель №11 и Свидетель №12 в присутствии приглашенных двух понятых и ФИО2 Перед началом осмотра, участникам были разъяснены права и обязанности, а также порядок проведения осмотра. Также Свидетель №9 было получено письменное добровольное согласие от ФИО2 на осмотр квартиры, которую ФИО2 арендовал, расположенную по адресу: &lt;адрес&gt;. Связка ключей от квартиры, ранее изъятая в ходе осмотра места происшествия автомашины ФИО2 до начала осмотра находились в полимерном пакете, в опечатанном виде, после чего был вскрыт. Далее все участники зашли в квартиру и был начат осмотр. В ходе проведения осмотра квартиры ими было обнаружено и изъято: в шкафу-купе полимерный пакет, внутри которого множество пустых полимерных пакетов; белая ткань; 1 пара перчаток; полимерный пакет, внутри которого спрессованное вещество в виде одной плитки. Далее, в шкафу, расположенного напротив шкафа-купе обнаружено и изъято: полимерный пакет, внутри которого полимерный пакет, внутри которого 3 спрессованных вещества в виде плитки, обмотанные пленкой. На кухне были обнаружены и изъяты: электронные весы. В зале, который совмещен с кухней были обнаружены и изъяты: договор аренды на вышеуказанную квартиру; заграничный паспорт на имя ФИО2; банковские карты, 2-е из которых «Сбербанк», 1- «Уралсиб»; полимерный пакет, внутри которого множественное количество резинок; рулон пищевой пленки; полимерный пакет, внутри которого множественное количество белой ткани; сотовый телефон марки «Хонор» в силиконовом чехле; ноутбук марки «Хуавей» с зарядным устройством. Все обнаруженное и изъятое было упаковано должным образом в раздельные полимерные пакеты, на которых была сделана пояснительная надпись, где расписались участвующие лица. В ходе проведения осмотра квартиры, проводилась фотосъемка. После произведенного осмотра квартиры, расположенной по адресу: &lt;адрес&gt; связка ключей от квартиры была обратно упакована в полимерный пакет, опечатана печатью, и скреплена подписью участвующих лиц, также как и другие изъятые вещества и предметы (т.3 л.д. 13-16). Свидетель Свидетель №10, оперуполномоченные УНК, дал показания, аналогичные показаниям свидетеля Свидетель №9 Кроме того показал, что совместно с о/у Свидетель №13 были проведены осмотры участков местности, в целях проверки наличия в них запрещенных веществ. В осмотре принимали участие двое приглашенных понятых, а также ФИО2 Перед началом осмотра участникам были разъяснены права и обязанности, а также порядок проведения осмотра. Кроме того, понятым было сообщено, что ими был задержан мужчина по подозрению в причастности к незаконному обороту наркотиков. Доехав до места, на которое указывал ФИО2, Свидетель №10 был начат осмотр участков местности. Так, в этот день ими было осмотрено 2 участка местности, расстояние между которыми составляло примерно 400 метров. В каждом из которых было изъято по одному свертку, обмотанному тканью и резинками, внутри которого находился полимерный пакет с наклейкой, внутри которого спрессованное вещество в виде плитки. Изъятые свертки находились закопанные на не большую глубину в землю, возле дерева и пенька. По факту изъятия свертков, составлялись протокола, в котором все описывалось и участвующие лица расписывались в нем, а также производилась фотосъемка. Изъятые свертки были упакованы в раздельные полимерные пакеты и опечатаны, на бирках которых расписались участники. Далее его коллегами был проведен осмотр квартиры по месту проживания ФИО2 Сам Свидетель №10 участия не принимал. Утром следующего дня, ДД.ММ.ГГГГ, о/у Свидетель №12, совместно с ним и его коллегами был проведен осмотр сотовых телефонов, изъятых в ходе личного досмотра ФИО2 Осмотр проводился в здании УНК МВД по РБ, в присутствии двух понятых и самого ФИО2 После разъяснения прав и обязанностей участников, а также порядка проведения осмотра предметов и документов, был начат осмотр. В ходе осмотра сотового телефона «Redmi» было установлено, что в телефоне было множество приложений, в том числе «ColorNote», «Галерея». В ходе осмотра приложения «ColorNote» было установлено, что в нем имелись 2 заметки с географическими координатами, в «Галереи» обнаружены 4 фотоизображения с участками местности, в которых располагались наркотические средства, со слов ФИО2 эти фотоизображения являются местом нахождения тайников-закладок с наркотиками, которые он оборудовал перед задержанием ДД.ММ.ГГГГ. После осмотра, телефон обратно упаковали в полимерный пакет и опечатали, на котором все участники расписались. Далее был осмотрен сотовый телефон «Iphone 15 Pro Max», в нем были обнаружены фотографии бытового характера, приложения «Telegram», «WhatsApp», а также сообщения, в которых были обнаружены сообщения о поступлении денежных средств на различные суммы, от разных лиц на банковскую карту АО «Альфа-Банк». После осмотра, телефон обратно упаковали в полимерный пакет и опечатали, на котором все участники расписались. Далее был осмотрен ноутбук «Huawei», в ходе осмотра которого обнаружен текстовый документ на рабочем столе, в котором указан логин и пароль для входа на сайт «bugsy420.biz» на сайт интернет-магазина наркотических средств. На данном сайте обнаружена переписка с «admin» о незаконном обороте наркотических средств с фотоизображениями и множественными географическими координатами. После осмотра, ноутбук обратно упаковали в полимерный пакет и опечатали, на котором все участники расписались. После каждого осмотра были составлены протокола осмотров предметов, где все участники расписались. В ходе осмотра о/у проводилась фотосъемка (т.3 л.д. 19-22). Показания свидетеля Свидетель №11, сотрудника УНК МВД по РБ, данные в ходе предварительного следствия, аналогичны показаниям свидетелей Свидетель №10 и Свидетель №9 Кроме того показал, что после того как нашли и пригласили понятых, им совместно с о/у Свидетель №13 были взяты образцы для сравнительного исследования у ФИО2, а именно: произведены смывы с обеих рук на ватные тампоны, образец слюны, и образец ватного тампона, которые были упакованы в раздельные бумажные конверты, опечатаны и подписаны участвующими лицами. После чего, в присутствии тех же понятых Свидетель №11 провел личный досмотр ФИО2 Он был одет в серую рубашку с короткими руками с узорами, синие джинсы и черные кроссовки. ФИО2 был задан вопрос, имеются ли при нем запрещенные предметы, на что Горохов пояснил, что при себе запрещенного ничего не имеет. В ходе досмотра ФИО2 каких-либо запрещенных предметов и веществ обнаружено не было. При нем в нагрудном кармане рубашки обнаружены ключи от автомобиля, в левом боковом кармане джинсовых брюк обнаружен мобильный телефон марки «Redmi», в правом боковом кармане джинсовых брюк мобильный телефон марки «Iphone 15 Pro Max», денежные средства в размере 33 150 рублей, банковские карты банков «Сбербанк», «Альфа Банк», «Т-Банк». По поводу обнаруженного и изъятого ФИО2 пояснил, что все принадлежит ему. Обнаруженные мобильные телефоны, денежные средства и банковские карты в присутствии понятых были упакованы в раздельные полимерные пакеты и опечатаны, на бирке которых расписали участвующие лица. По окончанию личного досмотра Свидетель №11 произвел срез с правого кармана джинсовых брюк, надетых на нем, срез кармана был упакован аналогичным способом в бумажный конверт, на котором также расписались участвующие лица. Во время проводимых мероприятий о/у Свидетель №13 производил фотосъемку (т.3 л.д. 23-27) Свидетель Свидетель №12, оперуполномоченный УНК, дал показания, аналогичные показаниям свидетелей Свидетель №9, Свидетель №10, Свидетель №11, принимал участие в составе оперативной группы в оперативно-розыскном мероприятии «Наблюдение», проводимое их отделом в которую входили Свидетель №13, Свидетель №10, Свидетель №11, Свидетель №9, в отношении ФИО2 и неустановленного лица, которые согласно имеющийся информации, причастны к незаконному обороту наркотических средств; после задержания ФИО2 его коллегами были взяты образцы для сравнительного исследования, был проведен личный досмотр, срез правого переднего кармана джинсовых брюк, два осмотра места происшествия по географическим координатам, он принимал участие в ходе осмотра автомобиля марки «Ниссан Terrano», осмотра квартиры, где проживал ФИО2, по адресу: &lt;адрес&gt;, составили соответствующие документы, с которым все ознакомились и расписались, всё изъятое было надлежащим образом упаковано. По приезду в здание УНК МВД по &lt;адрес&gt; Свидетель №12 был опрошен задержанный ими ФИО2. На следующий день, ДД.ММ.ГГГГ, в служебном кабинете в здании УНК МВД по &lt;адрес&gt;, Свидетель №12 с участием о/у Свидетель №13, Свидетель №10, Свидетель №11, совместно с задержанным ФИО2 был произведен осмотр изъятого телефона марки «Redmi», ноутбука марки «Huawei». В точности, показал, что с участием этих же понятых и его коллег о/у Свидетель №13, Свидетель №10, Свидетель №12 произвел осмотр мобильного телефона марки «Iphone 15 Pro Max», принадлежащего ФИО2 Осмотр проводился в присутствии тех же понятых и задержанного ФИО2 Перед началом осмотра, он также разъяснил всем права и обязанности, а также порядок проведения осмотра, после чего приступил к осмотру. ФИО2 был задан вопрос: «Принадлежит ли ему мобильный телефон», на что он пояснил, что указанный телефон принадлежат ему и ранее был изъят у него в ходе личного досмотра. Мобильный телефон марки «Iphone 15 Pro Max», был упакован в полимерный пакет, опечатан и скреплен пояснительной запиской с подписями. Телефон был извлечен из пакета. После включения телефона появляется окно ввода цифрового пароля, ФИО2 назвал пароль для входа. При вводе пароля появилось окно рабочего стола, на котором находились иконки различных приложений. В «Галереи» были обнаружены фотоизображения бытового характера, информации, связанной с незаконным оборотом наркотических средств не обнаружено. В смс сообщениях имелись сообщения от «Альфа-Банк» о поступлении денежных средств на различные суммы и от различных лиц. Мобильный телефон после осмотра был упакован в полимерный пакет, который опечатан и скреплен пояснительной запиской, где расписались все участвующие лица. Далее с участием этих же понятых и его коллег о/у Свидетель №13, Свидетель №10, Свидетель №11, он произвел осмотр ноутбука марки «Huawei», принадлежащего ФИО2 Осмотр проводился в присутствии тех же понятых, и задержанного ФИО2 Перед началом осмотра, Свидетель №12 также разъяснил всем права и обязанности, а также порядок проведения осмотра, после чего приступил к осмотру. ФИО2 был задан вопрос: «Принадлежит ли ему ноутбук», на что он пояснил, что указанный ноутбук принадлежат ему, и ранее был изъят у него в ходе осмотра места происшествия по месту его проживания в квартире, расположенной по адресу: &lt;адрес&gt;. Ноутбук марки «Huawei», был упакован в полимерный пакет, опечатан и скреплен пояснительной запиской с подписями. Ноутбук был извлечен из пакета. После включения ноутбука появляется окно ввода пароля, ФИО2 назвал пароль для входа. При вводе пароля появилось окно рабочего стола, на котором имелись иконки различных приложений. На рабочем столе располагались различные ярлыки, в одном из которых находился текстовый документ с различными числами и буквами. ФИО2 пояснил, что это логин и пароль для входа на интернет площадку магазина, где он ведет переписку с куратором о сбыте наркотических средств. При просмотре переписки было установлено, что куратор (зарегистрированный как admin) отправляет ФИО2 указания о весе и расфасовке веществ, после чего ФИО2 (зарегистрированный как кladchik) отправляет фотоизображения с лесным массивом и GPS координатами. Весь текст переписки был представлен в фототаблице. Ноутбук после осмотра был упакован в полимерный пакет, который опечатан и скреплен пояснительной запиской, где расписались все участвующие лица. Какого - либо морального или физического воздействия в отношении задержанного никто не оказывал, заявлений, жалоб и ходатайств не поступало (т.3 л.д. 28-32). Показания свидетеля Свидетель №13, оперуполномоченного УНК, данные на предварительном следствии, аналогичны показаниям свидетелей Свидетель №9, Свидетель №12, Свидетель №10, Свидетель №11 (т.3 л.д. 33-37). Свидетель Свидетель №14, старший инспектор ДПС ОГИБДД Отдела МВД России по &lt;адрес&gt;, показал, что ДД.ММ.ГГГГ он находился на суточном дежурстве по территории &lt;адрес&gt;, вместе со своей коллегой, сотрудником пропаганды ОГИБДД по &lt;адрес&gt; Савидетель №17 В этот же день, в утреннее время, по указанию руководства отдела ОМВД России по &lt;адрес&gt; им было поручено оказать содействие сотрудникам УНК МВД по РБ, при проведении ими оперативно-розыскного мероприятия за лицами, причастных к незаконному обороту наркотиков. Их задачей было остановить автомашину марки «Ниссан Terrano», за рулем которого находился подозреваемый по имени ФИО2 Так, согласно полученной информации от сотрудников УНК, Свидетель №14 вместе с сотрудником пропаганды на служебной автомашине прибыли к объездной дороге в направлении &lt;адрес&gt;. Им была замечена автомашина марки «Ниссан Terrano» под управлением ФИО2, и было принято решение остановить данный автомобиль. Остановив машину «Ниссан Terrano» Свидетель №14 подошел к водителю – ФИО2, который в тот момент находился за рулем указанной автомашины, представившись, попросил предъявить водительские права и документы на автомашину. После чего, Горохов передал ему документы, во время проверки которых к автомашине, где находился ФИО2 подъехали сотрудники УНК МВД по РБ на служебном автомобиле, и последний был задержан. В дальнейших проводимых сотрудниками УНК мероприятиях Свидетель №14 со своей коллегой участие не принимали, продолжили нести суточной дежурство, уехав с места задержания (т.3 л.д. 17-18). В судебном заседании были исследованы следующие доказательства по делу: Согласно рапорту об обнаружении признаков преступления КУСП №, ДД.ММ.ГГГГ сотрудниками УНК МВД по РБ совместно с сотрудниками ДПС ОГИБДД ОМВД России по &lt;адрес&gt;, в ходе реализации оперативной информации, при проведения ОРМ «Наблюдение», в рамках оперативно-профилактической операции «Мак-2024», на объездной дороге в направлении &lt;адрес&gt; в 90 метрах от &lt;адрес&gt;, по подозрению в незаконном обороте наркотических средств остановлен ФИО2, зарегистрированный по адресу: РБ, &lt;адрес&gt;, проживающий по адресу: РБ, &lt;адрес&gt;.В ходе личного досмотра ФИО2 обнаружено и изъято: сотовый телефон марки «Redmi» в силиконовом чехле; сотовый телефон марки «Iphone 15 Pro Max» в силиконовом чехле; денежные средства в сумме 33 150 рублей; 1 банковская карта «Тинькофф Банк», 1 банковская карта «Сбербанк», 2 банковские карты «Альфа Банк». В ходе визуального осмотра сотового телефона марки «Redmi» в силиконовом чехле (проведенного в рамках личного досмотра), ранее изъятого у ФИО2, установлены фотоизображения участков местности с GPS-координатами, где со слов ФИО2 ДД.ММ.ГГГГ им были оборудованы «тайники-закладки» с наркотическими средствами. В ходе осмотра участка местности, проведенного с участием ФИО2, в лесном массиве по GPS-координатам 54.58814, 55.73527, расположенного в северо-восточном направлении в 335-и метрах от участка № СТ «Вишенка» Таптыковского сельсовета &lt;адрес&gt; Республики Башкортостан, обнаружен и изъят: сверток, обмотанный тканью и резинками, внутри которого полимерный пакет с наклейкой «GORILLA GLUE CALIFORNIA», внутри которого спрессованное вещество в виде плитки (т.1 л.д. 6-7). Из рапорта об обнаружении признаков преступления КУСП № следует, что ДД.ММ.ГГГГ сотрудниками УНК МВД по РБ совместно с сотрудниками ДПС ОГИБДД ОМВД России по &lt;адрес&gt;, в ходе реализации оперативной информации, при проведении ОРМ «Наблюдение», в рамках операции «Мак-2024», на объездной дороге в направлении &lt;адрес&gt; в 90 метрах от &lt;адрес&gt; РБ по подозрению в незаконном сбыте наркотических средств остановлен ФИО2 В ходе проведения личного досмотра ФИО2 обнаружен и изъят сотовый телефон марки «Redmi» в силиконовом чехле, в ходе визуального осмотра которого установлены фотоизображения участков местности с GPS-координатами, где со слов ФИО2 ДД.ММ.ГГГГ им были оборудованы «тайники-закладки» с наркотическими средствами. В ходе осмотра участка местности, произведенного с участием ФИО2, в лесном массиве по GPS-координатам 54.59126, 55.73818, расположенного в северо-восточном направлении в 745-и метрах от участка 38 СТ «Вишенка» Таптыковского сельсовета &lt;адрес&gt; РБ, обнаружен и изъят: сверток, обмотанный тканью и резинками, внутри которого полимерный пакет с наклейкой «GORILLA GLUE CALIFORNIA», внутри которого спрессованное вещество в виде плитки (т.1 л.д. 207). Из рапорта об обнаружении признаков преступления КУСП № от ДД.ММ.ГГГГ следует, что ДД.ММ.ГГГГ сотрудниками УНК МВД по РБ совместно с сотрудниками ДПС ОГИБДД ОМВД России по &lt;адрес&gt;, в ходе реализации оперативной информации, при проведении ОРМ «Наблюдение», в рамках операции «Мак-2024», на объездной дороге в направлении &lt;адрес&gt; в 90 метрах от &lt;адрес&gt; РБ по подозрению в незаконном сбыте наркотических средств остановлен ФИО2 В ходе проведения осмотра &lt;адрес&gt;, с письменного согласия ФИО2, которая находится в его пользовании, обнаружено и изъято: множество пустых полимерных пакетов, белая ткань, 1 пара перчаток; полимерный пакет, внутри которого спрессованное вещество в виде плитки; полимерный пакет, внутри которого 3 (три) спрессованных вещества в виде плитки, обмотанные пленкой; электронные весы; договор аренды; загранпаспорт на имя ФИО2; 3 (три) банковские карты, 2 (две) из которых «Сбербанк», 1 «Уралсиб»; полимерный пакет, внутри которого множественное количество резинок; рулон пищевой пленки, полимерный пакет, внутри которого множественное количество белой ткани; сотовый телефон марки «Honor» в силиконовом чехле; ноутбук марки «Huawei» с зарядным устройством; связка ключей (т.2 л.д. 14-15). Постановлениями от ДД.ММ.ГГГГ результаты оперативно-розыскной деятельности рассекречены, оперативно-служебные документы и иные результаты оперативно-розыскной деятельности по факту задержания ФИО2 переданы следственному органу - в распоряжение СО ОМВД России по Уфимскому району. Постановлениями от ДД.ММ.ГГГГ результаты оперативно-розыскной деятельности рассекречены, оперативно-служебные документы и иные результаты оперативно-розыскной деятельности по факту задержания ФИО2 и проведения осмотра места происшествия по месту проживания ФИО2 переданы следственному органу - в распоряжение ОРПТО ОП № УМВД России по &lt;адрес&gt; (т.1 л.д. 11-17, 209-210, т.2 л.д.18-21). Из рапорта на проведение ОРМ «Наблюдение» от ДД.ММ.ГГГГ, следует, что в ходе проведение оперативно-розыскных мероприятий получена информация о том, что ФИО2, возможно, с неустановленными лицами причастен к незаконному сбыту наркотических средств на территории Республики Башкортостан (т.1 л.д. 18). Актом проведения ОРМ «Наблюдение» от ДД.ММ.ГГГГ в ходе проведения оперативно-розыскного мероприятия «Наблюдение» сотрудниками УНК МВД по &lt;адрес&gt; установлено следующее: - в 09 часов 47 минут ДД.ММ.ГГГГ: оперативная группа прибыла к &lt;адрес&gt;, после чего, осмотрев местность, начала вести наблюдение за подъез&lt;адрес&gt;, т.е. за местом возможного появления ФИО2; - в 10 часов 19 минут ДД.ММ.ГГГГ: оперативная группа заметила, как мужчина, позднее отождествленный как ФИО2, вышел из 3 подъезда &lt;адрес&gt;, после чего подошел к своему автомобилю марки «Ниссан Terrano» с г/н №; - в 10 часов 20 минут ДД.ММ.ГГГГ: ФИО2 сел за руль автомобиля марки «Ниссан Terrano» с г/н № и начал движение, оперативная группа продолжила вести за ним наблюдение; - в 10 часов 24 минуты ДД.ММ.ГГГГ: ФИО2 на автомобиле марки «Ниссан Terrano» с г/н № спустился до проспекта Салавата Юлаева &lt;адрес&gt;, после чего начал направление в сторону ТРЦ «Мега» &lt;адрес&gt;; - в 10 часов 38 минут ДД.ММ.ГГГГ: ФИО2 на автомобиле марки «Ниссан Terrano» с г/н № проехал &lt;адрес&gt; РБ и двинулся дальше в сторону Таптыковского сельсовета &lt;адрес&gt; РБ; - в 10 часов 49 минут ДД.ММ.ГГГГ: ФИО2 на автомобиле марки «Ниссан Terrano» с г/н № доехал до поворота в сторону &lt;адрес&gt; РБ, после чего повернул в данную сторону; - в 10 часов 51 минуту ДД.ММ.ГГГГ: ФИО2 на автомобиле марки «Ниссан Terrano» с г/н № доехал до лесного массива, расположенного возле участка 62 СТ «Вишенка» Таптыковского сельсовета &lt;адрес&gt; РБ, после чего развернулся и направился в обратную сторону; - в 10 часов 52 минуты ДД.ММ.ГГГГ: ФИО2 на автомобиле марки «Ниссан Terrano» с г/н № проехал вдоль леса, расположенного напротив &lt;адрес&gt;&lt;адрес&gt; РБ, затем повернул в левую сторону, заезжая в лесной массив с обратной стороны; - в 10 часов 54 минуты ДД.ММ.ГГГГ: ФИО2 на автомобиле марки «Ниссан Terrano» с г/н № доехал до лесного массива, расположенного примерно в &lt;адрес&gt;, после чего остановился; - в 10 часов 55 минуты ДД.ММ.ГГГГ: ФИО2 вышел из автомобиля марки «Ниссан Terrano» с г/н №, зашел вглубь леса, после чего ФИО2 потерялся из виду, в связи с чем было принято решение вести наблюдение издалека за автомобилем марки «Ниссан Terrano» с г/н №; - в 11 часов 00 минут ДД.ММ.ГГГГ: ФИО2 вышел из лесного массива, в который он ранее заходил, после чего сел в автомобиль марки «Ниссан Terrano» с г/н № и начал движение в сторону выезда из лесного массива в обратную сторону, откуда осуществил въезд; - в 11 часов 02 минуты ДД.ММ.ГГГГ: ФИО2 на автомобиле марки «Ниссан Terrano» с г/н № доехал до лесного массива, расположенного примерно в 370 метрах от участка &lt;адрес&gt;, после чего остановился; - в 11 часов 03 минуты ДД.ММ.ГГГГ: ФИО2 вышел из автомобиля марки «Ниссан Terrano» с г/н №, зашел вглубь леса, после чего ФИО2 потерялся из виду, в связи с чем было принято решение вести наблюдение издалека за автомобилем марки «Ниссан Terrano» с г/н №; - в 11 часов 15 минут ДД.ММ.ГГГГ: ФИО2 вышел из лесного массива, в который он ранее заходил, после чего сел в автомобиль марки «Ниссан Terrano» с г/н № и начал движение в сторону выезда из лесного массива в обратную сторону, откуда осуществил въезд; Предположив, что ФИО2 на автомобиле марки «Ниссан Terrano» с г/н № движется в обратную сторону своего места жительства по адресу: РБ, &lt;адрес&gt;, оперативной группой было принято решение об остановке ФИО2 с целью проверки на причастность к НОН, в связи с чем были привлечены сотрудники ДПС ОГИБДД ОМВД России по &lt;адрес&gt;, находившиеся на тот момент на маршруте патрулирования на объездной дороге в направлении г. Уфы в 90 метрах от д. №106 по ул. Лучистая с. Зубово Уфимского района РБ, которые должны были остановить автомобиль марки «Ниссан Terrano» с г/н № 702, находящегося под управлением ФИО2, с целью проверки документов. - в 11 часов 17 минут ДД.ММ.ГГГГ: ФИО2 на автомобиле марки «Ниссан Terrano» с г/н № доехал до выезда из &lt;адрес&gt; РБ, повернул в сторону &lt;адрес&gt; РБ, после чего ФИО2 пропал из поля зрения сотрудников полиции. - в 11 часов 30 минут ДД.ММ.ГГГГ: оперативная группа доехала до объездной дороги в направлении &lt;адрес&gt; в 90 метрах от &lt;адрес&gt; РБ, где заметила автомобиль марки «Ниссан Terrano» с г/н №, рядом с которым находились сотрудники ДПС ОГИБДД ОМВД России по Уфимскому району совместно с ФИО2, проверяющие у него документы, после чего было принято решение о его остановке с целью проверки на причастность к НОН; - в 11 часов 31 минуту ДД.ММ.ГГГГ: сотрудниками УНК МВД по РБ совместно с сотрудниками ДПС ОГИБДД ОМВД России по &lt;адрес&gt;, в ходе реализации оперативной информации и при проведении ОРМ «Наблюдение», в рамках операции «Мак-2024», на объездной дороге в направлении &lt;адрес&gt; в 90 метрах от &lt;адрес&gt; РБ по подозрению в незаконном сбыте наркотических средств остановлен ФИО2, ДД.ММ.ГГГГ г.р., зарегистрированный по адресу: РБ, &lt;адрес&gt;, проживающий по адресу: РБ, &lt;адрес&gt;. Официально не трудоустроен, ранее не судим, на учете у врача-нарколога не состоит. В ходе проведения личного досмотра ФИО2 обнаружено и изъято: сотовый телефон марки «Redmi» в силиконовом чехле; сотовый телефон марки «Iphone 15 Pro Max» в силиконовом чехле; денежные средства в сумме 33 150 рублей; 1 банковская карта «Тинькофф Банк», 1 банковская карта «Сбербанк», 2 банковские карты «Альфа Банк». В отношении ФИО2 осуществлен сбор образцов для сравнительного исследования: образец буккального эпителия; образец ватного тампона; смывы с пальцев и ладоней обеих рук на два ватных тампона; срез с правого кармана джинсовых брюк. В ходе проведения осмотра автомобиля «Ниссан Terrano» с г/н №, принадлежащего ФИО2, обнаружено и изъято: связка ключей; 2 металлические лопаты; нож в чехле. В ходе визуального осмотра сотового телефона марки «Redmi» в силиконовом чехле (проведенного в рамках личного досмотра), ранее изъятого у ФИО2, установлены фотоизображения участков местности с GPS-координатами, где со слов ФИО2 ДД.ММ.ГГГГ им были оборудованы «тайники-закладки» с наркотическими средствами. В ходе осмотра участка местности, проведенного с участием ФИО2, в лесном массиве по GPS-координатам 54.58814, 55.73527, расположенного в северо-восточном направлении в 335-и метрах от участка 38 СТ «Вишенка» Таптыковского сельсовета Уфимского района Республики Башкортостан, обнаружен и изъят: сверток, обмотанный тканью и резинками, внутри которого полимерный пакет с наклейкой «GORILLA GLUE CALIFORNIA», внутри которого спрессованное вещество в виде плитки. В ходе осмотра участка местности, проведенного с участием ФИО2, в лесном массиве по GPS-координатам 54.59126, 55.73818, расположенного в северо-восточном направлении в 745-и метрах от участка 38 СТ «Вишенка» Таптыковского сельсовета Уфимского района РБ, обнаружен и изъят: сверток, обмотанный тканью и резинками, внутри которого полимерный пакет с наклейкой «GORILLA GLUE CALIFORNIA», внутри которого спрессованное вещество в виде плитки. В ходе проведения осмотра &lt;адрес&gt;, с письменного согласия ФИО2, которая находится в его пользовании, обнаружено и изъято: множество пустых полимерных пакетов, белая ткань, 1 (одна) пара перчаток; полимерный пакет, внутри которого спрессованное вещество в виде плитки; полимерный пакет, внутри которого 3 (три) спрессованных вещества в виде плитки, обмотанные пленкой; электронные весы; договор аренды; загранпаспорт на имя ФИО2; 3 (три) банковские карты, 2 (две) из которых «Сбербанк», 1 (одна) «Уралсиб»; полимерный пакет, внутри которого множественное количество резинок; рулон пищевой пленки, полимерный пакет, внутри которого множественное количество белой ткани; сотовый телефон марки «Honor» в силиконовом чехле; ноутбук марки «Huawei» с зарядным устройством; связка ключей. В ходе остановки ФИО2, увидев сотрудников полиции, оказал неповиновение законным требованиям и распоряжениям сотрудников полиции, попытался скрыться, а также предпринял попытки уничтожения вещественных доказательств, имеющих значение для дела, в связи с чем, согласно ст.20 и ст.21 ФЗ-№3 «О полиции» от 07.02.2011, в отношении ФИО2 были применены физическая сила и специальные средства «браслеты наручные». Видимых телесных повреждений не имеет (т.1 л.д. 99-103). Согласно Акту досмотра ФИО2 с фототаблицей, ДД.ММ.ГГГГ, в период с 13 ч. 08 мин. по 13 ч. 22 мин., оперуполномоченными УНК МВД по РБ, в ходе досмотра ФИО2, проведенного на объездной дороге в направлении &lt;адрес&gt;, обнаружено и изъято: в левом переднем кармане джинсовых брюк сотовый телефон марки «Redmi» в силиконовом чехле; в правом переднем кармане джинсовых брюк сотовый телефон марки «Iphone» в силиконовом чехле, денежные средства в размере 33 150 рублей, банковские карты в количестве 4 (четырех) штук: «Тинькофф Банк», «Сбербанк», 2 (две) банковские карты «Альфа Банк», которые упакованы в разные полимерные пакеты (т.1 л.д. 50-65). ДД.ММ.ГГГГ в период времени с 13 ч. 28 мин. по 13 ч. 48 мин. проведен осмотр автомобиля марки «НИССАН TERRANO» г.р.з. №/702, находившегося под управлением ФИО2, припаркованного в 90 метрах от &lt;адрес&gt;, в ходе которого сотрудниками УНК МВД по &lt;адрес&gt; обнаружены и изъяты две металлические лопаты, связка ключей, нож в чехле, которые упакованы в разные полимерные пакеты, о чем составлен протокол осмотра места происшествия, приобщена фототаблица (т.1 л.д. 67-75). Согласно протоколу осмотра места происшествия от ДД.ММ.ГГГГ с фототаблицей, в период времени с 15 ч. 11 мин. по 15 ч. 23 мин. ДД.ММ.ГГГГ в ходе осмотра места происшествия – участка местности, расположенного в 745 метрах от участка &lt;адрес&gt;, сотрудниками УНК МВД по Республике Башкортостан, обнаружены и изъяты сверток, обмотанный тканью и резинками, внутри которого полимерный пакет с наклейкой «GORILLA GLUE CALIFORNIA», внутри которого спрессованное вещество в виде плитки. Указанный участок местности соответствует географическим координатам 54.59126, 55.73818 (т.1 л.д. 211-216). Из справки об исследовании № от ДД.ММ.ГГГГ и заключения эксперта № от ДД.ММ.ГГГГ следует, что изъятое в ходе осмотра места происшествия участка местности по координатам 54.59126, 55.73818, расположенного в 745 метрах от участка &lt;адрес&gt; вещество, в виде одного спрессованного куска неправильной формы, массой 96,56 г на момент первоначального проведения исследования, находящееся в полимерной пленке с надписью на этикетке «GORILLA GLUE CALIFORNIA», находящееся в одном полимерном пакетике с клипсой, является наркотическим средством гашиш (анаша, смола каннабиса). После исследований возвращено 96,32 г. вещества (т.1 л.д. 220, т.2 л.д. 80-81). Согласно протоколу осмотра места происшествия от ДД.ММ.ГГГГ год с фототаблицей, в период времени с 14 ч. 58 мин. по 15 ч. 06 мин., в ходе осмотра места происшествия – участка местности, расположенного в 335 метрах от участка 38 СТ «Вишенка» Таптыковского сельсовета &lt;адрес&gt;, сотрудниками УНК МВД по &lt;адрес&gt;, обнаружены и изъяты сверток, обмотанный тканью и резинками, внутри которого полимерный пакет с наклейкой «GORILLA GLUE CALIFORNIA», внутри которого спрессованное вещество в виде плитки. Указанный участок местности соответствует географическим координатам 54.58814, 55.73527 (т.1 л.д. 82-87). Справкой об исследовании № от ДД.ММ.ГГГГ и экспертизой эксперта № от ДД.ММ.ГГГГ установлено, что изъятое в ходе осмотра места происшествия участка местности по координатам 54.58814 55.73527, расположенного в 335 м от участка 38 СТ «Вишенка» Таптыковского с/с &lt;адрес&gt;, вещество в виде одного спрессованного куска неправильной формы, массой 97,65 г на момент первоначального проведения исследования, находящееся в полимерной пленке с надписью на этикетке «GORILLA GLUE CALIFORNIA», находящееся в одном полимерном пакетике с клипсой, является наркотическим средством гашиш (анаша, смола каннабиса). После исследований возвращено 97,41 г. вещества (т.1 л.д. 91, т.2 л.д. 74-75). Справкой об исследовании № от ДД.ММ.ГГГГ и заключением эксперта № от ДД.ММ.ГГГГ, установлено, что изъятое в ходе осмотра места происшествия по адресу: &lt;адрес&gt; вещество, в виде трех спрессованных кусков неправильной формы, каждый из которых находится в полимерной пленке с надписью «GORILLA GLUE CALIFORNIA», находящиеся в одном полимерном пакете, является наркотическим средством гашиш (анаша, смола каннабиса). Общая масса наркотического средства на момент первоначального проведения исследования составляет 294,83 г (98,95+98,05+97,83). После исследований возвращено 294,11 г. (98,71+97,81+97,59) (т.2 л.д. 52, 93-94). В справке об исследовании № от ДД.ММ.ГГГГ и заключении эксперта № от ДД.ММ.ГГГГ, из которой следует, что изъятое в ходе осмотра места происшествия по адресу: &lt;адрес&gt; вещество, в виде одного спрессованного куска неправильной формы, массой 49,05 г на момент первоначального проведения исследования, находящийся в полимерной пленке с надписью на этикетке «…А GLUE…ORNIA», находящийся в одном полимерном пакете, является наркотическим средством гашиш (анаша, смола каннабиса). После исследования возвращается 48,81 г. вещества (т.2 л.д.56, 98-99). Из выводов заключения эксперта № от ДД.ММ.ГГГГ следует, что представленное на экспертизу наркотическое средство гашиш (анаша, смола каннабисса), изъятое по координатам 54.58814, 55.73527, по координатам 54.59126, 55.73818 и по адресу: &lt;адрес&gt; (вещества массами 97,41 г, 96,32 г, 98,71 г, 97,81 г, 97,59 г, 48,81 г на момент проведения экспертизы) могли иметь общий источник происхождения растительного сырья (растений конопли), использованного для их изготовления. В ходе проведения экспертизы от объектов №№ израсходовано по 1,04 г вещества, возвращаются вещества массами 96,37 г, 95,28 г, 97,67 г, 96,77 г, 96,55 г и 47,77 г. (т.2 л.д. 156-162). Согласно протоколу осмотра предметов от ДД.ММ.ГГГГ с фототаблицей, в период времени с 07 ч. 57 мин. по 08 ч. 16 мин. ДД.ММ.ГГГГ в служебном помещении УНК МВД по РБ по адресу: &lt;адрес&gt;, в присутствии двух незаинтересованных лиц, произведен осмотр сотового телефона марки «Redmi», находившегося в пользовании ФИО2, изъятого в ходе личного досмотра. Также ФИО2 пояснил, что является курьером-закладчиком наркотических средств растительного и синтетического происхождения, общение с куратором ведет через мессенджер «Джабер». Далее, в ходе осмотра телефона установлено, что в иконке «Галерея» имеются фотографические снимки с фасованными наркотическими веществами, которые он распространял путем оборудования «тайников-закладок» на территории &lt;адрес&gt; РБ, были обнаружены 4 фотографии лесного массива, где он оборудовал «тайники-закладки» с наркотическим средством для дальнейшей продажи куратором интернет-магазина «Бакси». Далее, при просмотре рабочего стола обнаружено приложение «ColorNote», при просмотре которого обнаружено, что в нем имеются 4 записи с GPS-координатами, связанные с незаконным оборотом наркотических средств (т.1 л.д. 108-117). ДД.ММ.ГГГГ в период времени с 08 ч. 27 мин. по 09 ч. 15мин. в служебном помещении УНК МВД по РБ по адресу: &lt;адрес&gt;, в присутствии двух незаинтересованных лиц, произведен осмотр ноутбука марки «Huawei», где ФИО2 пояснил, что является курьером-закладчиком наркотических средств растительного и синтетического происхождения, общение с куратором ведет через мессенджер «Джабер». Далее, в ходе осмотра ноутбука установлено, что ноутбук марки ««Huawei» опечатан в полимерный пакет, на котором имеются подписи понятых и подпись ФИО2, также имеется пояснительная надпись «ноутбук «Huawei», изъятый ОМП в &lt;адрес&gt;.99/2 по &lt;адрес&gt;, РБ ДД.ММ.ГГГГ, о/у по ОВД УНК МВД по РБ старший лейтенант полиции (подпись) Свидетель №9». При помощи ножниц разрезан полимерный пакет, в нем обнаружен ноутбук «Huawei» вместе с зарядным устройством. При нажатии кнопки включения появляется запрос пароля, ФИО2 пояснил, что пароль «&lt;адрес&gt;». После ввода пароля «&lt;адрес&gt;», ноутбук разблокировался. После разблокировки ноутбука появляется окно рабочего стола, на котором имеются ярлыки различных приложений, при просмотре ноутбука обнаружен текстовый документ с разными числами и цифрами, а именно: «&lt;адрес&gt;». ФИО2 пояснил, что данные тексты являются логинами и паролями для входа на интернет-площадку «bugsy420.biz», где он ведет переписку с куратором данного интернет-магазина о сбыте наркотиков. Воспользовавшись данными логинами и паролями, указанными ФИО2, осуществлен вход на интернет-площадку «bugsy420.biz», после чего открывается витрина интернет-магазина «bugsy». ФИО2 указал на вкладку «переписки», при нажатии на которую появляется чат с ником «admin». При просмотре данной переписки обнаружена информация, связанная с незаконным сбытом наркотиков, а именно то, что «admin» отправляет нику «kladchik» указания о весе и расфасовке веществ, после чего «kladchik» отправляет фотоизображения с лесным массивом и GPS-координатами. ФИО2 пояснил, что аккаунтом «admin» пользуется куратор интернет-магазина «bugsy», а аккаунтом «kladchik» пользуется он сам, где куратор выдает ему указания о том, сколько наркотиков и с каким весом сбывать путем «тайников-закладок» в лесных массивах, после чего ФИО2 отправляет проделанную работу своему куратору. За проделанную работу куратор отправляет ФИО2 заработную плату в виде криптовалюты на криптокошелек ФИО2, которые он, в свою очередь обменивает на российские рубли и выводит на свою банковскую карту «Альфа Банк». Далее осуществлен вход на интернет-браузер «Гугл Хром», где имеется вкладка криптокошелька, производится нажатие на криптовалюту «ВТС», где от ДД.ММ.ГГГГ имеется транзакции, а именно: получена криптовалюта Биткоин в сумме +0,022763 ВТС в 15 ч. 09 мин., далее идет вывод данной криптовалюты на другой криптокошелек в 15 ч. 43 мин. ФИО2 пояснил, что ему отправил его куратор «&lt;адрес&gt;» ДД.ММ.ГГГГ вознаграждение в виде криптовалюты, после чего он через обменник, название которого он не помнит, переотправил данную криптовалюту на другой криптокошелек неустановленному лицу, который тот, в свою очередь, ДД.ММ.ГГГГ отправил ФИО2 денежные средства в виде российских рублей на сумму более 120 000 рублей на банковскую карту «Альфа Банк», данная информация имеется в сотовом телефоне марки «Redmi» в приложении «Альфа Банк», а также в смс-сообщениях о поступлении денежных средств (т.1 л.д. 139-197). Изъятое наркотическое средство осмотрено, о чем составлен протокол осмотра предметов, признано вещественными доказательствами и приобщено к материалам уголовного дела (т.3 л.д. 143-146). Согласно протоколом осмотра предметов от ДД.ММ.ГГГГ с фототаблицей, осмотрены: электронные весы, изъятые в ходе ОМП по адресу: &lt;адрес&gt;, на поверхности которых обнаружены следовые количества тетрагидроканнабинола; нож, изъятый в ходе ОМП автомобиля марки «Ниссан Terrano» г/н №; две металлические лопаты с деревянными черенками, изъятые в ходе ОМП автомобиля марки «Ниссан Terrano» г/н №; рулон полимерной пленки, полимерный пакет, внутри которого множество белой ткани, изъятые в ходе ОМП по адресу: &lt;адрес&gt;; полимерный пакет, внутри которого множество резинок, изъятые в ходе ОМП по адресу: &lt;адрес&gt;; множество полимерных пакетов с клипсой, две тканевые перчатки и белая ткань, изъятые в ходе ОМП по адресу: &lt;адрес&gt;. При вскрытии полимерного пакета внутри обнаружены: две тканевые перчатки черного цвета; белая ткань; 155 пустых полимерных пакета с клипсой; первоначальная упаковка. Осмотренные предметы признаны вещественными доказательствами и приобщены к материалам уголовного дела (т.3 л.д. 132-137). В заключении № от ДД.ММ.ГГГГ эксперт установил, что во внутренней памяти мобильного телефона имеются сведения, содержащие историю переписки посредством приложений: «Avito», «DrugVokrug», «Email», «Google Mail», «Telegram», «Viber», «WhatsApp Messenger», «Сообщения Google», «Сообщения». Имеющиеся сведения сохранены в файлы отчета «Avito.xls», «DrugVokrug.xls», «Email.xls», «Google Mail.xls», «Telegram.xls», «Viber.xls», «WhatsApp Messenger.xls», «Сообщения Google.xls», «Сообщения.xls» соответственно, файлы записаны на оптический диск однократной записи в каталог «Вопрос1\». Во внутренней памяти мобильного телефона имеются сведения, содержащие историю посещения сети Интернет посредством приложений: «Google Chrome.xls», «Google.xls», «Email.xls», «Huawei Browser.xls» и «Яндекс Старт.xls». Имеющиеся сведения сохранены в файлы отчета «Google Chrome», «Google», «Email», «Huawei Browser» и «Яндекс Старт», соответственно, файлы записаны на оптический диск однократной записи в каталог «Вопрос2\». Во внутренне памяти мобильного телефона имеются файлы, содержащие изображения. Имеющиеся файлы экспертом сохранены и записаны на оптический диск однократной записи в каталог «Вопрос 3\», с сохранением иерархии каталогов (т.2 л.д. 86-87). Согласно выводам эксперта в заключении № от ДД.ММ.ГГГГ, в памяти мобильного телефона имеются сведения о «Телефонная книга», «SMS», которые записаны на оптический диск однократной записи в каталог «Вопрос_1». В памяти мобильного телефона имеются сведения о переписке посредством программ «Google Mail», «Telegram», «Сообщения Google», извлеченные данные из приложений, записаны на оптический диск однократной записи в каталог «Вопрос_2». В памяти мобильного телефона имеются сведения о посещение сайтов сети «Интернет», которые записаны на оптический диск однократной записи в каталог «Вопрос_3». В памяти мобильного телефона обнаружены файлы, содержащие изображения, которые с сохранением структуры каталогов записаны на оптический диск однократной записи в каталог «Вопрос_4» (т.2 л.д. 169-171). В заключении эксперт № от ДД.ММ.ГГГГ установил, что в твердотельном накопителе обнаружены сведения о посещении сайтов сети «Интернет», которые записаны на оптический диск однократной записи в каталог «Вопрос_3». В твердотельном накопителе обнаружены файлы, в том числе удаленные, содержащие изображения, которые с сохранением структуры каталогов записаны на оптический диск однократной записи в каталог «Вопрос_4» (т.2 л.д. 181-183). Протоколом осмотра предметов от ДД.ММ.ГГГГ с фототаблицей, осмотрены договор аренды жилого помещения № б/н от ДД.ММ.ГГГГ, а также акт приема-передач от ДД.ММ.ГГГГ, из текста документов следует, что ДД.ММ.ГГГГ гр. Свидетель №7, именуемая в дальнейшем «Арендодатель», и ФИО2, именуемый в дальнейшем «Арендатор», заключи настоящий Договор о следующем: Арендодатель передает Арендатору жилое помещение, находящееся по адресу: &lt;адрес&gt;, состоящее из 2-х комнат, общей площадью 49,6 кв.м., во временное возмездное пользование, для проживания не более 1-го человека: ФИО2 Жилое помещение принадлежит Арендодателю на праве собственности на основании свидетельства о государственной регистрации, Арендодатель передает жилое помещение с находящимся в нем имуществом, указанным в приложении № (акт приема-передачи). Срок найма жилого помещения устанавливается с ДД.ММ.ГГГГ до ДД.ММ.ГГГГ. Далее прописаны обязанности и права Арендодателя и Арендатора, согласно которым установлено, что Арендатор по окончании срока действия данного договора, имеет преимущественное право на продление договора найма. Далее прописаны платежи и порядок расчетов, согласно которым установлено, что ежемесячная плата за наем жилого помещения составляет 25 000 рублей, плата производится предоплатой за один месяц в срок до ДД.ММ.ГГГГ, дальнейшая плата производится не позднее 21 числа текущего месяца за месяц вперед. Далее прописаны ответственности сторон, заключительные положения. После чего располагается таблица, где прописаны данные Арендодателя и Арендатора, имеются 2 неразборчивые подписи. ДД.ММ.ГГГГ ФИО2 одновременно с помещением принял в пользование имущество, находящееся в квартире, имеются 2 неразборчивые подписи. Осмотренные документы признаны вещественными доказательствами и приобщены к материалам уголовного дела (т.3 л.д. 87-96). ДД.ММ.ГГГГ осмотрены банковская карта «TINKOFF Black», №, держатель карты: OLEG GOROKHOV; банковская карта «Сбербанк» №, держатель карты: «OLEG GOROKHOV»; банковская карта «Альфа Банк» №, держатель карты: «OLEG GOROKHOV»; банковская карта «Альфа Банк» №, держатель карты: «OLEG GOROKHOV»; банковская карта «Сбербанк» №, держатель карты: «OLEG GOROKHOV»; банковская карта «Сбербанк» №, банковская карта не именная; банковская карта «Уралсиб», №, держатель карты: «OLEG GOROKHOV»; о чем составлен протокол осмотра предметов, приобщена фототаблица. Осмотренные предметы признаны вещественными доказательствами и приобщены к материалам уголовного дела (т.3 л.д. 98-107). Согласно протоколом осмотра предметов от ДД.ММ.ГГГГ осмотрены оптические диски DVD-R к экспертизам путем помещения в привод оптических дисков используемого при составлении протокола компьютера (привод DVD-RW) для просмотра содержимого. 1) При помощи «манипулятора» открыта папка оптического диска DVD-R 1 к экспертизе №, на лицевой части оптического диска имеются надпись: «14331-1» под названием: «Вопрос №» (исследование сотового телефона марки «Хонор 20S», изъятого в ходе осмотра места происшествия по месту проживания ФИО2, по адресу: &lt;адрес&gt;). В ходе осмотра содержимого указанной папки установлено, что внутри содержатся папки «Avito.files», «Drug.Vokrug.files», «Email.files», «Google Mail.files», «Telegram.files», «Viber.files», «WhatsApp Messenger Backup.files», «WhatsApp Messenger.files», «Сообщения Google.files», а так же файлы в формате exсel. При помощи «манипулятора» открыта папка «Telegram.files»». В ходе осмотра указанной папки обнаружен текстовый файл «Аудиофайлы», «Видео», «Другие файлы», «Изображения». При просмотре папки «Аудиофайлы» обнаружены различного рода голосовые сообщения, которые были прослушаны, информации имеющей значение для уголовного дела не обнаружено. При просмотре папок «Видео», «Другие файлы», «Изображения», информации имеющей значение для уголовного дела не обнаружено. При помощи «манипулятора» открыта папка оптического диска DVD-R 2, к экспертизе №, на лицевой части оптического диска имеются надпись: «14331-2» под названием: «Вопрос 1». В ходе осмотра содержимого указанной папки установлено, что внутри содержатся папки «Сообщения Google.files», «Сообщения.files», а так же файлы в формате exсel. Затем, при помощи «манипулятора» открыта папка «Google Chrome.files». В ходе осмотра указанной папки обнаружены текстовые файлы «Другие файлы», «Изображения». 2) Произведено вскрытие пакета, из которого извлечен оптический диск DVD-R, на лицевой части оптического диска имеются надпись: «у/&lt;адрес&gt; закл. эксперта №» к заключению эксперта № от ДД.ММ.ГГГГ, помещен в привод оптических дисков используемого при составлении протокола компьютера (привод DVD-RW) для просмотра содержимого. Затем, при помощи «манипулятора» открыт системный файл под названием «Мой компьютер», где отобразились «устройства со съёмными носителями», а именно: «DVD RW дисковод (G:)», содержащий информацию размером – 1,90 Гб. Далее, при помощи «манипулятора» было открыто содержимое оптического диска. После открытия оптического диска на дисплее отобразились следующие файлы: папка под названием «Вопрос №», «Вопрос №», «Вопрос №», «Вопрос №» (исследование сотового телефона марки «Redmi 10», изъятого в ходе личного досмотра ФИО2). После чего, при помощи «манипулятора» открыта папка под названием: «Вопрос 3». В ходе осмотра содержимого указанной папки установлено, что внутри содержатся файлы в формате exсel под названиями «Google Chrome», где обнаружена информация об учетной записи, истории посещения веб-страниц, в которых отразилась история о посещение страницы Gecko – анонимный фотохостинг с автоочисткой метаданных. После чего, при помощи «манипулятора» открыта папка под названием: «Вопрос 4». В ходе осмотра содержимого указанной папки установлено, что внутри содержатся папки наименованием: «data», «system». В папке «data» обнаружена папка «com.android.chrome», в которой обнаружены множество фотоизображений с участками местности. Также в папке «data» обнаружена папка «com.google.android.googlequicksearch…», в которой обнаружен скриншот. Также в папке «data» обнаружена папка «com.xabber.android.beta», в которой обнаружены множественные изображения с участками местности. Также в папке «data» обнаружена папка «im.blabber.messenger», в которой обнаружены изображения с участками местности. В папке «data» обнаружены папки «Android», «DCIM», «Pictures». При просмотре папки «Android» обнаружены папки «com.miui.gallery», в которой обнаружены множественные фотоизображения за период времени с ДД.ММ.ГГГГ по ДД.ММ.ГГГГ. Фотоизображения с участками местности обнаружены с ДД.ММ.ГГГГ по ДД.ММ.ГГГГ. После чего была просмотрена папка «Android» - «Media», «im.blabber.messenger», в которой обнаружены фотографии, имеющие значение для настоящего уголовного дела. Далее просмотрена папка «DCIM» – «Camera», в которой обнаружены файлы с 4 фотоизображения участков местности, под названием «IMG_20240808_105705», «IMG_20240808_105827», «IMG_20240808_111053», «IMG_20240808_111150». Далее просмотрена папка «Pictures» «.thumbnails», в которой обнаружены файлы с 4 фотоизображениями участков местности, данные фотоизображения идентичны фотоизображениям, обнаруженных в папке «Camera». 3) Произведено вскрытие пакета, из которого извлечен оптический диск DVD-R, на лицевой части оптического диска имеются надпись: «у/&lt;адрес&gt; закл. эксперта №», оптический диск с изображением елок, луны, на котором имеется надпись: MOONLITE к заключению эксперта № от ДД.ММ.ГГГГ, который помещен в привод оптических дисков используемого при составлении протокола компьютера (привод DVD-RW) для просмотра содержимого. Затем, при помощи «манипулятора» открыт системный файл под названием «Мой компьютер», где отобразились «устройства со съёмными носителями», а именно: «DVD RW дисковод (G:)», содержащий информацию размером – 1,28 Гб. Далее, при помощи «манипулятора» было открыто содержимое оптического диска. После открытия оптического диска на дисплее отобразились следующие файлы: папка под названием «Вопрос №», «Вопрос №», «Вопрос №», «Вопрос №» (исследование сотового телефона марки «Iphone 15 Pro Max», изъятого в ходе личного досмотра ФИО2). После чего, при помощи «манипулятора» открыта папка под названием: «Вопрос 1». В ходе осмотра содержимого указанной папки установлено, что внутри содержатся файлы в формате exсel под названиями «SMS», «Журнал звонков», «Телефонная книга». В ходе осмотра содержимого файла «SMS» обнаружены поступления на различные суммы на банковскую карту «Альфа-Банк». После чего, при помощи «манипулятора» открыта папка под названием: «Вопрос 2». В ходе осмотра содержимого указанной папки установлено, что внутри содержится файл в формате exсel под названием «WhatsApp Messenger», в ходе осмотра файла обнаружены переписки различного характера, геоданные. 4) После вскрытия оптический диск DVD-R к заключению эксперта № от ДД.ММ.ГГГГ помещен в привод оптических дисков используемого при составлении протокола компьютера (привод DVD-RW) для просмотра содержимого. Затем, при помощи «манипулятора» открыт системный файл под названием «Мой компьютер», где отобразились «устройства со съёмными носителями», а именно: «DVD RW дисковод (G:)», содержащий информацию размером – 0,98 Гб. Далее, при помощи «манипулятора» было открыто содержимое оптического диска. После открытия оптического диска на дисплее отобразились следующие файлы: папка под названием «Вопрос №», «Вопрос №» (исследование ноутбука марки «Huawei», изъятого в ходе осмотра места происшествия по месту проживания ФИО2, по адресу: &lt;адрес&gt;). После чего, при помощи «манипулятора» открыта папка под названием: «Вопрос 3». В ходе осмотра содержимого указанной папки установлено, что внутри содержатся файлы в формате exсel под названиями «Браузеры(1)», «Браузеры(2)» «Браузеры». В ходе осмотра содержимых файлов обнаружены истории посещения различных веб-страниц, ссылок. Обнаружены наиболее посещаемые сайты, такие как: &lt;данные изъяты&gt; - Google Карты. После чего, при помощи «манипулятора» открыта папка под названием: «Вопрос 4». В ходе осмотра содержимого указанной папки установлено, что внутри содержатся папки под названием: «Изображения» и «Изображения (удаленные)». В ходе осмотра папки «Изображения» - «Users» - «admin» обнаружены различные фотоизображения, в том числе фотоизображения с участками местности. Также среди них обнаружены 4 фотоизображения участков местности, под названием: «IMG_20240808_105705», «IMG_20240808_105827», «IMG_20240808_111053», «IMG_20240808_111150». Осмотренные предметы после произведенного осмотра оптический диск вновь упакован в бумажный пакет, оклеен отрезком бумаги с оттисками печати пояснительным текстом и подписью следователя; признаны вещественными доказательствами и приобщены к материалам уголовного дела (т.3 л.д. 151-171). Произведен осмотр мобильного телефона «Redmi 10» и ноутбука марки «Huawei», составлен протокол осмотра, приобщена фототаблица. В ходе осмотра мобильного телефона «Redmi 10» установлено, что на момент осмотра телефон выключен, на чехле кусочком скотча приклеена сим карта оператора сотовой связи «Мегафон», при нажатии кнопки включения с правой боковой стороны, телефон включается, тлефон находится в режиме «в полете», дата и время в осматриваемом телефоне не совпадают с реальными, пароль при включении не запрашивает. В приложении «Настройки» в разделе «О телефоне» - «Общая информация» отобразилась следующая информация: марка Redmi 10, модель: 21061119DG, серийный номер: f704ca050507, «IMEI-код (слот SIM 1): №, IMEI-код (слот SIM 2): №. На рабочем столе имеются различные приложения, такие как: «&lt;данные изъяты&gt;». В приложении «ColorNote» имеются заметки, созданные: ДД.ММ.ГГГГ в 11:12 с текстом: «54.58814, 55.73527 межпниде», ДД.ММ.ГГГГ в 10:59 с текстом: «54.59126, 55.73818 пердесиссер». При открытии приложения «&lt;данные изъяты&gt;», имеется учетная запись: &lt;данные изъяты&gt; В диалоговом окне с «Bugsy» имеется сообщение от ДД.ММ.ГГГГ, на английском языке. В приложении «&lt;данные изъяты&gt;» под учетной записью: &lt;данные изъяты&gt; имеются 2 чата, под названиями «&lt;данные изъяты&gt; и «&lt;данные изъяты&gt;». В диалоге с «&lt;данные изъяты&gt;» имеются сообщения: &lt;данные изъяты&gt;.cz 5 марта 15:07 – «Ясно» bugsy 5 марта 15:30 – «Чистые дороги». В приложении «Telegram» учетная запись с ником: &lt;данные изъяты&gt;, абонентский №. Имеются 2 диалоговых окна: «Telegram» и «&lt;данные изъяты&gt;», в котором от ДД.ММ.ГГГГ имеется пересланное сообщение от Carlos Morison о ссылке для регистрации в «Pexpay» - одноранговая торговая платформа для покупки, продажи и торговли криптовалютами и фиатом. В приложении «Proton Mail» учетная запись Klad ufaproton@proton.me, войти не представилось возможным, в связи с отсутствием доступа к интернету. Обнаружена папка «Галерея», внутри которой имеется раздел «Все фото», в ходе осмотра указанного раздела было установлено, что в нем содержатся четыре цифровых фотографических изображения, на которых изображены фотографии различных участков местности, сделанные 08 августа 2024 года в 10:57 час., в 10:58 час., в 11:10 час., в 11:11 час. В ходе осмотра ноутбук марки «Huawei» установлено, что в USB-портах обнаружены два USB-устройства, которые согласно заключению эксперта № не являются носителями информации. На момент осмотра ноутбук выключен, на нем имеются потертости и царапины, при нажатии кнопки включения, расположенной с правой стороны клавиш, ноутбук включается, для доступа к содержимому требуется код-пароль, дата и время в осматриваемом ноутбуке не совпадают с реальными. На задней крышке ноутбука указана следующая информация: Model: BoD-WFH9 S/N: KGHPM22C13003265 CMIIT ID: 2020АР10353. ФИО2 называет код-пароль от изъятого у него ноутбука марки «Huawei» «genby[eqkj». Разблокировав ноутбук был произведен осмотр содержащейся на нем информации. На рабочем столе имеются различные приложения, такие как «Paladin VPN», «Браузер Оpera», «Google Chrome», «PSI+(*64)», «TOR Browser», «Telegram». На рабочем столе содержится папка наименованием «Фото», в котором содержатся цифровые фотографические изображения, на которых изображены фотографии различных участков местности. Также в разделе «Этот компьютер» - Windows(С) – Пользователи - admin- обнаружена папка «Документы», где содержится текстовый документ в котором содержатся разные числа и цифры: &lt;данные изъяты&gt;; обнаружена папка «Изображения», на которых изображены фотографии различных участков местности. В приложении «Telegram», «PSI+(*64)» войти не представилось возможным в связи с отсутствием доступа к интернету. Осмотренные предметы признаны вещественными доказательствами и приобщены к материалам уголовного дела (т.3 л.д. 174-196). Согласно протоколу осмотра предметов (документов) от ДД.ММ.ГГГГ, осмотрены ответа на запрос о движении денежных средств по банковским картам и счетам, предоставленным ПАО «Сбербанк», АО «ТБанк», АО «Альфа-Банк», ПАО «Уралсиб», зарегистрированных на имя ФИО2 Так, из ответа на запрос с АО «Альфа-Банк» следует, что на имя ФИО2 имеются следующие счета и пластиковые карты: 1. На ДД.ММ.ГГГГ по счету № имеется остаток денежных средств в размере 291 487 рублей 88 копеек; 2. По счету №, дата открытия - 27.01.2022г., счет действующий, валюта счета: российский рубль, отделение открытия счета: ДО «Уфа-Идель» в &lt;адрес&gt; АО «Альфа-Банк», адрес отделения открытия счета: &lt;адрес&gt;А; 3. Пластиковые карты: № карты 220015******8618, дата выдачи: ДД.ММ.ГГГГ, активная; основной счет №; №******0776, дата выдачи: ДД.ММ.ГГГГ, активная, основной счет 40№. Приложение: запрашиваемая информация за указанный период на CD-диске. При помощи «манипулятора» было открыто содержимое оптического диска. После открытия оптического диска на дисплее отобразились текстовые документы: 021024114513_GR-1616170_035_40817810… Транзакции_ПК_ ФИО2… Транзакции_ПК_ФИО2… В ходе осмотра информации, содержащийся в текстовом документе 021024114513_GR-1616170_035_40817810… установлено, в нём содержится информация о номере счета (40№), дата открытия счета ДД.ММ.ГГГГ, валюта счета - российский рубль, клиент – ФИО2, выписка за период с ДД.ММ.ГГГГ по ДД.ММ.ГГГГ). Даты совершения операций с ДД.ММ.ГГГГ по ДД.ММ.ГГГГ. ДД.ММ.ГГГГ имеется перевод денежных средств через СБП от абонента +№ на сумму 127 000 рублей. ДД.ММ.ГГГГ имеется перевод денежных средств через СБП от абонента +№ на сумму 135 018 рублей. ДД.ММ.ГГГГ имеется перевод денежных средств через СБП от абонента +№ на сумму 111 000 рублей; перевод денежных средств на сумму 100 000 рублей от Савидетель №15; перевод денежных средств на сумму 140 250 рублей от Савидетель №18 ДД.ММ.ГГГГ имеется перевод денежных средств через СБП от абонента +№ на сумму 185 500 рублей. ДД.ММ.ГГГГ имеется перевод денежных средств через СБП от абонента +№ на сумму 70 000 рублей, от абонента +№ на сумму 26 600 рублей. ДД.ММ.ГГГГ имеется перевод денежных средств через СБП от абонента +№ на сумму 74 000 рублей, от абонента +№ на сумму 90 716 рублей. ДД.ММ.ГГГГ имеется перевод денежных средств через СБП от абонента +№ на сумму 153 000 рублей. ДД.ММ.ГГГГ имеется перевод денежных средств через СБП от абонента +№ на сумму 78 820 рублей. ДД.ММ.ГГГГ имеется перевод денежных средств через СБП от абонента +№ на сумму 130 000 рублей. ДД.ММ.ГГГГ имеется перевод денежных средств через СБП от абонента +№ на сумму 81 700 рублей. ДД.ММ.ГГГГ имеется перевод денежных средств через СБП от абонента +№ сумму 52 500 рублей. ДД.ММ.ГГГГ имеется перевод денежных средств через СБП от абонента +№ на сумму 107 740 рублей. ДД.ММ.ГГГГ имеется перевод денежных средств на сумму 169 717 рублей от Савидетель №19 Осмотренные предметы и документы признаны вещественными доказательствами и приобщены к материалам уголовного дела (т.3 л.д. 223-238). ДД.ММ.ГГГГ протоколом осмотра предметов (документов) установлено, что осмотрена информация из ПАО «ВымпелКом», из ПАО «Мегафон», о соединениях между абонентскими устройствами, содержащийся на оптическом диске CD-R; из ПАО «МТС» о соединениях между абонентскими устройствами, содержащийся на бумажном носителе, и установлено следующее. Объектом осмотра является ответ из ПАО «ВымпелКом» от ДД.ММ.ГГГГ за исх.№ ЦР-01-03/62246-К со списком приложений на CD-диске: «ЦР-01-03_62246-К Приложение № Данные абонентов подвижной радиотелефонной связи.csv» Номер абонента (CTN): 9656686444 за период с ДД.ММ.ГГГГ 00:00 по ДД.ММ.ГГГГ 00:00 размер 634 байт; «ЦР-01-03_62246-К Приложение № Информация о соединениях между абонентами и (или) абонентскими устройствами.csv» Номер абонента (CTN): 9656686444 за период с ДД.ММ.ГГГГ 00:00 по ДД.ММ.ГГГГ 00:00 размер 309601 байт. В ходе осмотра информации содержащейся в текстовом документе «ЦР-01-03_62246… установлено, что в нём содержатся данные абонента абонентского номера «+&lt;данные изъяты&gt;», который был в пользовании обвиняемого ФИО2; в текстовом документе «ЦР-01-03_62246… содержится информация по абонентскому номеру «+&lt;данные изъяты&gt;», который был в пользовании обвиняемого ФИО2 (ДД.ММ.ГГГГ 10:40:42 SMS Входящее 0 T-Bank; ДД.ММ.ГГГГ 10:45:48 SMS Входящее 0 Alfa-Bank; ДД.ММ.ГГГГ 12:44:55 Уфа г., Революционная ул., &lt;адрес&gt; Входящий звонок 86 &lt;данные изъяты&gt;; ДД.ММ.ГГГГ 13:00:26 Уфа г., Революционная ул., &lt;адрес&gt; Входящий звонок 26 &lt;данные изъяты&gt;; ДД.ММ.ГГГГ 13:06:13 Уфа г., Революционная ул., &lt;адрес&gt; Исходящий звонок 40 &lt;данные изъяты&gt;; ДД.ММ.ГГГГ 14:36:34 SMS Входящее 0 Alfa-Bank;ДД.ММ.ГГГГ 14:37:43 SMS Входящее 0 Alfa-Bank; ДД.ММ.ГГГГ 14:56:56 Уфа г., Революционная ул., &lt;адрес&gt; Входящий звонок 266 &lt;данные изъяты&gt;; ДД.ММ.ГГГГ 15:06:58 SMS Входящее 0 Google; ДД.ММ.ГГГГ 15:21:53 Уфа г., Революционная ул., &lt;адрес&gt; Входящий звонок 64 &lt;данные изъяты&gt;; ДД.ММ.ГГГГ 15:57:21 SMS Входящее 0 Yandex; ДД.ММ.ГГГГ 11:34:51 SMS Входящее 0 Sovcombank; ДД.ММ.ГГГГ 12:26:&lt;адрес&gt;., Жуково с., Фабричная ул., &lt;адрес&gt; SMS Входящее 0 Alfa-Bank; ДД.ММ.ГГГГ 13:58:40 SMS Входящее 0 Alfa-Bank; ДД.ММ.ГГГГ 14:34:37 SMS Входящее 0 Alfa-Bank; ДД.ММ.ГГГГ 15:45:41 SMS Входящее 0 Alfa-Bank; ДД.ММ.ГГГГ 16:04:43 Уфа г., Революционная ул., &lt;адрес&gt; Исходящий звонок 182 122; ДД.ММ.ГГГГ 19:52:44 Уфа г., Революционная ул., &lt;адрес&gt; Исходящий звонок 120 &lt;данные изъяты&gt;; ДД.ММ.ГГГГ 06:59:17 SMS Входящее 0 Alfa-Bank; ДД.ММ.ГГГГ 07:04:39 SMS Входящее 0 Alfa-Bank; ДД.ММ.ГГГГ 11:58:51 SMS Входящее 0 lgCITY; ДД.ММ.ГГГГ 12:02:51 SMS Входящее 0 Oblako; ДД.ММ.ГГГГ 16:29:51 SMS Входящее 0 Alfa-Bank; ДД.ММ.ГГГГ 16:59:50 Уфа г., Айская ул., &lt;адрес&gt; Входящий звонок 1 &lt;данные изъяты&gt;; ДД.ММ.ГГГГ 17:05:05 SMS Входящее 0 Alfa-Bank; ДД.ММ.ГГГГ 17:10:04 SMS Входящее 0 Alfa-Bank; ДД.ММ.ГГГГ 11:38:37 Переадресованный звонок 3 79037030428; ДД.ММ.ГГГГ 14:45:16 Переадресованный звонок 12 &lt;данные изъяты&gt;. В ходе осмотра ответа ПАО «Мегафон» от ДД.ММ.ГГГГ за исх.№ установлено, что имеется информация о принадлежности, детализации соединений по абонентскому номеру: &lt;данные изъяты&gt;. Указано, что номер ICC № связан с номером &lt;данные изъяты&gt;. Информация о МАС-адресах в базах данных ПАО «Мегафон» не фиксируется. Определить диапазоны IP-адресов, с которых Пользователем осуществлялись соединения при пользовании слугами дистанционного обслуживания (включая Личный кабинет/Кабинет клиента) нет технической возможности. Указано Московское время. Савидетель №20, &lt;данные изъяты&gt;, паспорт иностранного гражданина, IMSI №, ICC №, Адрес регистрации: Россия, 636225, &lt;адрес&gt; Яр, &lt;адрес&gt;, дата заключения договор - ДД.ММ.ГГГГ. Далее, при помощи «манипулятора» было открыто содержимое оптического диска. После открытия оптического диска на дисплее отобразилась папка «79279599674», созданный ДД.ММ.ГГГГ Тип: Лист Microsoft Ex… Размер 150 КБ. При открытии архивного файла «79279599674» обнаружена информация по абонентскому номеру «79279599674», который был в пользовании обвиняемого ФИО2 с указанием даты/времени, номере абонента, виде услуг, длительности разговора, адресе базовых станций: ДД.ММ.ГГГГ в период с 8:07:19 по 16:29:17 (местное время) имеются следующие адреса базовых станций: ДД.ММ.ГГГГ 16:29, ДД.ММ.ГГГГ 16:29, ДД.ММ.ГГГГ 16:29, ДД.ММ.ГГГГ 14:51, ДД.ММ.ГГГГ 14:47, ДД.ММ.ГГГГ 14:47, ДД.ММ.ГГГГ 14:46 - &lt;адрес&gt;; ДД.ММ.ГГГГ 14:46, ДД.ММ.ГГГГ 14:46 - &lt;адрес&gt;; ДД.ММ.ГГГГ 13:33 (отсутствуют сведения); ДД.ММ.ГГГГ 12:2, ДД.ММ.ГГГГ 12:27, ДД.ММ.ГГГГ 12:27, ДД.ММ.ГГГГ 12:27 - &lt;адрес&gt;, c. Авдон, &lt;адрес&gt;; ДД.ММ.ГГГГ 12:27 - &lt;адрес&gt;; ДД.ММ.ГГГГ 12:27 - &lt;адрес&gt;; ДД.ММ.ГГГГ 10:07, ДД.ММ.ГГГГ 10:&lt;адрес&gt;, c. Гуровка, Вблизи вне нас. пункта 0,5 км северо-западнее; ДД.ММ.ГГГГ 9:24 - &lt;адрес&gt;н, д. Субай, Вблизи на территории базы совхоза; ДД.ММ.ГГГГ 9:23, ДД.ММ.ГГГГ 9:23, ДД.ММ.ГГГГ 9:22, ДД.ММ.ГГГГ 9:22, ДД.ММ.ГГГГ 9:22, ДД.ММ.ГГГГ 9:22 - &lt;адрес&gt; к3а; ДД.ММ.ГГГГ 8:12 - &lt;адрес&gt;; ДД.ММ.ГГГГ 8:11, ДД.ММ.ГГГГ 8:11 - &lt;адрес&gt; к1; ДД.ММ.ГГГГ 8:08, ДД.ММ.ГГГГ 8:07, ДД.ММ.ГГГГ 8:07, ДД.ММ.ГГГГ 8:07, ДД.ММ.ГГГГ 8:07 - &lt;адрес&gt;. ДД.ММ.ГГГГ в период с 10:33 по 12:07 имеются следующие адреса базовых станций: ДД.ММ.ГГГГ 12:07 - &lt;адрес&gt;, Вблизи напротив &lt;адрес&gt;; ДД.ММ.ГГГГ 12:05, ДД.ММ.ГГГГ 12:04, ДД.ММ.ГГГГ 12:01, ДД.ММ.ГГГГ 12:&lt;адрес&gt;, c. Чесноковка, &lt;адрес&gt;тр; ДД.ММ.ГГГГ 11:39, ДД.ММ.ГГГГ 11:39, ДД.ММ.ГГГГ 11:39, ДД.ММ.ГГГГ 11:39, ДД.ММ.ГГГГ 11:39 - &lt;адрес&gt;, Вблизи напротив &lt;адрес&gt;; ДД.ММ.ГГГГ 10:34 - &lt;адрес&gt;, c. Зубово, &lt;адрес&gt;; ДД.ММ.ГГГГ 10:33, ДД.ММ.ГГГГ 10:33, ДД.ММ.ГГГГ 10:33, ДД.ММ.ГГГГ 10:33, ДД.ММ.ГГГГ 10:33 - &lt;адрес&gt;, c. Зубово, &lt;адрес&gt;, Вблизи &lt;адрес&gt;; ДД.ММ.ГГГГ 16:29, ДД.ММ.ГГГГ 16:29 - &lt;адрес&gt;. По результатам осмотра составлен протокол осмотра, осмотренные предметы и документы признаны вещественными доказательствами и приобщены к материалам уголовного дела (т.4 л.д. 23-32). Согласно протоколу осмотра места происшествия от ДД.ММ.ГГГГ с фототаблицей, в период времени с 18 ч. 08 мин. по 19 ч. 27 мин., в ходе осмотра места происшествия, по месту проживания ФИО2, по адресу: &lt;адрес&gt;, обнаружено и изъято: полимерный пакет, внутри которого множество полимерных пакетиков с клипсой, белая ткань, 1 (одна) пара перчаток, полимерный пакет, внутри которого спрессованное вещество в виде плитки, полимерный пакет, внутри которого полимерный пакет, внутри которого 3 (три) спрессованных вещества в виде плитки, обмотанные пленкой, электронные весы, договор аренды, заграничный паспорт на имя ФИО2, 3 (три) банковские карты: 2 (две) «Сбербанк» и «Уралсиб», полимерный пакет, внутри которого множественное количество резинок, рулон пищевой пленки, полимерный пакет, внутри которого множественное количество белой ткани, сотовый телефон марки «Honor» в силиконовом чехле, ноутбук марки «Huawei» с зарядным устройством, которые упакованы в разные полимерные пакеты (т.2 л.д. 31-48). В заключении № от ДД.ММ.ГГГГ эксперт установил, что на поверхности представленных электронных весов обнаружены следовые количества тетрагидроканнабинола (т.2 л.д. 102-103). Из акта ОРМ «Наведение справок» от ДД.ММ.ГГГГ с фототаблицей, следует, что 22 ноября проведено оперативно-розыскное мероприятие «Наведение справок» в отношении интернет магазина «&lt;данные изъяты&gt;», расположенный на сайте «&lt;данные изъяты&gt;». В ходе проведения ОРМ «Наведение справок» установлено, что с использованием браузера «TorBrowser» в строке поиска вводиться ссылка «&lt;данные изъяты&gt;», далее осуществляется переход на сайт «&lt;данные изъяты&gt;», на главной странице которого находятся следующие вкладки: Товары; Проверка заказа; Отзывы; График работы; Цена. При открытии вкладки «Город», открывается подвкладка «Выберите город», при нажатии которой, выбор запрещен. При открытии вкладки «Проверка заказа», открывается подвкладка «Номер заказа», «Комментарий». При открытии вкладки «Отзывы», открывается множественное количество комментариев от покупателей наркотических средств. При открытии вкладки «График работы», открывается вложение сообщение: «Выходной день-воскресенье». При открытии вкладки «Цена», открывается вложение сообщение: 1 шт - 99 т.р.; 2 шт - 190 т.р.; 3-4 шт по 90 т.р.; 5-9 шт по 85 т.р.; от 10 шт по 80 т.р. (т.4 л.д. 134-142). Исследованные и приведенные выше доказательства суд признает относимыми и допустимыми, поскольку они свидетельствуют о преступлениях, добыты с соблюдением уголовно-процессуального закона. Суд признает по всем преступлениям достоверными оглашенные показания свидетелей Свидетель №2, Свидетель №3, Свидетель №4, Свидетель №5, Савидетель №16, Свидетель №1, Свидетель №6, Свидетель №7, Свидетель №8, Свидетель №9, Свидетель №10, Свидетель №11, Свидетель №12, Свидетель №13, Свидетель №14, поскольку они согласуются как между собой, так и в части с показаниями самого подсудимого, а так же с проведенными процессуальными и следственными действиями, противоречий не содержат. Оснований не доверять показаниям свидетелей у суда нет. Обстоятельства, по которым они могли оговорить подсудимого, в судебном заседании не установлены. Факт приобретения ФИО2 оптовых партий наркотических средств через тайники-закладки, фасовки на более мелкие партии, помещения наркотических средств в тайники-закладки, а также подготовки фотоизображений мест закладок с описанием закладки, ее места расположения с указанием координат с целью последующего совместного сбыта в составе организованной группы неопределенному кругу лиц, у неустановленных лиц, дело в отношении которых выделено в отдельное производство сотрудниками полиции, и изъятия наркотических средств никем из участников процесса не оспаривается, подтверждается не только показаниями свидетелей, но так же показаниями самого подсудимого в той части, в которой согласуется с показаниями свидетелей, материалами оперативно-розыскного мероприятия «Наблюдение», в ходе которого были изъяты наркотические средства. Оперативно-розыскное мероприятие в отношении ФИО2 было проведено в соответствии с требованиями Федерального закона «Об оперативно-розыскной деятельности», для решения поставленных перед правоохранительными органами задач по выявлению и раскрытию преступлений, связанных с незаконным сбытом наркотических средств, проверялась имевшаяся оперативная информация о причастности лиц, в том числе ФИО2 к незаконному обороту наркотических средств путем оборудования «тайников-закладок». Умысел на сбыт наркотических средств у ФИО2. сформировался независимо от деятельности сотрудников правоохранительных органов, действия которых при проведении оперативно-розыскного мероприятия были направлены на пресечение и раскрытие преступлений, связанных с незаконным оборотом наркотических средств, а потому действия оперативных сотрудников не могут расцениваться как провокация или склонение к совершению преступлений. О характере действий ФИО2 и его умысле, направленных на сбыт наркотических средств по всем преступлениям, свидетельствуют количество наркотических средств; наличие и использование электронных весов, полимерных пакетиков с клипсой, рулона полимерной (пищевой) пленки, тканей и резинок, расфасовка полученных наркотических средств в удобную для сбыта упаковку с целью последующего незаконного сбыта в крупном размере и помещения их в потайные места-«закладки»; ведение переписки, сохранение с целью дальнейшего размещения, размещение фотоизображений и информации для дальнейшего направления, с разъяснениями о местонахождении потайных мест-«закладок» с наркотическими средствами в чатах интернет-магазина; получение вознаграждения за осуществление преступных функций, возложенных вышестоящими членами организованной группы. Умышленные действия ФИО2 и других соучастников преступлений, непосредственно направленные на совершение преступлений, не были доведены до конца по независящим от них обстоятельствам, поскольку были пресечены сотрудниками полиции. Действия ФИО2 противоречат положениям Федерального закона от 8 января 1998 года №3-ФЗ «О наркотических средствах и психотропных веществах», а потому являются незаконными. Гашиш (анаша, смола каннабиса) постановлением Правительства Российской Федерации «О внесении изменений в некоторые акты Правительства Российской Федерации по вопросам, связанным с оборотом наркотических средств и психотропных веществ», включен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30.06.1998 №681 и являются наркотическими средствами, запрещенными к обороту. Согласно постановлению Правительства Российской Федерации №1002 от 01.10.2012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масса наркотического средства - гашиш (анаша, смола каннабиса), свыше 25 граммов до 10000 граммов является крупным размером. Изъятое наркотическое вещество – гашиш (анаша, смола каннабиса), массой 96,56 граммов, 97,64 грамма и 343,88 граммов являются крупным размером. Квалифицирующий признак по всем преступлениям «с использованием информационно-телекоммуникационной сети «Интернет» находит свое подтверждение, поскольку связь поддерживалась с помощью сети «Интернет» посредством программ. При этом другие способы информирования и передачи сведений о местонахождении тайников-«закладок» не использовались. Квалифицирующий признак «организованной группой» по всем преступлениям так же находит свое подтверждение, поскольку ФИО2 с другими участниками выполняли отведенные каждому роли, действовали совместно для достижения общего преступного результата – получения материальной выгоды от незаконного сбыта наркотических средств в соответствии с разработанным планом, при этом имеются все признаки организованной группы – её устойчивость, организованность, в группе имелся явный лидер – ее организатор, создатель и руководитель, который руководил участниками организованной группы, в точности, организовывал и координировал действия других участников организованной группы, реализуя цель совместного преступного умысла на совершение преступлений, участники организованной группы пользовались правилами конспирации, были оснащены техническими средствами и связи, длительно готовили преступление. Тот факт, что подсудимый ФИО2 и иные участники организованной группы не были знакомы между собой, не подтверждает самостоятельность действий подсудимого, организаторами была создана такая система взаимоотношений, когда члены группы напрямую не контактировали между собой и с ее организаторами, а все взаимодействие, связанное с незаконным оборотом наркотических средств, осуществлялось через сеть «Интернет». ФИО2 в составе организованной группы умысел на сбыт наркотического средства по всем преступлениям до конца довести не смог по независящим от его воли обстоятельствам, связанным с его задержанием и изъятием данных наркотических средств сотрудниками полиции из незаконного оборота. Доводы стороны защиты и подсудимого о наличии единого умысла на сбыт наркотического средства и отсутствие трех составов преступлений в виду получения массы наркотического средства одним мастер-кладом, закладкой и соответственно одного умысла на сбыт указанной массы наркотического средства в виду размещение двух тайников-закладов в короткий промежуток времени и на небольшом расстоянии друг от друга, своего подтверждения в суде не находит, и признается судом как выбранный способ защиты с целью уйти от уголовной ответственности за совершенные преступления. Умысел ФИО2 был направлен на множественный сбыт определенного количества наркотических средств разным приобретателям, которые приобрели бы наркотик через различные тайники-закладки в разное время, в разных местах, либо на передачу определенного количества наркотического средства иным участникам организованной группы, которые реализовали бы указанное наркотическое средство различным потребителям наркотических средств в розничной форме. При этом, установлено, что наркотическое средство сбывалось ФИО2 за денежное вознаграждение, размер которого не был постоянным, зависел от количества оборудованных тайников-закладок. ФИО2 согласно распределению преступных ролей, получил от неустановленного лица с целью незаконного сбыта наркотические средства для дальнейшего сбыта неустановленному кругу лиц посредством сети Интернет, после этого поместил в два тайника-«закладки» расфасованные свертки с наркотическими средствами массами 96,56 граммов и 97,65 граммов в разное время и в разных местах, а оставшуюся часть массой 343,88 граммов стал хранить по месту своего жительства, намереваясь их реализовать в полном объеме неопределенному кругу лиц и договоренности с ними на реализацию всего объема наркотических средств у него не имелось. Действия ФИО2 в составе организованной группы на покушения на незаконный сбыт наркотических средств, предполагали в каждом конкретном случае самостоятельное разрешение вопросов, связанных с размещением тайников-закладок, для последующего сбыта наркотических средств, неограниченному кругу лиц, того количества наркотических средств, которое находилось в той, либо иной закладке. Действия подсудимого ФИО2 суд квалифицирует: по ч.3 ст.30, п.п.«а»,«г» ч.4 ст. 228.1 УК РФ , как покушение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(по преступлению в отношении наркотических средств гашиш (анаша, смола каннабиса) массой 96,56 г); по ч.3 ст.30, п.п.«а»,«г» ч.4 ст. 228.1 УК РФ , как покушение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(по преступлению в отношении наркотических средств гашиш (анаша, смола каннабиса) массой 97,65 г); по ч.3 ст.30, п.п.«а»,«г» ч.4 ст. 228.1 УК РФ , как покушение на незаконный сбыт наркотических средств с использованием информационно-телекоммуникационных сетей (включая сеть «Интернет») организованной группой в крупном размере (по преступлению в отношении наркотических средств гашиш (анаша, смола каннабиса) массой 343,88 г). Психическая полноценность подсудимого сомнений у суда не вызывает. На учете у врача-психиатра и врача-нарколога ФИО2 не состоит, в отношении подсудимого проведена судебно-психиатрическая экспертиза. Согласно заключению комиссии судебно-психиатрических экспертов № от ДД.ММ.ГГГГ, ФИО2 каким-либо хроническим психическим расстройством, слабоумием или иным болезненным состоянием психики не страдает, и может осознавать фактический характер и общественную опасность своих действий и руководить ими. В период времени, относящийся к инкриминируемому ему деянию, он какого-либо временного психического расстройства не обнаруживал и мог осознавать фактический характер и общественную опасность своих действий и руководить ими. В настоящее время он также может осознавать фактический характер своих действий и руководить ими, правильно воспринимать обстоятельства, имеющие значения для дела, давать о них показания. В применении принудительных мер медицинского характера не нуждается. Признаков наркотической зависимости не обнаруживает, в лечении и медико-социальной реабилитации не нуждается. У ФИО2 достаточны собственные волевые установки, способен к полноценному использованию борьбы мотивов, к сдерживанию своих побуждений и активности, отсроченной реализации сиюминутных желаний и побуждений. Признаков повышенной внушаемости, подчиняемости, каких-либо индивидуально-психологических особенностей, которые могли оказать существенное влияние на его поведение в исследуемой ситуации, не выявлено (т.2 л.д. 197-199). С такой оценкой экспертов-психиатров, основанной на изучении материалов уголовного дела и личности ФИО2, следует согласиться, подсудимый ФИО2 должен быть признан вменяемым, и нести уголовную ответственность за совершенные общественно-опасные деяния. При назначении наказания, определении его вида и меры суд в соответствии с ч.3 ст. 60 УК РФ учитывает степень общественной опасности и характер совершенных преступлений, относящихся к категории особо тяжких преступлений, влияние наказания на исправление подсудимого и условия жизни его семьи, характеризующие личность подсудимого данные. В качестве обстоятельств, смягчающих наказание по всем преступлениям, в соответствии с п.«и» ч.1 ст. 61 УК РФ учитывает активное способствование расследованию преступлений, выразившегося в указании места размещенных им закладок, предоставлении доступа к мобильному телефону, ноутбуку, в котором содержалась значимая для дела информация, указание места нахождения наркотических средств по месту жительства, в соответствии с ч.2 ст. 61 УК РФ – полное признание вины, раскаяние в содеянном, наличие заболеваний, возраст ФИО2, подписание контракта на участие в специальной военной операции. Отягчающих наказание обстоятельств судом не установлено. Принимая во внимание характер и фактические обстоятельства совершения преступлений, суд не усматривает оснований для изменения категории данных преступлений на менее тяжкую. Учитывая все обстоятельства дела, данные о личности подсудимого, положительные характеристики на подсудимого по месту жительства, отсутствие нареканий со стороны руководства следственного изолятора, суд приходит к выводу, что восстановление социальной справедливости, исправление подсудимого и предупреждение совершения им новых преступлений могут быть достигнуты лишь назначением наказания в виде реального лишения свободы без применения положений ст. 73 УК РФ . Назначение дополнительных наказаний суд находит нецелесообразным. При определении размера наказания суд учитывает требования ч.1 ст. 62 УК РФ , поскольку установлено наличие смягчающих обстоятельств, при отсутствии отягчающих, а также требования ч.3 ст. 66 УК РФ . Согласно ч.1 ст. 62 УК РФ , при наличии смягчающих обстоятельств, предусмотренных п.п. «и» и (или) «к» ч.1 ст. 61 УК РФ , и при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УК РФ. В судебном заседании установлено, что смягчающими наказание, наряду с иными обстоятельствами, является активное способствование расследованию преступления, что предусмотрено п. «и» ч.1 ст. 61 УК РФ , каких-либо отягчающих обстоятельств по делу не имеется, принимая во внимание изложенное, суд считает необходимым назначить наказание ФИО2 с применением ч.1 ст. 62 УК РФ . Исключительных обстоятельств, существенно уменьшающих общественную опасность совершенных подсудимым преступлений, позволяющих применить правила ст. 64 УК РФ при назначении наказания, судом не установлено. Учитывая совершение особо тяжких преступлений, на основании п.«в» ч.1 ст. 58 УК РФ ФИО2 должен отбывать наказание в исправительной колонии строгого режима. Согласно п.2 ч.3 ст. 81 УПК РФ предметы, запрещенные к обращению, подлежат передаче в соответствующие учреждения или уничтожаются. Постановлением следователя СЧ по РОПД ГСУ МВД по РБ из материалов уголовного дела выделены в отдельное производство материалы, содержащие сведения о совершении неустановленным лицом преступлений, предусмотренных ч.3 ст.30, п.п.«а»,«г» ч.4 ст. 228.1 УК РФ (3 преступления) (т.4 л.д.199). В соответствии ч.3.1 ст. 81 УПК РФ , исходя из того, что наркотические средства, мобильный телефон марки «Redmi 10», ноутбук, как имеющие существенное значение для установления обстоятельств, подлежащих доказыванию по выделенному уголовному делу, подлежат хранению до принятия окончательного решения по выделенному делу. Судьба иных вещественные доказательства подлежат разрешению в порядке ст. 81 УПК РФ . Арест, наложенный постановлением Ленинского районного суда &lt;адрес&gt; Республики Башкортостан от ДД.ММ.ГГГГ, на денежные средства на расчетном счете в АО «Альфа Банк», подлежит отмене в виду отсутствия принятых судом решений, подлежащих исполнению в отношении подсудимого, несущего материальную ответственность за свои действия и только для достижения целей, указанных в ст. 115 УПК РФ . На основании изложенного, руководствуясь ст.ст. - 309 УПК РФ , суд приговорил: ФИО2 признать виновным в совершении преступлений, предусмотренных ч.3 ст.30, п.п.«а»,«г» ч.4 ст. 228.1 УК РФ , ч.3 ст.30, п.п.«а»,«г» ч.4 ст. 228.1 УК РФ , ч.3 ст.30, п.п.«а»,«г» ч.4 ст. 228.1 УК РФ , и назначить ему за каждое преступление наказание с применением ч.3 ст. 66 УК РФ в виде лишения свободы на срок 8 лет. На основании ч.2 ст. 69 УК РФ по совокупности преступлений путем частичного сложения назначенных наказаний назначить ФИО2 наказание в виде лишения свободы на срок 9 лет с отбыванием наказания в исправительной колонии строгого режима. До вступления приговора в законную силу меру пресечения ФИО2 не изменять, содержать под стражей в ФКУ СИЗО-1 УФСИН России по РБ. Срок наказания ФИО2 исчислять со дня вступления приговора в законную силу. Зачесть в срок отбытия наказания время содержания под стражей с 08 августа 2024 года до дня вступления приговора в законную силу из расчета один день содержания его под стражей за один день отбывания наказания в исправительной колонии строгого режима с учетом требований ч.3.2 ст. 72 УК РФ . Вещественные доказательства: два ватных тампона, образец ватного тампона, фрагмент ткани, электронные весы, рулон полимерной пленки, полимерный пакет с множеством белой ткани, полимерный пакет с резинками, две тканевые перчатки, белая ткань, 155 пустых полимерных пакета с клипсой, хранящиеся в камере хранения МВД по РБ, - уничтожить; банковские карты, связку ключей, мобильный телефон марки «Iphone 15 Pro Max» с защитным чехлом с SIM-картой, мобильный телефон марки «Honor 20S» с защитным чехлом с SIM-картой, нож, две металлические лопаты, хранящиеся в камере хранения МВД по РБ; денежные средства на общую сумму 33 150 рублей, хранящиеся в кассе МВД по РБ; договор аренды жилого помещения, хранящийся при уголовном деле, - вернуть по принадлежности; CD-R диски, содержащие сведения о движении денежных средств по счетам, DVD-R диски в количестве 5 штук; детализации телефонных переговоров на двух компакт-дисках «СD-R», - хранить при уголовном деле. Вещественные доказательства: мобильный телефон марки «Redmi 10» с защитным чехлом с SIM-картой, ноутбук марки «Huawei» с адаптером электрического питания, 2-мя USB устройствами, наркотическое средство гашиш (анаша, смола каннабиса) с остаточными массами, - хранить в камере хранения МВД по РБ по адресу: &lt;адрес&gt;, до принятия решения в отношении них и вступления в законную силу данного решения по уголовному делу, выделенному из настоящего уголовного дела. Отменить арест, наложенный постановлением Ленинского районного суда города Уфы Республики Башкортостан от ДД.ММ.ГГГГ, на расходную часть расчетного счета №, открытого в АО «Альфа Банк» на имя ФИО2, на денежные средства в сумме 291 487 рублей 88 копеек. Приговор может быть обжалован в апелляционном порядке в Судебную коллегию по уголовным делам Верховного Суда Республики Башкортостан в течение 15 суток со дня постановления, а осужденным, содержащимся под стражей, в тот же срок со дня вручения копии приговора, через Уфимский районный суд Республики Башкортостан. В случае подачи апелляционной жалобы осужденный вправе заявить в ней ходатайство о своем участии в рассмотрении уголовного дела судом апелляционной инстанции. В случае принесения апелляционных представления или жалоб другими участниками процесса, осужденный вправе в тот же срок со дня вручения ему их копий подать свои возражения в письменном виде, и в тот же срок ходатайствовать о своем участии в суде апелляционной инстанции. Также осужденный вправе поручить осуществление своей защиты избранному им защитнику либо ходатайствовать перед судом о назначении защитника, указав об этом в своей жалобе или возражениях. Председательствующий судья: А.Х. Бикчурин Суд: Уфимский районный суд (Республика Башкортостан) (подробнее) Подсудимые: ГОРОХОВ Олег Владимирович (подробнее) Судьи дела: Бикчурин А.Х. (судья) (подробнее) Последние документы по делу: Апелляционное постановление от 26 октября 2025 г. по делу № 1-38/2025 Апелляционное постановление от 3 сентября 2025 г. по делу № 1-38/2025 Приговор от 12 августа 2025 г. по делу № 1-38/2025 Апелляционное постановление от 23 апреля 2025 г. по делу № 1-38/2025 Приговор от 13 апреля 2025 г. по делу № 1-38/2025 Приговор от 24 марта 2025 г. по делу № 1-38/2025 Постановление от 19 марта 2025 г. по делу № 1-38/2025 Приговор от 19 марта 2025 г. по делу № 1-38/2025 Приговор от 10 марта 2025 г. по делу № 1-38/2025 Приговор от 23 февраля 2025 г. по делу № 1-38/2025 Приговор от 16 февраля 2025 г. по делу № 1-38/2025 Приговор от 11 февраля 2025 г. по делу № 1-38/2025 Приговор от 9 февраля 2025 г. по делу № 1-38/2025 Постановление от 27 января 2025 г. по делу № 1-38/2025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